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6909C" w14:textId="77777777" w:rsidR="007D7487" w:rsidRDefault="00E6407B">
      <w:pPr>
        <w:suppressLineNumbers/>
        <w:spacing w:before="3000"/>
        <w:jc w:val="center"/>
      </w:pPr>
      <w:r>
        <w:rPr>
          <w:rFonts w:cs="Times New Roman"/>
          <w:b/>
          <w:sz w:val="48"/>
        </w:rPr>
        <w:t>John/Galilee Bridge</w:t>
      </w:r>
    </w:p>
    <w:p w14:paraId="4AD6A0FD" w14:textId="77777777" w:rsidR="007D7487" w:rsidRDefault="00E6407B">
      <w:pPr>
        <w:suppressLineNumbers/>
        <w:jc w:val="center"/>
      </w:pPr>
      <w:r>
        <w:rPr>
          <w:rFonts w:cs="Times New Roman"/>
          <w:b/>
          <w:sz w:val="36"/>
        </w:rPr>
        <w:t>Master Narrative</w:t>
      </w:r>
    </w:p>
    <w:p w14:paraId="26EAEE77" w14:textId="77777777" w:rsidR="007D7487" w:rsidRDefault="00E6407B">
      <w:pPr>
        <w:suppressLineNumbers/>
        <w:jc w:val="center"/>
      </w:pPr>
      <w:r>
        <w:rPr>
          <w:rFonts w:cs="Times New Roman"/>
          <w:sz w:val="28"/>
        </w:rPr>
        <w:t>Sections 1–16</w:t>
      </w:r>
    </w:p>
    <w:p w14:paraId="1DCB1BEE" w14:textId="77777777" w:rsidR="007D7487" w:rsidRDefault="00E6407B">
      <w:pPr>
        <w:suppressLineNumbers/>
        <w:spacing w:before="360"/>
        <w:jc w:val="center"/>
      </w:pPr>
      <w:r>
        <w:rPr>
          <w:rFonts w:cs="Times New Roman"/>
          <w:i/>
          <w:sz w:val="22"/>
        </w:rPr>
        <w:t>Scripture-led narrative and research study</w:t>
      </w:r>
    </w:p>
    <w:p w14:paraId="13FB44FE" w14:textId="77777777" w:rsidR="007D7487" w:rsidRDefault="00E6407B">
      <w:pPr>
        <w:suppressLineNumbers/>
      </w:pPr>
      <w:r>
        <w:br w:type="page"/>
      </w:r>
    </w:p>
    <w:p w14:paraId="29927B59" w14:textId="77777777" w:rsidR="007D7487" w:rsidRDefault="00E6407B">
      <w:pPr>
        <w:suppressLineNumbers/>
        <w:spacing w:after="160"/>
        <w:jc w:val="center"/>
      </w:pPr>
      <w:r>
        <w:rPr>
          <w:rFonts w:cs="Times New Roman"/>
          <w:b/>
          <w:sz w:val="32"/>
        </w:rPr>
        <w:lastRenderedPageBreak/>
        <w:t>Contents</w:t>
      </w:r>
    </w:p>
    <w:p w14:paraId="7392CC36" w14:textId="77777777" w:rsidR="007D7487" w:rsidRDefault="00E6407B">
      <w:pPr>
        <w:suppressLineNumbers/>
        <w:tabs>
          <w:tab w:val="right" w:leader="dot" w:pos="9144"/>
        </w:tabs>
        <w:spacing w:after="20" w:line="240" w:lineRule="auto"/>
      </w:pPr>
      <w:r>
        <w:rPr>
          <w:rFonts w:cs="Times New Roman"/>
          <w:sz w:val="18"/>
        </w:rPr>
        <w:t>1  Jerusalem Wakes</w:t>
      </w:r>
      <w:r>
        <w:tab/>
      </w:r>
      <w:r>
        <w:rPr>
          <w:rFonts w:cs="Times New Roman"/>
          <w:b/>
          <w:sz w:val="18"/>
        </w:rPr>
        <w:t>3</w:t>
      </w:r>
    </w:p>
    <w:p w14:paraId="61B12D60" w14:textId="77777777" w:rsidR="007D7487" w:rsidRDefault="00E6407B">
      <w:pPr>
        <w:suppressLineNumbers/>
        <w:tabs>
          <w:tab w:val="right" w:leader="dot" w:pos="9144"/>
        </w:tabs>
        <w:spacing w:after="20" w:line="240" w:lineRule="auto"/>
      </w:pPr>
      <w:r>
        <w:rPr>
          <w:rFonts w:cs="Times New Roman"/>
          <w:sz w:val="18"/>
        </w:rPr>
        <w:t>2  The Risen Lord in Jerusalem</w:t>
      </w:r>
      <w:r>
        <w:tab/>
      </w:r>
      <w:r>
        <w:rPr>
          <w:rFonts w:cs="Times New Roman"/>
          <w:b/>
          <w:sz w:val="18"/>
        </w:rPr>
        <w:t>11</w:t>
      </w:r>
    </w:p>
    <w:p w14:paraId="65269C28" w14:textId="77777777" w:rsidR="007D7487" w:rsidRDefault="00E6407B">
      <w:pPr>
        <w:suppressLineNumbers/>
        <w:tabs>
          <w:tab w:val="right" w:leader="dot" w:pos="9144"/>
        </w:tabs>
        <w:spacing w:after="20" w:line="240" w:lineRule="auto"/>
      </w:pPr>
      <w:r>
        <w:rPr>
          <w:rFonts w:cs="Times New Roman"/>
          <w:sz w:val="18"/>
        </w:rPr>
        <w:t>3A  The Message Reaches the Burial Witnesses</w:t>
      </w:r>
      <w:r>
        <w:tab/>
      </w:r>
      <w:r>
        <w:rPr>
          <w:rFonts w:cs="Times New Roman"/>
          <w:b/>
          <w:sz w:val="18"/>
        </w:rPr>
        <w:t>25</w:t>
      </w:r>
    </w:p>
    <w:p w14:paraId="15419409" w14:textId="77777777" w:rsidR="007D7487" w:rsidRDefault="00E6407B">
      <w:pPr>
        <w:suppressLineNumbers/>
        <w:tabs>
          <w:tab w:val="right" w:leader="dot" w:pos="9144"/>
        </w:tabs>
        <w:spacing w:after="20" w:line="240" w:lineRule="auto"/>
      </w:pPr>
      <w:r>
        <w:rPr>
          <w:rFonts w:cs="Times New Roman"/>
          <w:sz w:val="18"/>
        </w:rPr>
        <w:t>3B  The Message Widens</w:t>
      </w:r>
      <w:r>
        <w:tab/>
      </w:r>
      <w:r>
        <w:rPr>
          <w:rFonts w:cs="Times New Roman"/>
          <w:b/>
          <w:sz w:val="18"/>
        </w:rPr>
        <w:t>33</w:t>
      </w:r>
    </w:p>
    <w:p w14:paraId="0FD8C728" w14:textId="77777777" w:rsidR="007D7487" w:rsidRDefault="00E6407B">
      <w:pPr>
        <w:suppressLineNumbers/>
        <w:tabs>
          <w:tab w:val="right" w:leader="dot" w:pos="9144"/>
        </w:tabs>
        <w:spacing w:after="20" w:line="240" w:lineRule="auto"/>
      </w:pPr>
      <w:r>
        <w:rPr>
          <w:rFonts w:cs="Times New Roman"/>
          <w:sz w:val="18"/>
        </w:rPr>
        <w:t>4A  Road North — Witnesses</w:t>
      </w:r>
      <w:r>
        <w:tab/>
      </w:r>
      <w:r>
        <w:rPr>
          <w:rFonts w:cs="Times New Roman"/>
          <w:b/>
          <w:sz w:val="18"/>
        </w:rPr>
        <w:t>44</w:t>
      </w:r>
    </w:p>
    <w:p w14:paraId="0A5D119E" w14:textId="77777777" w:rsidR="007D7487" w:rsidRDefault="00E6407B">
      <w:pPr>
        <w:suppressLineNumbers/>
        <w:tabs>
          <w:tab w:val="right" w:leader="dot" w:pos="9144"/>
        </w:tabs>
        <w:spacing w:after="20" w:line="240" w:lineRule="auto"/>
      </w:pPr>
      <w:r>
        <w:rPr>
          <w:rFonts w:cs="Times New Roman"/>
          <w:sz w:val="18"/>
        </w:rPr>
        <w:t>4B  Road North — Genealogies</w:t>
      </w:r>
      <w:r>
        <w:tab/>
      </w:r>
      <w:r>
        <w:rPr>
          <w:rFonts w:cs="Times New Roman"/>
          <w:b/>
          <w:sz w:val="18"/>
        </w:rPr>
        <w:t>53</w:t>
      </w:r>
    </w:p>
    <w:p w14:paraId="2F7983D6" w14:textId="77777777" w:rsidR="007D7487" w:rsidRDefault="00E6407B">
      <w:pPr>
        <w:suppressLineNumbers/>
        <w:tabs>
          <w:tab w:val="right" w:leader="dot" w:pos="9144"/>
        </w:tabs>
        <w:spacing w:after="20" w:line="240" w:lineRule="auto"/>
      </w:pPr>
      <w:r>
        <w:rPr>
          <w:rFonts w:cs="Times New Roman"/>
          <w:sz w:val="18"/>
        </w:rPr>
        <w:t>5A  Road North — Rome and Peter</w:t>
      </w:r>
      <w:r>
        <w:tab/>
      </w:r>
      <w:r>
        <w:rPr>
          <w:rFonts w:cs="Times New Roman"/>
          <w:b/>
          <w:sz w:val="18"/>
        </w:rPr>
        <w:t>61</w:t>
      </w:r>
    </w:p>
    <w:p w14:paraId="63C36D60" w14:textId="77777777" w:rsidR="007D7487" w:rsidRDefault="00E6407B">
      <w:pPr>
        <w:suppressLineNumbers/>
        <w:tabs>
          <w:tab w:val="right" w:leader="dot" w:pos="9144"/>
        </w:tabs>
        <w:spacing w:after="20" w:line="240" w:lineRule="auto"/>
      </w:pPr>
      <w:r>
        <w:rPr>
          <w:rFonts w:cs="Times New Roman"/>
          <w:sz w:val="18"/>
        </w:rPr>
        <w:t>5B  Road North — Arrival and the Question</w:t>
      </w:r>
      <w:r>
        <w:tab/>
      </w:r>
      <w:r>
        <w:rPr>
          <w:rFonts w:cs="Times New Roman"/>
          <w:b/>
          <w:sz w:val="18"/>
        </w:rPr>
        <w:t>69</w:t>
      </w:r>
    </w:p>
    <w:p w14:paraId="5B47E466" w14:textId="77777777" w:rsidR="007D7487" w:rsidRDefault="00E6407B">
      <w:pPr>
        <w:suppressLineNumbers/>
        <w:tabs>
          <w:tab w:val="right" w:leader="dot" w:pos="9144"/>
        </w:tabs>
        <w:spacing w:after="20" w:line="240" w:lineRule="auto"/>
      </w:pPr>
      <w:r>
        <w:rPr>
          <w:rFonts w:cs="Times New Roman"/>
          <w:sz w:val="18"/>
        </w:rPr>
        <w:t>6  You Did Not Understand the War</w:t>
      </w:r>
      <w:r>
        <w:tab/>
      </w:r>
      <w:r>
        <w:rPr>
          <w:rFonts w:cs="Times New Roman"/>
          <w:b/>
          <w:sz w:val="18"/>
        </w:rPr>
        <w:t>78</w:t>
      </w:r>
    </w:p>
    <w:p w14:paraId="701205CD" w14:textId="77777777" w:rsidR="007D7487" w:rsidRDefault="00E6407B">
      <w:pPr>
        <w:suppressLineNumbers/>
        <w:tabs>
          <w:tab w:val="right" w:leader="dot" w:pos="9144"/>
        </w:tabs>
        <w:spacing w:after="20" w:line="240" w:lineRule="auto"/>
      </w:pPr>
      <w:r>
        <w:rPr>
          <w:rFonts w:cs="Times New Roman"/>
          <w:sz w:val="18"/>
        </w:rPr>
        <w:t>7A  Joshua, Hermon, and Glory</w:t>
      </w:r>
      <w:r>
        <w:tab/>
      </w:r>
      <w:r>
        <w:rPr>
          <w:rFonts w:cs="Times New Roman"/>
          <w:b/>
          <w:sz w:val="18"/>
        </w:rPr>
        <w:t>88</w:t>
      </w:r>
    </w:p>
    <w:p w14:paraId="7E758720" w14:textId="77777777" w:rsidR="007D7487" w:rsidRDefault="00E6407B">
      <w:pPr>
        <w:suppressLineNumbers/>
        <w:tabs>
          <w:tab w:val="right" w:leader="dot" w:pos="9144"/>
        </w:tabs>
        <w:spacing w:after="20" w:line="240" w:lineRule="auto"/>
      </w:pPr>
      <w:r>
        <w:rPr>
          <w:rFonts w:cs="Times New Roman"/>
          <w:sz w:val="18"/>
        </w:rPr>
        <w:t>7B  Distributed Wisdom and Witness</w:t>
      </w:r>
      <w:r>
        <w:tab/>
      </w:r>
      <w:r>
        <w:rPr>
          <w:rFonts w:cs="Times New Roman"/>
          <w:b/>
          <w:sz w:val="18"/>
        </w:rPr>
        <w:t>101</w:t>
      </w:r>
    </w:p>
    <w:p w14:paraId="7DCDC7FD" w14:textId="77777777" w:rsidR="007D7487" w:rsidRDefault="00E6407B">
      <w:pPr>
        <w:suppressLineNumbers/>
        <w:tabs>
          <w:tab w:val="right" w:leader="dot" w:pos="9144"/>
        </w:tabs>
        <w:spacing w:after="20" w:line="240" w:lineRule="auto"/>
      </w:pPr>
      <w:r>
        <w:rPr>
          <w:rFonts w:cs="Times New Roman"/>
          <w:sz w:val="18"/>
        </w:rPr>
        <w:t>8  Exodus to Resurrection Clues</w:t>
      </w:r>
      <w:r>
        <w:tab/>
      </w:r>
      <w:r>
        <w:rPr>
          <w:rFonts w:cs="Times New Roman"/>
          <w:b/>
          <w:sz w:val="18"/>
        </w:rPr>
        <w:t>111</w:t>
      </w:r>
    </w:p>
    <w:p w14:paraId="5A7E2E5E" w14:textId="77777777" w:rsidR="007D7487" w:rsidRDefault="00E6407B">
      <w:pPr>
        <w:suppressLineNumbers/>
        <w:tabs>
          <w:tab w:val="right" w:leader="dot" w:pos="9144"/>
        </w:tabs>
        <w:spacing w:after="20" w:line="240" w:lineRule="auto"/>
      </w:pPr>
      <w:r>
        <w:rPr>
          <w:rFonts w:cs="Times New Roman"/>
          <w:sz w:val="18"/>
        </w:rPr>
        <w:t>9  Eden, Abel, Noah, and Kaphar</w:t>
      </w:r>
      <w:r>
        <w:tab/>
      </w:r>
      <w:r>
        <w:rPr>
          <w:rFonts w:cs="Times New Roman"/>
          <w:b/>
          <w:sz w:val="18"/>
        </w:rPr>
        <w:t>122</w:t>
      </w:r>
    </w:p>
    <w:p w14:paraId="35C5B6EC" w14:textId="77777777" w:rsidR="007D7487" w:rsidRDefault="00E6407B">
      <w:pPr>
        <w:suppressLineNumbers/>
        <w:tabs>
          <w:tab w:val="right" w:leader="dot" w:pos="9144"/>
        </w:tabs>
        <w:spacing w:after="20" w:line="240" w:lineRule="auto"/>
      </w:pPr>
      <w:r>
        <w:rPr>
          <w:rFonts w:cs="Times New Roman"/>
          <w:sz w:val="18"/>
        </w:rPr>
        <w:t>10  Hand, Mouth, Head, and the Faithful Man</w:t>
      </w:r>
      <w:r>
        <w:tab/>
      </w:r>
      <w:r>
        <w:rPr>
          <w:rFonts w:cs="Times New Roman"/>
          <w:b/>
          <w:sz w:val="18"/>
        </w:rPr>
        <w:t>135</w:t>
      </w:r>
    </w:p>
    <w:p w14:paraId="7D074F5A" w14:textId="77777777" w:rsidR="007D7487" w:rsidRDefault="00E6407B">
      <w:pPr>
        <w:suppressLineNumbers/>
        <w:tabs>
          <w:tab w:val="right" w:leader="dot" w:pos="9144"/>
        </w:tabs>
        <w:spacing w:after="20" w:line="240" w:lineRule="auto"/>
      </w:pPr>
      <w:r>
        <w:rPr>
          <w:rFonts w:cs="Times New Roman"/>
          <w:sz w:val="18"/>
        </w:rPr>
        <w:t>11  Return, Abraham, and the Promiser</w:t>
      </w:r>
      <w:r>
        <w:tab/>
      </w:r>
      <w:r>
        <w:rPr>
          <w:rFonts w:cs="Times New Roman"/>
          <w:b/>
          <w:sz w:val="18"/>
        </w:rPr>
        <w:t>149</w:t>
      </w:r>
    </w:p>
    <w:p w14:paraId="1C7C24D0" w14:textId="77777777" w:rsidR="007D7487" w:rsidRDefault="00E6407B">
      <w:pPr>
        <w:suppressLineNumbers/>
        <w:tabs>
          <w:tab w:val="right" w:leader="dot" w:pos="9144"/>
        </w:tabs>
        <w:spacing w:after="20" w:line="240" w:lineRule="auto"/>
      </w:pPr>
      <w:r>
        <w:rPr>
          <w:rFonts w:cs="Times New Roman"/>
          <w:sz w:val="18"/>
        </w:rPr>
        <w:t>12A  The Seed and the Entrusted Family</w:t>
      </w:r>
      <w:r>
        <w:tab/>
      </w:r>
      <w:r>
        <w:rPr>
          <w:rFonts w:cs="Times New Roman"/>
          <w:b/>
          <w:sz w:val="18"/>
        </w:rPr>
        <w:t>164</w:t>
      </w:r>
    </w:p>
    <w:p w14:paraId="619CEF71" w14:textId="77777777" w:rsidR="007D7487" w:rsidRDefault="00E6407B">
      <w:pPr>
        <w:suppressLineNumbers/>
        <w:tabs>
          <w:tab w:val="right" w:leader="dot" w:pos="9144"/>
        </w:tabs>
        <w:spacing w:after="20" w:line="240" w:lineRule="auto"/>
      </w:pPr>
      <w:r>
        <w:rPr>
          <w:rFonts w:cs="Times New Roman"/>
          <w:sz w:val="18"/>
        </w:rPr>
        <w:t>12B  Blessing, Name, and the Nations</w:t>
      </w:r>
      <w:r>
        <w:tab/>
      </w:r>
      <w:r>
        <w:rPr>
          <w:rFonts w:cs="Times New Roman"/>
          <w:b/>
          <w:sz w:val="18"/>
        </w:rPr>
        <w:t>174</w:t>
      </w:r>
    </w:p>
    <w:p w14:paraId="5C9A9E83" w14:textId="77777777" w:rsidR="007D7487" w:rsidRDefault="00E6407B">
      <w:pPr>
        <w:suppressLineNumbers/>
        <w:tabs>
          <w:tab w:val="right" w:leader="dot" w:pos="9144"/>
        </w:tabs>
        <w:spacing w:after="20" w:line="240" w:lineRule="auto"/>
      </w:pPr>
      <w:r>
        <w:rPr>
          <w:rFonts w:cs="Times New Roman"/>
          <w:sz w:val="18"/>
        </w:rPr>
        <w:t>13A  Sinai and the Priest Forever</w:t>
      </w:r>
      <w:r>
        <w:tab/>
      </w:r>
      <w:r>
        <w:rPr>
          <w:rFonts w:cs="Times New Roman"/>
          <w:b/>
          <w:sz w:val="18"/>
        </w:rPr>
        <w:t>184</w:t>
      </w:r>
    </w:p>
    <w:p w14:paraId="32BFE6FA" w14:textId="77777777" w:rsidR="007D7487" w:rsidRDefault="00E6407B">
      <w:pPr>
        <w:suppressLineNumbers/>
        <w:tabs>
          <w:tab w:val="right" w:leader="dot" w:pos="9144"/>
        </w:tabs>
        <w:spacing w:after="20" w:line="240" w:lineRule="auto"/>
      </w:pPr>
      <w:r>
        <w:rPr>
          <w:rFonts w:cs="Times New Roman"/>
          <w:sz w:val="18"/>
        </w:rPr>
        <w:t>13B  Judah, Joseph, and Manasseh Preservation</w:t>
      </w:r>
      <w:r>
        <w:tab/>
      </w:r>
      <w:r>
        <w:rPr>
          <w:rFonts w:cs="Times New Roman"/>
          <w:b/>
          <w:sz w:val="18"/>
        </w:rPr>
        <w:t>192</w:t>
      </w:r>
    </w:p>
    <w:p w14:paraId="070CC111" w14:textId="77777777" w:rsidR="007D7487" w:rsidRDefault="00E6407B">
      <w:pPr>
        <w:suppressLineNumbers/>
        <w:tabs>
          <w:tab w:val="right" w:leader="dot" w:pos="9144"/>
        </w:tabs>
        <w:spacing w:after="20" w:line="240" w:lineRule="auto"/>
      </w:pPr>
      <w:r>
        <w:rPr>
          <w:rFonts w:cs="Times New Roman"/>
          <w:sz w:val="18"/>
        </w:rPr>
        <w:t>14A  Ephraim and the Cities of Refuge</w:t>
      </w:r>
      <w:r>
        <w:tab/>
      </w:r>
      <w:r>
        <w:rPr>
          <w:rFonts w:cs="Times New Roman"/>
          <w:b/>
          <w:sz w:val="18"/>
        </w:rPr>
        <w:t>202</w:t>
      </w:r>
    </w:p>
    <w:p w14:paraId="0F575E27" w14:textId="77777777" w:rsidR="007D7487" w:rsidRDefault="00E6407B">
      <w:pPr>
        <w:suppressLineNumbers/>
        <w:tabs>
          <w:tab w:val="right" w:leader="dot" w:pos="9144"/>
        </w:tabs>
        <w:spacing w:after="20" w:line="240" w:lineRule="auto"/>
      </w:pPr>
      <w:r>
        <w:rPr>
          <w:rFonts w:cs="Times New Roman"/>
          <w:sz w:val="18"/>
        </w:rPr>
        <w:t>14B  Ezekiel, Jeremiah, and the Gathering</w:t>
      </w:r>
      <w:r>
        <w:tab/>
      </w:r>
      <w:r>
        <w:rPr>
          <w:rFonts w:cs="Times New Roman"/>
          <w:b/>
          <w:sz w:val="18"/>
        </w:rPr>
        <w:t>212</w:t>
      </w:r>
    </w:p>
    <w:p w14:paraId="25C3C1C1" w14:textId="77777777" w:rsidR="007D7487" w:rsidRDefault="00E6407B">
      <w:pPr>
        <w:suppressLineNumbers/>
        <w:tabs>
          <w:tab w:val="right" w:leader="dot" w:pos="9144"/>
        </w:tabs>
        <w:spacing w:after="20" w:line="240" w:lineRule="auto"/>
      </w:pPr>
      <w:r>
        <w:rPr>
          <w:rFonts w:cs="Times New Roman"/>
          <w:sz w:val="18"/>
        </w:rPr>
        <w:t>15A  Until, Isaiah 61, and the Beginning</w:t>
      </w:r>
      <w:r>
        <w:tab/>
      </w:r>
      <w:r>
        <w:rPr>
          <w:rFonts w:cs="Times New Roman"/>
          <w:b/>
          <w:sz w:val="18"/>
        </w:rPr>
        <w:t>223</w:t>
      </w:r>
    </w:p>
    <w:p w14:paraId="61ECDCCE" w14:textId="77777777" w:rsidR="007D7487" w:rsidRDefault="00E6407B">
      <w:pPr>
        <w:suppressLineNumbers/>
        <w:tabs>
          <w:tab w:val="right" w:leader="dot" w:pos="9144"/>
        </w:tabs>
        <w:spacing w:after="20" w:line="240" w:lineRule="auto"/>
      </w:pPr>
      <w:r>
        <w:rPr>
          <w:rFonts w:cs="Times New Roman"/>
          <w:sz w:val="18"/>
        </w:rPr>
        <w:t>15B  Shoreline, Charcoal, and Follow Me</w:t>
      </w:r>
      <w:r>
        <w:tab/>
      </w:r>
      <w:r>
        <w:rPr>
          <w:rFonts w:cs="Times New Roman"/>
          <w:b/>
          <w:sz w:val="18"/>
        </w:rPr>
        <w:t>231</w:t>
      </w:r>
    </w:p>
    <w:p w14:paraId="56DFC6EB" w14:textId="77777777" w:rsidR="007D7487" w:rsidRDefault="00E6407B">
      <w:pPr>
        <w:suppressLineNumbers/>
        <w:tabs>
          <w:tab w:val="right" w:leader="dot" w:pos="9144"/>
        </w:tabs>
        <w:spacing w:after="20" w:line="240" w:lineRule="auto"/>
      </w:pPr>
      <w:r>
        <w:rPr>
          <w:rFonts w:cs="Times New Roman"/>
          <w:sz w:val="18"/>
        </w:rPr>
        <w:t>16A  Solomon, Temple, and the Name</w:t>
      </w:r>
      <w:r>
        <w:tab/>
      </w:r>
      <w:r>
        <w:rPr>
          <w:rFonts w:cs="Times New Roman"/>
          <w:b/>
          <w:sz w:val="18"/>
        </w:rPr>
        <w:t>239</w:t>
      </w:r>
    </w:p>
    <w:p w14:paraId="61DEF76A" w14:textId="77777777" w:rsidR="007D7487" w:rsidRDefault="00E6407B">
      <w:pPr>
        <w:suppressLineNumbers/>
        <w:tabs>
          <w:tab w:val="right" w:leader="dot" w:pos="9144"/>
        </w:tabs>
        <w:spacing w:after="20" w:line="240" w:lineRule="auto"/>
      </w:pPr>
      <w:r>
        <w:rPr>
          <w:rFonts w:cs="Times New Roman"/>
          <w:sz w:val="18"/>
        </w:rPr>
        <w:t>16B  Servant Israel and Individual Life</w:t>
      </w:r>
      <w:r>
        <w:tab/>
      </w:r>
      <w:r>
        <w:rPr>
          <w:rFonts w:cs="Times New Roman"/>
          <w:b/>
          <w:sz w:val="18"/>
        </w:rPr>
        <w:t>247</w:t>
      </w:r>
    </w:p>
    <w:p w14:paraId="41C699BD" w14:textId="77777777" w:rsidR="007D7487" w:rsidRDefault="00E6407B">
      <w:pPr>
        <w:suppressLineNumbers/>
        <w:tabs>
          <w:tab w:val="right" w:leader="dot" w:pos="9144"/>
        </w:tabs>
        <w:spacing w:after="20" w:line="240" w:lineRule="auto"/>
      </w:pPr>
      <w:r>
        <w:rPr>
          <w:rFonts w:cs="Times New Roman"/>
          <w:sz w:val="18"/>
        </w:rPr>
        <w:t>16C  New Heart, New Covenant, and Life</w:t>
      </w:r>
      <w:r>
        <w:tab/>
      </w:r>
      <w:r>
        <w:rPr>
          <w:rFonts w:cs="Times New Roman"/>
          <w:b/>
          <w:sz w:val="18"/>
        </w:rPr>
        <w:t>255</w:t>
      </w:r>
    </w:p>
    <w:p w14:paraId="7B04C7A4" w14:textId="77777777" w:rsidR="007D7487" w:rsidRDefault="00E6407B">
      <w:pPr>
        <w:suppressLineNumbers/>
        <w:tabs>
          <w:tab w:val="right" w:leader="dot" w:pos="9144"/>
        </w:tabs>
        <w:spacing w:after="20" w:line="240" w:lineRule="auto"/>
      </w:pPr>
      <w:r>
        <w:rPr>
          <w:rFonts w:cs="Times New Roman"/>
          <w:sz w:val="18"/>
        </w:rPr>
        <w:t>16D  Galilee, the Nations, and the Commission</w:t>
      </w:r>
      <w:r>
        <w:tab/>
      </w:r>
      <w:r>
        <w:rPr>
          <w:rFonts w:cs="Times New Roman"/>
          <w:b/>
          <w:sz w:val="18"/>
        </w:rPr>
        <w:t>264</w:t>
      </w:r>
    </w:p>
    <w:p w14:paraId="016BD292" w14:textId="77777777" w:rsidR="007D7487" w:rsidRDefault="00E6407B">
      <w:pPr>
        <w:suppressLineNumbers/>
        <w:tabs>
          <w:tab w:val="right" w:leader="dot" w:pos="9144"/>
        </w:tabs>
        <w:spacing w:after="20" w:line="240" w:lineRule="auto"/>
      </w:pPr>
      <w:r>
        <w:rPr>
          <w:rFonts w:cs="Times New Roman"/>
          <w:sz w:val="18"/>
        </w:rPr>
        <w:t>16E  One Center and In Him Was Life</w:t>
      </w:r>
      <w:r>
        <w:tab/>
      </w:r>
      <w:r>
        <w:rPr>
          <w:rFonts w:cs="Times New Roman"/>
          <w:b/>
          <w:sz w:val="18"/>
        </w:rPr>
        <w:t>274</w:t>
      </w:r>
    </w:p>
    <w:p w14:paraId="2079E569" w14:textId="77777777" w:rsidR="007D7487" w:rsidRDefault="00E6407B">
      <w:pPr>
        <w:suppressLineNumbers/>
      </w:pPr>
      <w:r>
        <w:br w:type="page"/>
      </w:r>
    </w:p>
    <w:p w14:paraId="7F62B3BA" w14:textId="77777777" w:rsidR="007D7487" w:rsidRDefault="00E6407B">
      <w:pPr>
        <w:pStyle w:val="Heading1"/>
        <w:suppressLineNumbers/>
      </w:pPr>
      <w:r>
        <w:rPr>
          <w:rFonts w:ascii="Times New Roman" w:hAnsi="Times New Roman" w:cs="Times New Roman"/>
        </w:rPr>
        <w:lastRenderedPageBreak/>
        <w:t>Section 1 — Jerusalem Wakes</w:t>
      </w:r>
    </w:p>
    <w:p w14:paraId="0895CFF6" w14:textId="77777777" w:rsidR="007D7487" w:rsidRDefault="00E6407B">
      <w:pPr>
        <w:ind w:firstLine="288"/>
      </w:pPr>
      <w:r>
        <w:rPr>
          <w:rFonts w:cs="Times New Roman"/>
        </w:rPr>
        <w:t>Jerusalem was waking.</w:t>
      </w:r>
    </w:p>
    <w:p w14:paraId="7657C317" w14:textId="77777777" w:rsidR="007D7487" w:rsidRDefault="00E6407B">
      <w:pPr>
        <w:ind w:firstLine="288"/>
      </w:pPr>
      <w:r>
        <w:rPr>
          <w:rFonts w:cs="Times New Roman"/>
        </w:rPr>
        <w:t>John barely noticed.</w:t>
      </w:r>
    </w:p>
    <w:p w14:paraId="1FE44870" w14:textId="77777777" w:rsidR="007D7487" w:rsidRDefault="00E6407B">
      <w:pPr>
        <w:ind w:firstLine="288"/>
      </w:pPr>
      <w:r>
        <w:rPr>
          <w:rFonts w:cs="Times New Roman"/>
        </w:rPr>
        <w:t>The night’s cool still clung to the limestone. Above the roofs, the eastern sky had begun to pale, but the sun had not yet reached down into the narrow streets. Somewhere a wooden door scraped open. A donkey objected loudly to being led from a courtyard. Doves shifted along a roofline, then burst upward when a man passed beneath them carrying water.</w:t>
      </w:r>
    </w:p>
    <w:p w14:paraId="13BBA690" w14:textId="77777777" w:rsidR="007D7487" w:rsidRDefault="00E6407B">
      <w:pPr>
        <w:ind w:firstLine="288"/>
      </w:pPr>
      <w:r>
        <w:rPr>
          <w:rFonts w:cs="Times New Roman"/>
        </w:rPr>
        <w:t>A woman stooped to coax a household fire back to life.</w:t>
      </w:r>
    </w:p>
    <w:p w14:paraId="20F1ACCB" w14:textId="77777777" w:rsidR="007D7487" w:rsidRDefault="00E6407B">
      <w:pPr>
        <w:ind w:firstLine="288"/>
      </w:pPr>
      <w:r>
        <w:rPr>
          <w:rFonts w:cs="Times New Roman"/>
        </w:rPr>
        <w:t>Farther down the street someone lifted a covering from a baker’s table.</w:t>
      </w:r>
    </w:p>
    <w:p w14:paraId="727EB059" w14:textId="77777777" w:rsidR="007D7487" w:rsidRDefault="00E6407B">
      <w:pPr>
        <w:ind w:firstLine="288"/>
      </w:pPr>
      <w:r>
        <w:rPr>
          <w:rFonts w:cs="Times New Roman"/>
        </w:rPr>
        <w:t>A child laughed.</w:t>
      </w:r>
    </w:p>
    <w:p w14:paraId="014046EA" w14:textId="77777777" w:rsidR="007D7487" w:rsidRDefault="00E6407B">
      <w:pPr>
        <w:ind w:firstLine="288"/>
      </w:pPr>
      <w:r>
        <w:rPr>
          <w:rFonts w:cs="Times New Roman"/>
        </w:rPr>
        <w:t>The city was beginning another morning.</w:t>
      </w:r>
    </w:p>
    <w:p w14:paraId="19ED26CC" w14:textId="77777777" w:rsidR="007D7487" w:rsidRDefault="00E6407B">
      <w:pPr>
        <w:ind w:firstLine="288"/>
      </w:pPr>
      <w:r>
        <w:rPr>
          <w:rFonts w:cs="Times New Roman"/>
        </w:rPr>
        <w:t>John heard all of it and understood none of it.</w:t>
      </w:r>
    </w:p>
    <w:p w14:paraId="39F624E5" w14:textId="77777777" w:rsidR="007D7487" w:rsidRDefault="00E6407B">
      <w:pPr>
        <w:ind w:firstLine="288"/>
      </w:pPr>
      <w:r>
        <w:rPr>
          <w:rFonts w:cs="Times New Roman"/>
        </w:rPr>
        <w:t>Mary’s words would not settle into meaning.</w:t>
      </w:r>
    </w:p>
    <w:p w14:paraId="32F240CB" w14:textId="77777777" w:rsidR="007D7487" w:rsidRDefault="00E6407B">
      <w:pPr>
        <w:ind w:firstLine="288"/>
      </w:pPr>
      <w:r>
        <w:rPr>
          <w:rFonts w:cs="Times New Roman"/>
        </w:rPr>
        <w:t>The stone was moved.</w:t>
      </w:r>
    </w:p>
    <w:p w14:paraId="12AC7494" w14:textId="77777777" w:rsidR="007D7487" w:rsidRDefault="00E6407B">
      <w:pPr>
        <w:ind w:firstLine="288"/>
      </w:pPr>
      <w:r>
        <w:rPr>
          <w:rFonts w:cs="Times New Roman"/>
        </w:rPr>
        <w:t>The tomb was open.</w:t>
      </w:r>
    </w:p>
    <w:p w14:paraId="7D011A85" w14:textId="77777777" w:rsidR="007D7487" w:rsidRDefault="00E6407B">
      <w:pPr>
        <w:ind w:firstLine="288"/>
      </w:pPr>
      <w:r>
        <w:rPr>
          <w:rFonts w:cs="Times New Roman"/>
        </w:rPr>
        <w:t>Jesus was gone.</w:t>
      </w:r>
    </w:p>
    <w:p w14:paraId="2E634878" w14:textId="77777777" w:rsidR="007D7487" w:rsidRDefault="00E6407B">
      <w:pPr>
        <w:ind w:firstLine="288"/>
      </w:pPr>
      <w:r>
        <w:rPr>
          <w:rFonts w:cs="Times New Roman"/>
        </w:rPr>
        <w:t>Gone.</w:t>
      </w:r>
    </w:p>
    <w:p w14:paraId="31DFE9A7" w14:textId="77777777" w:rsidR="007D7487" w:rsidRDefault="00E6407B">
      <w:pPr>
        <w:ind w:firstLine="288"/>
      </w:pPr>
      <w:r>
        <w:rPr>
          <w:rFonts w:cs="Times New Roman"/>
        </w:rPr>
        <w:t>John walked faster.</w:t>
      </w:r>
    </w:p>
    <w:p w14:paraId="76137F23" w14:textId="77777777" w:rsidR="007D7487" w:rsidRDefault="00E6407B">
      <w:pPr>
        <w:ind w:firstLine="288"/>
      </w:pPr>
      <w:r>
        <w:rPr>
          <w:rFonts w:cs="Times New Roman"/>
        </w:rPr>
        <w:t>Peter was beside him.</w:t>
      </w:r>
    </w:p>
    <w:p w14:paraId="650148E4" w14:textId="77777777" w:rsidR="007D7487" w:rsidRDefault="00E6407B">
      <w:pPr>
        <w:ind w:firstLine="288"/>
      </w:pPr>
      <w:r>
        <w:rPr>
          <w:rFonts w:cs="Times New Roman"/>
        </w:rPr>
        <w:t>“What did she mean, gone?”</w:t>
      </w:r>
    </w:p>
    <w:p w14:paraId="7D56314F" w14:textId="77777777" w:rsidR="007D7487" w:rsidRDefault="00E6407B">
      <w:pPr>
        <w:ind w:firstLine="288"/>
      </w:pPr>
      <w:r>
        <w:rPr>
          <w:rFonts w:cs="Times New Roman"/>
        </w:rPr>
        <w:t>Peter did not answer.</w:t>
      </w:r>
    </w:p>
    <w:p w14:paraId="6EAEA5C6" w14:textId="77777777" w:rsidR="007D7487" w:rsidRDefault="00E6407B">
      <w:pPr>
        <w:ind w:firstLine="288"/>
      </w:pPr>
      <w:r>
        <w:rPr>
          <w:rFonts w:cs="Times New Roman"/>
        </w:rPr>
        <w:t>“Who would take Him?”</w:t>
      </w:r>
    </w:p>
    <w:p w14:paraId="3D1A835B" w14:textId="77777777" w:rsidR="007D7487" w:rsidRDefault="00E6407B">
      <w:pPr>
        <w:ind w:firstLine="288"/>
      </w:pPr>
      <w:r>
        <w:rPr>
          <w:rFonts w:cs="Times New Roman"/>
        </w:rPr>
        <w:t>Still nothing.</w:t>
      </w:r>
    </w:p>
    <w:p w14:paraId="3D2E1F96" w14:textId="77777777" w:rsidR="007D7487" w:rsidRDefault="00E6407B">
      <w:pPr>
        <w:ind w:firstLine="288"/>
      </w:pPr>
      <w:r>
        <w:rPr>
          <w:rFonts w:cs="Times New Roman"/>
        </w:rPr>
        <w:t>The word would not leave John’s mind.</w:t>
      </w:r>
    </w:p>
    <w:p w14:paraId="2D7E9C0E" w14:textId="77777777" w:rsidR="007D7487" w:rsidRDefault="00E6407B">
      <w:pPr>
        <w:ind w:firstLine="288"/>
      </w:pPr>
      <w:r>
        <w:rPr>
          <w:rFonts w:cs="Times New Roman"/>
        </w:rPr>
        <w:t>Gone.</w:t>
      </w:r>
    </w:p>
    <w:p w14:paraId="6D358167" w14:textId="77777777" w:rsidR="007D7487" w:rsidRDefault="00E6407B">
      <w:pPr>
        <w:ind w:firstLine="288"/>
      </w:pPr>
      <w:r>
        <w:rPr>
          <w:rFonts w:cs="Times New Roman"/>
        </w:rPr>
        <w:t>He had followed Jesus for years, but the memories arriving now did not come in order.</w:t>
      </w:r>
    </w:p>
    <w:p w14:paraId="38B22EBA" w14:textId="77777777" w:rsidR="007D7487" w:rsidRDefault="00E6407B">
      <w:pPr>
        <w:ind w:firstLine="288"/>
      </w:pPr>
      <w:r>
        <w:rPr>
          <w:rFonts w:cs="Times New Roman"/>
        </w:rPr>
        <w:t>A younger John beside Jordan, listening to the wilderness preacher speak of One who was coming after him.</w:t>
      </w:r>
    </w:p>
    <w:p w14:paraId="26B75509" w14:textId="77777777" w:rsidR="007D7487" w:rsidRDefault="00E6407B">
      <w:pPr>
        <w:ind w:firstLine="288"/>
      </w:pPr>
      <w:r>
        <w:rPr>
          <w:rFonts w:cs="Times New Roman"/>
        </w:rPr>
        <w:t>A first invitation to come and see.</w:t>
      </w:r>
    </w:p>
    <w:p w14:paraId="62460E56" w14:textId="77777777" w:rsidR="007D7487" w:rsidRDefault="00E6407B">
      <w:pPr>
        <w:ind w:firstLine="288"/>
      </w:pPr>
      <w:r>
        <w:rPr>
          <w:rFonts w:cs="Times New Roman"/>
        </w:rPr>
        <w:t>Then the longer calling that followed—not an explanation of everything, not a finished understanding of salvation, but a vocation that swallowed the direction of his life:</w:t>
      </w:r>
    </w:p>
    <w:p w14:paraId="34A0F1CE" w14:textId="77777777" w:rsidR="007D7487" w:rsidRDefault="00E6407B">
      <w:pPr>
        <w:ind w:firstLine="288"/>
      </w:pPr>
      <w:r>
        <w:rPr>
          <w:rFonts w:cs="Times New Roman"/>
        </w:rPr>
        <w:t>Follow Me.</w:t>
      </w:r>
    </w:p>
    <w:p w14:paraId="1D692948" w14:textId="77777777" w:rsidR="007D7487" w:rsidRDefault="00E6407B">
      <w:pPr>
        <w:ind w:firstLine="288"/>
      </w:pPr>
      <w:r>
        <w:rPr>
          <w:rFonts w:cs="Times New Roman"/>
        </w:rPr>
        <w:t>Boats left.</w:t>
      </w:r>
    </w:p>
    <w:p w14:paraId="66616088" w14:textId="77777777" w:rsidR="007D7487" w:rsidRDefault="00E6407B">
      <w:pPr>
        <w:ind w:firstLine="288"/>
      </w:pPr>
      <w:r>
        <w:rPr>
          <w:rFonts w:cs="Times New Roman"/>
        </w:rPr>
        <w:t>Nets left.</w:t>
      </w:r>
    </w:p>
    <w:p w14:paraId="40C13625" w14:textId="77777777" w:rsidR="007D7487" w:rsidRDefault="00E6407B">
      <w:pPr>
        <w:ind w:firstLine="288"/>
      </w:pPr>
      <w:r>
        <w:rPr>
          <w:rFonts w:cs="Times New Roman"/>
        </w:rPr>
        <w:t>Roads taken because Jesus had taken them first.</w:t>
      </w:r>
    </w:p>
    <w:p w14:paraId="4F470321" w14:textId="77777777" w:rsidR="007D7487" w:rsidRDefault="00E6407B">
      <w:pPr>
        <w:ind w:firstLine="288"/>
      </w:pPr>
      <w:r>
        <w:rPr>
          <w:rFonts w:cs="Times New Roman"/>
        </w:rPr>
        <w:t>Then another garden only days ago.</w:t>
      </w:r>
    </w:p>
    <w:p w14:paraId="724FF316" w14:textId="77777777" w:rsidR="007D7487" w:rsidRDefault="00E6407B">
      <w:pPr>
        <w:ind w:firstLine="288"/>
      </w:pPr>
      <w:r>
        <w:rPr>
          <w:rFonts w:cs="Times New Roman"/>
        </w:rPr>
        <w:t>Torches moving in darkness.</w:t>
      </w:r>
    </w:p>
    <w:p w14:paraId="002D74A1" w14:textId="77777777" w:rsidR="007D7487" w:rsidRDefault="00E6407B">
      <w:pPr>
        <w:ind w:firstLine="288"/>
      </w:pPr>
      <w:r>
        <w:rPr>
          <w:rFonts w:cs="Times New Roman"/>
        </w:rPr>
        <w:t>Soldiers.</w:t>
      </w:r>
    </w:p>
    <w:p w14:paraId="6ADFEBAC" w14:textId="77777777" w:rsidR="007D7487" w:rsidRDefault="00E6407B">
      <w:pPr>
        <w:ind w:firstLine="288"/>
      </w:pPr>
      <w:r>
        <w:rPr>
          <w:rFonts w:cs="Times New Roman"/>
        </w:rPr>
        <w:lastRenderedPageBreak/>
        <w:t>Weapons.</w:t>
      </w:r>
    </w:p>
    <w:p w14:paraId="2B61259D" w14:textId="77777777" w:rsidR="007D7487" w:rsidRDefault="00E6407B">
      <w:pPr>
        <w:ind w:firstLine="288"/>
      </w:pPr>
      <w:r>
        <w:rPr>
          <w:rFonts w:cs="Times New Roman"/>
        </w:rPr>
        <w:t>Jesus stepping forward.</w:t>
      </w:r>
    </w:p>
    <w:p w14:paraId="48ECD120" w14:textId="77777777" w:rsidR="007D7487" w:rsidRDefault="00E6407B">
      <w:pPr>
        <w:ind w:firstLine="288"/>
      </w:pPr>
      <w:r>
        <w:rPr>
          <w:rFonts w:cs="Times New Roman"/>
        </w:rPr>
        <w:t>“Whom seek ye?”</w:t>
      </w:r>
    </w:p>
    <w:p w14:paraId="401F9157" w14:textId="77777777" w:rsidR="007D7487" w:rsidRDefault="00E6407B">
      <w:pPr>
        <w:ind w:firstLine="288"/>
      </w:pPr>
      <w:r>
        <w:rPr>
          <w:rFonts w:cs="Times New Roman"/>
        </w:rPr>
        <w:t>“Jesus of Nazareth.”</w:t>
      </w:r>
    </w:p>
    <w:p w14:paraId="161792D8" w14:textId="77777777" w:rsidR="007D7487" w:rsidRDefault="00E6407B">
      <w:pPr>
        <w:ind w:firstLine="288"/>
      </w:pPr>
      <w:r>
        <w:rPr>
          <w:rFonts w:cs="Times New Roman"/>
        </w:rPr>
        <w:t>“I am he.”</w:t>
      </w:r>
    </w:p>
    <w:p w14:paraId="216932F3" w14:textId="77777777" w:rsidR="007D7487" w:rsidRDefault="00E6407B">
      <w:pPr>
        <w:ind w:firstLine="288"/>
      </w:pPr>
      <w:r>
        <w:rPr>
          <w:rFonts w:cs="Times New Roman"/>
        </w:rPr>
        <w:t>Men recoiling.</w:t>
      </w:r>
    </w:p>
    <w:p w14:paraId="5BD45CE2" w14:textId="77777777" w:rsidR="007D7487" w:rsidRDefault="00E6407B">
      <w:pPr>
        <w:ind w:firstLine="288"/>
      </w:pPr>
      <w:r>
        <w:rPr>
          <w:rFonts w:cs="Times New Roman"/>
        </w:rPr>
        <w:t>Bodies falling backward.</w:t>
      </w:r>
    </w:p>
    <w:p w14:paraId="7CFC2450" w14:textId="77777777" w:rsidR="007D7487" w:rsidRDefault="00E6407B">
      <w:pPr>
        <w:ind w:firstLine="288"/>
      </w:pPr>
      <w:r>
        <w:rPr>
          <w:rFonts w:cs="Times New Roman"/>
        </w:rPr>
        <w:t>John had seen it.</w:t>
      </w:r>
    </w:p>
    <w:p w14:paraId="700A0593" w14:textId="77777777" w:rsidR="007D7487" w:rsidRDefault="00E6407B">
      <w:pPr>
        <w:ind w:firstLine="288"/>
      </w:pPr>
      <w:r>
        <w:rPr>
          <w:rFonts w:cs="Times New Roman"/>
        </w:rPr>
        <w:t>Power without a sword.</w:t>
      </w:r>
    </w:p>
    <w:p w14:paraId="4B84C3A0" w14:textId="77777777" w:rsidR="007D7487" w:rsidRDefault="00E6407B">
      <w:pPr>
        <w:ind w:firstLine="288"/>
      </w:pPr>
      <w:r>
        <w:rPr>
          <w:rFonts w:cs="Times New Roman"/>
        </w:rPr>
        <w:t>Then the court.</w:t>
      </w:r>
    </w:p>
    <w:p w14:paraId="3F51A844" w14:textId="77777777" w:rsidR="007D7487" w:rsidRDefault="00E6407B">
      <w:pPr>
        <w:ind w:firstLine="288"/>
      </w:pPr>
      <w:r>
        <w:rPr>
          <w:rFonts w:cs="Times New Roman"/>
        </w:rPr>
        <w:t>Questions.</w:t>
      </w:r>
    </w:p>
    <w:p w14:paraId="3AB11C0F" w14:textId="77777777" w:rsidR="007D7487" w:rsidRDefault="00E6407B">
      <w:pPr>
        <w:ind w:firstLine="288"/>
      </w:pPr>
      <w:r>
        <w:rPr>
          <w:rFonts w:cs="Times New Roman"/>
        </w:rPr>
        <w:t>Accusations.</w:t>
      </w:r>
    </w:p>
    <w:p w14:paraId="378E3FBF" w14:textId="77777777" w:rsidR="007D7487" w:rsidRDefault="00E6407B">
      <w:pPr>
        <w:ind w:firstLine="288"/>
      </w:pPr>
      <w:r>
        <w:rPr>
          <w:rFonts w:cs="Times New Roman"/>
        </w:rPr>
        <w:t>The night refusing to end.</w:t>
      </w:r>
    </w:p>
    <w:p w14:paraId="6730431F" w14:textId="77777777" w:rsidR="007D7487" w:rsidRDefault="00E6407B">
      <w:pPr>
        <w:ind w:firstLine="288"/>
      </w:pPr>
      <w:r>
        <w:rPr>
          <w:rFonts w:cs="Times New Roman"/>
        </w:rPr>
        <w:t>Peter somewhere inside his own terror.</w:t>
      </w:r>
    </w:p>
    <w:p w14:paraId="418BFA11" w14:textId="77777777" w:rsidR="007D7487" w:rsidRDefault="00E6407B">
      <w:pPr>
        <w:ind w:firstLine="288"/>
      </w:pPr>
      <w:r>
        <w:rPr>
          <w:rFonts w:cs="Times New Roman"/>
        </w:rPr>
        <w:t>Then Golgotha.</w:t>
      </w:r>
    </w:p>
    <w:p w14:paraId="3205370B" w14:textId="77777777" w:rsidR="007D7487" w:rsidRDefault="00E6407B">
      <w:pPr>
        <w:ind w:firstLine="288"/>
      </w:pPr>
      <w:r>
        <w:rPr>
          <w:rFonts w:cs="Times New Roman"/>
        </w:rPr>
        <w:t>Mary beside him.</w:t>
      </w:r>
    </w:p>
    <w:p w14:paraId="0D1D64CF" w14:textId="77777777" w:rsidR="007D7487" w:rsidRDefault="00E6407B">
      <w:pPr>
        <w:ind w:firstLine="288"/>
      </w:pPr>
      <w:r>
        <w:rPr>
          <w:rFonts w:cs="Times New Roman"/>
        </w:rPr>
        <w:t>The sky.</w:t>
      </w:r>
    </w:p>
    <w:p w14:paraId="3BB11B70" w14:textId="77777777" w:rsidR="007D7487" w:rsidRDefault="00E6407B">
      <w:pPr>
        <w:ind w:firstLine="288"/>
      </w:pPr>
      <w:r>
        <w:rPr>
          <w:rFonts w:cs="Times New Roman"/>
        </w:rPr>
        <w:t>The cross.</w:t>
      </w:r>
    </w:p>
    <w:p w14:paraId="1476610C" w14:textId="77777777" w:rsidR="007D7487" w:rsidRDefault="00E6407B">
      <w:pPr>
        <w:ind w:firstLine="288"/>
      </w:pPr>
      <w:r>
        <w:rPr>
          <w:rFonts w:cs="Times New Roman"/>
        </w:rPr>
        <w:t>Jesus forcing words through a body already being destroyed.</w:t>
      </w:r>
    </w:p>
    <w:p w14:paraId="1C75B62B" w14:textId="77777777" w:rsidR="007D7487" w:rsidRDefault="00E6407B">
      <w:pPr>
        <w:ind w:firstLine="288"/>
      </w:pPr>
      <w:r>
        <w:rPr>
          <w:rFonts w:cs="Times New Roman"/>
        </w:rPr>
        <w:t>“Woman, behold thy son.”</w:t>
      </w:r>
    </w:p>
    <w:p w14:paraId="6ADA5AEC" w14:textId="77777777" w:rsidR="007D7487" w:rsidRDefault="00E6407B">
      <w:pPr>
        <w:ind w:firstLine="288"/>
      </w:pPr>
      <w:r>
        <w:rPr>
          <w:rFonts w:cs="Times New Roman"/>
        </w:rPr>
        <w:t>Then:</w:t>
      </w:r>
    </w:p>
    <w:p w14:paraId="55DEFEA1" w14:textId="77777777" w:rsidR="007D7487" w:rsidRDefault="00E6407B">
      <w:pPr>
        <w:ind w:firstLine="288"/>
      </w:pPr>
      <w:r>
        <w:rPr>
          <w:rFonts w:cs="Times New Roman"/>
        </w:rPr>
        <w:t>“It is finished.”</w:t>
      </w:r>
    </w:p>
    <w:p w14:paraId="66DB39BB" w14:textId="77777777" w:rsidR="007D7487" w:rsidRDefault="00E6407B">
      <w:pPr>
        <w:ind w:firstLine="288"/>
      </w:pPr>
      <w:r>
        <w:rPr>
          <w:rFonts w:cs="Times New Roman"/>
        </w:rPr>
        <w:t>John had heard that too.</w:t>
      </w:r>
    </w:p>
    <w:p w14:paraId="0342B392" w14:textId="77777777" w:rsidR="007D7487" w:rsidRDefault="00E6407B">
      <w:pPr>
        <w:ind w:firstLine="288"/>
      </w:pPr>
      <w:r>
        <w:rPr>
          <w:rFonts w:cs="Times New Roman"/>
        </w:rPr>
        <w:t>Finished.</w:t>
      </w:r>
    </w:p>
    <w:p w14:paraId="30EFAC73" w14:textId="77777777" w:rsidR="007D7487" w:rsidRDefault="00E6407B">
      <w:pPr>
        <w:ind w:firstLine="288"/>
      </w:pPr>
      <w:r>
        <w:rPr>
          <w:rFonts w:cs="Times New Roman"/>
        </w:rPr>
        <w:t>He had watched Jesus bow His head.</w:t>
      </w:r>
    </w:p>
    <w:p w14:paraId="75B78B66" w14:textId="77777777" w:rsidR="007D7487" w:rsidRDefault="00E6407B">
      <w:pPr>
        <w:ind w:firstLine="288"/>
      </w:pPr>
      <w:r>
        <w:rPr>
          <w:rFonts w:cs="Times New Roman"/>
        </w:rPr>
        <w:t>He had watched death take the body.</w:t>
      </w:r>
    </w:p>
    <w:p w14:paraId="1D6BADCF" w14:textId="77777777" w:rsidR="007D7487" w:rsidRDefault="00E6407B">
      <w:pPr>
        <w:ind w:firstLine="288"/>
      </w:pPr>
      <w:r>
        <w:rPr>
          <w:rFonts w:cs="Times New Roman"/>
        </w:rPr>
        <w:t>He had watched blood and water come from His side.</w:t>
      </w:r>
    </w:p>
    <w:p w14:paraId="46F7AB73" w14:textId="77777777" w:rsidR="007D7487" w:rsidRDefault="00E6407B">
      <w:pPr>
        <w:ind w:firstLine="288"/>
      </w:pPr>
      <w:r>
        <w:rPr>
          <w:rFonts w:cs="Times New Roman"/>
        </w:rPr>
        <w:t>There had been no uncertainty left about death.</w:t>
      </w:r>
    </w:p>
    <w:p w14:paraId="26793F09" w14:textId="77777777" w:rsidR="007D7487" w:rsidRDefault="00E6407B">
      <w:pPr>
        <w:ind w:firstLine="288"/>
      </w:pPr>
      <w:r>
        <w:rPr>
          <w:rFonts w:cs="Times New Roman"/>
        </w:rPr>
        <w:t>Joseph and Nicodemus had carried what remained.</w:t>
      </w:r>
    </w:p>
    <w:p w14:paraId="1473F119" w14:textId="77777777" w:rsidR="007D7487" w:rsidRDefault="00E6407B">
      <w:pPr>
        <w:ind w:firstLine="288"/>
      </w:pPr>
      <w:r>
        <w:rPr>
          <w:rFonts w:cs="Times New Roman"/>
        </w:rPr>
        <w:t>Now Mary was saying the tomb was open.</w:t>
      </w:r>
    </w:p>
    <w:p w14:paraId="3EF501BB" w14:textId="77777777" w:rsidR="007D7487" w:rsidRDefault="00E6407B">
      <w:pPr>
        <w:ind w:firstLine="288"/>
      </w:pPr>
      <w:r>
        <w:rPr>
          <w:rFonts w:cs="Times New Roman"/>
        </w:rPr>
        <w:t>The body was gone.</w:t>
      </w:r>
    </w:p>
    <w:p w14:paraId="58503EDF" w14:textId="77777777" w:rsidR="007D7487" w:rsidRDefault="00E6407B">
      <w:pPr>
        <w:ind w:firstLine="288"/>
      </w:pPr>
      <w:r>
        <w:rPr>
          <w:rFonts w:cs="Times New Roman"/>
        </w:rPr>
        <w:t>John broke into a run.</w:t>
      </w:r>
    </w:p>
    <w:p w14:paraId="1988C5FC" w14:textId="77777777" w:rsidR="007D7487" w:rsidRDefault="00E6407B">
      <w:pPr>
        <w:ind w:firstLine="288"/>
      </w:pPr>
      <w:r>
        <w:rPr>
          <w:rFonts w:cs="Times New Roman"/>
        </w:rPr>
        <w:t>Peter followed.</w:t>
      </w:r>
    </w:p>
    <w:p w14:paraId="2F200746" w14:textId="77777777" w:rsidR="007D7487" w:rsidRDefault="00E6407B">
      <w:pPr>
        <w:ind w:firstLine="288"/>
      </w:pPr>
      <w:r>
        <w:rPr>
          <w:rFonts w:cs="Times New Roman"/>
        </w:rPr>
        <w:t>At first John stayed to the path.</w:t>
      </w:r>
    </w:p>
    <w:p w14:paraId="7AC3E124" w14:textId="77777777" w:rsidR="007D7487" w:rsidRDefault="00E6407B">
      <w:pPr>
        <w:ind w:firstLine="288"/>
      </w:pPr>
      <w:r>
        <w:rPr>
          <w:rFonts w:cs="Times New Roman"/>
        </w:rPr>
        <w:t>Then the path bent and John did not.</w:t>
      </w:r>
    </w:p>
    <w:p w14:paraId="47A124AE" w14:textId="77777777" w:rsidR="007D7487" w:rsidRDefault="00E6407B">
      <w:pPr>
        <w:ind w:firstLine="288"/>
      </w:pPr>
      <w:r>
        <w:rPr>
          <w:rFonts w:cs="Times New Roman"/>
        </w:rPr>
        <w:t>He cut across.</w:t>
      </w:r>
    </w:p>
    <w:p w14:paraId="0C08F1C5" w14:textId="77777777" w:rsidR="007D7487" w:rsidRDefault="00E6407B">
      <w:pPr>
        <w:ind w:firstLine="288"/>
      </w:pPr>
      <w:r>
        <w:rPr>
          <w:rFonts w:cs="Times New Roman"/>
        </w:rPr>
        <w:t>His sandals struck hard ground and loose stone. Dust kicked behind him. He nearly collided with a man carrying a basket and heard an angry shout as he passed.</w:t>
      </w:r>
    </w:p>
    <w:p w14:paraId="4E2FBBC7" w14:textId="77777777" w:rsidR="007D7487" w:rsidRDefault="00E6407B">
      <w:pPr>
        <w:ind w:firstLine="288"/>
      </w:pPr>
      <w:r>
        <w:rPr>
          <w:rFonts w:cs="Times New Roman"/>
        </w:rPr>
        <w:lastRenderedPageBreak/>
        <w:t>John did not turn.</w:t>
      </w:r>
    </w:p>
    <w:p w14:paraId="18439763" w14:textId="77777777" w:rsidR="007D7487" w:rsidRDefault="00E6407B">
      <w:pPr>
        <w:ind w:firstLine="288"/>
      </w:pPr>
      <w:r>
        <w:rPr>
          <w:rFonts w:cs="Times New Roman"/>
        </w:rPr>
        <w:t>I have to see.</w:t>
      </w:r>
    </w:p>
    <w:p w14:paraId="74137F7D" w14:textId="77777777" w:rsidR="007D7487" w:rsidRDefault="00E6407B">
      <w:pPr>
        <w:ind w:firstLine="288"/>
      </w:pPr>
      <w:r>
        <w:rPr>
          <w:rFonts w:cs="Times New Roman"/>
        </w:rPr>
        <w:t>His breathing shortened.</w:t>
      </w:r>
    </w:p>
    <w:p w14:paraId="2B0EC60A" w14:textId="77777777" w:rsidR="007D7487" w:rsidRDefault="00E6407B">
      <w:pPr>
        <w:ind w:firstLine="288"/>
      </w:pPr>
      <w:r>
        <w:rPr>
          <w:rFonts w:cs="Times New Roman"/>
        </w:rPr>
        <w:t>He pushed harder.</w:t>
      </w:r>
    </w:p>
    <w:p w14:paraId="70D02933" w14:textId="77777777" w:rsidR="007D7487" w:rsidRDefault="00E6407B">
      <w:pPr>
        <w:ind w:firstLine="288"/>
      </w:pPr>
      <w:r>
        <w:rPr>
          <w:rFonts w:cs="Times New Roman"/>
        </w:rPr>
        <w:t>Mary had been grieving.</w:t>
      </w:r>
    </w:p>
    <w:p w14:paraId="7CC972E0" w14:textId="77777777" w:rsidR="007D7487" w:rsidRDefault="00E6407B">
      <w:pPr>
        <w:ind w:firstLine="288"/>
      </w:pPr>
      <w:r>
        <w:rPr>
          <w:rFonts w:cs="Times New Roman"/>
        </w:rPr>
        <w:t>They were all grieving.</w:t>
      </w:r>
    </w:p>
    <w:p w14:paraId="5748E433" w14:textId="77777777" w:rsidR="007D7487" w:rsidRDefault="00E6407B">
      <w:pPr>
        <w:ind w:firstLine="288"/>
      </w:pPr>
      <w:r>
        <w:rPr>
          <w:rFonts w:cs="Times New Roman"/>
        </w:rPr>
        <w:t>Could she have mistaken the tomb?</w:t>
      </w:r>
    </w:p>
    <w:p w14:paraId="226756DD" w14:textId="77777777" w:rsidR="007D7487" w:rsidRDefault="00E6407B">
      <w:pPr>
        <w:ind w:firstLine="288"/>
      </w:pPr>
      <w:r>
        <w:rPr>
          <w:rFonts w:cs="Times New Roman"/>
        </w:rPr>
        <w:t>No.</w:t>
      </w:r>
    </w:p>
    <w:p w14:paraId="717C2A0F" w14:textId="77777777" w:rsidR="007D7487" w:rsidRDefault="00E6407B">
      <w:pPr>
        <w:ind w:firstLine="288"/>
      </w:pPr>
      <w:r>
        <w:rPr>
          <w:rFonts w:cs="Times New Roman"/>
        </w:rPr>
        <w:t>She knew Joseph’s garden.</w:t>
      </w:r>
    </w:p>
    <w:p w14:paraId="4366701E" w14:textId="77777777" w:rsidR="007D7487" w:rsidRDefault="00E6407B">
      <w:pPr>
        <w:ind w:firstLine="288"/>
      </w:pPr>
      <w:r>
        <w:rPr>
          <w:rFonts w:cs="Times New Roman"/>
        </w:rPr>
        <w:t>Could the authorities have moved Him?</w:t>
      </w:r>
    </w:p>
    <w:p w14:paraId="4BE813AD" w14:textId="77777777" w:rsidR="007D7487" w:rsidRDefault="00E6407B">
      <w:pPr>
        <w:ind w:firstLine="288"/>
      </w:pPr>
      <w:r>
        <w:rPr>
          <w:rFonts w:cs="Times New Roman"/>
        </w:rPr>
        <w:t>Had the council decided that even burial in a rich man’s tomb was too much honor for the man they had condemned?</w:t>
      </w:r>
    </w:p>
    <w:p w14:paraId="2147B974" w14:textId="77777777" w:rsidR="007D7487" w:rsidRDefault="00E6407B">
      <w:pPr>
        <w:ind w:firstLine="288"/>
      </w:pPr>
      <w:r>
        <w:rPr>
          <w:rFonts w:cs="Times New Roman"/>
        </w:rPr>
        <w:t>Could soldiers have come before dawn?</w:t>
      </w:r>
    </w:p>
    <w:p w14:paraId="57A2564E" w14:textId="77777777" w:rsidR="007D7487" w:rsidRDefault="00E6407B">
      <w:pPr>
        <w:ind w:firstLine="288"/>
      </w:pPr>
      <w:r>
        <w:rPr>
          <w:rFonts w:cs="Times New Roman"/>
        </w:rPr>
        <w:t>The stone.</w:t>
      </w:r>
    </w:p>
    <w:p w14:paraId="09D5CCE6" w14:textId="77777777" w:rsidR="007D7487" w:rsidRDefault="00E6407B">
      <w:pPr>
        <w:ind w:firstLine="288"/>
      </w:pPr>
      <w:r>
        <w:rPr>
          <w:rFonts w:cs="Times New Roman"/>
        </w:rPr>
        <w:t>Mary had said the stone was moved.</w:t>
      </w:r>
    </w:p>
    <w:p w14:paraId="6A224FDF" w14:textId="77777777" w:rsidR="007D7487" w:rsidRDefault="00E6407B">
      <w:pPr>
        <w:ind w:firstLine="288"/>
      </w:pPr>
      <w:r>
        <w:rPr>
          <w:rFonts w:cs="Times New Roman"/>
        </w:rPr>
        <w:t>Who moved it?</w:t>
      </w:r>
    </w:p>
    <w:p w14:paraId="415F0051" w14:textId="77777777" w:rsidR="007D7487" w:rsidRDefault="00E6407B">
      <w:pPr>
        <w:ind w:firstLine="288"/>
      </w:pPr>
      <w:r>
        <w:rPr>
          <w:rFonts w:cs="Times New Roman"/>
        </w:rPr>
        <w:t>John lengthened his stride.</w:t>
      </w:r>
    </w:p>
    <w:p w14:paraId="749C0940" w14:textId="77777777" w:rsidR="007D7487" w:rsidRDefault="00E6407B">
      <w:pPr>
        <w:ind w:firstLine="288"/>
      </w:pPr>
      <w:r>
        <w:rPr>
          <w:rFonts w:cs="Times New Roman"/>
        </w:rPr>
        <w:t>His lungs began to burn.</w:t>
      </w:r>
    </w:p>
    <w:p w14:paraId="211BD6AF" w14:textId="77777777" w:rsidR="007D7487" w:rsidRDefault="00E6407B">
      <w:pPr>
        <w:ind w:firstLine="288"/>
      </w:pPr>
      <w:r>
        <w:rPr>
          <w:rFonts w:cs="Times New Roman"/>
        </w:rPr>
        <w:t>His mouth went dry. He swallowed and gained nothing from it.</w:t>
      </w:r>
    </w:p>
    <w:p w14:paraId="4407C9EC" w14:textId="77777777" w:rsidR="007D7487" w:rsidRDefault="00E6407B">
      <w:pPr>
        <w:ind w:firstLine="288"/>
      </w:pPr>
      <w:r>
        <w:rPr>
          <w:rFonts w:cs="Times New Roman"/>
        </w:rPr>
        <w:t>Peter’s footsteps had fallen farther behind.</w:t>
      </w:r>
    </w:p>
    <w:p w14:paraId="79DA2E1C" w14:textId="77777777" w:rsidR="007D7487" w:rsidRDefault="00E6407B">
      <w:pPr>
        <w:ind w:firstLine="288"/>
      </w:pPr>
      <w:r>
        <w:rPr>
          <w:rFonts w:cs="Times New Roman"/>
        </w:rPr>
        <w:t>John did not slow.</w:t>
      </w:r>
    </w:p>
    <w:p w14:paraId="4227DE09" w14:textId="77777777" w:rsidR="007D7487" w:rsidRDefault="00E6407B">
      <w:pPr>
        <w:ind w:firstLine="288"/>
      </w:pPr>
      <w:r>
        <w:rPr>
          <w:rFonts w:cs="Times New Roman"/>
        </w:rPr>
        <w:t>I have to see my Lord.</w:t>
      </w:r>
    </w:p>
    <w:p w14:paraId="0E7DCE79" w14:textId="77777777" w:rsidR="007D7487" w:rsidRDefault="00E6407B">
      <w:pPr>
        <w:ind w:firstLine="288"/>
      </w:pPr>
      <w:r>
        <w:rPr>
          <w:rFonts w:cs="Times New Roman"/>
        </w:rPr>
        <w:t>The thought struck him.</w:t>
      </w:r>
    </w:p>
    <w:p w14:paraId="0B66AB36" w14:textId="77777777" w:rsidR="007D7487" w:rsidRDefault="00E6407B">
      <w:pPr>
        <w:ind w:firstLine="288"/>
      </w:pPr>
      <w:r>
        <w:rPr>
          <w:rFonts w:cs="Times New Roman"/>
        </w:rPr>
        <w:t>My Lord.</w:t>
      </w:r>
    </w:p>
    <w:p w14:paraId="7CC2F361" w14:textId="77777777" w:rsidR="007D7487" w:rsidRDefault="00E6407B">
      <w:pPr>
        <w:ind w:firstLine="288"/>
      </w:pPr>
      <w:r>
        <w:rPr>
          <w:rFonts w:cs="Times New Roman"/>
        </w:rPr>
        <w:t>Even dead.</w:t>
      </w:r>
    </w:p>
    <w:p w14:paraId="5DFFDC5A" w14:textId="77777777" w:rsidR="007D7487" w:rsidRDefault="00E6407B">
      <w:pPr>
        <w:ind w:firstLine="288"/>
      </w:pPr>
      <w:r>
        <w:rPr>
          <w:rFonts w:cs="Times New Roman"/>
        </w:rPr>
        <w:t>Even buried.</w:t>
      </w:r>
    </w:p>
    <w:p w14:paraId="3BB55C4F" w14:textId="77777777" w:rsidR="007D7487" w:rsidRDefault="00E6407B">
      <w:pPr>
        <w:ind w:firstLine="288"/>
      </w:pPr>
      <w:r>
        <w:rPr>
          <w:rFonts w:cs="Times New Roman"/>
        </w:rPr>
        <w:t>Even if someone had taken the body somewhere else.</w:t>
      </w:r>
    </w:p>
    <w:p w14:paraId="37A326F4" w14:textId="77777777" w:rsidR="007D7487" w:rsidRDefault="00E6407B">
      <w:pPr>
        <w:ind w:firstLine="288"/>
      </w:pPr>
      <w:r>
        <w:rPr>
          <w:rFonts w:cs="Times New Roman"/>
        </w:rPr>
        <w:t>He needed to see.</w:t>
      </w:r>
    </w:p>
    <w:p w14:paraId="091A39D5" w14:textId="77777777" w:rsidR="007D7487" w:rsidRDefault="00E6407B">
      <w:pPr>
        <w:ind w:firstLine="288"/>
      </w:pPr>
      <w:r>
        <w:rPr>
          <w:rFonts w:cs="Times New Roman"/>
        </w:rPr>
        <w:t>The last rise hurt.</w:t>
      </w:r>
    </w:p>
    <w:p w14:paraId="4E295607" w14:textId="77777777" w:rsidR="007D7487" w:rsidRDefault="00E6407B">
      <w:pPr>
        <w:ind w:firstLine="288"/>
      </w:pPr>
      <w:r>
        <w:rPr>
          <w:rFonts w:cs="Times New Roman"/>
        </w:rPr>
        <w:t>His legs began to lose some of their strength. For several strides his pace shortened. A hard stitch pulled beneath his ribs. He bent slightly forward, dragged in another breath, and forced himself upward.</w:t>
      </w:r>
    </w:p>
    <w:p w14:paraId="22D6267B" w14:textId="77777777" w:rsidR="007D7487" w:rsidRDefault="00E6407B">
      <w:pPr>
        <w:ind w:firstLine="288"/>
      </w:pPr>
      <w:r>
        <w:rPr>
          <w:rFonts w:cs="Times New Roman"/>
        </w:rPr>
        <w:t>Then the garden came into view.</w:t>
      </w:r>
    </w:p>
    <w:p w14:paraId="0C8F11A8" w14:textId="77777777" w:rsidR="007D7487" w:rsidRDefault="00E6407B">
      <w:pPr>
        <w:ind w:firstLine="288"/>
      </w:pPr>
      <w:r>
        <w:rPr>
          <w:rFonts w:cs="Times New Roman"/>
        </w:rPr>
        <w:t>Joseph’s garden.</w:t>
      </w:r>
    </w:p>
    <w:p w14:paraId="67A50CC1" w14:textId="77777777" w:rsidR="007D7487" w:rsidRDefault="00E6407B">
      <w:pPr>
        <w:ind w:firstLine="288"/>
      </w:pPr>
      <w:r>
        <w:rPr>
          <w:rFonts w:cs="Times New Roman"/>
        </w:rPr>
        <w:t>A place of rock and cultivated ground.</w:t>
      </w:r>
    </w:p>
    <w:p w14:paraId="41E74731" w14:textId="77777777" w:rsidR="007D7487" w:rsidRDefault="00E6407B">
      <w:pPr>
        <w:ind w:firstLine="288"/>
      </w:pPr>
      <w:r>
        <w:rPr>
          <w:rFonts w:cs="Times New Roman"/>
        </w:rPr>
        <w:t>A burial place belonging to a man wealthy enough to have a new tomb cut from stone.</w:t>
      </w:r>
    </w:p>
    <w:p w14:paraId="60A2FF09" w14:textId="77777777" w:rsidR="007D7487" w:rsidRDefault="00E6407B">
      <w:pPr>
        <w:ind w:firstLine="288"/>
      </w:pPr>
      <w:r>
        <w:rPr>
          <w:rFonts w:cs="Times New Roman"/>
        </w:rPr>
        <w:t>John slowed because his body forced him to.</w:t>
      </w:r>
    </w:p>
    <w:p w14:paraId="681EED1C" w14:textId="77777777" w:rsidR="007D7487" w:rsidRDefault="00E6407B">
      <w:pPr>
        <w:ind w:firstLine="288"/>
      </w:pPr>
      <w:r>
        <w:rPr>
          <w:rFonts w:cs="Times New Roman"/>
        </w:rPr>
        <w:t>He reached the opening and caught himself with one hand against the rock.</w:t>
      </w:r>
    </w:p>
    <w:p w14:paraId="057B3A25" w14:textId="77777777" w:rsidR="007D7487" w:rsidRDefault="00E6407B">
      <w:pPr>
        <w:ind w:firstLine="288"/>
      </w:pPr>
      <w:r>
        <w:rPr>
          <w:rFonts w:cs="Times New Roman"/>
        </w:rPr>
        <w:lastRenderedPageBreak/>
        <w:t>His chest heaved.</w:t>
      </w:r>
    </w:p>
    <w:p w14:paraId="6372514A" w14:textId="77777777" w:rsidR="007D7487" w:rsidRDefault="00E6407B">
      <w:pPr>
        <w:ind w:firstLine="288"/>
      </w:pPr>
      <w:r>
        <w:rPr>
          <w:rFonts w:cs="Times New Roman"/>
        </w:rPr>
        <w:t>The tomb stood open.</w:t>
      </w:r>
    </w:p>
    <w:p w14:paraId="33A57866" w14:textId="77777777" w:rsidR="007D7487" w:rsidRDefault="00E6407B">
      <w:pPr>
        <w:ind w:firstLine="288"/>
      </w:pPr>
      <w:r>
        <w:rPr>
          <w:rFonts w:cs="Times New Roman"/>
        </w:rPr>
        <w:t>Mary had not imagined that.</w:t>
      </w:r>
    </w:p>
    <w:p w14:paraId="6E08A5D6" w14:textId="77777777" w:rsidR="007D7487" w:rsidRDefault="00E6407B">
      <w:pPr>
        <w:ind w:firstLine="288"/>
      </w:pPr>
      <w:r>
        <w:rPr>
          <w:rFonts w:cs="Times New Roman"/>
        </w:rPr>
        <w:t>John bent forward, fought for breath, then raised his head and stared inside.</w:t>
      </w:r>
    </w:p>
    <w:p w14:paraId="5CCEF934" w14:textId="77777777" w:rsidR="007D7487" w:rsidRDefault="00E6407B">
      <w:pPr>
        <w:ind w:firstLine="288"/>
      </w:pPr>
      <w:r>
        <w:rPr>
          <w:rFonts w:cs="Times New Roman"/>
        </w:rPr>
        <w:t>Darkness.</w:t>
      </w:r>
    </w:p>
    <w:p w14:paraId="0B3B207A" w14:textId="77777777" w:rsidR="007D7487" w:rsidRDefault="00E6407B">
      <w:pPr>
        <w:ind w:firstLine="288"/>
      </w:pPr>
      <w:r>
        <w:rPr>
          <w:rFonts w:cs="Times New Roman"/>
        </w:rPr>
        <w:t>Cool air came from the opening.</w:t>
      </w:r>
    </w:p>
    <w:p w14:paraId="7659A0F7" w14:textId="77777777" w:rsidR="007D7487" w:rsidRDefault="00E6407B">
      <w:pPr>
        <w:ind w:firstLine="288"/>
      </w:pPr>
      <w:r>
        <w:rPr>
          <w:rFonts w:cs="Times New Roman"/>
        </w:rPr>
        <w:t>At first he could make out almost nothing.</w:t>
      </w:r>
    </w:p>
    <w:p w14:paraId="678109DB" w14:textId="77777777" w:rsidR="007D7487" w:rsidRDefault="00E6407B">
      <w:pPr>
        <w:ind w:firstLine="288"/>
      </w:pPr>
      <w:r>
        <w:rPr>
          <w:rFonts w:cs="Times New Roman"/>
        </w:rPr>
        <w:t>Then something pale.</w:t>
      </w:r>
    </w:p>
    <w:p w14:paraId="5C640693" w14:textId="77777777" w:rsidR="007D7487" w:rsidRDefault="00E6407B">
      <w:pPr>
        <w:ind w:firstLine="288"/>
      </w:pPr>
      <w:r>
        <w:rPr>
          <w:rFonts w:cs="Times New Roman"/>
        </w:rPr>
        <w:t>Linen.</w:t>
      </w:r>
    </w:p>
    <w:p w14:paraId="045D2473" w14:textId="77777777" w:rsidR="007D7487" w:rsidRDefault="00E6407B">
      <w:pPr>
        <w:ind w:firstLine="288"/>
      </w:pPr>
      <w:r>
        <w:rPr>
          <w:rFonts w:cs="Times New Roman"/>
        </w:rPr>
        <w:t>His own breathing seemed too loud.</w:t>
      </w:r>
    </w:p>
    <w:p w14:paraId="044C0A9A" w14:textId="77777777" w:rsidR="007D7487" w:rsidRDefault="00E6407B">
      <w:pPr>
        <w:ind w:firstLine="288"/>
      </w:pPr>
      <w:r>
        <w:rPr>
          <w:rFonts w:cs="Times New Roman"/>
        </w:rPr>
        <w:t>A tomb.</w:t>
      </w:r>
    </w:p>
    <w:p w14:paraId="743F599C" w14:textId="77777777" w:rsidR="007D7487" w:rsidRDefault="00E6407B">
      <w:pPr>
        <w:ind w:firstLine="288"/>
      </w:pPr>
      <w:r>
        <w:rPr>
          <w:rFonts w:cs="Times New Roman"/>
        </w:rPr>
        <w:t>A place of death.</w:t>
      </w:r>
    </w:p>
    <w:p w14:paraId="3D5DA132" w14:textId="77777777" w:rsidR="007D7487" w:rsidRDefault="00E6407B">
      <w:pPr>
        <w:ind w:firstLine="288"/>
      </w:pPr>
      <w:r>
        <w:rPr>
          <w:rFonts w:cs="Times New Roman"/>
        </w:rPr>
        <w:t>Uncleanness.</w:t>
      </w:r>
    </w:p>
    <w:p w14:paraId="4BFDC7D1" w14:textId="77777777" w:rsidR="007D7487" w:rsidRDefault="00E6407B">
      <w:pPr>
        <w:ind w:firstLine="288"/>
      </w:pPr>
      <w:r>
        <w:rPr>
          <w:rFonts w:cs="Times New Roman"/>
        </w:rPr>
        <w:t>Was the body still inside?</w:t>
      </w:r>
    </w:p>
    <w:p w14:paraId="61E76FCB" w14:textId="77777777" w:rsidR="007D7487" w:rsidRDefault="00E6407B">
      <w:pPr>
        <w:ind w:firstLine="288"/>
      </w:pPr>
      <w:r>
        <w:rPr>
          <w:rFonts w:cs="Times New Roman"/>
        </w:rPr>
        <w:t>Had someone merely moved Jesus from where Joseph and Nicodemus had laid Him?</w:t>
      </w:r>
    </w:p>
    <w:p w14:paraId="06B8BAE8" w14:textId="77777777" w:rsidR="007D7487" w:rsidRDefault="00E6407B">
      <w:pPr>
        <w:ind w:firstLine="288"/>
      </w:pPr>
      <w:r>
        <w:rPr>
          <w:rFonts w:cs="Times New Roman"/>
        </w:rPr>
        <w:t>Was John about to step into the place of the dead?</w:t>
      </w:r>
    </w:p>
    <w:p w14:paraId="77E708EE" w14:textId="77777777" w:rsidR="007D7487" w:rsidRDefault="00E6407B">
      <w:pPr>
        <w:ind w:firstLine="288"/>
      </w:pPr>
      <w:r>
        <w:rPr>
          <w:rFonts w:cs="Times New Roman"/>
        </w:rPr>
        <w:t>He stayed at the threshold.</w:t>
      </w:r>
    </w:p>
    <w:p w14:paraId="754E8A91" w14:textId="77777777" w:rsidR="007D7487" w:rsidRDefault="00E6407B">
      <w:pPr>
        <w:ind w:firstLine="288"/>
      </w:pPr>
      <w:r>
        <w:rPr>
          <w:rFonts w:cs="Times New Roman"/>
        </w:rPr>
        <w:t>His hand remained pressed against the stone.</w:t>
      </w:r>
    </w:p>
    <w:p w14:paraId="6126E378" w14:textId="77777777" w:rsidR="007D7487" w:rsidRDefault="00E6407B">
      <w:pPr>
        <w:ind w:firstLine="288"/>
      </w:pPr>
      <w:r>
        <w:rPr>
          <w:rFonts w:cs="Times New Roman"/>
        </w:rPr>
        <w:t>And then another fragment moved through his mind.</w:t>
      </w:r>
    </w:p>
    <w:p w14:paraId="2BF16A1B" w14:textId="77777777" w:rsidR="007D7487" w:rsidRDefault="00E6407B">
      <w:pPr>
        <w:ind w:firstLine="288"/>
      </w:pPr>
      <w:r>
        <w:rPr>
          <w:rFonts w:cs="Times New Roman"/>
        </w:rPr>
        <w:t>Isaiah.</w:t>
      </w:r>
    </w:p>
    <w:p w14:paraId="67805CC8" w14:textId="77777777" w:rsidR="007D7487" w:rsidRDefault="00E6407B">
      <w:pPr>
        <w:ind w:firstLine="288"/>
      </w:pPr>
      <w:r>
        <w:rPr>
          <w:rFonts w:cs="Times New Roman"/>
        </w:rPr>
        <w:t>A grave.</w:t>
      </w:r>
    </w:p>
    <w:p w14:paraId="42744FBB" w14:textId="77777777" w:rsidR="007D7487" w:rsidRDefault="00E6407B">
      <w:pPr>
        <w:ind w:firstLine="288"/>
      </w:pPr>
      <w:r>
        <w:rPr>
          <w:rFonts w:cs="Times New Roman"/>
        </w:rPr>
        <w:t>The wicked.</w:t>
      </w:r>
    </w:p>
    <w:p w14:paraId="03238211" w14:textId="77777777" w:rsidR="007D7487" w:rsidRDefault="00E6407B">
      <w:pPr>
        <w:ind w:firstLine="288"/>
      </w:pPr>
      <w:r>
        <w:rPr>
          <w:rFonts w:cs="Times New Roman"/>
        </w:rPr>
        <w:t>The rich in his death.</w:t>
      </w:r>
    </w:p>
    <w:p w14:paraId="04418472" w14:textId="77777777" w:rsidR="007D7487" w:rsidRDefault="00E6407B">
      <w:pPr>
        <w:ind w:firstLine="288"/>
      </w:pPr>
      <w:r>
        <w:rPr>
          <w:rFonts w:cs="Times New Roman"/>
        </w:rPr>
        <w:t>John knew the words.</w:t>
      </w:r>
    </w:p>
    <w:p w14:paraId="6082BAB8" w14:textId="77777777" w:rsidR="007D7487" w:rsidRDefault="00E6407B">
      <w:pPr>
        <w:ind w:firstLine="288"/>
      </w:pPr>
      <w:r>
        <w:rPr>
          <w:rFonts w:cs="Times New Roman"/>
        </w:rPr>
        <w:t>They would not assemble.</w:t>
      </w:r>
    </w:p>
    <w:p w14:paraId="1242033F" w14:textId="77777777" w:rsidR="007D7487" w:rsidRDefault="00E6407B">
      <w:pPr>
        <w:ind w:firstLine="288"/>
      </w:pPr>
      <w:r>
        <w:rPr>
          <w:rFonts w:cs="Times New Roman"/>
        </w:rPr>
        <w:t>Not now.</w:t>
      </w:r>
    </w:p>
    <w:p w14:paraId="09834D59" w14:textId="77777777" w:rsidR="007D7487" w:rsidRDefault="00E6407B">
      <w:pPr>
        <w:ind w:firstLine="288"/>
      </w:pPr>
      <w:r>
        <w:rPr>
          <w:rFonts w:cs="Times New Roman"/>
        </w:rPr>
        <w:t>Footsteps pounded behind him.</w:t>
      </w:r>
    </w:p>
    <w:p w14:paraId="0D3B116C" w14:textId="77777777" w:rsidR="007D7487" w:rsidRDefault="00E6407B">
      <w:pPr>
        <w:ind w:firstLine="288"/>
      </w:pPr>
      <w:r>
        <w:rPr>
          <w:rFonts w:cs="Times New Roman"/>
        </w:rPr>
        <w:t>Peter arrived gasping.</w:t>
      </w:r>
    </w:p>
    <w:p w14:paraId="2E1817A7" w14:textId="77777777" w:rsidR="007D7487" w:rsidRDefault="00E6407B">
      <w:pPr>
        <w:ind w:firstLine="288"/>
      </w:pPr>
      <w:r>
        <w:rPr>
          <w:rFonts w:cs="Times New Roman"/>
        </w:rPr>
        <w:t>John pointed.</w:t>
      </w:r>
    </w:p>
    <w:p w14:paraId="6D503D14" w14:textId="77777777" w:rsidR="007D7487" w:rsidRDefault="00E6407B">
      <w:pPr>
        <w:ind w:firstLine="288"/>
      </w:pPr>
      <w:r>
        <w:rPr>
          <w:rFonts w:cs="Times New Roman"/>
        </w:rPr>
        <w:t>“The stone.”</w:t>
      </w:r>
    </w:p>
    <w:p w14:paraId="3A44192F" w14:textId="77777777" w:rsidR="007D7487" w:rsidRDefault="00E6407B">
      <w:pPr>
        <w:ind w:firstLine="288"/>
      </w:pPr>
      <w:r>
        <w:rPr>
          <w:rFonts w:cs="Times New Roman"/>
        </w:rPr>
        <w:t>Peter looked once.</w:t>
      </w:r>
    </w:p>
    <w:p w14:paraId="6186EFB9" w14:textId="77777777" w:rsidR="007D7487" w:rsidRDefault="00E6407B">
      <w:pPr>
        <w:ind w:firstLine="288"/>
      </w:pPr>
      <w:r>
        <w:rPr>
          <w:rFonts w:cs="Times New Roman"/>
        </w:rPr>
        <w:t>Then walked straight past him into the tomb.</w:t>
      </w:r>
    </w:p>
    <w:p w14:paraId="10A76945" w14:textId="77777777" w:rsidR="007D7487" w:rsidRDefault="00E6407B">
      <w:pPr>
        <w:ind w:firstLine="288"/>
      </w:pPr>
      <w:r>
        <w:rPr>
          <w:rFonts w:cs="Times New Roman"/>
        </w:rPr>
        <w:t>John almost laughed.</w:t>
      </w:r>
    </w:p>
    <w:p w14:paraId="017E4679" w14:textId="77777777" w:rsidR="007D7487" w:rsidRDefault="00E6407B">
      <w:pPr>
        <w:ind w:firstLine="288"/>
      </w:pPr>
      <w:r>
        <w:rPr>
          <w:rFonts w:cs="Times New Roman"/>
        </w:rPr>
        <w:t>Of course Peter went in.</w:t>
      </w:r>
    </w:p>
    <w:p w14:paraId="64625198" w14:textId="77777777" w:rsidR="007D7487" w:rsidRDefault="00E6407B">
      <w:pPr>
        <w:ind w:firstLine="288"/>
      </w:pPr>
      <w:r>
        <w:rPr>
          <w:rFonts w:cs="Times New Roman"/>
        </w:rPr>
        <w:t>Peter disappeared into the darkness without spending even a heartbeat on the questions that had stopped John at the entrance.</w:t>
      </w:r>
    </w:p>
    <w:p w14:paraId="2AE1128E" w14:textId="77777777" w:rsidR="007D7487" w:rsidRDefault="00E6407B">
      <w:pPr>
        <w:ind w:firstLine="288"/>
      </w:pPr>
      <w:r>
        <w:rPr>
          <w:rFonts w:cs="Times New Roman"/>
        </w:rPr>
        <w:t>For a moment there was only John’s breathing.</w:t>
      </w:r>
    </w:p>
    <w:p w14:paraId="1791AAD4" w14:textId="77777777" w:rsidR="007D7487" w:rsidRDefault="00E6407B">
      <w:pPr>
        <w:ind w:firstLine="288"/>
      </w:pPr>
      <w:r>
        <w:rPr>
          <w:rFonts w:cs="Times New Roman"/>
        </w:rPr>
        <w:t>Then Peter’s voice came from within.</w:t>
      </w:r>
    </w:p>
    <w:p w14:paraId="4A53474E" w14:textId="77777777" w:rsidR="007D7487" w:rsidRDefault="00E6407B">
      <w:pPr>
        <w:ind w:firstLine="288"/>
      </w:pPr>
      <w:r>
        <w:rPr>
          <w:rFonts w:cs="Times New Roman"/>
        </w:rPr>
        <w:lastRenderedPageBreak/>
        <w:t>“John.”</w:t>
      </w:r>
    </w:p>
    <w:p w14:paraId="77E34F54" w14:textId="77777777" w:rsidR="007D7487" w:rsidRDefault="00E6407B">
      <w:pPr>
        <w:ind w:firstLine="288"/>
      </w:pPr>
      <w:r>
        <w:rPr>
          <w:rFonts w:cs="Times New Roman"/>
        </w:rPr>
        <w:t>John leaned closer.</w:t>
      </w:r>
    </w:p>
    <w:p w14:paraId="66673B1B" w14:textId="77777777" w:rsidR="007D7487" w:rsidRDefault="00E6407B">
      <w:pPr>
        <w:ind w:firstLine="288"/>
      </w:pPr>
      <w:r>
        <w:rPr>
          <w:rFonts w:cs="Times New Roman"/>
        </w:rPr>
        <w:t>“What?”</w:t>
      </w:r>
    </w:p>
    <w:p w14:paraId="215362BD" w14:textId="77777777" w:rsidR="007D7487" w:rsidRDefault="00E6407B">
      <w:pPr>
        <w:ind w:firstLine="288"/>
      </w:pPr>
      <w:r>
        <w:rPr>
          <w:rFonts w:cs="Times New Roman"/>
        </w:rPr>
        <w:t>“The linen clothes.”</w:t>
      </w:r>
    </w:p>
    <w:p w14:paraId="16FF9DAB" w14:textId="77777777" w:rsidR="007D7487" w:rsidRDefault="00E6407B">
      <w:pPr>
        <w:ind w:firstLine="288"/>
      </w:pPr>
      <w:r>
        <w:rPr>
          <w:rFonts w:cs="Times New Roman"/>
        </w:rPr>
        <w:t>A pause.</w:t>
      </w:r>
    </w:p>
    <w:p w14:paraId="675054A7" w14:textId="77777777" w:rsidR="007D7487" w:rsidRDefault="00E6407B">
      <w:pPr>
        <w:ind w:firstLine="288"/>
      </w:pPr>
      <w:r>
        <w:rPr>
          <w:rFonts w:cs="Times New Roman"/>
        </w:rPr>
        <w:t>“The cloth from His head is here too.”</w:t>
      </w:r>
    </w:p>
    <w:p w14:paraId="0FCC78F7" w14:textId="77777777" w:rsidR="007D7487" w:rsidRDefault="00E6407B">
      <w:pPr>
        <w:ind w:firstLine="288"/>
      </w:pPr>
      <w:r>
        <w:rPr>
          <w:rFonts w:cs="Times New Roman"/>
        </w:rPr>
        <w:t>John stopped breathing for half a heartbeat.</w:t>
      </w:r>
    </w:p>
    <w:p w14:paraId="32495D98" w14:textId="77777777" w:rsidR="007D7487" w:rsidRDefault="00E6407B">
      <w:pPr>
        <w:ind w:firstLine="288"/>
      </w:pPr>
      <w:r>
        <w:rPr>
          <w:rFonts w:cs="Times New Roman"/>
        </w:rPr>
        <w:t>Then he went in.</w:t>
      </w:r>
    </w:p>
    <w:p w14:paraId="43985D18" w14:textId="77777777" w:rsidR="007D7487" w:rsidRDefault="00E6407B">
      <w:pPr>
        <w:ind w:firstLine="288"/>
      </w:pPr>
      <w:r>
        <w:rPr>
          <w:rFonts w:cs="Times New Roman"/>
        </w:rPr>
        <w:t>The temperature changed immediately.</w:t>
      </w:r>
    </w:p>
    <w:p w14:paraId="4738497F" w14:textId="77777777" w:rsidR="007D7487" w:rsidRDefault="00E6407B">
      <w:pPr>
        <w:ind w:firstLine="288"/>
      </w:pPr>
      <w:r>
        <w:rPr>
          <w:rFonts w:cs="Times New Roman"/>
        </w:rPr>
        <w:t>Outside, morning had begun warming the exposed stone.</w:t>
      </w:r>
    </w:p>
    <w:p w14:paraId="55685691" w14:textId="77777777" w:rsidR="007D7487" w:rsidRDefault="00E6407B">
      <w:pPr>
        <w:ind w:firstLine="288"/>
      </w:pPr>
      <w:r>
        <w:rPr>
          <w:rFonts w:cs="Times New Roman"/>
        </w:rPr>
        <w:t>Inside, the rock still held the night.</w:t>
      </w:r>
    </w:p>
    <w:p w14:paraId="1ECDD2D1" w14:textId="77777777" w:rsidR="007D7487" w:rsidRDefault="00E6407B">
      <w:pPr>
        <w:ind w:firstLine="288"/>
      </w:pPr>
      <w:r>
        <w:rPr>
          <w:rFonts w:cs="Times New Roman"/>
        </w:rPr>
        <w:t>Cool.</w:t>
      </w:r>
    </w:p>
    <w:p w14:paraId="591D631B" w14:textId="77777777" w:rsidR="007D7487" w:rsidRDefault="00E6407B">
      <w:pPr>
        <w:ind w:firstLine="288"/>
      </w:pPr>
      <w:r>
        <w:rPr>
          <w:rFonts w:cs="Times New Roman"/>
        </w:rPr>
        <w:t>Enclosed.</w:t>
      </w:r>
    </w:p>
    <w:p w14:paraId="576FF213" w14:textId="77777777" w:rsidR="007D7487" w:rsidRDefault="00E6407B">
      <w:pPr>
        <w:ind w:firstLine="288"/>
      </w:pPr>
      <w:r>
        <w:rPr>
          <w:rFonts w:cs="Times New Roman"/>
        </w:rPr>
        <w:t>Earth.</w:t>
      </w:r>
    </w:p>
    <w:p w14:paraId="7CA6B8FC" w14:textId="77777777" w:rsidR="007D7487" w:rsidRDefault="00E6407B">
      <w:pPr>
        <w:ind w:firstLine="288"/>
      </w:pPr>
      <w:r>
        <w:rPr>
          <w:rFonts w:cs="Times New Roman"/>
        </w:rPr>
        <w:t>Stone.</w:t>
      </w:r>
    </w:p>
    <w:p w14:paraId="2313A5F1" w14:textId="77777777" w:rsidR="007D7487" w:rsidRDefault="00E6407B">
      <w:pPr>
        <w:ind w:firstLine="288"/>
      </w:pPr>
      <w:r>
        <w:rPr>
          <w:rFonts w:cs="Times New Roman"/>
        </w:rPr>
        <w:t>Linen.</w:t>
      </w:r>
    </w:p>
    <w:p w14:paraId="43D1D4E9" w14:textId="77777777" w:rsidR="007D7487" w:rsidRDefault="00E6407B">
      <w:pPr>
        <w:ind w:firstLine="288"/>
      </w:pPr>
      <w:r>
        <w:rPr>
          <w:rFonts w:cs="Times New Roman"/>
        </w:rPr>
        <w:t>And the burial preparations.</w:t>
      </w:r>
    </w:p>
    <w:p w14:paraId="63E1B79F" w14:textId="77777777" w:rsidR="007D7487" w:rsidRDefault="00E6407B">
      <w:pPr>
        <w:ind w:firstLine="288"/>
      </w:pPr>
      <w:r>
        <w:rPr>
          <w:rFonts w:cs="Times New Roman"/>
        </w:rPr>
        <w:t>Myrrh.</w:t>
      </w:r>
    </w:p>
    <w:p w14:paraId="654E4BD1" w14:textId="77777777" w:rsidR="007D7487" w:rsidRDefault="00E6407B">
      <w:pPr>
        <w:ind w:firstLine="288"/>
      </w:pPr>
      <w:r>
        <w:rPr>
          <w:rFonts w:cs="Times New Roman"/>
        </w:rPr>
        <w:t>Aloes.</w:t>
      </w:r>
    </w:p>
    <w:p w14:paraId="07BF70D6" w14:textId="77777777" w:rsidR="007D7487" w:rsidRDefault="00E6407B">
      <w:pPr>
        <w:ind w:firstLine="288"/>
      </w:pPr>
      <w:r>
        <w:rPr>
          <w:rFonts w:cs="Times New Roman"/>
        </w:rPr>
        <w:t>Something sweeter beneath them.</w:t>
      </w:r>
    </w:p>
    <w:p w14:paraId="56588866" w14:textId="77777777" w:rsidR="007D7487" w:rsidRDefault="00E6407B">
      <w:pPr>
        <w:ind w:firstLine="288"/>
      </w:pPr>
      <w:r>
        <w:rPr>
          <w:rFonts w:cs="Times New Roman"/>
        </w:rPr>
        <w:t>And something sharper.</w:t>
      </w:r>
    </w:p>
    <w:p w14:paraId="1D7595E9" w14:textId="77777777" w:rsidR="007D7487" w:rsidRDefault="00E6407B">
      <w:pPr>
        <w:ind w:firstLine="288"/>
      </w:pPr>
      <w:r>
        <w:rPr>
          <w:rFonts w:cs="Times New Roman"/>
        </w:rPr>
        <w:t>Resinous.</w:t>
      </w:r>
    </w:p>
    <w:p w14:paraId="4304D1DA" w14:textId="77777777" w:rsidR="007D7487" w:rsidRDefault="00E6407B">
      <w:pPr>
        <w:ind w:firstLine="288"/>
      </w:pPr>
      <w:r>
        <w:rPr>
          <w:rFonts w:cs="Times New Roman"/>
        </w:rPr>
        <w:t>Medicinal.</w:t>
      </w:r>
    </w:p>
    <w:p w14:paraId="2AF3799B" w14:textId="77777777" w:rsidR="007D7487" w:rsidRDefault="00E6407B">
      <w:pPr>
        <w:ind w:firstLine="288"/>
      </w:pPr>
      <w:r>
        <w:rPr>
          <w:rFonts w:cs="Times New Roman"/>
        </w:rPr>
        <w:t>Almost pine-like.</w:t>
      </w:r>
    </w:p>
    <w:p w14:paraId="598CE7E1" w14:textId="77777777" w:rsidR="007D7487" w:rsidRDefault="00E6407B">
      <w:pPr>
        <w:ind w:firstLine="288"/>
      </w:pPr>
      <w:r>
        <w:rPr>
          <w:rFonts w:cs="Times New Roman"/>
        </w:rPr>
        <w:t>John knew where that had come from.</w:t>
      </w:r>
    </w:p>
    <w:p w14:paraId="0DA881E7" w14:textId="77777777" w:rsidR="007D7487" w:rsidRDefault="00E6407B">
      <w:pPr>
        <w:ind w:firstLine="288"/>
      </w:pPr>
      <w:r>
        <w:rPr>
          <w:rFonts w:cs="Times New Roman"/>
        </w:rPr>
        <w:t>Nicodemus.</w:t>
      </w:r>
    </w:p>
    <w:p w14:paraId="148C2242" w14:textId="77777777" w:rsidR="007D7487" w:rsidRDefault="00E6407B">
      <w:pPr>
        <w:ind w:firstLine="288"/>
      </w:pPr>
      <w:r>
        <w:rPr>
          <w:rFonts w:cs="Times New Roman"/>
        </w:rPr>
        <w:t>Even now, with fear pounding through him, John remembered the astonishing quantity the old teacher had brought.</w:t>
      </w:r>
    </w:p>
    <w:p w14:paraId="5F0AFF50" w14:textId="77777777" w:rsidR="007D7487" w:rsidRDefault="00E6407B">
      <w:pPr>
        <w:ind w:firstLine="288"/>
      </w:pPr>
      <w:r>
        <w:rPr>
          <w:rFonts w:cs="Times New Roman"/>
        </w:rPr>
        <w:t>At first it had seemed almost excessive.</w:t>
      </w:r>
    </w:p>
    <w:p w14:paraId="43F188E3" w14:textId="77777777" w:rsidR="007D7487" w:rsidRDefault="00E6407B">
      <w:pPr>
        <w:ind w:firstLine="288"/>
      </w:pPr>
      <w:r>
        <w:rPr>
          <w:rFonts w:cs="Times New Roman"/>
        </w:rPr>
        <w:t>Then John had looked at what Rome had done to Jesus’ body, and nothing had seemed excessive.</w:t>
      </w:r>
    </w:p>
    <w:p w14:paraId="241D4ABA" w14:textId="77777777" w:rsidR="007D7487" w:rsidRDefault="00E6407B">
      <w:pPr>
        <w:ind w:firstLine="288"/>
      </w:pPr>
      <w:r>
        <w:rPr>
          <w:rFonts w:cs="Times New Roman"/>
        </w:rPr>
        <w:t>Joseph and Nicodemus had worked until there was nothing more human hands could do for a body that no longer breathed.</w:t>
      </w:r>
    </w:p>
    <w:p w14:paraId="12C88861" w14:textId="77777777" w:rsidR="007D7487" w:rsidRDefault="00E6407B">
      <w:pPr>
        <w:ind w:firstLine="288"/>
      </w:pPr>
      <w:r>
        <w:rPr>
          <w:rFonts w:cs="Times New Roman"/>
        </w:rPr>
        <w:t>Now the evidence of their work remained.</w:t>
      </w:r>
    </w:p>
    <w:p w14:paraId="3224BDAB" w14:textId="77777777" w:rsidR="007D7487" w:rsidRDefault="00E6407B">
      <w:pPr>
        <w:ind w:firstLine="288"/>
      </w:pPr>
      <w:r>
        <w:rPr>
          <w:rFonts w:cs="Times New Roman"/>
        </w:rPr>
        <w:t>The linen.</w:t>
      </w:r>
    </w:p>
    <w:p w14:paraId="468D0716" w14:textId="77777777" w:rsidR="007D7487" w:rsidRDefault="00E6407B">
      <w:pPr>
        <w:ind w:firstLine="288"/>
      </w:pPr>
      <w:r>
        <w:rPr>
          <w:rFonts w:cs="Times New Roman"/>
        </w:rPr>
        <w:t>There.</w:t>
      </w:r>
    </w:p>
    <w:p w14:paraId="2B55B926" w14:textId="77777777" w:rsidR="007D7487" w:rsidRDefault="00E6407B">
      <w:pPr>
        <w:ind w:firstLine="288"/>
      </w:pPr>
      <w:r>
        <w:rPr>
          <w:rFonts w:cs="Times New Roman"/>
        </w:rPr>
        <w:t>More linen.</w:t>
      </w:r>
    </w:p>
    <w:p w14:paraId="12ACBEB3" w14:textId="77777777" w:rsidR="007D7487" w:rsidRDefault="00E6407B">
      <w:pPr>
        <w:ind w:firstLine="288"/>
      </w:pPr>
      <w:r>
        <w:rPr>
          <w:rFonts w:cs="Times New Roman"/>
        </w:rPr>
        <w:t>The cloth that had been around Jesus’ head, apart from the rest.</w:t>
      </w:r>
    </w:p>
    <w:p w14:paraId="081C8EFB" w14:textId="77777777" w:rsidR="007D7487" w:rsidRDefault="00E6407B">
      <w:pPr>
        <w:ind w:firstLine="288"/>
      </w:pPr>
      <w:r>
        <w:rPr>
          <w:rFonts w:cs="Times New Roman"/>
        </w:rPr>
        <w:t>There.</w:t>
      </w:r>
    </w:p>
    <w:p w14:paraId="4AA5DE44" w14:textId="77777777" w:rsidR="007D7487" w:rsidRDefault="00E6407B">
      <w:pPr>
        <w:ind w:firstLine="288"/>
      </w:pPr>
      <w:r>
        <w:rPr>
          <w:rFonts w:cs="Times New Roman"/>
        </w:rPr>
        <w:lastRenderedPageBreak/>
        <w:t>And the place where the body had lain.</w:t>
      </w:r>
    </w:p>
    <w:p w14:paraId="584CC18D" w14:textId="77777777" w:rsidR="007D7487" w:rsidRDefault="00E6407B">
      <w:pPr>
        <w:ind w:firstLine="288"/>
      </w:pPr>
      <w:r>
        <w:rPr>
          <w:rFonts w:cs="Times New Roman"/>
        </w:rPr>
        <w:t>Empty.</w:t>
      </w:r>
    </w:p>
    <w:p w14:paraId="13AA18D0" w14:textId="77777777" w:rsidR="007D7487" w:rsidRDefault="00E6407B">
      <w:pPr>
        <w:ind w:firstLine="288"/>
      </w:pPr>
      <w:r>
        <w:rPr>
          <w:rFonts w:cs="Times New Roman"/>
        </w:rPr>
        <w:t>John stepped closer.</w:t>
      </w:r>
    </w:p>
    <w:p w14:paraId="7F86AE30" w14:textId="77777777" w:rsidR="007D7487" w:rsidRDefault="00E6407B">
      <w:pPr>
        <w:ind w:firstLine="288"/>
      </w:pPr>
      <w:r>
        <w:rPr>
          <w:rFonts w:cs="Times New Roman"/>
        </w:rPr>
        <w:t>His eyes adjusted.</w:t>
      </w:r>
    </w:p>
    <w:p w14:paraId="6CD56457" w14:textId="77777777" w:rsidR="007D7487" w:rsidRDefault="00E6407B">
      <w:pPr>
        <w:ind w:firstLine="288"/>
      </w:pPr>
      <w:r>
        <w:rPr>
          <w:rFonts w:cs="Times New Roman"/>
        </w:rPr>
        <w:t>He looked again.</w:t>
      </w:r>
    </w:p>
    <w:p w14:paraId="51775604" w14:textId="77777777" w:rsidR="007D7487" w:rsidRDefault="00E6407B">
      <w:pPr>
        <w:ind w:firstLine="288"/>
      </w:pPr>
      <w:r>
        <w:rPr>
          <w:rFonts w:cs="Times New Roman"/>
        </w:rPr>
        <w:t>If someone had stolen Jesus, why leave the wrappings?</w:t>
      </w:r>
    </w:p>
    <w:p w14:paraId="6A2BAD65" w14:textId="77777777" w:rsidR="007D7487" w:rsidRDefault="00E6407B">
      <w:pPr>
        <w:ind w:firstLine="288"/>
      </w:pPr>
      <w:r>
        <w:rPr>
          <w:rFonts w:cs="Times New Roman"/>
        </w:rPr>
        <w:t>Why remove them?</w:t>
      </w:r>
    </w:p>
    <w:p w14:paraId="28A7E2A5" w14:textId="77777777" w:rsidR="007D7487" w:rsidRDefault="00E6407B">
      <w:pPr>
        <w:ind w:firstLine="288"/>
      </w:pPr>
      <w:r>
        <w:rPr>
          <w:rFonts w:cs="Times New Roman"/>
        </w:rPr>
        <w:t>Why leave the head cloth apart?</w:t>
      </w:r>
    </w:p>
    <w:p w14:paraId="4BAE9D72" w14:textId="77777777" w:rsidR="007D7487" w:rsidRDefault="00E6407B">
      <w:pPr>
        <w:ind w:firstLine="288"/>
      </w:pPr>
      <w:r>
        <w:rPr>
          <w:rFonts w:cs="Times New Roman"/>
        </w:rPr>
        <w:t>Why this arrangement?</w:t>
      </w:r>
    </w:p>
    <w:p w14:paraId="04DAFF86" w14:textId="77777777" w:rsidR="007D7487" w:rsidRDefault="00E6407B">
      <w:pPr>
        <w:ind w:firstLine="288"/>
      </w:pPr>
      <w:r>
        <w:rPr>
          <w:rFonts w:cs="Times New Roman"/>
        </w:rPr>
        <w:t>Why take the body and leave everything belonging to burial behind?</w:t>
      </w:r>
    </w:p>
    <w:p w14:paraId="60897ABD" w14:textId="77777777" w:rsidR="007D7487" w:rsidRDefault="00E6407B">
      <w:pPr>
        <w:ind w:firstLine="288"/>
      </w:pPr>
      <w:r>
        <w:rPr>
          <w:rFonts w:cs="Times New Roman"/>
        </w:rPr>
        <w:t>John did not know what had happened.</w:t>
      </w:r>
    </w:p>
    <w:p w14:paraId="1536944E" w14:textId="77777777" w:rsidR="007D7487" w:rsidRDefault="00E6407B">
      <w:pPr>
        <w:ind w:firstLine="288"/>
      </w:pPr>
      <w:r>
        <w:rPr>
          <w:rFonts w:cs="Times New Roman"/>
        </w:rPr>
        <w:t>But simple theft did not fit what he was seeing.</w:t>
      </w:r>
    </w:p>
    <w:p w14:paraId="69E44089" w14:textId="77777777" w:rsidR="007D7487" w:rsidRDefault="00E6407B">
      <w:pPr>
        <w:ind w:firstLine="288"/>
      </w:pPr>
      <w:r>
        <w:rPr>
          <w:rFonts w:cs="Times New Roman"/>
        </w:rPr>
        <w:t>Peter stood beside him looking from one thing to another.</w:t>
      </w:r>
    </w:p>
    <w:p w14:paraId="748CBD8E" w14:textId="77777777" w:rsidR="007D7487" w:rsidRDefault="00E6407B">
      <w:pPr>
        <w:ind w:firstLine="288"/>
      </w:pPr>
      <w:r>
        <w:rPr>
          <w:rFonts w:cs="Times New Roman"/>
        </w:rPr>
        <w:t>John’s pulse was still racing from the run, but another pressure had begun building inside him.</w:t>
      </w:r>
    </w:p>
    <w:p w14:paraId="5650DF1B" w14:textId="77777777" w:rsidR="007D7487" w:rsidRDefault="00E6407B">
      <w:pPr>
        <w:ind w:firstLine="288"/>
      </w:pPr>
      <w:r>
        <w:rPr>
          <w:rFonts w:cs="Times New Roman"/>
        </w:rPr>
        <w:t>Everything connected with burial remained.</w:t>
      </w:r>
    </w:p>
    <w:p w14:paraId="778BE5A6" w14:textId="77777777" w:rsidR="007D7487" w:rsidRDefault="00E6407B">
      <w:pPr>
        <w:ind w:firstLine="288"/>
      </w:pPr>
      <w:r>
        <w:rPr>
          <w:rFonts w:cs="Times New Roman"/>
        </w:rPr>
        <w:t>Except Jesus.</w:t>
      </w:r>
    </w:p>
    <w:p w14:paraId="4CF5FF26" w14:textId="77777777" w:rsidR="007D7487" w:rsidRDefault="00E6407B">
      <w:pPr>
        <w:ind w:firstLine="288"/>
      </w:pPr>
      <w:r>
        <w:rPr>
          <w:rFonts w:cs="Times New Roman"/>
        </w:rPr>
        <w:t>John’s throat tightened.</w:t>
      </w:r>
    </w:p>
    <w:p w14:paraId="144A39BC" w14:textId="77777777" w:rsidR="007D7487" w:rsidRDefault="00E6407B">
      <w:pPr>
        <w:ind w:firstLine="288"/>
      </w:pPr>
      <w:r>
        <w:rPr>
          <w:rFonts w:cs="Times New Roman"/>
        </w:rPr>
        <w:t>“Peter.”</w:t>
      </w:r>
    </w:p>
    <w:p w14:paraId="7E95AE78" w14:textId="77777777" w:rsidR="007D7487" w:rsidRDefault="00E6407B">
      <w:pPr>
        <w:ind w:firstLine="288"/>
      </w:pPr>
      <w:r>
        <w:rPr>
          <w:rFonts w:cs="Times New Roman"/>
        </w:rPr>
        <w:t>Peter turned.</w:t>
      </w:r>
    </w:p>
    <w:p w14:paraId="4F53353E" w14:textId="77777777" w:rsidR="007D7487" w:rsidRDefault="00E6407B">
      <w:pPr>
        <w:ind w:firstLine="288"/>
      </w:pPr>
      <w:r>
        <w:rPr>
          <w:rFonts w:cs="Times New Roman"/>
        </w:rPr>
        <w:t>John looked at the linen again.</w:t>
      </w:r>
    </w:p>
    <w:p w14:paraId="462E6AE8" w14:textId="77777777" w:rsidR="007D7487" w:rsidRDefault="00E6407B">
      <w:pPr>
        <w:ind w:firstLine="288"/>
      </w:pPr>
      <w:r>
        <w:rPr>
          <w:rFonts w:cs="Times New Roman"/>
        </w:rPr>
        <w:t>Then the empty place.</w:t>
      </w:r>
    </w:p>
    <w:p w14:paraId="7DC828E2" w14:textId="77777777" w:rsidR="007D7487" w:rsidRDefault="00E6407B">
      <w:pPr>
        <w:ind w:firstLine="288"/>
      </w:pPr>
      <w:r>
        <w:rPr>
          <w:rFonts w:cs="Times New Roman"/>
        </w:rPr>
        <w:t>“This is not what I expected.”</w:t>
      </w:r>
    </w:p>
    <w:p w14:paraId="02D567CE" w14:textId="77777777" w:rsidR="007D7487" w:rsidRDefault="00E6407B">
      <w:pPr>
        <w:ind w:firstLine="288"/>
      </w:pPr>
      <w:r>
        <w:rPr>
          <w:rFonts w:cs="Times New Roman"/>
        </w:rPr>
        <w:t>Peter gave a short, exhausted laugh.</w:t>
      </w:r>
    </w:p>
    <w:p w14:paraId="4FFC0D7F" w14:textId="77777777" w:rsidR="007D7487" w:rsidRDefault="00E6407B">
      <w:pPr>
        <w:ind w:firstLine="288"/>
      </w:pPr>
      <w:r>
        <w:rPr>
          <w:rFonts w:cs="Times New Roman"/>
        </w:rPr>
        <w:t>“I don’t know what I expected.”</w:t>
      </w:r>
    </w:p>
    <w:p w14:paraId="139E9BCE" w14:textId="77777777" w:rsidR="007D7487" w:rsidRDefault="00E6407B">
      <w:pPr>
        <w:ind w:firstLine="288"/>
      </w:pPr>
      <w:r>
        <w:rPr>
          <w:rFonts w:cs="Times New Roman"/>
        </w:rPr>
        <w:t>John moved nearer to where the body had lain.</w:t>
      </w:r>
    </w:p>
    <w:p w14:paraId="46CBF013" w14:textId="77777777" w:rsidR="007D7487" w:rsidRDefault="00E6407B">
      <w:pPr>
        <w:ind w:firstLine="288"/>
      </w:pPr>
      <w:r>
        <w:rPr>
          <w:rFonts w:cs="Times New Roman"/>
        </w:rPr>
        <w:t>“Mary thought someone had taken Him.”</w:t>
      </w:r>
    </w:p>
    <w:p w14:paraId="18C5D243" w14:textId="77777777" w:rsidR="007D7487" w:rsidRDefault="00E6407B">
      <w:pPr>
        <w:ind w:firstLine="288"/>
      </w:pPr>
      <w:r>
        <w:rPr>
          <w:rFonts w:cs="Times New Roman"/>
        </w:rPr>
        <w:t>Peter looked around the chamber.</w:t>
      </w:r>
    </w:p>
    <w:p w14:paraId="78200125" w14:textId="77777777" w:rsidR="007D7487" w:rsidRDefault="00E6407B">
      <w:pPr>
        <w:ind w:firstLine="288"/>
      </w:pPr>
      <w:r>
        <w:rPr>
          <w:rFonts w:cs="Times New Roman"/>
        </w:rPr>
        <w:t>“Maybe someone did.”</w:t>
      </w:r>
    </w:p>
    <w:p w14:paraId="7ED8DA1B" w14:textId="77777777" w:rsidR="007D7487" w:rsidRDefault="00E6407B">
      <w:pPr>
        <w:ind w:firstLine="288"/>
      </w:pPr>
      <w:r>
        <w:rPr>
          <w:rFonts w:cs="Times New Roman"/>
        </w:rPr>
        <w:t>John stared at the linen.</w:t>
      </w:r>
    </w:p>
    <w:p w14:paraId="60342CC7" w14:textId="77777777" w:rsidR="007D7487" w:rsidRDefault="00E6407B">
      <w:pPr>
        <w:ind w:firstLine="288"/>
      </w:pPr>
      <w:r>
        <w:rPr>
          <w:rFonts w:cs="Times New Roman"/>
        </w:rPr>
        <w:t>“Like this?”</w:t>
      </w:r>
    </w:p>
    <w:p w14:paraId="4CA6A895" w14:textId="77777777" w:rsidR="007D7487" w:rsidRDefault="00E6407B">
      <w:pPr>
        <w:ind w:firstLine="288"/>
      </w:pPr>
      <w:r>
        <w:rPr>
          <w:rFonts w:cs="Times New Roman"/>
        </w:rPr>
        <w:t>Peter did not answer.</w:t>
      </w:r>
    </w:p>
    <w:p w14:paraId="309E3140" w14:textId="77777777" w:rsidR="007D7487" w:rsidRDefault="00E6407B">
      <w:pPr>
        <w:ind w:firstLine="288"/>
      </w:pPr>
      <w:r>
        <w:rPr>
          <w:rFonts w:cs="Times New Roman"/>
        </w:rPr>
        <w:t>John pointed.</w:t>
      </w:r>
    </w:p>
    <w:p w14:paraId="3FD424EA" w14:textId="77777777" w:rsidR="007D7487" w:rsidRDefault="00E6407B">
      <w:pPr>
        <w:ind w:firstLine="288"/>
      </w:pPr>
      <w:r>
        <w:rPr>
          <w:rFonts w:cs="Times New Roman"/>
        </w:rPr>
        <w:t>“The linen is here.”</w:t>
      </w:r>
    </w:p>
    <w:p w14:paraId="4898F57B" w14:textId="77777777" w:rsidR="007D7487" w:rsidRDefault="00E6407B">
      <w:pPr>
        <w:ind w:firstLine="288"/>
      </w:pPr>
      <w:r>
        <w:rPr>
          <w:rFonts w:cs="Times New Roman"/>
        </w:rPr>
        <w:t>Peter’s breathing was still heavy.</w:t>
      </w:r>
    </w:p>
    <w:p w14:paraId="2F0E4CAC" w14:textId="77777777" w:rsidR="007D7487" w:rsidRDefault="00E6407B">
      <w:pPr>
        <w:ind w:firstLine="288"/>
      </w:pPr>
      <w:r>
        <w:rPr>
          <w:rFonts w:cs="Times New Roman"/>
        </w:rPr>
        <w:t>“I can see that.”</w:t>
      </w:r>
    </w:p>
    <w:p w14:paraId="52A025EB" w14:textId="77777777" w:rsidR="007D7487" w:rsidRDefault="00E6407B">
      <w:pPr>
        <w:ind w:firstLine="288"/>
      </w:pPr>
      <w:r>
        <w:rPr>
          <w:rFonts w:cs="Times New Roman"/>
        </w:rPr>
        <w:t>“And the cloth from His head.”</w:t>
      </w:r>
    </w:p>
    <w:p w14:paraId="64DB947E" w14:textId="77777777" w:rsidR="007D7487" w:rsidRDefault="00E6407B">
      <w:pPr>
        <w:ind w:firstLine="288"/>
      </w:pPr>
      <w:r>
        <w:rPr>
          <w:rFonts w:cs="Times New Roman"/>
        </w:rPr>
        <w:t>“Yes.”</w:t>
      </w:r>
    </w:p>
    <w:p w14:paraId="56DC83BC" w14:textId="77777777" w:rsidR="007D7487" w:rsidRDefault="00E6407B">
      <w:pPr>
        <w:ind w:firstLine="288"/>
      </w:pPr>
      <w:r>
        <w:rPr>
          <w:rFonts w:cs="Times New Roman"/>
        </w:rPr>
        <w:t>“Apart.”</w:t>
      </w:r>
    </w:p>
    <w:p w14:paraId="64B69498" w14:textId="77777777" w:rsidR="007D7487" w:rsidRDefault="00E6407B">
      <w:pPr>
        <w:ind w:firstLine="288"/>
      </w:pPr>
      <w:r>
        <w:rPr>
          <w:rFonts w:cs="Times New Roman"/>
        </w:rPr>
        <w:lastRenderedPageBreak/>
        <w:t>Peter looked at him.</w:t>
      </w:r>
    </w:p>
    <w:p w14:paraId="4B6F6821" w14:textId="77777777" w:rsidR="007D7487" w:rsidRDefault="00E6407B">
      <w:pPr>
        <w:ind w:firstLine="288"/>
      </w:pPr>
      <w:r>
        <w:rPr>
          <w:rFonts w:cs="Times New Roman"/>
        </w:rPr>
        <w:t>John lowered his hand.</w:t>
      </w:r>
    </w:p>
    <w:p w14:paraId="0BFA9CD2" w14:textId="77777777" w:rsidR="007D7487" w:rsidRDefault="00E6407B">
      <w:pPr>
        <w:ind w:firstLine="288"/>
      </w:pPr>
      <w:r>
        <w:rPr>
          <w:rFonts w:cs="Times New Roman"/>
        </w:rPr>
        <w:t>He did not have a conclusion.</w:t>
      </w:r>
    </w:p>
    <w:p w14:paraId="285EEE2C" w14:textId="77777777" w:rsidR="007D7487" w:rsidRDefault="00E6407B">
      <w:pPr>
        <w:ind w:firstLine="288"/>
      </w:pPr>
      <w:r>
        <w:rPr>
          <w:rFonts w:cs="Times New Roman"/>
        </w:rPr>
        <w:t>Not one he could name.</w:t>
      </w:r>
    </w:p>
    <w:p w14:paraId="5CE3C535" w14:textId="77777777" w:rsidR="007D7487" w:rsidRDefault="00E6407B">
      <w:pPr>
        <w:ind w:firstLine="288"/>
      </w:pPr>
      <w:r>
        <w:rPr>
          <w:rFonts w:cs="Times New Roman"/>
        </w:rPr>
        <w:t>He had no Psalm opened in his mind explaining resurrection.</w:t>
      </w:r>
    </w:p>
    <w:p w14:paraId="29115713" w14:textId="77777777" w:rsidR="007D7487" w:rsidRDefault="00E6407B">
      <w:pPr>
        <w:ind w:firstLine="288"/>
      </w:pPr>
      <w:r>
        <w:rPr>
          <w:rFonts w:cs="Times New Roman"/>
        </w:rPr>
        <w:t>No Isaiah passage suddenly resolved.</w:t>
      </w:r>
    </w:p>
    <w:p w14:paraId="19463F0F" w14:textId="77777777" w:rsidR="007D7487" w:rsidRDefault="00E6407B">
      <w:pPr>
        <w:ind w:firstLine="288"/>
      </w:pPr>
      <w:r>
        <w:rPr>
          <w:rFonts w:cs="Times New Roman"/>
        </w:rPr>
        <w:t>No category large enough for what the empty place might mean.</w:t>
      </w:r>
    </w:p>
    <w:p w14:paraId="36EDDD0B" w14:textId="77777777" w:rsidR="007D7487" w:rsidRDefault="00E6407B">
      <w:pPr>
        <w:ind w:firstLine="288"/>
      </w:pPr>
      <w:r>
        <w:rPr>
          <w:rFonts w:cs="Times New Roman"/>
        </w:rPr>
        <w:t>He knew only that what he was seeing did not fit the explanation with which they had arrived.</w:t>
      </w:r>
    </w:p>
    <w:p w14:paraId="5E45CA7B" w14:textId="77777777" w:rsidR="007D7487" w:rsidRDefault="00E6407B">
      <w:pPr>
        <w:ind w:firstLine="288"/>
      </w:pPr>
      <w:r>
        <w:rPr>
          <w:rFonts w:cs="Times New Roman"/>
        </w:rPr>
        <w:t>Something had happened.</w:t>
      </w:r>
    </w:p>
    <w:p w14:paraId="3675C892" w14:textId="77777777" w:rsidR="007D7487" w:rsidRDefault="00E6407B">
      <w:pPr>
        <w:ind w:firstLine="288"/>
      </w:pPr>
      <w:r>
        <w:rPr>
          <w:rFonts w:cs="Times New Roman"/>
        </w:rPr>
        <w:t>Something impossible.</w:t>
      </w:r>
    </w:p>
    <w:p w14:paraId="5F9C547E" w14:textId="77777777" w:rsidR="007D7487" w:rsidRDefault="00E6407B">
      <w:pPr>
        <w:ind w:firstLine="288"/>
      </w:pPr>
      <w:r>
        <w:rPr>
          <w:rFonts w:cs="Times New Roman"/>
        </w:rPr>
        <w:t>Peter inhaled slowly.</w:t>
      </w:r>
    </w:p>
    <w:p w14:paraId="0B623C3F" w14:textId="77777777" w:rsidR="007D7487" w:rsidRDefault="00E6407B">
      <w:pPr>
        <w:ind w:firstLine="288"/>
      </w:pPr>
      <w:r>
        <w:rPr>
          <w:rFonts w:cs="Times New Roman"/>
        </w:rPr>
        <w:t>The breath left him in a long, tired stream.</w:t>
      </w:r>
    </w:p>
    <w:p w14:paraId="52ADE187" w14:textId="77777777" w:rsidR="007D7487" w:rsidRDefault="00E6407B">
      <w:pPr>
        <w:ind w:firstLine="288"/>
      </w:pPr>
      <w:r>
        <w:rPr>
          <w:rFonts w:cs="Times New Roman"/>
        </w:rPr>
        <w:t>“I don’t know what to make of any of this.”</w:t>
      </w:r>
    </w:p>
    <w:p w14:paraId="73B1CB10" w14:textId="77777777" w:rsidR="007D7487" w:rsidRDefault="00E6407B">
      <w:pPr>
        <w:ind w:firstLine="288"/>
      </w:pPr>
      <w:r>
        <w:rPr>
          <w:rFonts w:cs="Times New Roman"/>
        </w:rPr>
        <w:t>The force normally present in Peter’s voice had disappeared.</w:t>
      </w:r>
    </w:p>
    <w:p w14:paraId="06C8088C" w14:textId="77777777" w:rsidR="007D7487" w:rsidRDefault="00E6407B">
      <w:pPr>
        <w:ind w:firstLine="288"/>
      </w:pPr>
      <w:r>
        <w:rPr>
          <w:rFonts w:cs="Times New Roman"/>
        </w:rPr>
        <w:t>“My whole world is upside down.”</w:t>
      </w:r>
    </w:p>
    <w:p w14:paraId="42FC8D58" w14:textId="77777777" w:rsidR="007D7487" w:rsidRDefault="00E6407B">
      <w:pPr>
        <w:ind w:firstLine="288"/>
      </w:pPr>
      <w:r>
        <w:rPr>
          <w:rFonts w:cs="Times New Roman"/>
        </w:rPr>
        <w:t>John looked again.</w:t>
      </w:r>
    </w:p>
    <w:p w14:paraId="6DC7426E" w14:textId="77777777" w:rsidR="007D7487" w:rsidRDefault="00E6407B">
      <w:pPr>
        <w:ind w:firstLine="288"/>
      </w:pPr>
      <w:r>
        <w:rPr>
          <w:rFonts w:cs="Times New Roman"/>
        </w:rPr>
        <w:t>He did not understand the Scripture.</w:t>
      </w:r>
    </w:p>
    <w:p w14:paraId="104C7185" w14:textId="77777777" w:rsidR="007D7487" w:rsidRDefault="00E6407B">
      <w:pPr>
        <w:ind w:firstLine="288"/>
      </w:pPr>
      <w:r>
        <w:rPr>
          <w:rFonts w:cs="Times New Roman"/>
        </w:rPr>
        <w:t>He did not understand why Messiah would die.</w:t>
      </w:r>
    </w:p>
    <w:p w14:paraId="5FABC305" w14:textId="77777777" w:rsidR="007D7487" w:rsidRDefault="00E6407B">
      <w:pPr>
        <w:ind w:firstLine="288"/>
      </w:pPr>
      <w:r>
        <w:rPr>
          <w:rFonts w:cs="Times New Roman"/>
        </w:rPr>
        <w:t>He did not yet understand that the Scripture required Him to rise from the dead.</w:t>
      </w:r>
    </w:p>
    <w:p w14:paraId="5B659080" w14:textId="77777777" w:rsidR="007D7487" w:rsidRDefault="00E6407B">
      <w:pPr>
        <w:ind w:firstLine="288"/>
      </w:pPr>
      <w:r>
        <w:rPr>
          <w:rFonts w:cs="Times New Roman"/>
        </w:rPr>
        <w:t>He could not have explained what had happened in the night.</w:t>
      </w:r>
    </w:p>
    <w:p w14:paraId="626557BD" w14:textId="77777777" w:rsidR="007D7487" w:rsidRDefault="00E6407B">
      <w:pPr>
        <w:ind w:firstLine="288"/>
      </w:pPr>
      <w:r>
        <w:rPr>
          <w:rFonts w:cs="Times New Roman"/>
        </w:rPr>
        <w:t>But he believed.</w:t>
      </w:r>
    </w:p>
    <w:p w14:paraId="64E3D44F" w14:textId="77777777" w:rsidR="007D7487" w:rsidRDefault="00E6407B">
      <w:pPr>
        <w:ind w:firstLine="288"/>
      </w:pPr>
      <w:r>
        <w:rPr>
          <w:rFonts w:cs="Times New Roman"/>
        </w:rPr>
        <w:t>Not because he had solved resurrection.</w:t>
      </w:r>
    </w:p>
    <w:p w14:paraId="1354D50F" w14:textId="77777777" w:rsidR="007D7487" w:rsidRDefault="00E6407B">
      <w:pPr>
        <w:ind w:firstLine="288"/>
      </w:pPr>
      <w:r>
        <w:rPr>
          <w:rFonts w:cs="Times New Roman"/>
        </w:rPr>
        <w:t>Not because someone had explained prophecy to him in the tomb.</w:t>
      </w:r>
    </w:p>
    <w:p w14:paraId="387E6BAE" w14:textId="77777777" w:rsidR="007D7487" w:rsidRDefault="00E6407B">
      <w:pPr>
        <w:ind w:firstLine="288"/>
      </w:pPr>
      <w:r>
        <w:rPr>
          <w:rFonts w:cs="Times New Roman"/>
        </w:rPr>
        <w:t>Not because he knew where Jesus was.</w:t>
      </w:r>
    </w:p>
    <w:p w14:paraId="64F5B3C5" w14:textId="77777777" w:rsidR="007D7487" w:rsidRDefault="00E6407B">
      <w:pPr>
        <w:ind w:firstLine="288"/>
      </w:pPr>
      <w:r>
        <w:rPr>
          <w:rFonts w:cs="Times New Roman"/>
        </w:rPr>
        <w:t>He believed because the empty place and the linen told him that Mary’s first explanation was not enough.</w:t>
      </w:r>
    </w:p>
    <w:p w14:paraId="40FE8A4C" w14:textId="77777777" w:rsidR="007D7487" w:rsidRDefault="00E6407B">
      <w:pPr>
        <w:ind w:firstLine="288"/>
      </w:pPr>
      <w:r>
        <w:rPr>
          <w:rFonts w:cs="Times New Roman"/>
        </w:rPr>
        <w:t>Jesus had not simply been taken in the ordinary way.</w:t>
      </w:r>
    </w:p>
    <w:p w14:paraId="000C5783" w14:textId="77777777" w:rsidR="007D7487" w:rsidRDefault="00E6407B">
      <w:pPr>
        <w:ind w:firstLine="288"/>
      </w:pPr>
      <w:r>
        <w:rPr>
          <w:rFonts w:cs="Times New Roman"/>
        </w:rPr>
        <w:t>The certainty came before the explanation.</w:t>
      </w:r>
    </w:p>
    <w:p w14:paraId="7485DE28" w14:textId="77777777" w:rsidR="007D7487" w:rsidRDefault="00E6407B">
      <w:pPr>
        <w:ind w:firstLine="288"/>
      </w:pPr>
      <w:r>
        <w:rPr>
          <w:rFonts w:cs="Times New Roman"/>
        </w:rPr>
        <w:t>Faith arrived before John possessed the category that would later make sense of it.</w:t>
      </w:r>
    </w:p>
    <w:p w14:paraId="4EA88CC2" w14:textId="77777777" w:rsidR="007D7487" w:rsidRDefault="00E6407B">
      <w:pPr>
        <w:ind w:firstLine="288"/>
      </w:pPr>
      <w:r>
        <w:rPr>
          <w:rFonts w:cs="Times New Roman"/>
        </w:rPr>
        <w:t>Peter rubbed both hands across his face.</w:t>
      </w:r>
    </w:p>
    <w:p w14:paraId="332CC911" w14:textId="77777777" w:rsidR="007D7487" w:rsidRDefault="00E6407B">
      <w:pPr>
        <w:ind w:firstLine="288"/>
      </w:pPr>
      <w:r>
        <w:rPr>
          <w:rFonts w:cs="Times New Roman"/>
        </w:rPr>
        <w:t>For a long moment neither man spoke.</w:t>
      </w:r>
    </w:p>
    <w:p w14:paraId="582A5BCE" w14:textId="77777777" w:rsidR="007D7487" w:rsidRDefault="00E6407B">
      <w:pPr>
        <w:ind w:firstLine="288"/>
      </w:pPr>
      <w:r>
        <w:rPr>
          <w:rFonts w:cs="Times New Roman"/>
        </w:rPr>
        <w:t>Then Peter looked toward the light at the entrance.</w:t>
      </w:r>
    </w:p>
    <w:p w14:paraId="6C10C460" w14:textId="77777777" w:rsidR="007D7487" w:rsidRDefault="00E6407B">
      <w:pPr>
        <w:ind w:firstLine="288"/>
      </w:pPr>
      <w:r>
        <w:rPr>
          <w:rFonts w:cs="Times New Roman"/>
        </w:rPr>
        <w:t>“The only place my head ever made sense was on the water.”</w:t>
      </w:r>
    </w:p>
    <w:p w14:paraId="5A4A8F35" w14:textId="77777777" w:rsidR="007D7487" w:rsidRDefault="00E6407B">
      <w:pPr>
        <w:ind w:firstLine="288"/>
      </w:pPr>
      <w:r>
        <w:rPr>
          <w:rFonts w:cs="Times New Roman"/>
        </w:rPr>
        <w:t>John glanced at him.</w:t>
      </w:r>
    </w:p>
    <w:p w14:paraId="7964D9AA" w14:textId="77777777" w:rsidR="007D7487" w:rsidRDefault="00E6407B">
      <w:pPr>
        <w:ind w:firstLine="288"/>
      </w:pPr>
      <w:r>
        <w:rPr>
          <w:rFonts w:cs="Times New Roman"/>
        </w:rPr>
        <w:t>Peter gave the faintest shrug.</w:t>
      </w:r>
    </w:p>
    <w:p w14:paraId="2CFF40CD" w14:textId="77777777" w:rsidR="007D7487" w:rsidRDefault="00E6407B">
      <w:pPr>
        <w:ind w:firstLine="288"/>
      </w:pPr>
      <w:r>
        <w:rPr>
          <w:rFonts w:cs="Times New Roman"/>
        </w:rPr>
        <w:t>“When I don’t know what to do, I know what a net feels like in my hands.”</w:t>
      </w:r>
    </w:p>
    <w:p w14:paraId="5765BDA1" w14:textId="77777777" w:rsidR="007D7487" w:rsidRDefault="00E6407B">
      <w:pPr>
        <w:ind w:firstLine="288"/>
      </w:pPr>
      <w:r>
        <w:rPr>
          <w:rFonts w:cs="Times New Roman"/>
        </w:rPr>
        <w:t>He stepped toward the entrance.</w:t>
      </w:r>
    </w:p>
    <w:p w14:paraId="7528BC6D" w14:textId="77777777" w:rsidR="007D7487" w:rsidRDefault="00E6407B">
      <w:pPr>
        <w:ind w:firstLine="288"/>
      </w:pPr>
      <w:r>
        <w:rPr>
          <w:rFonts w:cs="Times New Roman"/>
        </w:rPr>
        <w:t>John followed.</w:t>
      </w:r>
    </w:p>
    <w:p w14:paraId="36D193DD" w14:textId="77777777" w:rsidR="007D7487" w:rsidRDefault="00E6407B">
      <w:pPr>
        <w:ind w:firstLine="288"/>
      </w:pPr>
      <w:r>
        <w:rPr>
          <w:rFonts w:cs="Times New Roman"/>
        </w:rPr>
        <w:lastRenderedPageBreak/>
        <w:t>Outside, Peter drew a long breath of open air.</w:t>
      </w:r>
    </w:p>
    <w:p w14:paraId="21225F47" w14:textId="77777777" w:rsidR="007D7487" w:rsidRDefault="00E6407B">
      <w:pPr>
        <w:ind w:firstLine="288"/>
      </w:pPr>
      <w:r>
        <w:rPr>
          <w:rFonts w:cs="Times New Roman"/>
        </w:rPr>
        <w:t>“Not today.”</w:t>
      </w:r>
    </w:p>
    <w:p w14:paraId="3EADE00A" w14:textId="77777777" w:rsidR="007D7487" w:rsidRDefault="00E6407B">
      <w:pPr>
        <w:ind w:firstLine="288"/>
      </w:pPr>
      <w:r>
        <w:rPr>
          <w:rFonts w:cs="Times New Roman"/>
        </w:rPr>
        <w:t>John looked at him.</w:t>
      </w:r>
    </w:p>
    <w:p w14:paraId="2F78B0C8" w14:textId="77777777" w:rsidR="007D7487" w:rsidRDefault="00E6407B">
      <w:pPr>
        <w:ind w:firstLine="288"/>
      </w:pPr>
      <w:r>
        <w:rPr>
          <w:rFonts w:cs="Times New Roman"/>
        </w:rPr>
        <w:t>“Not today?”</w:t>
      </w:r>
    </w:p>
    <w:p w14:paraId="4422B7A1" w14:textId="77777777" w:rsidR="007D7487" w:rsidRDefault="00E6407B">
      <w:pPr>
        <w:ind w:firstLine="288"/>
      </w:pPr>
      <w:r>
        <w:rPr>
          <w:rFonts w:cs="Times New Roman"/>
        </w:rPr>
        <w:t>Peter looked toward Jerusalem.</w:t>
      </w:r>
    </w:p>
    <w:p w14:paraId="02EB8691" w14:textId="77777777" w:rsidR="007D7487" w:rsidRDefault="00E6407B">
      <w:pPr>
        <w:ind w:firstLine="288"/>
      </w:pPr>
      <w:r>
        <w:rPr>
          <w:rFonts w:cs="Times New Roman"/>
        </w:rPr>
        <w:t>“Too much is happening here.”</w:t>
      </w:r>
    </w:p>
    <w:p w14:paraId="20960B72" w14:textId="77777777" w:rsidR="007D7487" w:rsidRDefault="00E6407B">
      <w:pPr>
        <w:ind w:firstLine="288"/>
      </w:pPr>
      <w:r>
        <w:rPr>
          <w:rFonts w:cs="Times New Roman"/>
        </w:rPr>
        <w:t>Then his eyes moved north for only a moment.</w:t>
      </w:r>
    </w:p>
    <w:p w14:paraId="3741D2AF" w14:textId="77777777" w:rsidR="007D7487" w:rsidRDefault="00E6407B">
      <w:pPr>
        <w:ind w:firstLine="288"/>
      </w:pPr>
      <w:r>
        <w:rPr>
          <w:rFonts w:cs="Times New Roman"/>
        </w:rPr>
        <w:t>“But when we get home…”</w:t>
      </w:r>
    </w:p>
    <w:p w14:paraId="733C4BE1" w14:textId="77777777" w:rsidR="007D7487" w:rsidRDefault="00E6407B">
      <w:pPr>
        <w:ind w:firstLine="288"/>
      </w:pPr>
      <w:r>
        <w:rPr>
          <w:rFonts w:cs="Times New Roman"/>
        </w:rPr>
        <w:t>He did not finish.</w:t>
      </w:r>
    </w:p>
    <w:p w14:paraId="6B37DB71" w14:textId="77777777" w:rsidR="007D7487" w:rsidRDefault="00E6407B">
      <w:pPr>
        <w:ind w:firstLine="288"/>
      </w:pPr>
      <w:r>
        <w:rPr>
          <w:rFonts w:cs="Times New Roman"/>
        </w:rPr>
        <w:t>John understood.</w:t>
      </w:r>
    </w:p>
    <w:p w14:paraId="58EA5CAF" w14:textId="77777777" w:rsidR="007D7487" w:rsidRDefault="00E6407B">
      <w:pPr>
        <w:ind w:firstLine="288"/>
      </w:pPr>
      <w:r>
        <w:rPr>
          <w:rFonts w:cs="Times New Roman"/>
        </w:rPr>
        <w:t>Boat.</w:t>
      </w:r>
    </w:p>
    <w:p w14:paraId="31F28F4D" w14:textId="77777777" w:rsidR="007D7487" w:rsidRDefault="00E6407B">
      <w:pPr>
        <w:ind w:firstLine="288"/>
      </w:pPr>
      <w:r>
        <w:rPr>
          <w:rFonts w:cs="Times New Roman"/>
        </w:rPr>
        <w:t>Net.</w:t>
      </w:r>
    </w:p>
    <w:p w14:paraId="41703BC3" w14:textId="77777777" w:rsidR="007D7487" w:rsidRDefault="00E6407B">
      <w:pPr>
        <w:ind w:firstLine="288"/>
      </w:pPr>
      <w:r>
        <w:rPr>
          <w:rFonts w:cs="Times New Roman"/>
        </w:rPr>
        <w:t>Water.</w:t>
      </w:r>
    </w:p>
    <w:p w14:paraId="09B189ED" w14:textId="77777777" w:rsidR="007D7487" w:rsidRDefault="00E6407B">
      <w:pPr>
        <w:ind w:firstLine="288"/>
      </w:pPr>
      <w:r>
        <w:rPr>
          <w:rFonts w:cs="Times New Roman"/>
        </w:rPr>
        <w:t>Something Peter’s hands knew even if his life no longer did.</w:t>
      </w:r>
    </w:p>
    <w:p w14:paraId="7B04F3A7" w14:textId="77777777" w:rsidR="007D7487" w:rsidRDefault="00E6407B">
      <w:pPr>
        <w:ind w:firstLine="288"/>
      </w:pPr>
      <w:r>
        <w:rPr>
          <w:rFonts w:cs="Times New Roman"/>
        </w:rPr>
        <w:t>John turned once more toward the tomb.</w:t>
      </w:r>
    </w:p>
    <w:p w14:paraId="08045478" w14:textId="77777777" w:rsidR="007D7487" w:rsidRDefault="00E6407B">
      <w:pPr>
        <w:ind w:firstLine="288"/>
      </w:pPr>
      <w:r>
        <w:rPr>
          <w:rFonts w:cs="Times New Roman"/>
        </w:rPr>
        <w:t>The darkness no longer frightened him in quite the same way.</w:t>
      </w:r>
    </w:p>
    <w:p w14:paraId="29292A61" w14:textId="77777777" w:rsidR="007D7487" w:rsidRDefault="00E6407B">
      <w:pPr>
        <w:ind w:firstLine="288"/>
      </w:pPr>
      <w:r>
        <w:rPr>
          <w:rFonts w:cs="Times New Roman"/>
        </w:rPr>
        <w:t>The place was empty.</w:t>
      </w:r>
    </w:p>
    <w:p w14:paraId="2B4B9A37" w14:textId="77777777" w:rsidR="007D7487" w:rsidRDefault="00E6407B">
      <w:pPr>
        <w:ind w:firstLine="288"/>
      </w:pPr>
      <w:r>
        <w:rPr>
          <w:rFonts w:cs="Times New Roman"/>
        </w:rPr>
        <w:t>And John believed.</w:t>
      </w:r>
    </w:p>
    <w:p w14:paraId="0E67F4B1" w14:textId="77777777" w:rsidR="007D7487" w:rsidRDefault="00E6407B">
      <w:pPr>
        <w:ind w:firstLine="288"/>
      </w:pPr>
      <w:r>
        <w:rPr>
          <w:rFonts w:cs="Times New Roman"/>
        </w:rPr>
        <w:t>He would spend years learning what he had believed before he understood it.</w:t>
      </w:r>
    </w:p>
    <w:p w14:paraId="4522F36E" w14:textId="77777777" w:rsidR="007D7487" w:rsidRDefault="00E6407B">
      <w:pPr>
        <w:suppressLineNumbers/>
      </w:pPr>
      <w:r>
        <w:br w:type="page"/>
      </w:r>
    </w:p>
    <w:p w14:paraId="68E1A796" w14:textId="77777777" w:rsidR="007D7487" w:rsidRDefault="00E6407B">
      <w:pPr>
        <w:pStyle w:val="Heading1"/>
        <w:suppressLineNumbers/>
      </w:pPr>
      <w:r>
        <w:rPr>
          <w:rFonts w:ascii="Times New Roman" w:hAnsi="Times New Roman" w:cs="Times New Roman"/>
        </w:rPr>
        <w:lastRenderedPageBreak/>
        <w:t>Section 2 — The Risen Lord in Jerusalem</w:t>
      </w:r>
    </w:p>
    <w:p w14:paraId="33E72386" w14:textId="77777777" w:rsidR="007D7487" w:rsidRDefault="00E6407B">
      <w:pPr>
        <w:ind w:firstLine="288"/>
      </w:pPr>
      <w:r>
        <w:rPr>
          <w:rFonts w:cs="Times New Roman"/>
        </w:rPr>
        <w:t>Mary remained.</w:t>
      </w:r>
    </w:p>
    <w:p w14:paraId="454A9316" w14:textId="77777777" w:rsidR="007D7487" w:rsidRDefault="00E6407B">
      <w:pPr>
        <w:ind w:firstLine="288"/>
      </w:pPr>
      <w:r>
        <w:rPr>
          <w:rFonts w:cs="Times New Roman"/>
        </w:rPr>
        <w:t>Peter and John had gone back toward the city carrying questions they could not answer.</w:t>
      </w:r>
    </w:p>
    <w:p w14:paraId="58F990CD" w14:textId="77777777" w:rsidR="007D7487" w:rsidRDefault="00E6407B">
      <w:pPr>
        <w:ind w:firstLine="288"/>
      </w:pPr>
      <w:r>
        <w:rPr>
          <w:rFonts w:cs="Times New Roman"/>
        </w:rPr>
        <w:t>Mary stayed outside the tomb and wept.</w:t>
      </w:r>
    </w:p>
    <w:p w14:paraId="7934F231" w14:textId="77777777" w:rsidR="007D7487" w:rsidRDefault="00E6407B">
      <w:pPr>
        <w:ind w:firstLine="288"/>
      </w:pPr>
      <w:r>
        <w:rPr>
          <w:rFonts w:cs="Times New Roman"/>
        </w:rPr>
        <w:t>The morning had brightened while the others were running, looking, arguing, leaving.</w:t>
      </w:r>
    </w:p>
    <w:p w14:paraId="7F3C4D50" w14:textId="77777777" w:rsidR="007D7487" w:rsidRDefault="00E6407B">
      <w:pPr>
        <w:ind w:firstLine="288"/>
      </w:pPr>
      <w:r>
        <w:rPr>
          <w:rFonts w:cs="Times New Roman"/>
        </w:rPr>
        <w:t>For Mary, very little had changed.</w:t>
      </w:r>
    </w:p>
    <w:p w14:paraId="476EFEA8" w14:textId="77777777" w:rsidR="007D7487" w:rsidRDefault="00E6407B">
      <w:pPr>
        <w:ind w:firstLine="288"/>
      </w:pPr>
      <w:r>
        <w:rPr>
          <w:rFonts w:cs="Times New Roman"/>
        </w:rPr>
        <w:t>The tomb was still open.</w:t>
      </w:r>
    </w:p>
    <w:p w14:paraId="082C51F8" w14:textId="77777777" w:rsidR="007D7487" w:rsidRDefault="00E6407B">
      <w:pPr>
        <w:ind w:firstLine="288"/>
      </w:pPr>
      <w:r>
        <w:rPr>
          <w:rFonts w:cs="Times New Roman"/>
        </w:rPr>
        <w:t>The body was still gone.</w:t>
      </w:r>
    </w:p>
    <w:p w14:paraId="27514FE4" w14:textId="77777777" w:rsidR="007D7487" w:rsidRDefault="00E6407B">
      <w:pPr>
        <w:ind w:firstLine="288"/>
      </w:pPr>
      <w:r>
        <w:rPr>
          <w:rFonts w:cs="Times New Roman"/>
        </w:rPr>
        <w:t>Grief had already taken Jesus from her once.</w:t>
      </w:r>
    </w:p>
    <w:p w14:paraId="7572AB87" w14:textId="77777777" w:rsidR="007D7487" w:rsidRDefault="00E6407B">
      <w:pPr>
        <w:ind w:firstLine="288"/>
      </w:pPr>
      <w:r>
        <w:rPr>
          <w:rFonts w:cs="Times New Roman"/>
        </w:rPr>
        <w:t>Now even the place where He had been laid had been emptied.</w:t>
      </w:r>
    </w:p>
    <w:p w14:paraId="4B2B41BE" w14:textId="77777777" w:rsidR="007D7487" w:rsidRDefault="00E6407B">
      <w:pPr>
        <w:ind w:firstLine="288"/>
      </w:pPr>
      <w:r>
        <w:rPr>
          <w:rFonts w:cs="Times New Roman"/>
        </w:rPr>
        <w:t>She bent toward the opening again.</w:t>
      </w:r>
    </w:p>
    <w:p w14:paraId="5585FED9" w14:textId="77777777" w:rsidR="007D7487" w:rsidRDefault="00E6407B">
      <w:pPr>
        <w:ind w:firstLine="288"/>
      </w:pPr>
      <w:r>
        <w:rPr>
          <w:rFonts w:cs="Times New Roman"/>
        </w:rPr>
        <w:t>Perhaps because there was nowhere else to look.</w:t>
      </w:r>
    </w:p>
    <w:p w14:paraId="108EA918" w14:textId="77777777" w:rsidR="007D7487" w:rsidRDefault="00E6407B">
      <w:pPr>
        <w:ind w:firstLine="288"/>
      </w:pPr>
      <w:r>
        <w:rPr>
          <w:rFonts w:cs="Times New Roman"/>
        </w:rPr>
        <w:t>Perhaps because grief sometimes makes a person repeat the same useless action as though the world might change between one glance and the next.</w:t>
      </w:r>
    </w:p>
    <w:p w14:paraId="4BF9C487" w14:textId="77777777" w:rsidR="007D7487" w:rsidRDefault="00E6407B">
      <w:pPr>
        <w:ind w:firstLine="288"/>
      </w:pPr>
      <w:r>
        <w:rPr>
          <w:rFonts w:cs="Times New Roman"/>
        </w:rPr>
        <w:t>This time the tomb was not empty.</w:t>
      </w:r>
    </w:p>
    <w:p w14:paraId="47F53B78" w14:textId="77777777" w:rsidR="007D7487" w:rsidRDefault="00E6407B">
      <w:pPr>
        <w:ind w:firstLine="288"/>
      </w:pPr>
      <w:r>
        <w:rPr>
          <w:rFonts w:cs="Times New Roman"/>
        </w:rPr>
        <w:t>Two figures in white sat where the body of Jesus had lain.</w:t>
      </w:r>
    </w:p>
    <w:p w14:paraId="25F74EED" w14:textId="77777777" w:rsidR="007D7487" w:rsidRDefault="00E6407B">
      <w:pPr>
        <w:ind w:firstLine="288"/>
      </w:pPr>
      <w:r>
        <w:rPr>
          <w:rFonts w:cs="Times New Roman"/>
        </w:rPr>
        <w:t>One near the head.</w:t>
      </w:r>
    </w:p>
    <w:p w14:paraId="1B9B95E5" w14:textId="77777777" w:rsidR="007D7487" w:rsidRDefault="00E6407B">
      <w:pPr>
        <w:ind w:firstLine="288"/>
      </w:pPr>
      <w:r>
        <w:rPr>
          <w:rFonts w:cs="Times New Roman"/>
        </w:rPr>
        <w:t>One near the feet.</w:t>
      </w:r>
    </w:p>
    <w:p w14:paraId="3AD223B8" w14:textId="77777777" w:rsidR="007D7487" w:rsidRDefault="00E6407B">
      <w:pPr>
        <w:ind w:firstLine="288"/>
      </w:pPr>
      <w:r>
        <w:rPr>
          <w:rFonts w:cs="Times New Roman"/>
        </w:rPr>
        <w:t>Mary stopped.</w:t>
      </w:r>
    </w:p>
    <w:p w14:paraId="2AB12628" w14:textId="77777777" w:rsidR="007D7487" w:rsidRDefault="00E6407B">
      <w:pPr>
        <w:ind w:firstLine="288"/>
      </w:pPr>
      <w:r>
        <w:rPr>
          <w:rFonts w:cs="Times New Roman"/>
        </w:rPr>
        <w:t>They spoke to her.</w:t>
      </w:r>
    </w:p>
    <w:p w14:paraId="69119DFA" w14:textId="77777777" w:rsidR="007D7487" w:rsidRDefault="00E6407B">
      <w:pPr>
        <w:ind w:firstLine="288"/>
      </w:pPr>
      <w:r>
        <w:rPr>
          <w:rFonts w:cs="Times New Roman"/>
        </w:rPr>
        <w:t>“Woman, why weepest thou?”</w:t>
      </w:r>
    </w:p>
    <w:p w14:paraId="63E66AAB" w14:textId="77777777" w:rsidR="007D7487" w:rsidRDefault="00E6407B">
      <w:pPr>
        <w:ind w:firstLine="288"/>
      </w:pPr>
      <w:r>
        <w:rPr>
          <w:rFonts w:cs="Times New Roman"/>
        </w:rPr>
        <w:t>The question almost sounded absurd.</w:t>
      </w:r>
    </w:p>
    <w:p w14:paraId="1996FCB6" w14:textId="77777777" w:rsidR="007D7487" w:rsidRDefault="00E6407B">
      <w:pPr>
        <w:ind w:firstLine="288"/>
      </w:pPr>
      <w:r>
        <w:rPr>
          <w:rFonts w:cs="Times New Roman"/>
        </w:rPr>
        <w:t>Mary’s answer came without preparation.</w:t>
      </w:r>
    </w:p>
    <w:p w14:paraId="50699CBF" w14:textId="77777777" w:rsidR="007D7487" w:rsidRDefault="00E6407B">
      <w:pPr>
        <w:ind w:firstLine="288"/>
      </w:pPr>
      <w:r>
        <w:rPr>
          <w:rFonts w:cs="Times New Roman"/>
        </w:rPr>
        <w:t>“Because they have taken away my Lord, and I know not where they have laid him.”</w:t>
      </w:r>
    </w:p>
    <w:p w14:paraId="7EAF21ED" w14:textId="77777777" w:rsidR="007D7487" w:rsidRDefault="00E6407B">
      <w:pPr>
        <w:ind w:firstLine="288"/>
      </w:pPr>
      <w:r>
        <w:rPr>
          <w:rFonts w:cs="Times New Roman"/>
        </w:rPr>
        <w:t>My Lord.</w:t>
      </w:r>
    </w:p>
    <w:p w14:paraId="1FB5796F" w14:textId="77777777" w:rsidR="007D7487" w:rsidRDefault="00E6407B">
      <w:pPr>
        <w:ind w:firstLine="288"/>
      </w:pPr>
      <w:r>
        <w:rPr>
          <w:rFonts w:cs="Times New Roman"/>
        </w:rPr>
        <w:t>Not merely His body.</w:t>
      </w:r>
    </w:p>
    <w:p w14:paraId="10006660" w14:textId="77777777" w:rsidR="007D7487" w:rsidRDefault="00E6407B">
      <w:pPr>
        <w:ind w:firstLine="288"/>
      </w:pPr>
      <w:r>
        <w:rPr>
          <w:rFonts w:cs="Times New Roman"/>
        </w:rPr>
        <w:t>Not merely the teacher.</w:t>
      </w:r>
    </w:p>
    <w:p w14:paraId="7A643C8D" w14:textId="77777777" w:rsidR="007D7487" w:rsidRDefault="00E6407B">
      <w:pPr>
        <w:ind w:firstLine="288"/>
      </w:pPr>
      <w:r>
        <w:rPr>
          <w:rFonts w:cs="Times New Roman"/>
        </w:rPr>
        <w:t>Not merely the man from Nazareth.</w:t>
      </w:r>
    </w:p>
    <w:p w14:paraId="7273D898" w14:textId="77777777" w:rsidR="007D7487" w:rsidRDefault="00E6407B">
      <w:pPr>
        <w:ind w:firstLine="288"/>
      </w:pPr>
      <w:r>
        <w:rPr>
          <w:rFonts w:cs="Times New Roman"/>
        </w:rPr>
        <w:t>Her Lord.</w:t>
      </w:r>
    </w:p>
    <w:p w14:paraId="6149244C" w14:textId="77777777" w:rsidR="007D7487" w:rsidRDefault="00E6407B">
      <w:pPr>
        <w:ind w:firstLine="288"/>
      </w:pPr>
      <w:r>
        <w:rPr>
          <w:rFonts w:cs="Times New Roman"/>
        </w:rPr>
        <w:t>She turned.</w:t>
      </w:r>
    </w:p>
    <w:p w14:paraId="4E0252CC" w14:textId="77777777" w:rsidR="007D7487" w:rsidRDefault="00E6407B">
      <w:pPr>
        <w:ind w:firstLine="288"/>
      </w:pPr>
      <w:r>
        <w:rPr>
          <w:rFonts w:cs="Times New Roman"/>
        </w:rPr>
        <w:t>Someone was standing behind her.</w:t>
      </w:r>
    </w:p>
    <w:p w14:paraId="4A2F381F" w14:textId="77777777" w:rsidR="007D7487" w:rsidRDefault="00E6407B">
      <w:pPr>
        <w:ind w:firstLine="288"/>
      </w:pPr>
      <w:r>
        <w:rPr>
          <w:rFonts w:cs="Times New Roman"/>
        </w:rPr>
        <w:t>The light outside the tomb was stronger now, and tears had blurred her eyes.</w:t>
      </w:r>
    </w:p>
    <w:p w14:paraId="1088D934" w14:textId="77777777" w:rsidR="007D7487" w:rsidRDefault="00E6407B">
      <w:pPr>
        <w:ind w:firstLine="288"/>
      </w:pPr>
      <w:r>
        <w:rPr>
          <w:rFonts w:cs="Times New Roman"/>
        </w:rPr>
        <w:t>She did not know Him.</w:t>
      </w:r>
    </w:p>
    <w:p w14:paraId="6D014E7E" w14:textId="77777777" w:rsidR="007D7487" w:rsidRDefault="00E6407B">
      <w:pPr>
        <w:ind w:firstLine="288"/>
      </w:pPr>
      <w:r>
        <w:rPr>
          <w:rFonts w:cs="Times New Roman"/>
        </w:rPr>
        <w:t>“Woman, why weepest thou?”</w:t>
      </w:r>
    </w:p>
    <w:p w14:paraId="662D3739" w14:textId="77777777" w:rsidR="007D7487" w:rsidRDefault="00E6407B">
      <w:pPr>
        <w:ind w:firstLine="288"/>
      </w:pPr>
      <w:r>
        <w:rPr>
          <w:rFonts w:cs="Times New Roman"/>
        </w:rPr>
        <w:t>The same question.</w:t>
      </w:r>
    </w:p>
    <w:p w14:paraId="6FAC84DC" w14:textId="77777777" w:rsidR="007D7487" w:rsidRDefault="00E6407B">
      <w:pPr>
        <w:ind w:firstLine="288"/>
      </w:pPr>
      <w:r>
        <w:rPr>
          <w:rFonts w:cs="Times New Roman"/>
        </w:rPr>
        <w:t>Then another.</w:t>
      </w:r>
    </w:p>
    <w:p w14:paraId="4871CF20" w14:textId="77777777" w:rsidR="007D7487" w:rsidRDefault="00E6407B">
      <w:pPr>
        <w:ind w:firstLine="288"/>
      </w:pPr>
      <w:r>
        <w:rPr>
          <w:rFonts w:cs="Times New Roman"/>
        </w:rPr>
        <w:t>“Whom seekest thou?”</w:t>
      </w:r>
    </w:p>
    <w:p w14:paraId="5123EB58" w14:textId="77777777" w:rsidR="007D7487" w:rsidRDefault="00E6407B">
      <w:pPr>
        <w:ind w:firstLine="288"/>
      </w:pPr>
      <w:r>
        <w:rPr>
          <w:rFonts w:cs="Times New Roman"/>
        </w:rPr>
        <w:lastRenderedPageBreak/>
        <w:t>Mary thought of the garden.</w:t>
      </w:r>
    </w:p>
    <w:p w14:paraId="6A087E4F" w14:textId="77777777" w:rsidR="007D7487" w:rsidRDefault="00E6407B">
      <w:pPr>
        <w:ind w:firstLine="288"/>
      </w:pPr>
      <w:r>
        <w:rPr>
          <w:rFonts w:cs="Times New Roman"/>
        </w:rPr>
        <w:t>The tomb.</w:t>
      </w:r>
    </w:p>
    <w:p w14:paraId="62E299C1" w14:textId="77777777" w:rsidR="007D7487" w:rsidRDefault="00E6407B">
      <w:pPr>
        <w:ind w:firstLine="288"/>
      </w:pPr>
      <w:r>
        <w:rPr>
          <w:rFonts w:cs="Times New Roman"/>
        </w:rPr>
        <w:t>Someone responsible for the grounds.</w:t>
      </w:r>
    </w:p>
    <w:p w14:paraId="2A316106" w14:textId="77777777" w:rsidR="007D7487" w:rsidRDefault="00E6407B">
      <w:pPr>
        <w:ind w:firstLine="288"/>
      </w:pPr>
      <w:r>
        <w:rPr>
          <w:rFonts w:cs="Times New Roman"/>
        </w:rPr>
        <w:t>Someone who might know what had happened during the night.</w:t>
      </w:r>
    </w:p>
    <w:p w14:paraId="4363E9D6" w14:textId="77777777" w:rsidR="007D7487" w:rsidRDefault="00E6407B">
      <w:pPr>
        <w:ind w:firstLine="288"/>
      </w:pPr>
      <w:r>
        <w:rPr>
          <w:rFonts w:cs="Times New Roman"/>
        </w:rPr>
        <w:t>She supposed Him to be the gardener.</w:t>
      </w:r>
    </w:p>
    <w:p w14:paraId="6B0E9B98" w14:textId="77777777" w:rsidR="007D7487" w:rsidRDefault="00E6407B">
      <w:pPr>
        <w:ind w:firstLine="288"/>
      </w:pPr>
      <w:r>
        <w:rPr>
          <w:rFonts w:cs="Times New Roman"/>
        </w:rPr>
        <w:t>“Sir, if thou have borne him hence, tell me where thou hast laid him, and I will take him away.”</w:t>
      </w:r>
    </w:p>
    <w:p w14:paraId="2A7402CB" w14:textId="77777777" w:rsidR="007D7487" w:rsidRDefault="00E6407B">
      <w:pPr>
        <w:ind w:firstLine="288"/>
      </w:pPr>
      <w:r>
        <w:rPr>
          <w:rFonts w:cs="Times New Roman"/>
        </w:rPr>
        <w:t>She did not explain how.</w:t>
      </w:r>
    </w:p>
    <w:p w14:paraId="3F9BE0DD" w14:textId="77777777" w:rsidR="007D7487" w:rsidRDefault="00E6407B">
      <w:pPr>
        <w:ind w:firstLine="288"/>
      </w:pPr>
      <w:r>
        <w:rPr>
          <w:rFonts w:cs="Times New Roman"/>
        </w:rPr>
        <w:t>John would think about that later when Mary told the story.</w:t>
      </w:r>
    </w:p>
    <w:p w14:paraId="5A0E6430" w14:textId="77777777" w:rsidR="007D7487" w:rsidRDefault="00E6407B">
      <w:pPr>
        <w:ind w:firstLine="288"/>
      </w:pPr>
      <w:r>
        <w:rPr>
          <w:rFonts w:cs="Times New Roman"/>
        </w:rPr>
        <w:t>She was one grieving woman offering to carry the body of a crucified man.</w:t>
      </w:r>
    </w:p>
    <w:p w14:paraId="75266079" w14:textId="77777777" w:rsidR="007D7487" w:rsidRDefault="00E6407B">
      <w:pPr>
        <w:ind w:firstLine="288"/>
      </w:pPr>
      <w:r>
        <w:rPr>
          <w:rFonts w:cs="Times New Roman"/>
        </w:rPr>
        <w:t>Grief had not stopped to calculate weight.</w:t>
      </w:r>
    </w:p>
    <w:p w14:paraId="5C4FF665" w14:textId="77777777" w:rsidR="007D7487" w:rsidRDefault="00E6407B">
      <w:pPr>
        <w:ind w:firstLine="288"/>
      </w:pPr>
      <w:r>
        <w:rPr>
          <w:rFonts w:cs="Times New Roman"/>
        </w:rPr>
        <w:t>The man answered with one word.</w:t>
      </w:r>
    </w:p>
    <w:p w14:paraId="02AC6506" w14:textId="77777777" w:rsidR="007D7487" w:rsidRDefault="00E6407B">
      <w:pPr>
        <w:ind w:firstLine="288"/>
      </w:pPr>
      <w:r>
        <w:rPr>
          <w:rFonts w:cs="Times New Roman"/>
        </w:rPr>
        <w:t>“Mary.”</w:t>
      </w:r>
    </w:p>
    <w:p w14:paraId="2AAC52F9" w14:textId="77777777" w:rsidR="007D7487" w:rsidRDefault="00E6407B">
      <w:pPr>
        <w:ind w:firstLine="288"/>
      </w:pPr>
      <w:r>
        <w:rPr>
          <w:rFonts w:cs="Times New Roman"/>
        </w:rPr>
        <w:t>Everything changed.</w:t>
      </w:r>
    </w:p>
    <w:p w14:paraId="2FF7F25A" w14:textId="77777777" w:rsidR="007D7487" w:rsidRDefault="00E6407B">
      <w:pPr>
        <w:ind w:firstLine="288"/>
      </w:pPr>
      <w:r>
        <w:rPr>
          <w:rFonts w:cs="Times New Roman"/>
        </w:rPr>
        <w:t>Not the garden.</w:t>
      </w:r>
    </w:p>
    <w:p w14:paraId="561933A5" w14:textId="77777777" w:rsidR="007D7487" w:rsidRDefault="00E6407B">
      <w:pPr>
        <w:ind w:firstLine="288"/>
      </w:pPr>
      <w:r>
        <w:rPr>
          <w:rFonts w:cs="Times New Roman"/>
        </w:rPr>
        <w:t>Not the stone.</w:t>
      </w:r>
    </w:p>
    <w:p w14:paraId="1FDF2FB0" w14:textId="77777777" w:rsidR="007D7487" w:rsidRDefault="00E6407B">
      <w:pPr>
        <w:ind w:firstLine="288"/>
      </w:pPr>
      <w:r>
        <w:rPr>
          <w:rFonts w:cs="Times New Roman"/>
        </w:rPr>
        <w:t>Not the empty tomb.</w:t>
      </w:r>
    </w:p>
    <w:p w14:paraId="5035383F" w14:textId="77777777" w:rsidR="007D7487" w:rsidRDefault="00E6407B">
      <w:pPr>
        <w:ind w:firstLine="288"/>
      </w:pPr>
      <w:r>
        <w:rPr>
          <w:rFonts w:cs="Times New Roman"/>
        </w:rPr>
        <w:t>Mary.</w:t>
      </w:r>
    </w:p>
    <w:p w14:paraId="24BBA367" w14:textId="77777777" w:rsidR="007D7487" w:rsidRDefault="00E6407B">
      <w:pPr>
        <w:ind w:firstLine="288"/>
      </w:pPr>
      <w:r>
        <w:rPr>
          <w:rFonts w:cs="Times New Roman"/>
        </w:rPr>
        <w:t>Her own name in His voice.</w:t>
      </w:r>
    </w:p>
    <w:p w14:paraId="4D786A14" w14:textId="77777777" w:rsidR="007D7487" w:rsidRDefault="00E6407B">
      <w:pPr>
        <w:ind w:firstLine="288"/>
      </w:pPr>
      <w:r>
        <w:rPr>
          <w:rFonts w:cs="Times New Roman"/>
        </w:rPr>
        <w:t>She turned toward Him as recognition overtook sight.</w:t>
      </w:r>
    </w:p>
    <w:p w14:paraId="1F8A5BEE" w14:textId="77777777" w:rsidR="007D7487" w:rsidRDefault="00E6407B">
      <w:pPr>
        <w:ind w:firstLine="288"/>
      </w:pPr>
      <w:r>
        <w:rPr>
          <w:rFonts w:cs="Times New Roman"/>
        </w:rPr>
        <w:t>“Rabboni.”</w:t>
      </w:r>
    </w:p>
    <w:p w14:paraId="19F58B0F" w14:textId="77777777" w:rsidR="007D7487" w:rsidRDefault="00E6407B">
      <w:pPr>
        <w:ind w:firstLine="288"/>
      </w:pPr>
      <w:r>
        <w:rPr>
          <w:rFonts w:cs="Times New Roman"/>
        </w:rPr>
        <w:t>Teacher.</w:t>
      </w:r>
    </w:p>
    <w:p w14:paraId="7BE490DE" w14:textId="77777777" w:rsidR="007D7487" w:rsidRDefault="00E6407B">
      <w:pPr>
        <w:ind w:firstLine="288"/>
      </w:pPr>
      <w:r>
        <w:rPr>
          <w:rFonts w:cs="Times New Roman"/>
        </w:rPr>
        <w:t>Lord.</w:t>
      </w:r>
    </w:p>
    <w:p w14:paraId="0A968D5D" w14:textId="77777777" w:rsidR="007D7487" w:rsidRDefault="00E6407B">
      <w:pPr>
        <w:ind w:firstLine="288"/>
      </w:pPr>
      <w:r>
        <w:rPr>
          <w:rFonts w:cs="Times New Roman"/>
        </w:rPr>
        <w:t>Jesus.</w:t>
      </w:r>
    </w:p>
    <w:p w14:paraId="4CB9CDE0" w14:textId="77777777" w:rsidR="007D7487" w:rsidRDefault="00E6407B">
      <w:pPr>
        <w:ind w:firstLine="288"/>
      </w:pPr>
      <w:r>
        <w:rPr>
          <w:rFonts w:cs="Times New Roman"/>
        </w:rPr>
        <w:t>Alive.</w:t>
      </w:r>
    </w:p>
    <w:p w14:paraId="0F1BE0D8" w14:textId="77777777" w:rsidR="007D7487" w:rsidRDefault="00E6407B">
      <w:pPr>
        <w:ind w:firstLine="288"/>
      </w:pPr>
      <w:r>
        <w:rPr>
          <w:rFonts w:cs="Times New Roman"/>
        </w:rPr>
        <w:t>Her hands moved toward Him.</w:t>
      </w:r>
    </w:p>
    <w:p w14:paraId="3B8D8979" w14:textId="77777777" w:rsidR="007D7487" w:rsidRDefault="00E6407B">
      <w:pPr>
        <w:ind w:firstLine="288"/>
      </w:pPr>
      <w:r>
        <w:rPr>
          <w:rFonts w:cs="Times New Roman"/>
        </w:rPr>
        <w:t>He stopped her.</w:t>
      </w:r>
    </w:p>
    <w:p w14:paraId="3FDFB9FA" w14:textId="77777777" w:rsidR="007D7487" w:rsidRDefault="00E6407B">
      <w:pPr>
        <w:ind w:firstLine="288"/>
      </w:pPr>
      <w:r>
        <w:rPr>
          <w:rFonts w:cs="Times New Roman"/>
        </w:rPr>
        <w:t>“Touch me not; for I am not yet ascended to my Father.”</w:t>
      </w:r>
    </w:p>
    <w:p w14:paraId="04EE8F8E" w14:textId="77777777" w:rsidR="007D7487" w:rsidRDefault="00E6407B">
      <w:pPr>
        <w:ind w:firstLine="288"/>
      </w:pPr>
      <w:r>
        <w:rPr>
          <w:rFonts w:cs="Times New Roman"/>
        </w:rPr>
        <w:t>Mary stared.</w:t>
      </w:r>
    </w:p>
    <w:p w14:paraId="4F05E4FF" w14:textId="77777777" w:rsidR="007D7487" w:rsidRDefault="00E6407B">
      <w:pPr>
        <w:ind w:firstLine="288"/>
      </w:pPr>
      <w:r>
        <w:rPr>
          <w:rFonts w:cs="Times New Roman"/>
        </w:rPr>
        <w:t>Not yet ascended.</w:t>
      </w:r>
    </w:p>
    <w:p w14:paraId="302EDD22" w14:textId="77777777" w:rsidR="007D7487" w:rsidRDefault="00E6407B">
      <w:pPr>
        <w:ind w:firstLine="288"/>
      </w:pPr>
      <w:r>
        <w:rPr>
          <w:rFonts w:cs="Times New Roman"/>
        </w:rPr>
        <w:t>He was alive.</w:t>
      </w:r>
    </w:p>
    <w:p w14:paraId="10E63AAB" w14:textId="77777777" w:rsidR="007D7487" w:rsidRDefault="00E6407B">
      <w:pPr>
        <w:ind w:firstLine="288"/>
      </w:pPr>
      <w:r>
        <w:rPr>
          <w:rFonts w:cs="Times New Roman"/>
        </w:rPr>
        <w:t>Standing before her.</w:t>
      </w:r>
    </w:p>
    <w:p w14:paraId="6B657960" w14:textId="77777777" w:rsidR="007D7487" w:rsidRDefault="00E6407B">
      <w:pPr>
        <w:ind w:firstLine="288"/>
      </w:pPr>
      <w:r>
        <w:rPr>
          <w:rFonts w:cs="Times New Roman"/>
        </w:rPr>
        <w:t>And still speaking of something ahead.</w:t>
      </w:r>
    </w:p>
    <w:p w14:paraId="2EEE4E1D" w14:textId="77777777" w:rsidR="007D7487" w:rsidRDefault="00E6407B">
      <w:pPr>
        <w:ind w:firstLine="288"/>
      </w:pPr>
      <w:r>
        <w:rPr>
          <w:rFonts w:cs="Times New Roman"/>
        </w:rPr>
        <w:t>Then He gave her something to do.</w:t>
      </w:r>
    </w:p>
    <w:p w14:paraId="07377A4B" w14:textId="77777777" w:rsidR="007D7487" w:rsidRDefault="00E6407B">
      <w:pPr>
        <w:ind w:firstLine="288"/>
      </w:pPr>
      <w:r>
        <w:rPr>
          <w:rFonts w:cs="Times New Roman"/>
        </w:rPr>
        <w:t>“Go to my brethren.”</w:t>
      </w:r>
    </w:p>
    <w:p w14:paraId="765B34DB" w14:textId="77777777" w:rsidR="007D7487" w:rsidRDefault="00E6407B">
      <w:pPr>
        <w:ind w:firstLine="288"/>
      </w:pPr>
      <w:r>
        <w:rPr>
          <w:rFonts w:cs="Times New Roman"/>
        </w:rPr>
        <w:t>Brethren.</w:t>
      </w:r>
    </w:p>
    <w:p w14:paraId="2407BCCE" w14:textId="77777777" w:rsidR="007D7487" w:rsidRDefault="00E6407B">
      <w:pPr>
        <w:ind w:firstLine="288"/>
      </w:pPr>
      <w:r>
        <w:rPr>
          <w:rFonts w:cs="Times New Roman"/>
        </w:rPr>
        <w:t>Not cowards.</w:t>
      </w:r>
    </w:p>
    <w:p w14:paraId="57E2FF6E" w14:textId="77777777" w:rsidR="007D7487" w:rsidRDefault="00E6407B">
      <w:pPr>
        <w:ind w:firstLine="288"/>
      </w:pPr>
      <w:r>
        <w:rPr>
          <w:rFonts w:cs="Times New Roman"/>
        </w:rPr>
        <w:t>Not men who had failed Him.</w:t>
      </w:r>
    </w:p>
    <w:p w14:paraId="3A6DFB93" w14:textId="77777777" w:rsidR="007D7487" w:rsidRDefault="00E6407B">
      <w:pPr>
        <w:ind w:firstLine="288"/>
      </w:pPr>
      <w:r>
        <w:rPr>
          <w:rFonts w:cs="Times New Roman"/>
        </w:rPr>
        <w:t>Not the ones who had scattered.</w:t>
      </w:r>
    </w:p>
    <w:p w14:paraId="2858FD5C" w14:textId="77777777" w:rsidR="007D7487" w:rsidRDefault="00E6407B">
      <w:pPr>
        <w:ind w:firstLine="288"/>
      </w:pPr>
      <w:r>
        <w:rPr>
          <w:rFonts w:cs="Times New Roman"/>
        </w:rPr>
        <w:lastRenderedPageBreak/>
        <w:t>Brethren.</w:t>
      </w:r>
    </w:p>
    <w:p w14:paraId="78FC8CC8" w14:textId="77777777" w:rsidR="007D7487" w:rsidRDefault="00E6407B">
      <w:pPr>
        <w:ind w:firstLine="288"/>
      </w:pPr>
      <w:r>
        <w:rPr>
          <w:rFonts w:cs="Times New Roman"/>
        </w:rPr>
        <w:t>“And say unto them, I ascend unto my Father, and your Father; and to my God, and your God.”</w:t>
      </w:r>
    </w:p>
    <w:p w14:paraId="0BB1D71C" w14:textId="77777777" w:rsidR="007D7487" w:rsidRDefault="00E6407B">
      <w:pPr>
        <w:ind w:firstLine="288"/>
      </w:pPr>
      <w:r>
        <w:rPr>
          <w:rFonts w:cs="Times New Roman"/>
        </w:rPr>
        <w:t>Mary stood in the garden trying to hold more than one human mind should reasonably have been asked to carry before breakfast.</w:t>
      </w:r>
    </w:p>
    <w:p w14:paraId="409609CA" w14:textId="77777777" w:rsidR="007D7487" w:rsidRDefault="00E6407B">
      <w:pPr>
        <w:ind w:firstLine="288"/>
      </w:pPr>
      <w:r>
        <w:rPr>
          <w:rFonts w:cs="Times New Roman"/>
        </w:rPr>
        <w:t>Jesus was alive.</w:t>
      </w:r>
    </w:p>
    <w:p w14:paraId="57026233" w14:textId="77777777" w:rsidR="007D7487" w:rsidRDefault="00E6407B">
      <w:pPr>
        <w:ind w:firstLine="288"/>
      </w:pPr>
      <w:r>
        <w:rPr>
          <w:rFonts w:cs="Times New Roman"/>
        </w:rPr>
        <w:t>He had not yet ascended.</w:t>
      </w:r>
    </w:p>
    <w:p w14:paraId="117E13E0" w14:textId="77777777" w:rsidR="007D7487" w:rsidRDefault="00E6407B">
      <w:pPr>
        <w:ind w:firstLine="288"/>
      </w:pPr>
      <w:r>
        <w:rPr>
          <w:rFonts w:cs="Times New Roman"/>
        </w:rPr>
        <w:t>He called the scattered disciples His brethren.</w:t>
      </w:r>
    </w:p>
    <w:p w14:paraId="2CCD2795" w14:textId="77777777" w:rsidR="007D7487" w:rsidRDefault="00E6407B">
      <w:pPr>
        <w:ind w:firstLine="288"/>
      </w:pPr>
      <w:r>
        <w:rPr>
          <w:rFonts w:cs="Times New Roman"/>
        </w:rPr>
        <w:t>He was sending her to them.</w:t>
      </w:r>
    </w:p>
    <w:p w14:paraId="5574433D" w14:textId="77777777" w:rsidR="007D7487" w:rsidRDefault="00E6407B">
      <w:pPr>
        <w:ind w:firstLine="288"/>
      </w:pPr>
      <w:r>
        <w:rPr>
          <w:rFonts w:cs="Times New Roman"/>
        </w:rPr>
        <w:t>The tomb behind her was empty.</w:t>
      </w:r>
    </w:p>
    <w:p w14:paraId="68445945" w14:textId="77777777" w:rsidR="007D7487" w:rsidRDefault="00E6407B">
      <w:pPr>
        <w:ind w:firstLine="288"/>
      </w:pPr>
      <w:r>
        <w:rPr>
          <w:rFonts w:cs="Times New Roman"/>
        </w:rPr>
        <w:t>The world ahead of her was not.</w:t>
      </w:r>
    </w:p>
    <w:p w14:paraId="21218B4D" w14:textId="77777777" w:rsidR="007D7487" w:rsidRDefault="00E6407B">
      <w:pPr>
        <w:ind w:firstLine="288"/>
      </w:pPr>
      <w:r>
        <w:rPr>
          <w:rFonts w:cs="Times New Roman"/>
        </w:rPr>
        <w:t>She ran.</w:t>
      </w:r>
    </w:p>
    <w:p w14:paraId="1EE9DDA5" w14:textId="77777777" w:rsidR="007D7487" w:rsidRDefault="00E6407B">
      <w:pPr>
        <w:suppressLineNumbers/>
        <w:spacing w:before="100" w:after="100"/>
        <w:jc w:val="center"/>
      </w:pPr>
      <w:r>
        <w:rPr>
          <w:rFonts w:cs="Times New Roman"/>
          <w:sz w:val="20"/>
        </w:rPr>
        <w:t>* * *</w:t>
      </w:r>
    </w:p>
    <w:p w14:paraId="0CE8C029" w14:textId="77777777" w:rsidR="007D7487" w:rsidRDefault="00E6407B">
      <w:pPr>
        <w:ind w:firstLine="288"/>
      </w:pPr>
      <w:r>
        <w:rPr>
          <w:rFonts w:cs="Times New Roman"/>
        </w:rPr>
        <w:t>John saw Mary again before he understood what he had seen in the tomb.</w:t>
      </w:r>
    </w:p>
    <w:p w14:paraId="5820A7BB" w14:textId="77777777" w:rsidR="007D7487" w:rsidRDefault="00E6407B">
      <w:pPr>
        <w:ind w:firstLine="288"/>
      </w:pPr>
      <w:r>
        <w:rPr>
          <w:rFonts w:cs="Times New Roman"/>
        </w:rPr>
        <w:t>He knew immediately that something had happened.</w:t>
      </w:r>
    </w:p>
    <w:p w14:paraId="77CF8BAB" w14:textId="77777777" w:rsidR="007D7487" w:rsidRDefault="00E6407B">
      <w:pPr>
        <w:ind w:firstLine="288"/>
      </w:pPr>
      <w:r>
        <w:rPr>
          <w:rFonts w:cs="Times New Roman"/>
        </w:rPr>
        <w:t>She did not look merely breathless this time.</w:t>
      </w:r>
    </w:p>
    <w:p w14:paraId="702E1E0C" w14:textId="77777777" w:rsidR="007D7487" w:rsidRDefault="00E6407B">
      <w:pPr>
        <w:ind w:firstLine="288"/>
      </w:pPr>
      <w:r>
        <w:rPr>
          <w:rFonts w:cs="Times New Roman"/>
        </w:rPr>
        <w:t>Fear, laughter, grief, and astonishment seemed to have fought for possession of her face, and none had won.</w:t>
      </w:r>
    </w:p>
    <w:p w14:paraId="3443A72C" w14:textId="77777777" w:rsidR="007D7487" w:rsidRDefault="00E6407B">
      <w:pPr>
        <w:ind w:firstLine="288"/>
      </w:pPr>
      <w:r>
        <w:rPr>
          <w:rFonts w:cs="Times New Roman"/>
        </w:rPr>
        <w:t>Her hand rose toward her mouth.</w:t>
      </w:r>
    </w:p>
    <w:p w14:paraId="227123B8" w14:textId="77777777" w:rsidR="007D7487" w:rsidRDefault="00E6407B">
      <w:pPr>
        <w:ind w:firstLine="288"/>
      </w:pPr>
      <w:r>
        <w:rPr>
          <w:rFonts w:cs="Times New Roman"/>
        </w:rPr>
        <w:t>Dropped.</w:t>
      </w:r>
    </w:p>
    <w:p w14:paraId="6974106D" w14:textId="77777777" w:rsidR="007D7487" w:rsidRDefault="00E6407B">
      <w:pPr>
        <w:ind w:firstLine="288"/>
      </w:pPr>
      <w:r>
        <w:rPr>
          <w:rFonts w:cs="Times New Roman"/>
        </w:rPr>
        <w:t>Rose again.</w:t>
      </w:r>
    </w:p>
    <w:p w14:paraId="24A7037C" w14:textId="77777777" w:rsidR="007D7487" w:rsidRDefault="00E6407B">
      <w:pPr>
        <w:ind w:firstLine="288"/>
      </w:pPr>
      <w:r>
        <w:rPr>
          <w:rFonts w:cs="Times New Roman"/>
        </w:rPr>
        <w:t>“I saw Him.”</w:t>
      </w:r>
    </w:p>
    <w:p w14:paraId="363D7660" w14:textId="77777777" w:rsidR="007D7487" w:rsidRDefault="00E6407B">
      <w:pPr>
        <w:ind w:firstLine="288"/>
      </w:pPr>
      <w:r>
        <w:rPr>
          <w:rFonts w:cs="Times New Roman"/>
        </w:rPr>
        <w:t>John stared.</w:t>
      </w:r>
    </w:p>
    <w:p w14:paraId="6EF321E8" w14:textId="77777777" w:rsidR="007D7487" w:rsidRDefault="00E6407B">
      <w:pPr>
        <w:ind w:firstLine="288"/>
      </w:pPr>
      <w:r>
        <w:rPr>
          <w:rFonts w:cs="Times New Roman"/>
        </w:rPr>
        <w:t>Peter stood so quickly that whatever had been beside him shifted against the floor.</w:t>
      </w:r>
    </w:p>
    <w:p w14:paraId="0068A3BE" w14:textId="77777777" w:rsidR="007D7487" w:rsidRDefault="00E6407B">
      <w:pPr>
        <w:ind w:firstLine="288"/>
      </w:pPr>
      <w:r>
        <w:rPr>
          <w:rFonts w:cs="Times New Roman"/>
        </w:rPr>
        <w:t>Mary tried again.</w:t>
      </w:r>
    </w:p>
    <w:p w14:paraId="495E5736" w14:textId="77777777" w:rsidR="007D7487" w:rsidRDefault="00E6407B">
      <w:pPr>
        <w:ind w:firstLine="288"/>
      </w:pPr>
      <w:r>
        <w:rPr>
          <w:rFonts w:cs="Times New Roman"/>
        </w:rPr>
        <w:t>“I saw the Lord.”</w:t>
      </w:r>
    </w:p>
    <w:p w14:paraId="43448C62" w14:textId="77777777" w:rsidR="007D7487" w:rsidRDefault="00E6407B">
      <w:pPr>
        <w:ind w:firstLine="288"/>
      </w:pPr>
      <w:r>
        <w:rPr>
          <w:rFonts w:cs="Times New Roman"/>
        </w:rPr>
        <w:t>The words changed the room.</w:t>
      </w:r>
    </w:p>
    <w:p w14:paraId="37CA64B1" w14:textId="77777777" w:rsidR="007D7487" w:rsidRDefault="00E6407B">
      <w:pPr>
        <w:ind w:firstLine="288"/>
      </w:pPr>
      <w:r>
        <w:rPr>
          <w:rFonts w:cs="Times New Roman"/>
        </w:rPr>
        <w:t>John’s first thought was not a doctrine.</w:t>
      </w:r>
    </w:p>
    <w:p w14:paraId="6A85B303" w14:textId="77777777" w:rsidR="007D7487" w:rsidRDefault="00E6407B">
      <w:pPr>
        <w:ind w:firstLine="288"/>
      </w:pPr>
      <w:r>
        <w:rPr>
          <w:rFonts w:cs="Times New Roman"/>
        </w:rPr>
        <w:t>It was a face.</w:t>
      </w:r>
    </w:p>
    <w:p w14:paraId="26317CB1" w14:textId="77777777" w:rsidR="007D7487" w:rsidRDefault="00E6407B">
      <w:pPr>
        <w:ind w:firstLine="288"/>
      </w:pPr>
      <w:r>
        <w:rPr>
          <w:rFonts w:cs="Times New Roman"/>
        </w:rPr>
        <w:t>Jesus’ face.</w:t>
      </w:r>
    </w:p>
    <w:p w14:paraId="53895CC7" w14:textId="77777777" w:rsidR="007D7487" w:rsidRDefault="00E6407B">
      <w:pPr>
        <w:ind w:firstLine="288"/>
      </w:pPr>
      <w:r>
        <w:rPr>
          <w:rFonts w:cs="Times New Roman"/>
        </w:rPr>
        <w:t>Living.</w:t>
      </w:r>
    </w:p>
    <w:p w14:paraId="57B92D43" w14:textId="77777777" w:rsidR="007D7487" w:rsidRDefault="00E6407B">
      <w:pPr>
        <w:ind w:firstLine="288"/>
      </w:pPr>
      <w:r>
        <w:rPr>
          <w:rFonts w:cs="Times New Roman"/>
        </w:rPr>
        <w:t>Could she really have seen Him?</w:t>
      </w:r>
    </w:p>
    <w:p w14:paraId="760A3D8D" w14:textId="77777777" w:rsidR="007D7487" w:rsidRDefault="00E6407B">
      <w:pPr>
        <w:ind w:firstLine="288"/>
      </w:pPr>
      <w:r>
        <w:rPr>
          <w:rFonts w:cs="Times New Roman"/>
        </w:rPr>
        <w:t>Peter was already asking.</w:t>
      </w:r>
    </w:p>
    <w:p w14:paraId="01E83EBE" w14:textId="77777777" w:rsidR="007D7487" w:rsidRDefault="00E6407B">
      <w:pPr>
        <w:ind w:firstLine="288"/>
      </w:pPr>
      <w:r>
        <w:rPr>
          <w:rFonts w:cs="Times New Roman"/>
        </w:rPr>
        <w:t>“Where?”</w:t>
      </w:r>
    </w:p>
    <w:p w14:paraId="45BB9D85" w14:textId="77777777" w:rsidR="007D7487" w:rsidRDefault="00E6407B">
      <w:pPr>
        <w:ind w:firstLine="288"/>
      </w:pPr>
      <w:r>
        <w:rPr>
          <w:rFonts w:cs="Times New Roman"/>
        </w:rPr>
        <w:t>“At the tomb.”</w:t>
      </w:r>
    </w:p>
    <w:p w14:paraId="4996CE63" w14:textId="77777777" w:rsidR="007D7487" w:rsidRDefault="00E6407B">
      <w:pPr>
        <w:ind w:firstLine="288"/>
      </w:pPr>
      <w:r>
        <w:rPr>
          <w:rFonts w:cs="Times New Roman"/>
        </w:rPr>
        <w:t>“When?”</w:t>
      </w:r>
    </w:p>
    <w:p w14:paraId="397878FE" w14:textId="77777777" w:rsidR="007D7487" w:rsidRDefault="00E6407B">
      <w:pPr>
        <w:ind w:firstLine="288"/>
      </w:pPr>
      <w:r>
        <w:rPr>
          <w:rFonts w:cs="Times New Roman"/>
        </w:rPr>
        <w:t>“After you left.”</w:t>
      </w:r>
    </w:p>
    <w:p w14:paraId="5DC6779F" w14:textId="77777777" w:rsidR="007D7487" w:rsidRDefault="00E6407B">
      <w:pPr>
        <w:ind w:firstLine="288"/>
      </w:pPr>
      <w:r>
        <w:rPr>
          <w:rFonts w:cs="Times New Roman"/>
        </w:rPr>
        <w:t>“What did He say?”</w:t>
      </w:r>
    </w:p>
    <w:p w14:paraId="21E7F651" w14:textId="77777777" w:rsidR="007D7487" w:rsidRDefault="00E6407B">
      <w:pPr>
        <w:ind w:firstLine="288"/>
      </w:pPr>
      <w:r>
        <w:rPr>
          <w:rFonts w:cs="Times New Roman"/>
        </w:rPr>
        <w:t>Mary tried to answer too quickly.</w:t>
      </w:r>
    </w:p>
    <w:p w14:paraId="5AE135F3" w14:textId="77777777" w:rsidR="007D7487" w:rsidRDefault="00E6407B">
      <w:pPr>
        <w:ind w:firstLine="288"/>
      </w:pPr>
      <w:r>
        <w:rPr>
          <w:rFonts w:cs="Times New Roman"/>
        </w:rPr>
        <w:lastRenderedPageBreak/>
        <w:t>“The angels were there, and then He was behind me, and I thought He was the gardener—”</w:t>
      </w:r>
    </w:p>
    <w:p w14:paraId="0CDF91C8" w14:textId="77777777" w:rsidR="007D7487" w:rsidRDefault="00E6407B">
      <w:pPr>
        <w:ind w:firstLine="288"/>
      </w:pPr>
      <w:r>
        <w:rPr>
          <w:rFonts w:cs="Times New Roman"/>
        </w:rPr>
        <w:t>Peter blinked.</w:t>
      </w:r>
    </w:p>
    <w:p w14:paraId="77E86BB6" w14:textId="77777777" w:rsidR="007D7487" w:rsidRDefault="00E6407B">
      <w:pPr>
        <w:ind w:firstLine="288"/>
      </w:pPr>
      <w:r>
        <w:rPr>
          <w:rFonts w:cs="Times New Roman"/>
        </w:rPr>
        <w:t>“The gardener?”</w:t>
      </w:r>
    </w:p>
    <w:p w14:paraId="2A791EF4" w14:textId="77777777" w:rsidR="007D7487" w:rsidRDefault="00E6407B">
      <w:pPr>
        <w:ind w:firstLine="288"/>
      </w:pPr>
      <w:r>
        <w:rPr>
          <w:rFonts w:cs="Times New Roman"/>
        </w:rPr>
        <w:t>“I was crying.”</w:t>
      </w:r>
    </w:p>
    <w:p w14:paraId="03A5379C" w14:textId="77777777" w:rsidR="007D7487" w:rsidRDefault="00E6407B">
      <w:pPr>
        <w:ind w:firstLine="288"/>
      </w:pPr>
      <w:r>
        <w:rPr>
          <w:rFonts w:cs="Times New Roman"/>
        </w:rPr>
        <w:t>“That does not generally turn people into gardeners.”</w:t>
      </w:r>
    </w:p>
    <w:p w14:paraId="7452FB4A" w14:textId="77777777" w:rsidR="007D7487" w:rsidRDefault="00E6407B">
      <w:pPr>
        <w:ind w:firstLine="288"/>
      </w:pPr>
      <w:r>
        <w:rPr>
          <w:rFonts w:cs="Times New Roman"/>
        </w:rPr>
        <w:t>Mary stared at him.</w:t>
      </w:r>
    </w:p>
    <w:p w14:paraId="2E7F38C0" w14:textId="77777777" w:rsidR="007D7487" w:rsidRDefault="00E6407B">
      <w:pPr>
        <w:ind w:firstLine="288"/>
      </w:pPr>
      <w:r>
        <w:rPr>
          <w:rFonts w:cs="Times New Roman"/>
        </w:rPr>
        <w:t>Peter closed his mouth.</w:t>
      </w:r>
    </w:p>
    <w:p w14:paraId="61B0E2C2" w14:textId="77777777" w:rsidR="007D7487" w:rsidRDefault="00E6407B">
      <w:pPr>
        <w:ind w:firstLine="288"/>
      </w:pPr>
      <w:r>
        <w:rPr>
          <w:rFonts w:cs="Times New Roman"/>
        </w:rPr>
        <w:t>John almost smiled.</w:t>
      </w:r>
    </w:p>
    <w:p w14:paraId="59F8117B" w14:textId="77777777" w:rsidR="007D7487" w:rsidRDefault="00E6407B">
      <w:pPr>
        <w:ind w:firstLine="288"/>
      </w:pPr>
      <w:r>
        <w:rPr>
          <w:rFonts w:cs="Times New Roman"/>
        </w:rPr>
        <w:t>Mary continued.</w:t>
      </w:r>
    </w:p>
    <w:p w14:paraId="1CC36FD5" w14:textId="77777777" w:rsidR="007D7487" w:rsidRDefault="00E6407B">
      <w:pPr>
        <w:ind w:firstLine="288"/>
      </w:pPr>
      <w:r>
        <w:rPr>
          <w:rFonts w:cs="Times New Roman"/>
        </w:rPr>
        <w:t>“He asked why I was weeping.”</w:t>
      </w:r>
    </w:p>
    <w:p w14:paraId="10A5F12F" w14:textId="77777777" w:rsidR="007D7487" w:rsidRDefault="00E6407B">
      <w:pPr>
        <w:ind w:firstLine="288"/>
      </w:pPr>
      <w:r>
        <w:rPr>
          <w:rFonts w:cs="Times New Roman"/>
        </w:rPr>
        <w:t>Her voice broke again.</w:t>
      </w:r>
    </w:p>
    <w:p w14:paraId="49225165" w14:textId="77777777" w:rsidR="007D7487" w:rsidRDefault="00E6407B">
      <w:pPr>
        <w:ind w:firstLine="288"/>
      </w:pPr>
      <w:r>
        <w:rPr>
          <w:rFonts w:cs="Times New Roman"/>
        </w:rPr>
        <w:t>“I asked Him where they had put the body.”</w:t>
      </w:r>
    </w:p>
    <w:p w14:paraId="449967CF" w14:textId="77777777" w:rsidR="007D7487" w:rsidRDefault="00E6407B">
      <w:pPr>
        <w:ind w:firstLine="288"/>
      </w:pPr>
      <w:r>
        <w:rPr>
          <w:rFonts w:cs="Times New Roman"/>
        </w:rPr>
        <w:t>Peter’s face softened.</w:t>
      </w:r>
    </w:p>
    <w:p w14:paraId="4C303B0D" w14:textId="77777777" w:rsidR="007D7487" w:rsidRDefault="00E6407B">
      <w:pPr>
        <w:ind w:firstLine="288"/>
      </w:pPr>
      <w:r>
        <w:rPr>
          <w:rFonts w:cs="Times New Roman"/>
        </w:rPr>
        <w:t>Mary looked toward John.</w:t>
      </w:r>
    </w:p>
    <w:p w14:paraId="71564D2B" w14:textId="77777777" w:rsidR="007D7487" w:rsidRDefault="00E6407B">
      <w:pPr>
        <w:ind w:firstLine="288"/>
      </w:pPr>
      <w:r>
        <w:rPr>
          <w:rFonts w:cs="Times New Roman"/>
        </w:rPr>
        <w:t>“I did not know Him.”</w:t>
      </w:r>
    </w:p>
    <w:p w14:paraId="16DB5698" w14:textId="77777777" w:rsidR="007D7487" w:rsidRDefault="00E6407B">
      <w:pPr>
        <w:ind w:firstLine="288"/>
      </w:pPr>
      <w:r>
        <w:rPr>
          <w:rFonts w:cs="Times New Roman"/>
        </w:rPr>
        <w:t>John waited.</w:t>
      </w:r>
    </w:p>
    <w:p w14:paraId="7795D550" w14:textId="77777777" w:rsidR="007D7487" w:rsidRDefault="00E6407B">
      <w:pPr>
        <w:ind w:firstLine="288"/>
      </w:pPr>
      <w:r>
        <w:rPr>
          <w:rFonts w:cs="Times New Roman"/>
        </w:rPr>
        <w:t>“Until He said my name.”</w:t>
      </w:r>
    </w:p>
    <w:p w14:paraId="4A2564EF" w14:textId="77777777" w:rsidR="007D7487" w:rsidRDefault="00E6407B">
      <w:pPr>
        <w:ind w:firstLine="288"/>
      </w:pPr>
      <w:r>
        <w:rPr>
          <w:rFonts w:cs="Times New Roman"/>
        </w:rPr>
        <w:t>The room went quiet.</w:t>
      </w:r>
    </w:p>
    <w:p w14:paraId="179DFCDE" w14:textId="77777777" w:rsidR="007D7487" w:rsidRDefault="00E6407B">
      <w:pPr>
        <w:ind w:firstLine="288"/>
      </w:pPr>
      <w:r>
        <w:rPr>
          <w:rFonts w:cs="Times New Roman"/>
        </w:rPr>
        <w:t>“Mary.”</w:t>
      </w:r>
    </w:p>
    <w:p w14:paraId="22FA9489" w14:textId="77777777" w:rsidR="007D7487" w:rsidRDefault="00E6407B">
      <w:pPr>
        <w:ind w:firstLine="288"/>
      </w:pPr>
      <w:r>
        <w:rPr>
          <w:rFonts w:cs="Times New Roman"/>
        </w:rPr>
        <w:t>She repeated it the way He had said it.</w:t>
      </w:r>
    </w:p>
    <w:p w14:paraId="022114FB" w14:textId="77777777" w:rsidR="007D7487" w:rsidRDefault="00E6407B">
      <w:pPr>
        <w:ind w:firstLine="288"/>
      </w:pPr>
      <w:r>
        <w:rPr>
          <w:rFonts w:cs="Times New Roman"/>
        </w:rPr>
        <w:t>John felt something tighten behind his ribs.</w:t>
      </w:r>
    </w:p>
    <w:p w14:paraId="4A2E800E" w14:textId="77777777" w:rsidR="007D7487" w:rsidRDefault="00E6407B">
      <w:pPr>
        <w:ind w:firstLine="288"/>
      </w:pPr>
      <w:r>
        <w:rPr>
          <w:rFonts w:cs="Times New Roman"/>
        </w:rPr>
        <w:t>The Shepherd knew His sheep.</w:t>
      </w:r>
    </w:p>
    <w:p w14:paraId="74F36CA1" w14:textId="77777777" w:rsidR="007D7487" w:rsidRDefault="00E6407B">
      <w:pPr>
        <w:ind w:firstLine="288"/>
      </w:pPr>
      <w:r>
        <w:rPr>
          <w:rFonts w:cs="Times New Roman"/>
        </w:rPr>
        <w:t>A voice.</w:t>
      </w:r>
    </w:p>
    <w:p w14:paraId="399B61A3" w14:textId="77777777" w:rsidR="007D7487" w:rsidRDefault="00E6407B">
      <w:pPr>
        <w:ind w:firstLine="288"/>
      </w:pPr>
      <w:r>
        <w:rPr>
          <w:rFonts w:cs="Times New Roman"/>
        </w:rPr>
        <w:t>A name.</w:t>
      </w:r>
    </w:p>
    <w:p w14:paraId="18FD7B84" w14:textId="77777777" w:rsidR="007D7487" w:rsidRDefault="00E6407B">
      <w:pPr>
        <w:ind w:firstLine="288"/>
      </w:pPr>
      <w:r>
        <w:rPr>
          <w:rFonts w:cs="Times New Roman"/>
        </w:rPr>
        <w:t>Recognition.</w:t>
      </w:r>
    </w:p>
    <w:p w14:paraId="4F782D80" w14:textId="77777777" w:rsidR="007D7487" w:rsidRDefault="00E6407B">
      <w:pPr>
        <w:ind w:firstLine="288"/>
      </w:pPr>
      <w:r>
        <w:rPr>
          <w:rFonts w:cs="Times New Roman"/>
        </w:rPr>
        <w:t>“What did you do?” John asked.</w:t>
      </w:r>
    </w:p>
    <w:p w14:paraId="50766A54" w14:textId="77777777" w:rsidR="007D7487" w:rsidRDefault="00E6407B">
      <w:pPr>
        <w:ind w:firstLine="288"/>
      </w:pPr>
      <w:r>
        <w:rPr>
          <w:rFonts w:cs="Times New Roman"/>
        </w:rPr>
        <w:t>“I reached for Him.”</w:t>
      </w:r>
    </w:p>
    <w:p w14:paraId="69DA08C2" w14:textId="77777777" w:rsidR="007D7487" w:rsidRDefault="00E6407B">
      <w:pPr>
        <w:ind w:firstLine="288"/>
      </w:pPr>
      <w:r>
        <w:rPr>
          <w:rFonts w:cs="Times New Roman"/>
        </w:rPr>
        <w:t>Mary wiped her face.</w:t>
      </w:r>
    </w:p>
    <w:p w14:paraId="6C8ED80F" w14:textId="77777777" w:rsidR="007D7487" w:rsidRDefault="00E6407B">
      <w:pPr>
        <w:ind w:firstLine="288"/>
      </w:pPr>
      <w:r>
        <w:rPr>
          <w:rFonts w:cs="Times New Roman"/>
        </w:rPr>
        <w:t>“He told me not to hold Him.”</w:t>
      </w:r>
    </w:p>
    <w:p w14:paraId="3F03B2A2" w14:textId="77777777" w:rsidR="007D7487" w:rsidRDefault="00E6407B">
      <w:pPr>
        <w:ind w:firstLine="288"/>
      </w:pPr>
      <w:r>
        <w:rPr>
          <w:rFonts w:cs="Times New Roman"/>
        </w:rPr>
        <w:t>Then, slowly, because the words mattered:</w:t>
      </w:r>
    </w:p>
    <w:p w14:paraId="0BE8BC02" w14:textId="77777777" w:rsidR="007D7487" w:rsidRDefault="00E6407B">
      <w:pPr>
        <w:ind w:firstLine="288"/>
      </w:pPr>
      <w:r>
        <w:rPr>
          <w:rFonts w:cs="Times New Roman"/>
        </w:rPr>
        <w:t>“He said He had not yet ascended to His Father.”</w:t>
      </w:r>
    </w:p>
    <w:p w14:paraId="7A815351" w14:textId="77777777" w:rsidR="007D7487" w:rsidRDefault="00E6407B">
      <w:pPr>
        <w:ind w:firstLine="288"/>
      </w:pPr>
      <w:r>
        <w:rPr>
          <w:rFonts w:cs="Times New Roman"/>
        </w:rPr>
        <w:t>John looked at Peter.</w:t>
      </w:r>
    </w:p>
    <w:p w14:paraId="4E664C47" w14:textId="77777777" w:rsidR="007D7487" w:rsidRDefault="00E6407B">
      <w:pPr>
        <w:ind w:firstLine="288"/>
      </w:pPr>
      <w:r>
        <w:rPr>
          <w:rFonts w:cs="Times New Roman"/>
        </w:rPr>
        <w:t>Peter looked back.</w:t>
      </w:r>
    </w:p>
    <w:p w14:paraId="45891164" w14:textId="77777777" w:rsidR="007D7487" w:rsidRDefault="00E6407B">
      <w:pPr>
        <w:ind w:firstLine="288"/>
      </w:pPr>
      <w:r>
        <w:rPr>
          <w:rFonts w:cs="Times New Roman"/>
        </w:rPr>
        <w:t>Not yet.</w:t>
      </w:r>
    </w:p>
    <w:p w14:paraId="366CFBC0" w14:textId="77777777" w:rsidR="007D7487" w:rsidRDefault="00E6407B">
      <w:pPr>
        <w:ind w:firstLine="288"/>
      </w:pPr>
      <w:r>
        <w:rPr>
          <w:rFonts w:cs="Times New Roman"/>
        </w:rPr>
        <w:t>Jesus was alive.</w:t>
      </w:r>
    </w:p>
    <w:p w14:paraId="0E02C719" w14:textId="77777777" w:rsidR="007D7487" w:rsidRDefault="00E6407B">
      <w:pPr>
        <w:ind w:firstLine="288"/>
      </w:pPr>
      <w:r>
        <w:rPr>
          <w:rFonts w:cs="Times New Roman"/>
        </w:rPr>
        <w:t>Resurrection had happened.</w:t>
      </w:r>
    </w:p>
    <w:p w14:paraId="1B9CD576" w14:textId="77777777" w:rsidR="007D7487" w:rsidRDefault="00E6407B">
      <w:pPr>
        <w:ind w:firstLine="288"/>
      </w:pPr>
      <w:r>
        <w:rPr>
          <w:rFonts w:cs="Times New Roman"/>
        </w:rPr>
        <w:t>Ascension had not.</w:t>
      </w:r>
    </w:p>
    <w:p w14:paraId="6AB5DF5D" w14:textId="77777777" w:rsidR="007D7487" w:rsidRDefault="00E6407B">
      <w:pPr>
        <w:ind w:firstLine="288"/>
      </w:pPr>
      <w:r>
        <w:rPr>
          <w:rFonts w:cs="Times New Roman"/>
        </w:rPr>
        <w:t>Even now there was an order they did not understand.</w:t>
      </w:r>
    </w:p>
    <w:p w14:paraId="5E46E845" w14:textId="77777777" w:rsidR="007D7487" w:rsidRDefault="00E6407B">
      <w:pPr>
        <w:ind w:firstLine="288"/>
      </w:pPr>
      <w:r>
        <w:rPr>
          <w:rFonts w:cs="Times New Roman"/>
        </w:rPr>
        <w:lastRenderedPageBreak/>
        <w:t>Mary continued.</w:t>
      </w:r>
    </w:p>
    <w:p w14:paraId="61499813" w14:textId="77777777" w:rsidR="007D7487" w:rsidRDefault="00E6407B">
      <w:pPr>
        <w:ind w:firstLine="288"/>
      </w:pPr>
      <w:r>
        <w:rPr>
          <w:rFonts w:cs="Times New Roman"/>
        </w:rPr>
        <w:t>“He said, ‘Go to my brethren.’”</w:t>
      </w:r>
    </w:p>
    <w:p w14:paraId="5F5BF827" w14:textId="77777777" w:rsidR="007D7487" w:rsidRDefault="00E6407B">
      <w:pPr>
        <w:ind w:firstLine="288"/>
      </w:pPr>
      <w:r>
        <w:rPr>
          <w:rFonts w:cs="Times New Roman"/>
        </w:rPr>
        <w:t>Peter’s face changed.</w:t>
      </w:r>
    </w:p>
    <w:p w14:paraId="664BD58B" w14:textId="77777777" w:rsidR="007D7487" w:rsidRDefault="00E6407B">
      <w:pPr>
        <w:ind w:firstLine="288"/>
      </w:pPr>
      <w:r>
        <w:rPr>
          <w:rFonts w:cs="Times New Roman"/>
        </w:rPr>
        <w:t>Mary saw it.</w:t>
      </w:r>
    </w:p>
    <w:p w14:paraId="064C2C7C" w14:textId="77777777" w:rsidR="007D7487" w:rsidRDefault="00E6407B">
      <w:pPr>
        <w:ind w:firstLine="288"/>
      </w:pPr>
      <w:r>
        <w:rPr>
          <w:rFonts w:cs="Times New Roman"/>
        </w:rPr>
        <w:t>“He called you His brethren.”</w:t>
      </w:r>
    </w:p>
    <w:p w14:paraId="3353559B" w14:textId="77777777" w:rsidR="007D7487" w:rsidRDefault="00E6407B">
      <w:pPr>
        <w:ind w:firstLine="288"/>
      </w:pPr>
      <w:r>
        <w:rPr>
          <w:rFonts w:cs="Times New Roman"/>
        </w:rPr>
        <w:t>Peter looked away.</w:t>
      </w:r>
    </w:p>
    <w:p w14:paraId="1F07FCDE" w14:textId="77777777" w:rsidR="007D7487" w:rsidRDefault="00E6407B">
      <w:pPr>
        <w:ind w:firstLine="288"/>
      </w:pPr>
      <w:r>
        <w:rPr>
          <w:rFonts w:cs="Times New Roman"/>
        </w:rPr>
        <w:t>John knew what Peter was hearing inside that word.</w:t>
      </w:r>
    </w:p>
    <w:p w14:paraId="107C9729" w14:textId="77777777" w:rsidR="007D7487" w:rsidRDefault="00E6407B">
      <w:pPr>
        <w:ind w:firstLine="288"/>
      </w:pPr>
      <w:r>
        <w:rPr>
          <w:rFonts w:cs="Times New Roman"/>
        </w:rPr>
        <w:t>Not only affection.</w:t>
      </w:r>
    </w:p>
    <w:p w14:paraId="16BFB073" w14:textId="77777777" w:rsidR="007D7487" w:rsidRDefault="00E6407B">
      <w:pPr>
        <w:ind w:firstLine="288"/>
      </w:pPr>
      <w:r>
        <w:rPr>
          <w:rFonts w:cs="Times New Roman"/>
        </w:rPr>
        <w:t>Mercy.</w:t>
      </w:r>
    </w:p>
    <w:p w14:paraId="52E0FA3A" w14:textId="77777777" w:rsidR="007D7487" w:rsidRDefault="00E6407B">
      <w:pPr>
        <w:ind w:firstLine="288"/>
      </w:pPr>
      <w:r>
        <w:rPr>
          <w:rFonts w:cs="Times New Roman"/>
        </w:rPr>
        <w:t>Peter had denied knowing Him.</w:t>
      </w:r>
    </w:p>
    <w:p w14:paraId="1BEC63BB" w14:textId="77777777" w:rsidR="007D7487" w:rsidRDefault="00E6407B">
      <w:pPr>
        <w:ind w:firstLine="288"/>
      </w:pPr>
      <w:r>
        <w:rPr>
          <w:rFonts w:cs="Times New Roman"/>
        </w:rPr>
        <w:t>Jesus knew exactly what Peter had done.</w:t>
      </w:r>
    </w:p>
    <w:p w14:paraId="56BABC8C" w14:textId="77777777" w:rsidR="007D7487" w:rsidRDefault="00E6407B">
      <w:pPr>
        <w:ind w:firstLine="288"/>
      </w:pPr>
      <w:r>
        <w:rPr>
          <w:rFonts w:cs="Times New Roman"/>
        </w:rPr>
        <w:t>And the message sent back from the grave was not:</w:t>
      </w:r>
    </w:p>
    <w:p w14:paraId="54E028DD" w14:textId="77777777" w:rsidR="007D7487" w:rsidRDefault="00E6407B">
      <w:pPr>
        <w:ind w:firstLine="288"/>
      </w:pPr>
      <w:r>
        <w:rPr>
          <w:rFonts w:cs="Times New Roman"/>
        </w:rPr>
        <w:t>Go to the men who abandoned Me.</w:t>
      </w:r>
    </w:p>
    <w:p w14:paraId="368C969B" w14:textId="77777777" w:rsidR="007D7487" w:rsidRDefault="00E6407B">
      <w:pPr>
        <w:ind w:firstLine="288"/>
      </w:pPr>
      <w:r>
        <w:rPr>
          <w:rFonts w:cs="Times New Roman"/>
        </w:rPr>
        <w:t>It was:</w:t>
      </w:r>
    </w:p>
    <w:p w14:paraId="4A7A7680" w14:textId="77777777" w:rsidR="007D7487" w:rsidRDefault="00E6407B">
      <w:pPr>
        <w:ind w:firstLine="288"/>
      </w:pPr>
      <w:r>
        <w:rPr>
          <w:rFonts w:cs="Times New Roman"/>
        </w:rPr>
        <w:t>Go to My brethren.</w:t>
      </w:r>
    </w:p>
    <w:p w14:paraId="5720DD32" w14:textId="77777777" w:rsidR="007D7487" w:rsidRDefault="00E6407B">
      <w:pPr>
        <w:ind w:firstLine="288"/>
      </w:pPr>
      <w:r>
        <w:rPr>
          <w:rFonts w:cs="Times New Roman"/>
        </w:rPr>
        <w:t>Mary took another breath.</w:t>
      </w:r>
    </w:p>
    <w:p w14:paraId="22D2B90F" w14:textId="77777777" w:rsidR="007D7487" w:rsidRDefault="00E6407B">
      <w:pPr>
        <w:ind w:firstLine="288"/>
      </w:pPr>
      <w:r>
        <w:rPr>
          <w:rFonts w:cs="Times New Roman"/>
        </w:rPr>
        <w:t>“He said, ‘I ascend unto my Father, and your Father; and to my God, and your God.’”</w:t>
      </w:r>
    </w:p>
    <w:p w14:paraId="09122B86" w14:textId="77777777" w:rsidR="007D7487" w:rsidRDefault="00E6407B">
      <w:pPr>
        <w:ind w:firstLine="288"/>
      </w:pPr>
      <w:r>
        <w:rPr>
          <w:rFonts w:cs="Times New Roman"/>
        </w:rPr>
        <w:t>John stored the words because he did not know what else to do with them.</w:t>
      </w:r>
    </w:p>
    <w:p w14:paraId="191C7A91" w14:textId="77777777" w:rsidR="007D7487" w:rsidRDefault="00E6407B">
      <w:pPr>
        <w:ind w:firstLine="288"/>
      </w:pPr>
      <w:r>
        <w:rPr>
          <w:rFonts w:cs="Times New Roman"/>
        </w:rPr>
        <w:t>He had been doing that for years.</w:t>
      </w:r>
    </w:p>
    <w:p w14:paraId="7496B9B4" w14:textId="77777777" w:rsidR="007D7487" w:rsidRDefault="00E6407B">
      <w:pPr>
        <w:ind w:firstLine="288"/>
      </w:pPr>
      <w:r>
        <w:rPr>
          <w:rFonts w:cs="Times New Roman"/>
        </w:rPr>
        <w:t>Hear.</w:t>
      </w:r>
    </w:p>
    <w:p w14:paraId="555F34F6" w14:textId="77777777" w:rsidR="007D7487" w:rsidRDefault="00E6407B">
      <w:pPr>
        <w:ind w:firstLine="288"/>
      </w:pPr>
      <w:r>
        <w:rPr>
          <w:rFonts w:cs="Times New Roman"/>
        </w:rPr>
        <w:t>Fail to understand.</w:t>
      </w:r>
    </w:p>
    <w:p w14:paraId="407FA3E6" w14:textId="77777777" w:rsidR="007D7487" w:rsidRDefault="00E6407B">
      <w:pPr>
        <w:ind w:firstLine="288"/>
      </w:pPr>
      <w:r>
        <w:rPr>
          <w:rFonts w:cs="Times New Roman"/>
        </w:rPr>
        <w:t>Keep the words.</w:t>
      </w:r>
    </w:p>
    <w:p w14:paraId="7BBF82EC" w14:textId="77777777" w:rsidR="007D7487" w:rsidRDefault="00E6407B">
      <w:pPr>
        <w:ind w:firstLine="288"/>
      </w:pPr>
      <w:r>
        <w:rPr>
          <w:rFonts w:cs="Times New Roman"/>
        </w:rPr>
        <w:t>Wait.</w:t>
      </w:r>
    </w:p>
    <w:p w14:paraId="7D0E85CD" w14:textId="77777777" w:rsidR="007D7487" w:rsidRDefault="00E6407B">
      <w:pPr>
        <w:suppressLineNumbers/>
        <w:spacing w:before="100" w:after="100"/>
        <w:jc w:val="center"/>
      </w:pPr>
      <w:r>
        <w:rPr>
          <w:rFonts w:cs="Times New Roman"/>
          <w:sz w:val="20"/>
        </w:rPr>
        <w:t>* * *</w:t>
      </w:r>
    </w:p>
    <w:p w14:paraId="3130033B" w14:textId="77777777" w:rsidR="007D7487" w:rsidRDefault="00E6407B">
      <w:pPr>
        <w:ind w:firstLine="288"/>
      </w:pPr>
      <w:r>
        <w:rPr>
          <w:rFonts w:cs="Times New Roman"/>
        </w:rPr>
        <w:t>Mary was not the only woman carrying impossible news.</w:t>
      </w:r>
    </w:p>
    <w:p w14:paraId="19F8CEB8" w14:textId="77777777" w:rsidR="007D7487" w:rsidRDefault="00E6407B">
      <w:pPr>
        <w:ind w:firstLine="288"/>
      </w:pPr>
      <w:r>
        <w:rPr>
          <w:rFonts w:cs="Times New Roman"/>
        </w:rPr>
        <w:t>Other women who had gone toward the burial place brought their own testimony.</w:t>
      </w:r>
    </w:p>
    <w:p w14:paraId="791F2BFA" w14:textId="77777777" w:rsidR="007D7487" w:rsidRDefault="00E6407B">
      <w:pPr>
        <w:ind w:firstLine="288"/>
      </w:pPr>
      <w:r>
        <w:rPr>
          <w:rFonts w:cs="Times New Roman"/>
        </w:rPr>
        <w:t>They spoke of the stone.</w:t>
      </w:r>
    </w:p>
    <w:p w14:paraId="3BE70C6F" w14:textId="77777777" w:rsidR="007D7487" w:rsidRDefault="00E6407B">
      <w:pPr>
        <w:ind w:firstLine="288"/>
      </w:pPr>
      <w:r>
        <w:rPr>
          <w:rFonts w:cs="Times New Roman"/>
        </w:rPr>
        <w:t>The angelic announcement.</w:t>
      </w:r>
    </w:p>
    <w:p w14:paraId="29D4C67B" w14:textId="77777777" w:rsidR="007D7487" w:rsidRDefault="00E6407B">
      <w:pPr>
        <w:ind w:firstLine="288"/>
      </w:pPr>
      <w:r>
        <w:rPr>
          <w:rFonts w:cs="Times New Roman"/>
        </w:rPr>
        <w:t>Fear.</w:t>
      </w:r>
    </w:p>
    <w:p w14:paraId="62CF3373" w14:textId="77777777" w:rsidR="007D7487" w:rsidRDefault="00E6407B">
      <w:pPr>
        <w:ind w:firstLine="288"/>
      </w:pPr>
      <w:r>
        <w:rPr>
          <w:rFonts w:cs="Times New Roman"/>
        </w:rPr>
        <w:t>Joy.</w:t>
      </w:r>
    </w:p>
    <w:p w14:paraId="41F5A9A7" w14:textId="77777777" w:rsidR="007D7487" w:rsidRDefault="00E6407B">
      <w:pPr>
        <w:ind w:firstLine="288"/>
      </w:pPr>
      <w:r>
        <w:rPr>
          <w:rFonts w:cs="Times New Roman"/>
        </w:rPr>
        <w:t>And the instruction that sent one word through the disciples again and again.</w:t>
      </w:r>
    </w:p>
    <w:p w14:paraId="087A5492" w14:textId="77777777" w:rsidR="007D7487" w:rsidRDefault="00E6407B">
      <w:pPr>
        <w:ind w:firstLine="288"/>
      </w:pPr>
      <w:r>
        <w:rPr>
          <w:rFonts w:cs="Times New Roman"/>
        </w:rPr>
        <w:t>Galilee.</w:t>
      </w:r>
    </w:p>
    <w:p w14:paraId="580B23E7" w14:textId="77777777" w:rsidR="007D7487" w:rsidRDefault="00E6407B">
      <w:pPr>
        <w:ind w:firstLine="288"/>
      </w:pPr>
      <w:r>
        <w:rPr>
          <w:rFonts w:cs="Times New Roman"/>
        </w:rPr>
        <w:t>Jesus had spoken of it before the arrest.</w:t>
      </w:r>
    </w:p>
    <w:p w14:paraId="3E6D3DF8" w14:textId="77777777" w:rsidR="007D7487" w:rsidRDefault="00E6407B">
      <w:pPr>
        <w:ind w:firstLine="288"/>
      </w:pPr>
      <w:r>
        <w:rPr>
          <w:rFonts w:cs="Times New Roman"/>
        </w:rPr>
        <w:t>The night had been too full of danger for the promise to take root.</w:t>
      </w:r>
    </w:p>
    <w:p w14:paraId="7FEF1FE4" w14:textId="77777777" w:rsidR="007D7487" w:rsidRDefault="00E6407B">
      <w:pPr>
        <w:ind w:firstLine="288"/>
      </w:pPr>
      <w:r>
        <w:rPr>
          <w:rFonts w:cs="Times New Roman"/>
        </w:rPr>
        <w:t>Peter had argued that he would never be offended.</w:t>
      </w:r>
    </w:p>
    <w:p w14:paraId="13A77500" w14:textId="77777777" w:rsidR="007D7487" w:rsidRDefault="00E6407B">
      <w:pPr>
        <w:ind w:firstLine="288"/>
      </w:pPr>
      <w:r>
        <w:rPr>
          <w:rFonts w:cs="Times New Roman"/>
        </w:rPr>
        <w:t>Everyone knew how that had ended.</w:t>
      </w:r>
    </w:p>
    <w:p w14:paraId="1A404E8E" w14:textId="77777777" w:rsidR="007D7487" w:rsidRDefault="00E6407B">
      <w:pPr>
        <w:ind w:firstLine="288"/>
      </w:pPr>
      <w:r>
        <w:rPr>
          <w:rFonts w:cs="Times New Roman"/>
        </w:rPr>
        <w:t>Yet Jesus had said that after He was risen He would go before them into Galilee.</w:t>
      </w:r>
    </w:p>
    <w:p w14:paraId="301250FD" w14:textId="77777777" w:rsidR="007D7487" w:rsidRDefault="00E6407B">
      <w:pPr>
        <w:ind w:firstLine="288"/>
      </w:pPr>
      <w:r>
        <w:rPr>
          <w:rFonts w:cs="Times New Roman"/>
        </w:rPr>
        <w:t>Now the message was returning through the women.</w:t>
      </w:r>
    </w:p>
    <w:p w14:paraId="49B9C49D" w14:textId="77777777" w:rsidR="007D7487" w:rsidRDefault="00E6407B">
      <w:pPr>
        <w:ind w:firstLine="288"/>
      </w:pPr>
      <w:r>
        <w:rPr>
          <w:rFonts w:cs="Times New Roman"/>
        </w:rPr>
        <w:lastRenderedPageBreak/>
        <w:t>Galilee.</w:t>
      </w:r>
    </w:p>
    <w:p w14:paraId="76B8988B" w14:textId="77777777" w:rsidR="007D7487" w:rsidRDefault="00E6407B">
      <w:pPr>
        <w:ind w:firstLine="288"/>
      </w:pPr>
      <w:r>
        <w:rPr>
          <w:rFonts w:cs="Times New Roman"/>
        </w:rPr>
        <w:t>John heard the old prophetic rhythm beneath it without yet knowing what it meant.</w:t>
      </w:r>
    </w:p>
    <w:p w14:paraId="22C100B6" w14:textId="77777777" w:rsidR="007D7487" w:rsidRDefault="00E6407B">
      <w:pPr>
        <w:ind w:firstLine="288"/>
      </w:pPr>
      <w:r>
        <w:rPr>
          <w:rFonts w:cs="Times New Roman"/>
        </w:rPr>
        <w:t>The Shepherd struck.</w:t>
      </w:r>
    </w:p>
    <w:p w14:paraId="61451577" w14:textId="77777777" w:rsidR="007D7487" w:rsidRDefault="00E6407B">
      <w:pPr>
        <w:ind w:firstLine="288"/>
      </w:pPr>
      <w:r>
        <w:rPr>
          <w:rFonts w:cs="Times New Roman"/>
        </w:rPr>
        <w:t>The sheep scattered.</w:t>
      </w:r>
    </w:p>
    <w:p w14:paraId="32555DC8" w14:textId="77777777" w:rsidR="007D7487" w:rsidRDefault="00E6407B">
      <w:pPr>
        <w:ind w:firstLine="288"/>
      </w:pPr>
      <w:r>
        <w:rPr>
          <w:rFonts w:cs="Times New Roman"/>
        </w:rPr>
        <w:t>Then the Shepherd going before them.</w:t>
      </w:r>
    </w:p>
    <w:p w14:paraId="0FFB9C8C" w14:textId="77777777" w:rsidR="007D7487" w:rsidRDefault="00E6407B">
      <w:pPr>
        <w:ind w:firstLine="288"/>
      </w:pPr>
      <w:r>
        <w:rPr>
          <w:rFonts w:cs="Times New Roman"/>
        </w:rPr>
        <w:t>Not merely finding them where they had fled.</w:t>
      </w:r>
    </w:p>
    <w:p w14:paraId="42B16700" w14:textId="77777777" w:rsidR="007D7487" w:rsidRDefault="00E6407B">
      <w:pPr>
        <w:ind w:firstLine="288"/>
      </w:pPr>
      <w:r>
        <w:rPr>
          <w:rFonts w:cs="Times New Roman"/>
        </w:rPr>
        <w:t>Leading again.</w:t>
      </w:r>
    </w:p>
    <w:p w14:paraId="2AC9310F" w14:textId="77777777" w:rsidR="007D7487" w:rsidRDefault="00E6407B">
      <w:pPr>
        <w:ind w:firstLine="288"/>
      </w:pPr>
      <w:r>
        <w:rPr>
          <w:rFonts w:cs="Times New Roman"/>
        </w:rPr>
        <w:t>Peter looked toward the north as though he could see through walls.</w:t>
      </w:r>
    </w:p>
    <w:p w14:paraId="036BDFEC" w14:textId="77777777" w:rsidR="007D7487" w:rsidRDefault="00E6407B">
      <w:pPr>
        <w:ind w:firstLine="288"/>
      </w:pPr>
      <w:r>
        <w:rPr>
          <w:rFonts w:cs="Times New Roman"/>
        </w:rPr>
        <w:t>“Why Galilee?”</w:t>
      </w:r>
    </w:p>
    <w:p w14:paraId="5C7A218C" w14:textId="77777777" w:rsidR="007D7487" w:rsidRDefault="00E6407B">
      <w:pPr>
        <w:ind w:firstLine="288"/>
      </w:pPr>
      <w:r>
        <w:rPr>
          <w:rFonts w:cs="Times New Roman"/>
        </w:rPr>
        <w:t>No one answered.</w:t>
      </w:r>
    </w:p>
    <w:p w14:paraId="5465D645" w14:textId="77777777" w:rsidR="007D7487" w:rsidRDefault="00E6407B">
      <w:pPr>
        <w:ind w:firstLine="288"/>
      </w:pPr>
      <w:r>
        <w:rPr>
          <w:rFonts w:cs="Times New Roman"/>
        </w:rPr>
        <w:t>John had the same question.</w:t>
      </w:r>
    </w:p>
    <w:p w14:paraId="61D9E9CF" w14:textId="77777777" w:rsidR="007D7487" w:rsidRDefault="00E6407B">
      <w:pPr>
        <w:ind w:firstLine="288"/>
      </w:pPr>
      <w:r>
        <w:rPr>
          <w:rFonts w:cs="Times New Roman"/>
        </w:rPr>
        <w:t>If Jesus was alive, why not remain in Jerusalem?</w:t>
      </w:r>
    </w:p>
    <w:p w14:paraId="7FEB94BE" w14:textId="77777777" w:rsidR="007D7487" w:rsidRDefault="00E6407B">
      <w:pPr>
        <w:ind w:firstLine="288"/>
      </w:pPr>
      <w:r>
        <w:rPr>
          <w:rFonts w:cs="Times New Roman"/>
        </w:rPr>
        <w:t>Why not walk into the Temple?</w:t>
      </w:r>
    </w:p>
    <w:p w14:paraId="0BB64878" w14:textId="77777777" w:rsidR="007D7487" w:rsidRDefault="00E6407B">
      <w:pPr>
        <w:ind w:firstLine="288"/>
      </w:pPr>
      <w:r>
        <w:rPr>
          <w:rFonts w:cs="Times New Roman"/>
        </w:rPr>
        <w:t>Why not stand in the court where men had accused Him?</w:t>
      </w:r>
    </w:p>
    <w:p w14:paraId="6B06D86A" w14:textId="77777777" w:rsidR="007D7487" w:rsidRDefault="00E6407B">
      <w:pPr>
        <w:ind w:firstLine="288"/>
      </w:pPr>
      <w:r>
        <w:rPr>
          <w:rFonts w:cs="Times New Roman"/>
        </w:rPr>
        <w:t>Why not appear before Caiaphas?</w:t>
      </w:r>
    </w:p>
    <w:p w14:paraId="00A95CE3" w14:textId="77777777" w:rsidR="007D7487" w:rsidRDefault="00E6407B">
      <w:pPr>
        <w:ind w:firstLine="288"/>
      </w:pPr>
      <w:r>
        <w:rPr>
          <w:rFonts w:cs="Times New Roman"/>
        </w:rPr>
        <w:t>Why not go to Pilate?</w:t>
      </w:r>
    </w:p>
    <w:p w14:paraId="7C5D2609" w14:textId="77777777" w:rsidR="007D7487" w:rsidRDefault="00E6407B">
      <w:pPr>
        <w:ind w:firstLine="288"/>
      </w:pPr>
      <w:r>
        <w:rPr>
          <w:rFonts w:cs="Times New Roman"/>
        </w:rPr>
        <w:t>Rome had killed Him publicly.</w:t>
      </w:r>
    </w:p>
    <w:p w14:paraId="1C89229B" w14:textId="77777777" w:rsidR="007D7487" w:rsidRDefault="00E6407B">
      <w:pPr>
        <w:ind w:firstLine="288"/>
      </w:pPr>
      <w:r>
        <w:rPr>
          <w:rFonts w:cs="Times New Roman"/>
        </w:rPr>
        <w:t>Why not let Rome explain a living condemned man?</w:t>
      </w:r>
    </w:p>
    <w:p w14:paraId="54015293" w14:textId="77777777" w:rsidR="007D7487" w:rsidRDefault="00E6407B">
      <w:pPr>
        <w:ind w:firstLine="288"/>
      </w:pPr>
      <w:r>
        <w:rPr>
          <w:rFonts w:cs="Times New Roman"/>
        </w:rPr>
        <w:t>Why return to the villages, lake, hills, and roads where so much had begun?</w:t>
      </w:r>
    </w:p>
    <w:p w14:paraId="51C9A911" w14:textId="77777777" w:rsidR="007D7487" w:rsidRDefault="00E6407B">
      <w:pPr>
        <w:ind w:firstLine="288"/>
      </w:pPr>
      <w:r>
        <w:rPr>
          <w:rFonts w:cs="Times New Roman"/>
        </w:rPr>
        <w:t>Why Galilee?</w:t>
      </w:r>
    </w:p>
    <w:p w14:paraId="4067DEF2" w14:textId="77777777" w:rsidR="007D7487" w:rsidRDefault="00E6407B">
      <w:pPr>
        <w:ind w:firstLine="288"/>
      </w:pPr>
      <w:r>
        <w:rPr>
          <w:rFonts w:cs="Times New Roman"/>
        </w:rPr>
        <w:t>The word became a question nobody could solve.</w:t>
      </w:r>
    </w:p>
    <w:p w14:paraId="6BE0C7B9" w14:textId="77777777" w:rsidR="007D7487" w:rsidRDefault="00E6407B">
      <w:pPr>
        <w:suppressLineNumbers/>
        <w:spacing w:before="100" w:after="100"/>
        <w:jc w:val="center"/>
      </w:pPr>
      <w:r>
        <w:rPr>
          <w:rFonts w:cs="Times New Roman"/>
          <w:sz w:val="20"/>
        </w:rPr>
        <w:t>* * *</w:t>
      </w:r>
    </w:p>
    <w:p w14:paraId="295AEDEF" w14:textId="77777777" w:rsidR="007D7487" w:rsidRDefault="00E6407B">
      <w:pPr>
        <w:ind w:firstLine="288"/>
      </w:pPr>
      <w:r>
        <w:rPr>
          <w:rFonts w:cs="Times New Roman"/>
        </w:rPr>
        <w:t>Peter did not become talkative merely because he saw Jesus alive.</w:t>
      </w:r>
    </w:p>
    <w:p w14:paraId="2066A8B1" w14:textId="77777777" w:rsidR="007D7487" w:rsidRDefault="00E6407B">
      <w:pPr>
        <w:ind w:firstLine="288"/>
      </w:pPr>
      <w:r>
        <w:rPr>
          <w:rFonts w:cs="Times New Roman"/>
        </w:rPr>
        <w:t>If anything, John noticed the opposite.</w:t>
      </w:r>
    </w:p>
    <w:p w14:paraId="1D6250FD" w14:textId="77777777" w:rsidR="007D7487" w:rsidRDefault="00E6407B">
      <w:pPr>
        <w:ind w:firstLine="288"/>
      </w:pPr>
      <w:r>
        <w:rPr>
          <w:rFonts w:cs="Times New Roman"/>
        </w:rPr>
        <w:t>Peter had always had words.</w:t>
      </w:r>
    </w:p>
    <w:p w14:paraId="5FC9C6B6" w14:textId="77777777" w:rsidR="007D7487" w:rsidRDefault="00E6407B">
      <w:pPr>
        <w:ind w:firstLine="288"/>
      </w:pPr>
      <w:r>
        <w:rPr>
          <w:rFonts w:cs="Times New Roman"/>
        </w:rPr>
        <w:t>Too many, sometimes.</w:t>
      </w:r>
    </w:p>
    <w:p w14:paraId="5AD914EC" w14:textId="77777777" w:rsidR="007D7487" w:rsidRDefault="00E6407B">
      <w:pPr>
        <w:ind w:firstLine="288"/>
      </w:pPr>
      <w:r>
        <w:rPr>
          <w:rFonts w:cs="Times New Roman"/>
        </w:rPr>
        <w:t>Promises.</w:t>
      </w:r>
    </w:p>
    <w:p w14:paraId="550495A6" w14:textId="77777777" w:rsidR="007D7487" w:rsidRDefault="00E6407B">
      <w:pPr>
        <w:ind w:firstLine="288"/>
      </w:pPr>
      <w:r>
        <w:rPr>
          <w:rFonts w:cs="Times New Roman"/>
        </w:rPr>
        <w:t>Questions.</w:t>
      </w:r>
    </w:p>
    <w:p w14:paraId="2BEDDB12" w14:textId="77777777" w:rsidR="007D7487" w:rsidRDefault="00E6407B">
      <w:pPr>
        <w:ind w:firstLine="288"/>
      </w:pPr>
      <w:r>
        <w:rPr>
          <w:rFonts w:cs="Times New Roman"/>
        </w:rPr>
        <w:t>Declarations.</w:t>
      </w:r>
    </w:p>
    <w:p w14:paraId="5EFA0C3E" w14:textId="77777777" w:rsidR="007D7487" w:rsidRDefault="00E6407B">
      <w:pPr>
        <w:ind w:firstLine="288"/>
      </w:pPr>
      <w:r>
        <w:rPr>
          <w:rFonts w:cs="Times New Roman"/>
        </w:rPr>
        <w:t>Corrections offered to Jesus that had not gone particularly well.</w:t>
      </w:r>
    </w:p>
    <w:p w14:paraId="39B48409" w14:textId="77777777" w:rsidR="007D7487" w:rsidRDefault="00E6407B">
      <w:pPr>
        <w:ind w:firstLine="288"/>
      </w:pPr>
      <w:r>
        <w:rPr>
          <w:rFonts w:cs="Times New Roman"/>
        </w:rPr>
        <w:t>Now he was quieter.</w:t>
      </w:r>
    </w:p>
    <w:p w14:paraId="5D3A1B1E" w14:textId="77777777" w:rsidR="007D7487" w:rsidRDefault="00E6407B">
      <w:pPr>
        <w:ind w:firstLine="288"/>
      </w:pPr>
      <w:r>
        <w:rPr>
          <w:rFonts w:cs="Times New Roman"/>
        </w:rPr>
        <w:t>The others later heard another piece of testimony.</w:t>
      </w:r>
    </w:p>
    <w:p w14:paraId="192F438A" w14:textId="77777777" w:rsidR="007D7487" w:rsidRDefault="00E6407B">
      <w:pPr>
        <w:ind w:firstLine="288"/>
      </w:pPr>
      <w:r>
        <w:rPr>
          <w:rFonts w:cs="Times New Roman"/>
        </w:rPr>
        <w:t>“The Lord is risen indeed, and hath appeared to Simon.”</w:t>
      </w:r>
    </w:p>
    <w:p w14:paraId="453EBF5A" w14:textId="77777777" w:rsidR="007D7487" w:rsidRDefault="00E6407B">
      <w:pPr>
        <w:ind w:firstLine="288"/>
      </w:pPr>
      <w:r>
        <w:rPr>
          <w:rFonts w:cs="Times New Roman"/>
        </w:rPr>
        <w:t>John knew what that meant.</w:t>
      </w:r>
    </w:p>
    <w:p w14:paraId="133FBEB5" w14:textId="77777777" w:rsidR="007D7487" w:rsidRDefault="00E6407B">
      <w:pPr>
        <w:ind w:firstLine="288"/>
      </w:pPr>
      <w:r>
        <w:rPr>
          <w:rFonts w:cs="Times New Roman"/>
        </w:rPr>
        <w:t>Peter had seen Jesus apart from the group.</w:t>
      </w:r>
    </w:p>
    <w:p w14:paraId="0F83E585" w14:textId="77777777" w:rsidR="007D7487" w:rsidRDefault="00E6407B">
      <w:pPr>
        <w:ind w:firstLine="288"/>
      </w:pPr>
      <w:r>
        <w:rPr>
          <w:rFonts w:cs="Times New Roman"/>
        </w:rPr>
        <w:t>John never asked him for the details.</w:t>
      </w:r>
    </w:p>
    <w:p w14:paraId="5208E8E5" w14:textId="77777777" w:rsidR="007D7487" w:rsidRDefault="00E6407B">
      <w:pPr>
        <w:ind w:firstLine="288"/>
      </w:pPr>
      <w:r>
        <w:rPr>
          <w:rFonts w:cs="Times New Roman"/>
        </w:rPr>
        <w:t>He could have.</w:t>
      </w:r>
    </w:p>
    <w:p w14:paraId="3ADB8144" w14:textId="77777777" w:rsidR="007D7487" w:rsidRDefault="00E6407B">
      <w:pPr>
        <w:ind w:firstLine="288"/>
      </w:pPr>
      <w:r>
        <w:rPr>
          <w:rFonts w:cs="Times New Roman"/>
        </w:rPr>
        <w:t>Peter was his friend.</w:t>
      </w:r>
    </w:p>
    <w:p w14:paraId="11FAF302" w14:textId="77777777" w:rsidR="007D7487" w:rsidRDefault="00E6407B">
      <w:pPr>
        <w:ind w:firstLine="288"/>
      </w:pPr>
      <w:r>
        <w:rPr>
          <w:rFonts w:cs="Times New Roman"/>
        </w:rPr>
        <w:lastRenderedPageBreak/>
        <w:t>They had run to the tomb together.</w:t>
      </w:r>
    </w:p>
    <w:p w14:paraId="63495D61" w14:textId="77777777" w:rsidR="007D7487" w:rsidRDefault="00E6407B">
      <w:pPr>
        <w:ind w:firstLine="288"/>
      </w:pPr>
      <w:r>
        <w:rPr>
          <w:rFonts w:cs="Times New Roman"/>
        </w:rPr>
        <w:t>They would fish together again.</w:t>
      </w:r>
    </w:p>
    <w:p w14:paraId="10904149" w14:textId="77777777" w:rsidR="007D7487" w:rsidRDefault="00E6407B">
      <w:pPr>
        <w:ind w:firstLine="288"/>
      </w:pPr>
      <w:r>
        <w:rPr>
          <w:rFonts w:cs="Times New Roman"/>
        </w:rPr>
        <w:t>But some encounters do not belong to the curiosity of friends.</w:t>
      </w:r>
    </w:p>
    <w:p w14:paraId="09254858" w14:textId="77777777" w:rsidR="007D7487" w:rsidRDefault="00E6407B">
      <w:pPr>
        <w:ind w:firstLine="288"/>
      </w:pPr>
      <w:r>
        <w:rPr>
          <w:rFonts w:cs="Times New Roman"/>
        </w:rPr>
        <w:t>When Peter returned from whatever had passed between him and Jesus, John saw enough.</w:t>
      </w:r>
    </w:p>
    <w:p w14:paraId="7654FBA2" w14:textId="77777777" w:rsidR="007D7487" w:rsidRDefault="00E6407B">
      <w:pPr>
        <w:ind w:firstLine="288"/>
      </w:pPr>
      <w:r>
        <w:rPr>
          <w:rFonts w:cs="Times New Roman"/>
        </w:rPr>
        <w:t>His face looked as though someone had removed a stone from inside his chest and left the wound exposed.</w:t>
      </w:r>
    </w:p>
    <w:p w14:paraId="35466160" w14:textId="77777777" w:rsidR="007D7487" w:rsidRDefault="00E6407B">
      <w:pPr>
        <w:ind w:firstLine="288"/>
      </w:pPr>
      <w:r>
        <w:rPr>
          <w:rFonts w:cs="Times New Roman"/>
        </w:rPr>
        <w:t>Relief was there.</w:t>
      </w:r>
    </w:p>
    <w:p w14:paraId="68126C86" w14:textId="77777777" w:rsidR="007D7487" w:rsidRDefault="00E6407B">
      <w:pPr>
        <w:ind w:firstLine="288"/>
      </w:pPr>
      <w:r>
        <w:rPr>
          <w:rFonts w:cs="Times New Roman"/>
        </w:rPr>
        <w:t>So was grief.</w:t>
      </w:r>
    </w:p>
    <w:p w14:paraId="25DA49EA" w14:textId="77777777" w:rsidR="007D7487" w:rsidRDefault="00E6407B">
      <w:pPr>
        <w:ind w:firstLine="288"/>
      </w:pPr>
      <w:r>
        <w:rPr>
          <w:rFonts w:cs="Times New Roman"/>
        </w:rPr>
        <w:t>So was something John could not yet name.</w:t>
      </w:r>
    </w:p>
    <w:p w14:paraId="42526BCD" w14:textId="77777777" w:rsidR="007D7487" w:rsidRDefault="00E6407B">
      <w:pPr>
        <w:ind w:firstLine="288"/>
      </w:pPr>
      <w:r>
        <w:rPr>
          <w:rFonts w:cs="Times New Roman"/>
        </w:rPr>
        <w:t>Peter did not tell a story for the room.</w:t>
      </w:r>
    </w:p>
    <w:p w14:paraId="6EFE707C" w14:textId="77777777" w:rsidR="007D7487" w:rsidRDefault="00E6407B">
      <w:pPr>
        <w:ind w:firstLine="288"/>
      </w:pPr>
      <w:r>
        <w:rPr>
          <w:rFonts w:cs="Times New Roman"/>
        </w:rPr>
        <w:t>John did not make him.</w:t>
      </w:r>
    </w:p>
    <w:p w14:paraId="322E3D28" w14:textId="77777777" w:rsidR="007D7487" w:rsidRDefault="00E6407B">
      <w:pPr>
        <w:ind w:firstLine="288"/>
      </w:pPr>
      <w:r>
        <w:rPr>
          <w:rFonts w:cs="Times New Roman"/>
        </w:rPr>
        <w:t>There were things Peter would speak when Peter could speak them.</w:t>
      </w:r>
    </w:p>
    <w:p w14:paraId="32ED07F7" w14:textId="77777777" w:rsidR="007D7487" w:rsidRDefault="00E6407B">
      <w:pPr>
        <w:ind w:firstLine="288"/>
      </w:pPr>
      <w:r>
        <w:rPr>
          <w:rFonts w:cs="Times New Roman"/>
        </w:rPr>
        <w:t>The charcoal fire was still ahead.</w:t>
      </w:r>
    </w:p>
    <w:p w14:paraId="4A575FCD" w14:textId="77777777" w:rsidR="007D7487" w:rsidRDefault="00E6407B">
      <w:pPr>
        <w:ind w:firstLine="288"/>
      </w:pPr>
      <w:r>
        <w:rPr>
          <w:rFonts w:cs="Times New Roman"/>
        </w:rPr>
        <w:t>So was Galilee.</w:t>
      </w:r>
    </w:p>
    <w:p w14:paraId="150329D8" w14:textId="77777777" w:rsidR="007D7487" w:rsidRDefault="00E6407B">
      <w:pPr>
        <w:ind w:firstLine="288"/>
      </w:pPr>
      <w:r>
        <w:rPr>
          <w:rFonts w:cs="Times New Roman"/>
        </w:rPr>
        <w:t>So was a question asked three times beside water.</w:t>
      </w:r>
    </w:p>
    <w:p w14:paraId="35690C4D" w14:textId="77777777" w:rsidR="007D7487" w:rsidRDefault="00E6407B">
      <w:pPr>
        <w:ind w:firstLine="288"/>
      </w:pPr>
      <w:r>
        <w:rPr>
          <w:rFonts w:cs="Times New Roman"/>
        </w:rPr>
        <w:t>For now John allowed Peter his silence.</w:t>
      </w:r>
    </w:p>
    <w:p w14:paraId="1A09AEBB" w14:textId="77777777" w:rsidR="007D7487" w:rsidRDefault="00E6407B">
      <w:pPr>
        <w:suppressLineNumbers/>
        <w:spacing w:before="100" w:after="100"/>
        <w:jc w:val="center"/>
      </w:pPr>
      <w:r>
        <w:rPr>
          <w:rFonts w:cs="Times New Roman"/>
          <w:sz w:val="20"/>
        </w:rPr>
        <w:t>* * *</w:t>
      </w:r>
    </w:p>
    <w:p w14:paraId="0080FDBA" w14:textId="77777777" w:rsidR="007D7487" w:rsidRDefault="00E6407B">
      <w:pPr>
        <w:ind w:firstLine="288"/>
      </w:pPr>
      <w:r>
        <w:rPr>
          <w:rFonts w:cs="Times New Roman"/>
        </w:rPr>
        <w:t>The resurrection did not make fear disappear immediately.</w:t>
      </w:r>
    </w:p>
    <w:p w14:paraId="6F92681D" w14:textId="77777777" w:rsidR="007D7487" w:rsidRDefault="00E6407B">
      <w:pPr>
        <w:ind w:firstLine="288"/>
      </w:pPr>
      <w:r>
        <w:rPr>
          <w:rFonts w:cs="Times New Roman"/>
        </w:rPr>
        <w:t>That evening the disciples gathered behind shut doors.</w:t>
      </w:r>
    </w:p>
    <w:p w14:paraId="5EB10C6E" w14:textId="77777777" w:rsidR="007D7487" w:rsidRDefault="00E6407B">
      <w:pPr>
        <w:ind w:firstLine="288"/>
      </w:pPr>
      <w:r>
        <w:rPr>
          <w:rFonts w:cs="Times New Roman"/>
        </w:rPr>
        <w:t>The city outside was still Jerusalem.</w:t>
      </w:r>
    </w:p>
    <w:p w14:paraId="4936D2EB" w14:textId="77777777" w:rsidR="007D7487" w:rsidRDefault="00E6407B">
      <w:pPr>
        <w:ind w:firstLine="288"/>
      </w:pPr>
      <w:r>
        <w:rPr>
          <w:rFonts w:cs="Times New Roman"/>
        </w:rPr>
        <w:t>The men who had arrested Jesus were still in the city.</w:t>
      </w:r>
    </w:p>
    <w:p w14:paraId="57465DFB" w14:textId="77777777" w:rsidR="007D7487" w:rsidRDefault="00E6407B">
      <w:pPr>
        <w:ind w:firstLine="288"/>
      </w:pPr>
      <w:r>
        <w:rPr>
          <w:rFonts w:cs="Times New Roman"/>
        </w:rPr>
        <w:t>The rulers had not ceased to be rulers because Mary said she had seen the Lord.</w:t>
      </w:r>
    </w:p>
    <w:p w14:paraId="41905381" w14:textId="77777777" w:rsidR="007D7487" w:rsidRDefault="00E6407B">
      <w:pPr>
        <w:ind w:firstLine="288"/>
      </w:pPr>
      <w:r>
        <w:rPr>
          <w:rFonts w:cs="Times New Roman"/>
        </w:rPr>
        <w:t>Soldiers had not vanished.</w:t>
      </w:r>
    </w:p>
    <w:p w14:paraId="58E0563A" w14:textId="77777777" w:rsidR="007D7487" w:rsidRDefault="00E6407B">
      <w:pPr>
        <w:ind w:firstLine="288"/>
      </w:pPr>
      <w:r>
        <w:rPr>
          <w:rFonts w:cs="Times New Roman"/>
        </w:rPr>
        <w:t>A locked door still felt useful.</w:t>
      </w:r>
    </w:p>
    <w:p w14:paraId="3158CB29" w14:textId="77777777" w:rsidR="007D7487" w:rsidRDefault="00E6407B">
      <w:pPr>
        <w:ind w:firstLine="288"/>
      </w:pPr>
      <w:r>
        <w:rPr>
          <w:rFonts w:cs="Times New Roman"/>
        </w:rPr>
        <w:t>John sat with the others while voices rose and fell.</w:t>
      </w:r>
    </w:p>
    <w:p w14:paraId="3676A070" w14:textId="77777777" w:rsidR="007D7487" w:rsidRDefault="00E6407B">
      <w:pPr>
        <w:ind w:firstLine="288"/>
      </w:pPr>
      <w:r>
        <w:rPr>
          <w:rFonts w:cs="Times New Roman"/>
        </w:rPr>
        <w:t>Someone repeated Mary’s testimony.</w:t>
      </w:r>
    </w:p>
    <w:p w14:paraId="7FF5B988" w14:textId="77777777" w:rsidR="007D7487" w:rsidRDefault="00E6407B">
      <w:pPr>
        <w:ind w:firstLine="288"/>
      </w:pPr>
      <w:r>
        <w:rPr>
          <w:rFonts w:cs="Times New Roman"/>
        </w:rPr>
        <w:t>Someone else repeated the report brought by the other women.</w:t>
      </w:r>
    </w:p>
    <w:p w14:paraId="10DB963D" w14:textId="77777777" w:rsidR="007D7487" w:rsidRDefault="00E6407B">
      <w:pPr>
        <w:ind w:firstLine="288"/>
      </w:pPr>
      <w:r>
        <w:rPr>
          <w:rFonts w:cs="Times New Roman"/>
        </w:rPr>
        <w:t>Peter paced.</w:t>
      </w:r>
    </w:p>
    <w:p w14:paraId="531F5124" w14:textId="77777777" w:rsidR="007D7487" w:rsidRDefault="00E6407B">
      <w:pPr>
        <w:ind w:firstLine="288"/>
      </w:pPr>
      <w:r>
        <w:rPr>
          <w:rFonts w:cs="Times New Roman"/>
        </w:rPr>
        <w:t>Thomas was not there.</w:t>
      </w:r>
    </w:p>
    <w:p w14:paraId="7378A7A5" w14:textId="77777777" w:rsidR="007D7487" w:rsidRDefault="00E6407B">
      <w:pPr>
        <w:ind w:firstLine="288"/>
      </w:pPr>
      <w:r>
        <w:rPr>
          <w:rFonts w:cs="Times New Roman"/>
        </w:rPr>
        <w:t>John kept seeing linen.</w:t>
      </w:r>
    </w:p>
    <w:p w14:paraId="76C44F69" w14:textId="77777777" w:rsidR="007D7487" w:rsidRDefault="00E6407B">
      <w:pPr>
        <w:ind w:firstLine="288"/>
      </w:pPr>
      <w:r>
        <w:rPr>
          <w:rFonts w:cs="Times New Roman"/>
        </w:rPr>
        <w:t>Then hearing:</w:t>
      </w:r>
    </w:p>
    <w:p w14:paraId="642773B1" w14:textId="77777777" w:rsidR="007D7487" w:rsidRDefault="00E6407B">
      <w:pPr>
        <w:ind w:firstLine="288"/>
      </w:pPr>
      <w:r>
        <w:rPr>
          <w:rFonts w:cs="Times New Roman"/>
        </w:rPr>
        <w:t>Mary.</w:t>
      </w:r>
    </w:p>
    <w:p w14:paraId="588E3394" w14:textId="77777777" w:rsidR="007D7487" w:rsidRDefault="00E6407B">
      <w:pPr>
        <w:ind w:firstLine="288"/>
      </w:pPr>
      <w:r>
        <w:rPr>
          <w:rFonts w:cs="Times New Roman"/>
        </w:rPr>
        <w:t>Then:</w:t>
      </w:r>
    </w:p>
    <w:p w14:paraId="625D8C48" w14:textId="77777777" w:rsidR="007D7487" w:rsidRDefault="00E6407B">
      <w:pPr>
        <w:ind w:firstLine="288"/>
      </w:pPr>
      <w:r>
        <w:rPr>
          <w:rFonts w:cs="Times New Roman"/>
        </w:rPr>
        <w:t>My brethren.</w:t>
      </w:r>
    </w:p>
    <w:p w14:paraId="39DB85FE" w14:textId="77777777" w:rsidR="007D7487" w:rsidRDefault="00E6407B">
      <w:pPr>
        <w:ind w:firstLine="288"/>
      </w:pPr>
      <w:r>
        <w:rPr>
          <w:rFonts w:cs="Times New Roman"/>
        </w:rPr>
        <w:t>They were not arguing about whether the tomb was empty.</w:t>
      </w:r>
    </w:p>
    <w:p w14:paraId="35B020F7" w14:textId="77777777" w:rsidR="007D7487" w:rsidRDefault="00E6407B">
      <w:pPr>
        <w:ind w:firstLine="288"/>
      </w:pPr>
      <w:r>
        <w:rPr>
          <w:rFonts w:cs="Times New Roman"/>
        </w:rPr>
        <w:t>They were arguing about what an empty tomb could possibly mean when a woman claimed the dead man had spoken her name.</w:t>
      </w:r>
    </w:p>
    <w:p w14:paraId="40ED6658" w14:textId="77777777" w:rsidR="007D7487" w:rsidRDefault="00E6407B">
      <w:pPr>
        <w:ind w:firstLine="288"/>
      </w:pPr>
      <w:r>
        <w:rPr>
          <w:rFonts w:cs="Times New Roman"/>
        </w:rPr>
        <w:t>The room changed without the door opening.</w:t>
      </w:r>
    </w:p>
    <w:p w14:paraId="6E7C03CD" w14:textId="77777777" w:rsidR="007D7487" w:rsidRDefault="00E6407B">
      <w:pPr>
        <w:ind w:firstLine="288"/>
      </w:pPr>
      <w:r>
        <w:rPr>
          <w:rFonts w:cs="Times New Roman"/>
        </w:rPr>
        <w:lastRenderedPageBreak/>
        <w:t>Jesus stood among them.</w:t>
      </w:r>
    </w:p>
    <w:p w14:paraId="26AAB467" w14:textId="77777777" w:rsidR="007D7487" w:rsidRDefault="00E6407B">
      <w:pPr>
        <w:ind w:firstLine="288"/>
      </w:pPr>
      <w:r>
        <w:rPr>
          <w:rFonts w:cs="Times New Roman"/>
        </w:rPr>
        <w:t>For an instant nobody moved.</w:t>
      </w:r>
    </w:p>
    <w:p w14:paraId="7DD7A0AA" w14:textId="77777777" w:rsidR="007D7487" w:rsidRDefault="00E6407B">
      <w:pPr>
        <w:ind w:firstLine="288"/>
      </w:pPr>
      <w:r>
        <w:rPr>
          <w:rFonts w:cs="Times New Roman"/>
        </w:rPr>
        <w:t>John’s body recognized danger before his mind recognized the Lord.</w:t>
      </w:r>
    </w:p>
    <w:p w14:paraId="543BA460" w14:textId="77777777" w:rsidR="007D7487" w:rsidRDefault="00E6407B">
      <w:pPr>
        <w:ind w:firstLine="288"/>
      </w:pPr>
      <w:r>
        <w:rPr>
          <w:rFonts w:cs="Times New Roman"/>
        </w:rPr>
        <w:t>His shoulders tightened.</w:t>
      </w:r>
    </w:p>
    <w:p w14:paraId="0F1DD237" w14:textId="77777777" w:rsidR="007D7487" w:rsidRDefault="00E6407B">
      <w:pPr>
        <w:ind w:firstLine="288"/>
      </w:pPr>
      <w:r>
        <w:rPr>
          <w:rFonts w:cs="Times New Roman"/>
        </w:rPr>
        <w:t>His breath stopped.</w:t>
      </w:r>
    </w:p>
    <w:p w14:paraId="06164B92" w14:textId="77777777" w:rsidR="007D7487" w:rsidRDefault="00E6407B">
      <w:pPr>
        <w:ind w:firstLine="288"/>
      </w:pPr>
      <w:r>
        <w:rPr>
          <w:rFonts w:cs="Times New Roman"/>
        </w:rPr>
        <w:t>Then the voice.</w:t>
      </w:r>
    </w:p>
    <w:p w14:paraId="205DCD5F" w14:textId="77777777" w:rsidR="007D7487" w:rsidRDefault="00E6407B">
      <w:pPr>
        <w:ind w:firstLine="288"/>
      </w:pPr>
      <w:r>
        <w:rPr>
          <w:rFonts w:cs="Times New Roman"/>
        </w:rPr>
        <w:t>“Peace be unto you.”</w:t>
      </w:r>
    </w:p>
    <w:p w14:paraId="499C8B3B" w14:textId="77777777" w:rsidR="007D7487" w:rsidRDefault="00E6407B">
      <w:pPr>
        <w:ind w:firstLine="288"/>
      </w:pPr>
      <w:r>
        <w:rPr>
          <w:rFonts w:cs="Times New Roman"/>
        </w:rPr>
        <w:t>Peace.</w:t>
      </w:r>
    </w:p>
    <w:p w14:paraId="1596287C" w14:textId="77777777" w:rsidR="007D7487" w:rsidRDefault="00E6407B">
      <w:pPr>
        <w:ind w:firstLine="288"/>
      </w:pPr>
      <w:r>
        <w:rPr>
          <w:rFonts w:cs="Times New Roman"/>
        </w:rPr>
        <w:t>John stared.</w:t>
      </w:r>
    </w:p>
    <w:p w14:paraId="3C9BCC8D" w14:textId="77777777" w:rsidR="007D7487" w:rsidRDefault="00E6407B">
      <w:pPr>
        <w:ind w:firstLine="288"/>
      </w:pPr>
      <w:r>
        <w:rPr>
          <w:rFonts w:cs="Times New Roman"/>
        </w:rPr>
        <w:t>Jesus.</w:t>
      </w:r>
    </w:p>
    <w:p w14:paraId="40031D35" w14:textId="77777777" w:rsidR="007D7487" w:rsidRDefault="00E6407B">
      <w:pPr>
        <w:ind w:firstLine="288"/>
      </w:pPr>
      <w:r>
        <w:rPr>
          <w:rFonts w:cs="Times New Roman"/>
        </w:rPr>
        <w:t>Not memory.</w:t>
      </w:r>
    </w:p>
    <w:p w14:paraId="528447E1" w14:textId="77777777" w:rsidR="007D7487" w:rsidRDefault="00E6407B">
      <w:pPr>
        <w:ind w:firstLine="288"/>
      </w:pPr>
      <w:r>
        <w:rPr>
          <w:rFonts w:cs="Times New Roman"/>
        </w:rPr>
        <w:t>Not spirit in the sense of a vague apparition John could dismiss as grief.</w:t>
      </w:r>
    </w:p>
    <w:p w14:paraId="37C66379" w14:textId="77777777" w:rsidR="007D7487" w:rsidRDefault="00E6407B">
      <w:pPr>
        <w:ind w:firstLine="288"/>
      </w:pPr>
      <w:r>
        <w:rPr>
          <w:rFonts w:cs="Times New Roman"/>
        </w:rPr>
        <w:t>Jesus.</w:t>
      </w:r>
    </w:p>
    <w:p w14:paraId="50E2DF8A" w14:textId="77777777" w:rsidR="007D7487" w:rsidRDefault="00E6407B">
      <w:pPr>
        <w:ind w:firstLine="288"/>
      </w:pPr>
      <w:r>
        <w:rPr>
          <w:rFonts w:cs="Times New Roman"/>
        </w:rPr>
        <w:t>The same face.</w:t>
      </w:r>
    </w:p>
    <w:p w14:paraId="2AA68F05" w14:textId="77777777" w:rsidR="007D7487" w:rsidRDefault="00E6407B">
      <w:pPr>
        <w:ind w:firstLine="288"/>
      </w:pPr>
      <w:r>
        <w:rPr>
          <w:rFonts w:cs="Times New Roman"/>
        </w:rPr>
        <w:t>The same voice.</w:t>
      </w:r>
    </w:p>
    <w:p w14:paraId="52C97D25" w14:textId="77777777" w:rsidR="007D7487" w:rsidRDefault="00E6407B">
      <w:pPr>
        <w:ind w:firstLine="288"/>
      </w:pPr>
      <w:r>
        <w:rPr>
          <w:rFonts w:cs="Times New Roman"/>
        </w:rPr>
        <w:t>Alive.</w:t>
      </w:r>
    </w:p>
    <w:p w14:paraId="16D2D57A" w14:textId="77777777" w:rsidR="007D7487" w:rsidRDefault="00E6407B">
      <w:pPr>
        <w:ind w:firstLine="288"/>
      </w:pPr>
      <w:r>
        <w:rPr>
          <w:rFonts w:cs="Times New Roman"/>
        </w:rPr>
        <w:t>He showed them His hands.</w:t>
      </w:r>
    </w:p>
    <w:p w14:paraId="3154656A" w14:textId="77777777" w:rsidR="007D7487" w:rsidRDefault="00E6407B">
      <w:pPr>
        <w:ind w:firstLine="288"/>
      </w:pPr>
      <w:r>
        <w:rPr>
          <w:rFonts w:cs="Times New Roman"/>
        </w:rPr>
        <w:t>John saw the wounds.</w:t>
      </w:r>
    </w:p>
    <w:p w14:paraId="0DC360EA" w14:textId="77777777" w:rsidR="007D7487" w:rsidRDefault="00E6407B">
      <w:pPr>
        <w:ind w:firstLine="288"/>
      </w:pPr>
      <w:r>
        <w:rPr>
          <w:rFonts w:cs="Times New Roman"/>
        </w:rPr>
        <w:t>The marks where iron had passed through living flesh.</w:t>
      </w:r>
    </w:p>
    <w:p w14:paraId="1B699679" w14:textId="77777777" w:rsidR="007D7487" w:rsidRDefault="00E6407B">
      <w:pPr>
        <w:ind w:firstLine="288"/>
      </w:pPr>
      <w:r>
        <w:rPr>
          <w:rFonts w:cs="Times New Roman"/>
        </w:rPr>
        <w:t>Then His side.</w:t>
      </w:r>
    </w:p>
    <w:p w14:paraId="3CBE72E7" w14:textId="77777777" w:rsidR="007D7487" w:rsidRDefault="00E6407B">
      <w:pPr>
        <w:ind w:firstLine="288"/>
      </w:pPr>
      <w:r>
        <w:rPr>
          <w:rFonts w:cs="Times New Roman"/>
        </w:rPr>
        <w:t>John knew that wound.</w:t>
      </w:r>
    </w:p>
    <w:p w14:paraId="714AE4AD" w14:textId="77777777" w:rsidR="007D7487" w:rsidRDefault="00E6407B">
      <w:pPr>
        <w:ind w:firstLine="288"/>
      </w:pPr>
      <w:r>
        <w:rPr>
          <w:rFonts w:cs="Times New Roman"/>
        </w:rPr>
        <w:t>He had stood near the cross.</w:t>
      </w:r>
    </w:p>
    <w:p w14:paraId="6133BC1A" w14:textId="77777777" w:rsidR="007D7487" w:rsidRDefault="00E6407B">
      <w:pPr>
        <w:ind w:firstLine="288"/>
      </w:pPr>
      <w:r>
        <w:rPr>
          <w:rFonts w:cs="Times New Roman"/>
        </w:rPr>
        <w:t>He had seen the spear.</w:t>
      </w:r>
    </w:p>
    <w:p w14:paraId="18C42A02" w14:textId="77777777" w:rsidR="007D7487" w:rsidRDefault="00E6407B">
      <w:pPr>
        <w:ind w:firstLine="288"/>
      </w:pPr>
      <w:r>
        <w:rPr>
          <w:rFonts w:cs="Times New Roman"/>
        </w:rPr>
        <w:t>He had seen blood and water come out.</w:t>
      </w:r>
    </w:p>
    <w:p w14:paraId="388C4C2B" w14:textId="77777777" w:rsidR="007D7487" w:rsidRDefault="00E6407B">
      <w:pPr>
        <w:ind w:firstLine="288"/>
      </w:pPr>
      <w:r>
        <w:rPr>
          <w:rFonts w:cs="Times New Roman"/>
        </w:rPr>
        <w:t>Now the wounded side belonged to a living body.</w:t>
      </w:r>
    </w:p>
    <w:p w14:paraId="7952E55C" w14:textId="77777777" w:rsidR="007D7487" w:rsidRDefault="00E6407B">
      <w:pPr>
        <w:ind w:firstLine="288"/>
      </w:pPr>
      <w:r>
        <w:rPr>
          <w:rFonts w:cs="Times New Roman"/>
        </w:rPr>
        <w:t>The fear in the room did not vanish all at once.</w:t>
      </w:r>
    </w:p>
    <w:p w14:paraId="7C35EF28" w14:textId="77777777" w:rsidR="007D7487" w:rsidRDefault="00E6407B">
      <w:pPr>
        <w:ind w:firstLine="288"/>
      </w:pPr>
      <w:r>
        <w:rPr>
          <w:rFonts w:cs="Times New Roman"/>
        </w:rPr>
        <w:t>It changed shape.</w:t>
      </w:r>
    </w:p>
    <w:p w14:paraId="3C24D1BC" w14:textId="77777777" w:rsidR="007D7487" w:rsidRDefault="00E6407B">
      <w:pPr>
        <w:ind w:firstLine="288"/>
      </w:pPr>
      <w:r>
        <w:rPr>
          <w:rFonts w:cs="Times New Roman"/>
        </w:rPr>
        <w:t>Several men laughed and cried at the same time.</w:t>
      </w:r>
    </w:p>
    <w:p w14:paraId="6B8EEB0B" w14:textId="77777777" w:rsidR="007D7487" w:rsidRDefault="00E6407B">
      <w:pPr>
        <w:ind w:firstLine="288"/>
      </w:pPr>
      <w:r>
        <w:rPr>
          <w:rFonts w:cs="Times New Roman"/>
        </w:rPr>
        <w:t>Someone said His name.</w:t>
      </w:r>
    </w:p>
    <w:p w14:paraId="64DBE55A" w14:textId="77777777" w:rsidR="007D7487" w:rsidRDefault="00E6407B">
      <w:pPr>
        <w:ind w:firstLine="288"/>
      </w:pPr>
      <w:r>
        <w:rPr>
          <w:rFonts w:cs="Times New Roman"/>
        </w:rPr>
        <w:t>Peter stood perfectly still.</w:t>
      </w:r>
    </w:p>
    <w:p w14:paraId="62FA9E50" w14:textId="77777777" w:rsidR="007D7487" w:rsidRDefault="00E6407B">
      <w:pPr>
        <w:ind w:firstLine="288"/>
      </w:pPr>
      <w:r>
        <w:rPr>
          <w:rFonts w:cs="Times New Roman"/>
        </w:rPr>
        <w:t>John did not know where to look.</w:t>
      </w:r>
    </w:p>
    <w:p w14:paraId="43983D20" w14:textId="77777777" w:rsidR="007D7487" w:rsidRDefault="00E6407B">
      <w:pPr>
        <w:ind w:firstLine="288"/>
      </w:pPr>
      <w:r>
        <w:rPr>
          <w:rFonts w:cs="Times New Roman"/>
        </w:rPr>
        <w:t>At Jesus’ face.</w:t>
      </w:r>
    </w:p>
    <w:p w14:paraId="426DDB34" w14:textId="77777777" w:rsidR="007D7487" w:rsidRDefault="00E6407B">
      <w:pPr>
        <w:ind w:firstLine="288"/>
      </w:pPr>
      <w:r>
        <w:rPr>
          <w:rFonts w:cs="Times New Roman"/>
        </w:rPr>
        <w:t>His hands.</w:t>
      </w:r>
    </w:p>
    <w:p w14:paraId="0B7F26EC" w14:textId="77777777" w:rsidR="007D7487" w:rsidRDefault="00E6407B">
      <w:pPr>
        <w:ind w:firstLine="288"/>
      </w:pPr>
      <w:r>
        <w:rPr>
          <w:rFonts w:cs="Times New Roman"/>
        </w:rPr>
        <w:t>His side.</w:t>
      </w:r>
    </w:p>
    <w:p w14:paraId="2804D4B9" w14:textId="77777777" w:rsidR="007D7487" w:rsidRDefault="00E6407B">
      <w:pPr>
        <w:ind w:firstLine="288"/>
      </w:pPr>
      <w:r>
        <w:rPr>
          <w:rFonts w:cs="Times New Roman"/>
        </w:rPr>
        <w:t>The door.</w:t>
      </w:r>
    </w:p>
    <w:p w14:paraId="5C617E65" w14:textId="77777777" w:rsidR="007D7487" w:rsidRDefault="00E6407B">
      <w:pPr>
        <w:ind w:firstLine="288"/>
      </w:pPr>
      <w:r>
        <w:rPr>
          <w:rFonts w:cs="Times New Roman"/>
        </w:rPr>
        <w:t>The door was still shut.</w:t>
      </w:r>
    </w:p>
    <w:p w14:paraId="233AC395" w14:textId="77777777" w:rsidR="007D7487" w:rsidRDefault="00E6407B">
      <w:pPr>
        <w:ind w:firstLine="288"/>
      </w:pPr>
      <w:r>
        <w:rPr>
          <w:rFonts w:cs="Times New Roman"/>
        </w:rPr>
        <w:t>The room no longer made sense according to any category John possessed.</w:t>
      </w:r>
    </w:p>
    <w:p w14:paraId="206DEB45" w14:textId="77777777" w:rsidR="007D7487" w:rsidRDefault="00E6407B">
      <w:pPr>
        <w:ind w:firstLine="288"/>
      </w:pPr>
      <w:r>
        <w:rPr>
          <w:rFonts w:cs="Times New Roman"/>
        </w:rPr>
        <w:t>Jesus said again:</w:t>
      </w:r>
    </w:p>
    <w:p w14:paraId="33E77C20" w14:textId="77777777" w:rsidR="007D7487" w:rsidRDefault="00E6407B">
      <w:pPr>
        <w:ind w:firstLine="288"/>
      </w:pPr>
      <w:r>
        <w:rPr>
          <w:rFonts w:cs="Times New Roman"/>
        </w:rPr>
        <w:lastRenderedPageBreak/>
        <w:t>“Peace be unto you.”</w:t>
      </w:r>
    </w:p>
    <w:p w14:paraId="5291AB18" w14:textId="77777777" w:rsidR="007D7487" w:rsidRDefault="00E6407B">
      <w:pPr>
        <w:ind w:firstLine="288"/>
      </w:pPr>
      <w:r>
        <w:rPr>
          <w:rFonts w:cs="Times New Roman"/>
        </w:rPr>
        <w:t>The second peace landed differently.</w:t>
      </w:r>
    </w:p>
    <w:p w14:paraId="395D9EE5" w14:textId="77777777" w:rsidR="007D7487" w:rsidRDefault="00E6407B">
      <w:pPr>
        <w:ind w:firstLine="288"/>
      </w:pPr>
      <w:r>
        <w:rPr>
          <w:rFonts w:cs="Times New Roman"/>
        </w:rPr>
        <w:t>The first had interrupted terror.</w:t>
      </w:r>
    </w:p>
    <w:p w14:paraId="57A5959A" w14:textId="77777777" w:rsidR="007D7487" w:rsidRDefault="00E6407B">
      <w:pPr>
        <w:ind w:firstLine="288"/>
      </w:pPr>
      <w:r>
        <w:rPr>
          <w:rFonts w:cs="Times New Roman"/>
        </w:rPr>
        <w:t>The second began to restore people.</w:t>
      </w:r>
    </w:p>
    <w:p w14:paraId="066909B1" w14:textId="77777777" w:rsidR="007D7487" w:rsidRDefault="00E6407B">
      <w:pPr>
        <w:ind w:firstLine="288"/>
      </w:pPr>
      <w:r>
        <w:rPr>
          <w:rFonts w:cs="Times New Roman"/>
        </w:rPr>
        <w:t>John felt it.</w:t>
      </w:r>
    </w:p>
    <w:p w14:paraId="06A58F7D" w14:textId="77777777" w:rsidR="007D7487" w:rsidRDefault="00E6407B">
      <w:pPr>
        <w:ind w:firstLine="288"/>
      </w:pPr>
      <w:r>
        <w:rPr>
          <w:rFonts w:cs="Times New Roman"/>
        </w:rPr>
        <w:t>Not complete understanding.</w:t>
      </w:r>
    </w:p>
    <w:p w14:paraId="187E6D21" w14:textId="77777777" w:rsidR="007D7487" w:rsidRDefault="00E6407B">
      <w:pPr>
        <w:ind w:firstLine="288"/>
      </w:pPr>
      <w:r>
        <w:rPr>
          <w:rFonts w:cs="Times New Roman"/>
        </w:rPr>
        <w:t>Not yet.</w:t>
      </w:r>
    </w:p>
    <w:p w14:paraId="452D3FBD" w14:textId="77777777" w:rsidR="007D7487" w:rsidRDefault="00E6407B">
      <w:pPr>
        <w:ind w:firstLine="288"/>
      </w:pPr>
      <w:r>
        <w:rPr>
          <w:rFonts w:cs="Times New Roman"/>
        </w:rPr>
        <w:t>But peace entering a room that had been organized by fear.</w:t>
      </w:r>
    </w:p>
    <w:p w14:paraId="73F30AB3" w14:textId="77777777" w:rsidR="007D7487" w:rsidRDefault="00E6407B">
      <w:pPr>
        <w:ind w:firstLine="288"/>
      </w:pPr>
      <w:r>
        <w:rPr>
          <w:rFonts w:cs="Times New Roman"/>
        </w:rPr>
        <w:t>Jesus continued.</w:t>
      </w:r>
    </w:p>
    <w:p w14:paraId="4DEE7B73" w14:textId="77777777" w:rsidR="007D7487" w:rsidRDefault="00E6407B">
      <w:pPr>
        <w:ind w:firstLine="288"/>
      </w:pPr>
      <w:r>
        <w:rPr>
          <w:rFonts w:cs="Times New Roman"/>
        </w:rPr>
        <w:t>“As my Father hath sent me, even so send I you.”</w:t>
      </w:r>
    </w:p>
    <w:p w14:paraId="5102BF85" w14:textId="77777777" w:rsidR="007D7487" w:rsidRDefault="00E6407B">
      <w:pPr>
        <w:ind w:firstLine="288"/>
      </w:pPr>
      <w:r>
        <w:rPr>
          <w:rFonts w:cs="Times New Roman"/>
        </w:rPr>
        <w:t>John heard the words.</w:t>
      </w:r>
    </w:p>
    <w:p w14:paraId="717A3BDD" w14:textId="77777777" w:rsidR="007D7487" w:rsidRDefault="00E6407B">
      <w:pPr>
        <w:ind w:firstLine="288"/>
      </w:pPr>
      <w:r>
        <w:rPr>
          <w:rFonts w:cs="Times New Roman"/>
        </w:rPr>
        <w:t>Sent.</w:t>
      </w:r>
    </w:p>
    <w:p w14:paraId="7957725C" w14:textId="77777777" w:rsidR="007D7487" w:rsidRDefault="00E6407B">
      <w:pPr>
        <w:ind w:firstLine="288"/>
      </w:pPr>
      <w:r>
        <w:rPr>
          <w:rFonts w:cs="Times New Roman"/>
        </w:rPr>
        <w:t>The Father had sent Jesus.</w:t>
      </w:r>
    </w:p>
    <w:p w14:paraId="2ACB34F9" w14:textId="77777777" w:rsidR="007D7487" w:rsidRDefault="00E6407B">
      <w:pPr>
        <w:ind w:firstLine="288"/>
      </w:pPr>
      <w:r>
        <w:rPr>
          <w:rFonts w:cs="Times New Roman"/>
        </w:rPr>
        <w:t>Now Jesus spoke of sending them.</w:t>
      </w:r>
    </w:p>
    <w:p w14:paraId="50BC108B" w14:textId="77777777" w:rsidR="007D7487" w:rsidRDefault="00E6407B">
      <w:pPr>
        <w:ind w:firstLine="288"/>
      </w:pPr>
      <w:r>
        <w:rPr>
          <w:rFonts w:cs="Times New Roman"/>
        </w:rPr>
        <w:t>John did not know where.</w:t>
      </w:r>
    </w:p>
    <w:p w14:paraId="59D38766" w14:textId="77777777" w:rsidR="007D7487" w:rsidRDefault="00E6407B">
      <w:pPr>
        <w:ind w:firstLine="288"/>
      </w:pPr>
      <w:r>
        <w:rPr>
          <w:rFonts w:cs="Times New Roman"/>
        </w:rPr>
        <w:t>Jerusalem?</w:t>
      </w:r>
    </w:p>
    <w:p w14:paraId="22FE4B45" w14:textId="77777777" w:rsidR="007D7487" w:rsidRDefault="00E6407B">
      <w:pPr>
        <w:ind w:firstLine="288"/>
      </w:pPr>
      <w:r>
        <w:rPr>
          <w:rFonts w:cs="Times New Roman"/>
        </w:rPr>
        <w:t>Galilee?</w:t>
      </w:r>
    </w:p>
    <w:p w14:paraId="109A492C" w14:textId="77777777" w:rsidR="007D7487" w:rsidRDefault="00E6407B">
      <w:pPr>
        <w:ind w:firstLine="288"/>
      </w:pPr>
      <w:r>
        <w:rPr>
          <w:rFonts w:cs="Times New Roman"/>
        </w:rPr>
        <w:t>Israel?</w:t>
      </w:r>
    </w:p>
    <w:p w14:paraId="09F5CBD1" w14:textId="77777777" w:rsidR="007D7487" w:rsidRDefault="00E6407B">
      <w:pPr>
        <w:ind w:firstLine="288"/>
      </w:pPr>
      <w:r>
        <w:rPr>
          <w:rFonts w:cs="Times New Roman"/>
        </w:rPr>
        <w:t>Something beyond?</w:t>
      </w:r>
    </w:p>
    <w:p w14:paraId="3598D88F" w14:textId="77777777" w:rsidR="007D7487" w:rsidRDefault="00E6407B">
      <w:pPr>
        <w:ind w:firstLine="288"/>
      </w:pPr>
      <w:r>
        <w:rPr>
          <w:rFonts w:cs="Times New Roman"/>
        </w:rPr>
        <w:t>There would be time to ask.</w:t>
      </w:r>
    </w:p>
    <w:p w14:paraId="43B8B24D" w14:textId="77777777" w:rsidR="007D7487" w:rsidRDefault="00E6407B">
      <w:pPr>
        <w:ind w:firstLine="288"/>
      </w:pPr>
      <w:r>
        <w:rPr>
          <w:rFonts w:cs="Times New Roman"/>
        </w:rPr>
        <w:t>For the moment the impossible fact stood before them.</w:t>
      </w:r>
    </w:p>
    <w:p w14:paraId="1F9D1156" w14:textId="77777777" w:rsidR="007D7487" w:rsidRDefault="00E6407B">
      <w:pPr>
        <w:ind w:firstLine="288"/>
      </w:pPr>
      <w:r>
        <w:rPr>
          <w:rFonts w:cs="Times New Roman"/>
        </w:rPr>
        <w:t>The Man who had died was alive.</w:t>
      </w:r>
    </w:p>
    <w:p w14:paraId="67AED027" w14:textId="77777777" w:rsidR="007D7487" w:rsidRDefault="00E6407B">
      <w:pPr>
        <w:suppressLineNumbers/>
        <w:spacing w:before="100" w:after="100"/>
        <w:jc w:val="center"/>
      </w:pPr>
      <w:r>
        <w:rPr>
          <w:rFonts w:cs="Times New Roman"/>
          <w:sz w:val="20"/>
        </w:rPr>
        <w:t>* * *</w:t>
      </w:r>
    </w:p>
    <w:p w14:paraId="3874660C" w14:textId="77777777" w:rsidR="007D7487" w:rsidRDefault="00E6407B">
      <w:pPr>
        <w:ind w:firstLine="288"/>
      </w:pPr>
      <w:r>
        <w:rPr>
          <w:rFonts w:cs="Times New Roman"/>
        </w:rPr>
        <w:t>Thomas had not been with them when Jesus stood in the shut room.</w:t>
      </w:r>
    </w:p>
    <w:p w14:paraId="647BBA31" w14:textId="77777777" w:rsidR="007D7487" w:rsidRDefault="00E6407B">
      <w:pPr>
        <w:ind w:firstLine="288"/>
      </w:pPr>
      <w:r>
        <w:rPr>
          <w:rFonts w:cs="Times New Roman"/>
        </w:rPr>
        <w:t>When he returned, everyone seemed to speak at once.</w:t>
      </w:r>
    </w:p>
    <w:p w14:paraId="79A2CFDA" w14:textId="77777777" w:rsidR="007D7487" w:rsidRDefault="00E6407B">
      <w:pPr>
        <w:ind w:firstLine="288"/>
      </w:pPr>
      <w:r>
        <w:rPr>
          <w:rFonts w:cs="Times New Roman"/>
        </w:rPr>
        <w:t>Mary had seen Him.</w:t>
      </w:r>
    </w:p>
    <w:p w14:paraId="760CC72B" w14:textId="77777777" w:rsidR="007D7487" w:rsidRDefault="00E6407B">
      <w:pPr>
        <w:ind w:firstLine="288"/>
      </w:pPr>
      <w:r>
        <w:rPr>
          <w:rFonts w:cs="Times New Roman"/>
        </w:rPr>
        <w:t>The women had seen what had happened at the tomb.</w:t>
      </w:r>
    </w:p>
    <w:p w14:paraId="6341A8E4" w14:textId="77777777" w:rsidR="007D7487" w:rsidRDefault="00E6407B">
      <w:pPr>
        <w:ind w:firstLine="288"/>
      </w:pPr>
      <w:r>
        <w:rPr>
          <w:rFonts w:cs="Times New Roman"/>
        </w:rPr>
        <w:t>Peter had seen Him.</w:t>
      </w:r>
    </w:p>
    <w:p w14:paraId="68F91ECC" w14:textId="77777777" w:rsidR="007D7487" w:rsidRDefault="00E6407B">
      <w:pPr>
        <w:ind w:firstLine="288"/>
      </w:pPr>
      <w:r>
        <w:rPr>
          <w:rFonts w:cs="Times New Roman"/>
        </w:rPr>
        <w:t>John had seen Him.</w:t>
      </w:r>
    </w:p>
    <w:p w14:paraId="381F6E7F" w14:textId="77777777" w:rsidR="007D7487" w:rsidRDefault="00E6407B">
      <w:pPr>
        <w:ind w:firstLine="288"/>
      </w:pPr>
      <w:r>
        <w:rPr>
          <w:rFonts w:cs="Times New Roman"/>
        </w:rPr>
        <w:t>The others had seen Him.</w:t>
      </w:r>
    </w:p>
    <w:p w14:paraId="28DED7AE" w14:textId="77777777" w:rsidR="007D7487" w:rsidRDefault="00E6407B">
      <w:pPr>
        <w:ind w:firstLine="288"/>
      </w:pPr>
      <w:r>
        <w:rPr>
          <w:rFonts w:cs="Times New Roman"/>
        </w:rPr>
        <w:t>Thomas stood in the middle of accumulated testimony and did not surrender merely because the room had reached agreement before he arrived.</w:t>
      </w:r>
    </w:p>
    <w:p w14:paraId="0804E403" w14:textId="77777777" w:rsidR="007D7487" w:rsidRDefault="00E6407B">
      <w:pPr>
        <w:ind w:firstLine="288"/>
      </w:pPr>
      <w:r>
        <w:rPr>
          <w:rFonts w:cs="Times New Roman"/>
        </w:rPr>
        <w:t>John watched his face.</w:t>
      </w:r>
    </w:p>
    <w:p w14:paraId="3EAC0A9A" w14:textId="77777777" w:rsidR="007D7487" w:rsidRDefault="00E6407B">
      <w:pPr>
        <w:ind w:firstLine="288"/>
      </w:pPr>
      <w:r>
        <w:rPr>
          <w:rFonts w:cs="Times New Roman"/>
        </w:rPr>
        <w:t>Thomas was not laughing.</w:t>
      </w:r>
    </w:p>
    <w:p w14:paraId="691F82AB" w14:textId="77777777" w:rsidR="007D7487" w:rsidRDefault="00E6407B">
      <w:pPr>
        <w:ind w:firstLine="288"/>
      </w:pPr>
      <w:r>
        <w:rPr>
          <w:rFonts w:cs="Times New Roman"/>
        </w:rPr>
        <w:t>Neither was he mocking them.</w:t>
      </w:r>
    </w:p>
    <w:p w14:paraId="78E4DA52" w14:textId="77777777" w:rsidR="007D7487" w:rsidRDefault="00E6407B">
      <w:pPr>
        <w:ind w:firstLine="288"/>
      </w:pPr>
      <w:r>
        <w:rPr>
          <w:rFonts w:cs="Times New Roman"/>
        </w:rPr>
        <w:t>He was protecting something.</w:t>
      </w:r>
    </w:p>
    <w:p w14:paraId="7E9873D2" w14:textId="77777777" w:rsidR="007D7487" w:rsidRDefault="00E6407B">
      <w:pPr>
        <w:ind w:firstLine="288"/>
      </w:pPr>
      <w:r>
        <w:rPr>
          <w:rFonts w:cs="Times New Roman"/>
        </w:rPr>
        <w:t>Perhaps himself.</w:t>
      </w:r>
    </w:p>
    <w:p w14:paraId="39A03F31" w14:textId="77777777" w:rsidR="007D7487" w:rsidRDefault="00E6407B">
      <w:pPr>
        <w:ind w:firstLine="288"/>
      </w:pPr>
      <w:r>
        <w:rPr>
          <w:rFonts w:cs="Times New Roman"/>
        </w:rPr>
        <w:t>He had watched hope die once.</w:t>
      </w:r>
    </w:p>
    <w:p w14:paraId="53A51709" w14:textId="77777777" w:rsidR="007D7487" w:rsidRDefault="00E6407B">
      <w:pPr>
        <w:ind w:firstLine="288"/>
      </w:pPr>
      <w:r>
        <w:rPr>
          <w:rFonts w:cs="Times New Roman"/>
        </w:rPr>
        <w:lastRenderedPageBreak/>
        <w:t>He was not going to resurrect it because frightened friends had become excited.</w:t>
      </w:r>
    </w:p>
    <w:p w14:paraId="7F71A51C" w14:textId="77777777" w:rsidR="007D7487" w:rsidRDefault="00E6407B">
      <w:pPr>
        <w:ind w:firstLine="288"/>
      </w:pPr>
      <w:r>
        <w:rPr>
          <w:rFonts w:cs="Times New Roman"/>
        </w:rPr>
        <w:t>“We have seen the Lord,” someone told him again.</w:t>
      </w:r>
    </w:p>
    <w:p w14:paraId="45D81224" w14:textId="77777777" w:rsidR="007D7487" w:rsidRDefault="00E6407B">
      <w:pPr>
        <w:ind w:firstLine="288"/>
      </w:pPr>
      <w:r>
        <w:rPr>
          <w:rFonts w:cs="Times New Roman"/>
        </w:rPr>
        <w:t>Thomas looked from one man to another.</w:t>
      </w:r>
    </w:p>
    <w:p w14:paraId="0D3CC95F" w14:textId="77777777" w:rsidR="007D7487" w:rsidRDefault="00E6407B">
      <w:pPr>
        <w:ind w:firstLine="288"/>
      </w:pPr>
      <w:r>
        <w:rPr>
          <w:rFonts w:cs="Times New Roman"/>
        </w:rPr>
        <w:t>Then toward John.</w:t>
      </w:r>
    </w:p>
    <w:p w14:paraId="7005F044" w14:textId="77777777" w:rsidR="007D7487" w:rsidRDefault="00E6407B">
      <w:pPr>
        <w:ind w:firstLine="288"/>
      </w:pPr>
      <w:r>
        <w:rPr>
          <w:rFonts w:cs="Times New Roman"/>
        </w:rPr>
        <w:t>“You saw Him?”</w:t>
      </w:r>
    </w:p>
    <w:p w14:paraId="2EDF47BB" w14:textId="77777777" w:rsidR="007D7487" w:rsidRDefault="00E6407B">
      <w:pPr>
        <w:ind w:firstLine="288"/>
      </w:pPr>
      <w:r>
        <w:rPr>
          <w:rFonts w:cs="Times New Roman"/>
        </w:rPr>
        <w:t>“Yes.”</w:t>
      </w:r>
    </w:p>
    <w:p w14:paraId="46CFA17B" w14:textId="77777777" w:rsidR="007D7487" w:rsidRDefault="00E6407B">
      <w:pPr>
        <w:ind w:firstLine="288"/>
      </w:pPr>
      <w:r>
        <w:rPr>
          <w:rFonts w:cs="Times New Roman"/>
        </w:rPr>
        <w:t>“Alive?”</w:t>
      </w:r>
    </w:p>
    <w:p w14:paraId="2672CFA4" w14:textId="77777777" w:rsidR="007D7487" w:rsidRDefault="00E6407B">
      <w:pPr>
        <w:ind w:firstLine="288"/>
      </w:pPr>
      <w:r>
        <w:rPr>
          <w:rFonts w:cs="Times New Roman"/>
        </w:rPr>
        <w:t>“Yes.”</w:t>
      </w:r>
    </w:p>
    <w:p w14:paraId="1D9485E5" w14:textId="77777777" w:rsidR="007D7487" w:rsidRDefault="00E6407B">
      <w:pPr>
        <w:ind w:firstLine="288"/>
      </w:pPr>
      <w:r>
        <w:rPr>
          <w:rFonts w:cs="Times New Roman"/>
        </w:rPr>
        <w:t>“His body?”</w:t>
      </w:r>
    </w:p>
    <w:p w14:paraId="65E16853" w14:textId="77777777" w:rsidR="007D7487" w:rsidRDefault="00E6407B">
      <w:pPr>
        <w:ind w:firstLine="288"/>
      </w:pPr>
      <w:r>
        <w:rPr>
          <w:rFonts w:cs="Times New Roman"/>
        </w:rPr>
        <w:t>John nodded.</w:t>
      </w:r>
    </w:p>
    <w:p w14:paraId="136C1298" w14:textId="77777777" w:rsidR="007D7487" w:rsidRDefault="00E6407B">
      <w:pPr>
        <w:ind w:firstLine="288"/>
      </w:pPr>
      <w:r>
        <w:rPr>
          <w:rFonts w:cs="Times New Roman"/>
        </w:rPr>
        <w:t>“His hands.”</w:t>
      </w:r>
    </w:p>
    <w:p w14:paraId="34120DE9" w14:textId="77777777" w:rsidR="007D7487" w:rsidRDefault="00E6407B">
      <w:pPr>
        <w:ind w:firstLine="288"/>
      </w:pPr>
      <w:r>
        <w:rPr>
          <w:rFonts w:cs="Times New Roman"/>
        </w:rPr>
        <w:t>Thomas’s jaw tightened.</w:t>
      </w:r>
    </w:p>
    <w:p w14:paraId="33AC826E" w14:textId="77777777" w:rsidR="007D7487" w:rsidRDefault="00E6407B">
      <w:pPr>
        <w:ind w:firstLine="288"/>
      </w:pPr>
      <w:r>
        <w:rPr>
          <w:rFonts w:cs="Times New Roman"/>
        </w:rPr>
        <w:t>“And His side.”</w:t>
      </w:r>
    </w:p>
    <w:p w14:paraId="7C14872E" w14:textId="77777777" w:rsidR="007D7487" w:rsidRDefault="00E6407B">
      <w:pPr>
        <w:ind w:firstLine="288"/>
      </w:pPr>
      <w:r>
        <w:rPr>
          <w:rFonts w:cs="Times New Roman"/>
        </w:rPr>
        <w:t>Thomas breathed out slowly.</w:t>
      </w:r>
    </w:p>
    <w:p w14:paraId="3A92EC05" w14:textId="77777777" w:rsidR="007D7487" w:rsidRDefault="00E6407B">
      <w:pPr>
        <w:ind w:firstLine="288"/>
      </w:pPr>
      <w:r>
        <w:rPr>
          <w:rFonts w:cs="Times New Roman"/>
        </w:rPr>
        <w:t>Peter stepped forward.</w:t>
      </w:r>
    </w:p>
    <w:p w14:paraId="31753C7B" w14:textId="77777777" w:rsidR="007D7487" w:rsidRDefault="00E6407B">
      <w:pPr>
        <w:ind w:firstLine="288"/>
      </w:pPr>
      <w:r>
        <w:rPr>
          <w:rFonts w:cs="Times New Roman"/>
        </w:rPr>
        <w:t>“Thomas—”</w:t>
      </w:r>
    </w:p>
    <w:p w14:paraId="799E0B27" w14:textId="77777777" w:rsidR="007D7487" w:rsidRDefault="00E6407B">
      <w:pPr>
        <w:ind w:firstLine="288"/>
      </w:pPr>
      <w:r>
        <w:rPr>
          <w:rFonts w:cs="Times New Roman"/>
        </w:rPr>
        <w:t>Thomas raised one hand.</w:t>
      </w:r>
    </w:p>
    <w:p w14:paraId="3F1EDA85" w14:textId="77777777" w:rsidR="007D7487" w:rsidRDefault="00E6407B">
      <w:pPr>
        <w:ind w:firstLine="288"/>
      </w:pPr>
      <w:r>
        <w:rPr>
          <w:rFonts w:cs="Times New Roman"/>
        </w:rPr>
        <w:t>“No.”</w:t>
      </w:r>
    </w:p>
    <w:p w14:paraId="1DB1E3D4" w14:textId="77777777" w:rsidR="007D7487" w:rsidRDefault="00E6407B">
      <w:pPr>
        <w:ind w:firstLine="288"/>
      </w:pPr>
      <w:r>
        <w:rPr>
          <w:rFonts w:cs="Times New Roman"/>
        </w:rPr>
        <w:t>Peter stopped.</w:t>
      </w:r>
    </w:p>
    <w:p w14:paraId="4C7E08BE" w14:textId="77777777" w:rsidR="007D7487" w:rsidRDefault="00E6407B">
      <w:pPr>
        <w:ind w:firstLine="288"/>
      </w:pPr>
      <w:r>
        <w:rPr>
          <w:rFonts w:cs="Times New Roman"/>
        </w:rPr>
        <w:t>Thomas’s voice was controlled.</w:t>
      </w:r>
    </w:p>
    <w:p w14:paraId="1A223ADD" w14:textId="77777777" w:rsidR="007D7487" w:rsidRDefault="00E6407B">
      <w:pPr>
        <w:ind w:firstLine="288"/>
      </w:pPr>
      <w:r>
        <w:rPr>
          <w:rFonts w:cs="Times New Roman"/>
        </w:rPr>
        <w:t>“Except I shall see in his hands the print of the nails…”</w:t>
      </w:r>
    </w:p>
    <w:p w14:paraId="2E3901F5" w14:textId="77777777" w:rsidR="007D7487" w:rsidRDefault="00E6407B">
      <w:pPr>
        <w:ind w:firstLine="288"/>
      </w:pPr>
      <w:r>
        <w:rPr>
          <w:rFonts w:cs="Times New Roman"/>
        </w:rPr>
        <w:t>He looked at his own fingers.</w:t>
      </w:r>
    </w:p>
    <w:p w14:paraId="5C0CED64" w14:textId="77777777" w:rsidR="007D7487" w:rsidRDefault="00E6407B">
      <w:pPr>
        <w:ind w:firstLine="288"/>
      </w:pPr>
      <w:r>
        <w:rPr>
          <w:rFonts w:cs="Times New Roman"/>
        </w:rPr>
        <w:t>“And put my finger into the print of the nails…”</w:t>
      </w:r>
    </w:p>
    <w:p w14:paraId="76FC09EA" w14:textId="77777777" w:rsidR="007D7487" w:rsidRDefault="00E6407B">
      <w:pPr>
        <w:ind w:firstLine="288"/>
      </w:pPr>
      <w:r>
        <w:rPr>
          <w:rFonts w:cs="Times New Roman"/>
        </w:rPr>
        <w:t>His other hand moved unconsciously toward his own side.</w:t>
      </w:r>
    </w:p>
    <w:p w14:paraId="3E154820" w14:textId="77777777" w:rsidR="007D7487" w:rsidRDefault="00E6407B">
      <w:pPr>
        <w:ind w:firstLine="288"/>
      </w:pPr>
      <w:r>
        <w:rPr>
          <w:rFonts w:cs="Times New Roman"/>
        </w:rPr>
        <w:t>“And thrust my hand into his side…”</w:t>
      </w:r>
    </w:p>
    <w:p w14:paraId="517CBFAD" w14:textId="77777777" w:rsidR="007D7487" w:rsidRDefault="00E6407B">
      <w:pPr>
        <w:ind w:firstLine="288"/>
      </w:pPr>
      <w:r>
        <w:rPr>
          <w:rFonts w:cs="Times New Roman"/>
        </w:rPr>
        <w:t>He looked back at them.</w:t>
      </w:r>
    </w:p>
    <w:p w14:paraId="39D237B3" w14:textId="77777777" w:rsidR="007D7487" w:rsidRDefault="00E6407B">
      <w:pPr>
        <w:ind w:firstLine="288"/>
      </w:pPr>
      <w:r>
        <w:rPr>
          <w:rFonts w:cs="Times New Roman"/>
        </w:rPr>
        <w:t>“I will not believe.”</w:t>
      </w:r>
    </w:p>
    <w:p w14:paraId="50AF9E6D" w14:textId="77777777" w:rsidR="007D7487" w:rsidRDefault="00E6407B">
      <w:pPr>
        <w:ind w:firstLine="288"/>
      </w:pPr>
      <w:r>
        <w:rPr>
          <w:rFonts w:cs="Times New Roman"/>
        </w:rPr>
        <w:t>The words hurt the room.</w:t>
      </w:r>
    </w:p>
    <w:p w14:paraId="7C5D919D" w14:textId="77777777" w:rsidR="007D7487" w:rsidRDefault="00E6407B">
      <w:pPr>
        <w:ind w:firstLine="288"/>
      </w:pPr>
      <w:r>
        <w:rPr>
          <w:rFonts w:cs="Times New Roman"/>
        </w:rPr>
        <w:t>John understood them better than some of the others did.</w:t>
      </w:r>
    </w:p>
    <w:p w14:paraId="2CA821F5" w14:textId="77777777" w:rsidR="007D7487" w:rsidRDefault="00E6407B">
      <w:pPr>
        <w:ind w:firstLine="288"/>
      </w:pPr>
      <w:r>
        <w:rPr>
          <w:rFonts w:cs="Times New Roman"/>
        </w:rPr>
        <w:t>Thomas did not want a story.</w:t>
      </w:r>
    </w:p>
    <w:p w14:paraId="492B7976" w14:textId="77777777" w:rsidR="007D7487" w:rsidRDefault="00E6407B">
      <w:pPr>
        <w:ind w:firstLine="288"/>
      </w:pPr>
      <w:r>
        <w:rPr>
          <w:rFonts w:cs="Times New Roman"/>
        </w:rPr>
        <w:t>He wanted the same body.</w:t>
      </w:r>
    </w:p>
    <w:p w14:paraId="23DF8C52" w14:textId="77777777" w:rsidR="007D7487" w:rsidRDefault="00E6407B">
      <w:pPr>
        <w:ind w:firstLine="288"/>
      </w:pPr>
      <w:r>
        <w:rPr>
          <w:rFonts w:cs="Times New Roman"/>
        </w:rPr>
        <w:t>The body that had been nailed.</w:t>
      </w:r>
    </w:p>
    <w:p w14:paraId="5216E135" w14:textId="77777777" w:rsidR="007D7487" w:rsidRDefault="00E6407B">
      <w:pPr>
        <w:ind w:firstLine="288"/>
      </w:pPr>
      <w:r>
        <w:rPr>
          <w:rFonts w:cs="Times New Roman"/>
        </w:rPr>
        <w:t>The body pierced by the spear.</w:t>
      </w:r>
    </w:p>
    <w:p w14:paraId="52CA89AA" w14:textId="77777777" w:rsidR="007D7487" w:rsidRDefault="00E6407B">
      <w:pPr>
        <w:ind w:firstLine="288"/>
      </w:pPr>
      <w:r>
        <w:rPr>
          <w:rFonts w:cs="Times New Roman"/>
        </w:rPr>
        <w:t>If Jesus was alive, Thomas wanted continuity between the crucified Jesus and the risen Jesus.</w:t>
      </w:r>
    </w:p>
    <w:p w14:paraId="3F102FAD" w14:textId="77777777" w:rsidR="007D7487" w:rsidRDefault="00E6407B">
      <w:pPr>
        <w:ind w:firstLine="288"/>
      </w:pPr>
      <w:r>
        <w:rPr>
          <w:rFonts w:cs="Times New Roman"/>
        </w:rPr>
        <w:t>Not another man.</w:t>
      </w:r>
    </w:p>
    <w:p w14:paraId="6B01CF6B" w14:textId="77777777" w:rsidR="007D7487" w:rsidRDefault="00E6407B">
      <w:pPr>
        <w:ind w:firstLine="288"/>
      </w:pPr>
      <w:r>
        <w:rPr>
          <w:rFonts w:cs="Times New Roman"/>
        </w:rPr>
        <w:t>Not wishful thinking.</w:t>
      </w:r>
    </w:p>
    <w:p w14:paraId="3F7F3854" w14:textId="77777777" w:rsidR="007D7487" w:rsidRDefault="00E6407B">
      <w:pPr>
        <w:ind w:firstLine="288"/>
      </w:pPr>
      <w:r>
        <w:rPr>
          <w:rFonts w:cs="Times New Roman"/>
        </w:rPr>
        <w:t>Not a vision produced by grief.</w:t>
      </w:r>
    </w:p>
    <w:p w14:paraId="0EA0BD1E" w14:textId="77777777" w:rsidR="007D7487" w:rsidRDefault="00E6407B">
      <w:pPr>
        <w:ind w:firstLine="288"/>
      </w:pPr>
      <w:r>
        <w:rPr>
          <w:rFonts w:cs="Times New Roman"/>
        </w:rPr>
        <w:t>The wounds.</w:t>
      </w:r>
    </w:p>
    <w:p w14:paraId="4783F021" w14:textId="77777777" w:rsidR="007D7487" w:rsidRDefault="00E6407B">
      <w:pPr>
        <w:ind w:firstLine="288"/>
      </w:pPr>
      <w:r>
        <w:rPr>
          <w:rFonts w:cs="Times New Roman"/>
        </w:rPr>
        <w:lastRenderedPageBreak/>
        <w:t>John could not give them to him.</w:t>
      </w:r>
    </w:p>
    <w:p w14:paraId="2B9FFFBA" w14:textId="77777777" w:rsidR="007D7487" w:rsidRDefault="00E6407B">
      <w:pPr>
        <w:ind w:firstLine="288"/>
      </w:pPr>
      <w:r>
        <w:rPr>
          <w:rFonts w:cs="Times New Roman"/>
        </w:rPr>
        <w:t>Neither could Peter.</w:t>
      </w:r>
    </w:p>
    <w:p w14:paraId="34223EF7" w14:textId="77777777" w:rsidR="007D7487" w:rsidRDefault="00E6407B">
      <w:pPr>
        <w:ind w:firstLine="288"/>
      </w:pPr>
      <w:r>
        <w:rPr>
          <w:rFonts w:cs="Times New Roman"/>
        </w:rPr>
        <w:t>Mary could not.</w:t>
      </w:r>
    </w:p>
    <w:p w14:paraId="20D64CA5" w14:textId="77777777" w:rsidR="007D7487" w:rsidRDefault="00E6407B">
      <w:pPr>
        <w:ind w:firstLine="288"/>
      </w:pPr>
      <w:r>
        <w:rPr>
          <w:rFonts w:cs="Times New Roman"/>
        </w:rPr>
        <w:t>Ten men repeating certainty could not become Thomas’s eyesight.</w:t>
      </w:r>
    </w:p>
    <w:p w14:paraId="58471149" w14:textId="77777777" w:rsidR="007D7487" w:rsidRDefault="00E6407B">
      <w:pPr>
        <w:ind w:firstLine="288"/>
      </w:pPr>
      <w:r>
        <w:rPr>
          <w:rFonts w:cs="Times New Roman"/>
        </w:rPr>
        <w:t>So they waited.</w:t>
      </w:r>
    </w:p>
    <w:p w14:paraId="396EF1F7" w14:textId="77777777" w:rsidR="007D7487" w:rsidRDefault="00E6407B">
      <w:pPr>
        <w:ind w:firstLine="288"/>
      </w:pPr>
      <w:r>
        <w:rPr>
          <w:rFonts w:cs="Times New Roman"/>
        </w:rPr>
        <w:t>Galilee remained ahead.</w:t>
      </w:r>
    </w:p>
    <w:p w14:paraId="70455F67" w14:textId="77777777" w:rsidR="007D7487" w:rsidRDefault="00E6407B">
      <w:pPr>
        <w:ind w:firstLine="288"/>
      </w:pPr>
      <w:r>
        <w:rPr>
          <w:rFonts w:cs="Times New Roman"/>
        </w:rPr>
        <w:t>Thomas remained with them.</w:t>
      </w:r>
    </w:p>
    <w:p w14:paraId="3069E7FB" w14:textId="77777777" w:rsidR="007D7487" w:rsidRDefault="00E6407B">
      <w:pPr>
        <w:ind w:firstLine="288"/>
      </w:pPr>
      <w:r>
        <w:rPr>
          <w:rFonts w:cs="Times New Roman"/>
        </w:rPr>
        <w:t>That mattered.</w:t>
      </w:r>
    </w:p>
    <w:p w14:paraId="69F561DF" w14:textId="77777777" w:rsidR="007D7487" w:rsidRDefault="00E6407B">
      <w:pPr>
        <w:ind w:firstLine="288"/>
      </w:pPr>
      <w:r>
        <w:rPr>
          <w:rFonts w:cs="Times New Roman"/>
        </w:rPr>
        <w:t>He doubted among the disciples rather than walking away from them.</w:t>
      </w:r>
    </w:p>
    <w:p w14:paraId="05B8921D" w14:textId="77777777" w:rsidR="007D7487" w:rsidRDefault="00E6407B">
      <w:pPr>
        <w:ind w:firstLine="288"/>
      </w:pPr>
      <w:r>
        <w:rPr>
          <w:rFonts w:cs="Times New Roman"/>
        </w:rPr>
        <w:t>For eight days the testimony surrounded him.</w:t>
      </w:r>
    </w:p>
    <w:p w14:paraId="14CA1DCE" w14:textId="77777777" w:rsidR="007D7487" w:rsidRDefault="00E6407B">
      <w:pPr>
        <w:ind w:firstLine="288"/>
      </w:pPr>
      <w:r>
        <w:rPr>
          <w:rFonts w:cs="Times New Roman"/>
        </w:rPr>
        <w:t>Mary’s certainty.</w:t>
      </w:r>
    </w:p>
    <w:p w14:paraId="28E63550" w14:textId="77777777" w:rsidR="007D7487" w:rsidRDefault="00E6407B">
      <w:pPr>
        <w:ind w:firstLine="288"/>
      </w:pPr>
      <w:r>
        <w:rPr>
          <w:rFonts w:cs="Times New Roman"/>
        </w:rPr>
        <w:t>Peter’s silence.</w:t>
      </w:r>
    </w:p>
    <w:p w14:paraId="229810DC" w14:textId="77777777" w:rsidR="007D7487" w:rsidRDefault="00E6407B">
      <w:pPr>
        <w:ind w:firstLine="288"/>
      </w:pPr>
      <w:r>
        <w:rPr>
          <w:rFonts w:cs="Times New Roman"/>
        </w:rPr>
        <w:t>John’s insistence.</w:t>
      </w:r>
    </w:p>
    <w:p w14:paraId="3ECB96BF" w14:textId="77777777" w:rsidR="007D7487" w:rsidRDefault="00E6407B">
      <w:pPr>
        <w:ind w:firstLine="288"/>
      </w:pPr>
      <w:r>
        <w:rPr>
          <w:rFonts w:cs="Times New Roman"/>
        </w:rPr>
        <w:t>The others’ joy.</w:t>
      </w:r>
    </w:p>
    <w:p w14:paraId="2362FA86" w14:textId="77777777" w:rsidR="007D7487" w:rsidRDefault="00E6407B">
      <w:pPr>
        <w:ind w:firstLine="288"/>
      </w:pPr>
      <w:r>
        <w:rPr>
          <w:rFonts w:cs="Times New Roman"/>
        </w:rPr>
        <w:t>And Thomas’s unanswered demand.</w:t>
      </w:r>
    </w:p>
    <w:p w14:paraId="2731B80E" w14:textId="77777777" w:rsidR="007D7487" w:rsidRDefault="00E6407B">
      <w:pPr>
        <w:suppressLineNumbers/>
        <w:spacing w:before="100" w:after="100"/>
        <w:jc w:val="center"/>
      </w:pPr>
      <w:r>
        <w:rPr>
          <w:rFonts w:cs="Times New Roman"/>
          <w:sz w:val="20"/>
        </w:rPr>
        <w:t>* * *</w:t>
      </w:r>
    </w:p>
    <w:p w14:paraId="396EAE9A" w14:textId="77777777" w:rsidR="007D7487" w:rsidRDefault="00E6407B">
      <w:pPr>
        <w:ind w:firstLine="288"/>
      </w:pPr>
      <w:r>
        <w:rPr>
          <w:rFonts w:cs="Times New Roman"/>
        </w:rPr>
        <w:t>Eight days later they were together again.</w:t>
      </w:r>
    </w:p>
    <w:p w14:paraId="662D28A7" w14:textId="77777777" w:rsidR="007D7487" w:rsidRDefault="00E6407B">
      <w:pPr>
        <w:ind w:firstLine="288"/>
      </w:pPr>
      <w:r>
        <w:rPr>
          <w:rFonts w:cs="Times New Roman"/>
        </w:rPr>
        <w:t>The doors were shut.</w:t>
      </w:r>
    </w:p>
    <w:p w14:paraId="6D7D7F48" w14:textId="77777777" w:rsidR="007D7487" w:rsidRDefault="00E6407B">
      <w:pPr>
        <w:ind w:firstLine="288"/>
      </w:pPr>
      <w:r>
        <w:rPr>
          <w:rFonts w:cs="Times New Roman"/>
        </w:rPr>
        <w:t>Thomas was with them.</w:t>
      </w:r>
    </w:p>
    <w:p w14:paraId="0288ED96" w14:textId="77777777" w:rsidR="007D7487" w:rsidRDefault="00E6407B">
      <w:pPr>
        <w:ind w:firstLine="288"/>
      </w:pPr>
      <w:r>
        <w:rPr>
          <w:rFonts w:cs="Times New Roman"/>
        </w:rPr>
        <w:t>John would remember that detail.</w:t>
      </w:r>
    </w:p>
    <w:p w14:paraId="5A0F53DB" w14:textId="77777777" w:rsidR="007D7487" w:rsidRDefault="00E6407B">
      <w:pPr>
        <w:ind w:firstLine="288"/>
      </w:pPr>
      <w:r>
        <w:rPr>
          <w:rFonts w:cs="Times New Roman"/>
        </w:rPr>
        <w:t>Thomas had not believed their testimony.</w:t>
      </w:r>
    </w:p>
    <w:p w14:paraId="1910D387" w14:textId="77777777" w:rsidR="007D7487" w:rsidRDefault="00E6407B">
      <w:pPr>
        <w:ind w:firstLine="288"/>
      </w:pPr>
      <w:r>
        <w:rPr>
          <w:rFonts w:cs="Times New Roman"/>
        </w:rPr>
        <w:t>He had still come back into the room.</w:t>
      </w:r>
    </w:p>
    <w:p w14:paraId="358F99CA" w14:textId="77777777" w:rsidR="007D7487" w:rsidRDefault="00E6407B">
      <w:pPr>
        <w:ind w:firstLine="288"/>
      </w:pPr>
      <w:r>
        <w:rPr>
          <w:rFonts w:cs="Times New Roman"/>
        </w:rPr>
        <w:t>The conversation was ordinary until it was not.</w:t>
      </w:r>
    </w:p>
    <w:p w14:paraId="610BB99D" w14:textId="77777777" w:rsidR="007D7487" w:rsidRDefault="00E6407B">
      <w:pPr>
        <w:ind w:firstLine="288"/>
      </w:pPr>
      <w:r>
        <w:rPr>
          <w:rFonts w:cs="Times New Roman"/>
        </w:rPr>
        <w:t>Jesus stood among them.</w:t>
      </w:r>
    </w:p>
    <w:p w14:paraId="19DCB712" w14:textId="77777777" w:rsidR="007D7487" w:rsidRDefault="00E6407B">
      <w:pPr>
        <w:ind w:firstLine="288"/>
      </w:pPr>
      <w:r>
        <w:rPr>
          <w:rFonts w:cs="Times New Roman"/>
        </w:rPr>
        <w:t>“Peace be unto you.”</w:t>
      </w:r>
    </w:p>
    <w:p w14:paraId="4367EAC1" w14:textId="77777777" w:rsidR="007D7487" w:rsidRDefault="00E6407B">
      <w:pPr>
        <w:ind w:firstLine="288"/>
      </w:pPr>
      <w:r>
        <w:rPr>
          <w:rFonts w:cs="Times New Roman"/>
        </w:rPr>
        <w:t>Thomas stopped moving.</w:t>
      </w:r>
    </w:p>
    <w:p w14:paraId="04A5D751" w14:textId="77777777" w:rsidR="007D7487" w:rsidRDefault="00E6407B">
      <w:pPr>
        <w:ind w:firstLine="288"/>
      </w:pPr>
      <w:r>
        <w:rPr>
          <w:rFonts w:cs="Times New Roman"/>
        </w:rPr>
        <w:t>John looked at him rather than at Jesus.</w:t>
      </w:r>
    </w:p>
    <w:p w14:paraId="6941F2CC" w14:textId="77777777" w:rsidR="007D7487" w:rsidRDefault="00E6407B">
      <w:pPr>
        <w:ind w:firstLine="288"/>
      </w:pPr>
      <w:r>
        <w:rPr>
          <w:rFonts w:cs="Times New Roman"/>
        </w:rPr>
        <w:t>Thomas’s face changed before Jesus addressed him.</w:t>
      </w:r>
    </w:p>
    <w:p w14:paraId="220C7B0A" w14:textId="77777777" w:rsidR="007D7487" w:rsidRDefault="00E6407B">
      <w:pPr>
        <w:ind w:firstLine="288"/>
      </w:pPr>
      <w:r>
        <w:rPr>
          <w:rFonts w:cs="Times New Roman"/>
        </w:rPr>
        <w:t>Every argument Thomas had prepared disappeared.</w:t>
      </w:r>
    </w:p>
    <w:p w14:paraId="53D8FCEF" w14:textId="77777777" w:rsidR="007D7487" w:rsidRDefault="00E6407B">
      <w:pPr>
        <w:ind w:firstLine="288"/>
      </w:pPr>
      <w:r>
        <w:rPr>
          <w:rFonts w:cs="Times New Roman"/>
        </w:rPr>
        <w:t>Jesus held out His hands.</w:t>
      </w:r>
    </w:p>
    <w:p w14:paraId="466C2F8C" w14:textId="77777777" w:rsidR="007D7487" w:rsidRDefault="00E6407B">
      <w:pPr>
        <w:ind w:firstLine="288"/>
      </w:pPr>
      <w:r>
        <w:rPr>
          <w:rFonts w:cs="Times New Roman"/>
        </w:rPr>
        <w:t>Then looked directly at him.</w:t>
      </w:r>
    </w:p>
    <w:p w14:paraId="3F68D5B7" w14:textId="77777777" w:rsidR="007D7487" w:rsidRDefault="00E6407B">
      <w:pPr>
        <w:ind w:firstLine="288"/>
      </w:pPr>
      <w:r>
        <w:rPr>
          <w:rFonts w:cs="Times New Roman"/>
        </w:rPr>
        <w:t>“Reach hither thy finger.”</w:t>
      </w:r>
    </w:p>
    <w:p w14:paraId="33DBAEBD" w14:textId="77777777" w:rsidR="007D7487" w:rsidRDefault="00E6407B">
      <w:pPr>
        <w:ind w:firstLine="288"/>
      </w:pPr>
      <w:r>
        <w:rPr>
          <w:rFonts w:cs="Times New Roman"/>
        </w:rPr>
        <w:t>Thomas stared.</w:t>
      </w:r>
    </w:p>
    <w:p w14:paraId="0DCB59A9" w14:textId="77777777" w:rsidR="007D7487" w:rsidRDefault="00E6407B">
      <w:pPr>
        <w:ind w:firstLine="288"/>
      </w:pPr>
      <w:r>
        <w:rPr>
          <w:rFonts w:cs="Times New Roman"/>
        </w:rPr>
        <w:t>Jesus continued.</w:t>
      </w:r>
    </w:p>
    <w:p w14:paraId="4D3B696F" w14:textId="77777777" w:rsidR="007D7487" w:rsidRDefault="00E6407B">
      <w:pPr>
        <w:ind w:firstLine="288"/>
      </w:pPr>
      <w:r>
        <w:rPr>
          <w:rFonts w:cs="Times New Roman"/>
        </w:rPr>
        <w:t>“Behold my hands.”</w:t>
      </w:r>
    </w:p>
    <w:p w14:paraId="7B489446" w14:textId="77777777" w:rsidR="007D7487" w:rsidRDefault="00E6407B">
      <w:pPr>
        <w:ind w:firstLine="288"/>
      </w:pPr>
      <w:r>
        <w:rPr>
          <w:rFonts w:cs="Times New Roman"/>
        </w:rPr>
        <w:t>Whatever strength had held Thomas’s skepticism together began to come apart.</w:t>
      </w:r>
    </w:p>
    <w:p w14:paraId="2A6D302D" w14:textId="77777777" w:rsidR="007D7487" w:rsidRDefault="00E6407B">
      <w:pPr>
        <w:ind w:firstLine="288"/>
      </w:pPr>
      <w:r>
        <w:rPr>
          <w:rFonts w:cs="Times New Roman"/>
        </w:rPr>
        <w:t>His jaw tightened.</w:t>
      </w:r>
    </w:p>
    <w:p w14:paraId="39DDF3CF" w14:textId="77777777" w:rsidR="007D7487" w:rsidRDefault="00E6407B">
      <w:pPr>
        <w:ind w:firstLine="288"/>
      </w:pPr>
      <w:r>
        <w:rPr>
          <w:rFonts w:cs="Times New Roman"/>
        </w:rPr>
        <w:t>His breathing slowed.</w:t>
      </w:r>
    </w:p>
    <w:p w14:paraId="12DF0E4A" w14:textId="77777777" w:rsidR="007D7487" w:rsidRDefault="00E6407B">
      <w:pPr>
        <w:ind w:firstLine="288"/>
      </w:pPr>
      <w:r>
        <w:rPr>
          <w:rFonts w:cs="Times New Roman"/>
        </w:rPr>
        <w:lastRenderedPageBreak/>
        <w:t>Jesus did not mock him.</w:t>
      </w:r>
    </w:p>
    <w:p w14:paraId="1233E84E" w14:textId="77777777" w:rsidR="007D7487" w:rsidRDefault="00E6407B">
      <w:pPr>
        <w:ind w:firstLine="288"/>
      </w:pPr>
      <w:r>
        <w:rPr>
          <w:rFonts w:cs="Times New Roman"/>
        </w:rPr>
        <w:t>He did not repeat Thomas’s words in anger.</w:t>
      </w:r>
    </w:p>
    <w:p w14:paraId="6C63AD62" w14:textId="77777777" w:rsidR="007D7487" w:rsidRDefault="00E6407B">
      <w:pPr>
        <w:ind w:firstLine="288"/>
      </w:pPr>
      <w:r>
        <w:rPr>
          <w:rFonts w:cs="Times New Roman"/>
        </w:rPr>
        <w:t>He answered them.</w:t>
      </w:r>
    </w:p>
    <w:p w14:paraId="46FF7985" w14:textId="77777777" w:rsidR="007D7487" w:rsidRDefault="00E6407B">
      <w:pPr>
        <w:ind w:firstLine="288"/>
      </w:pPr>
      <w:r>
        <w:rPr>
          <w:rFonts w:cs="Times New Roman"/>
        </w:rPr>
        <w:t>“Reach hither thy hand, and thrust it into my side.”</w:t>
      </w:r>
    </w:p>
    <w:p w14:paraId="51E5B2F7" w14:textId="77777777" w:rsidR="007D7487" w:rsidRDefault="00E6407B">
      <w:pPr>
        <w:ind w:firstLine="288"/>
      </w:pPr>
      <w:r>
        <w:rPr>
          <w:rFonts w:cs="Times New Roman"/>
        </w:rPr>
        <w:t>Thomas’s shoulders dropped.</w:t>
      </w:r>
    </w:p>
    <w:p w14:paraId="740F8ACA" w14:textId="77777777" w:rsidR="007D7487" w:rsidRDefault="00E6407B">
      <w:pPr>
        <w:ind w:firstLine="288"/>
      </w:pPr>
      <w:r>
        <w:rPr>
          <w:rFonts w:cs="Times New Roman"/>
        </w:rPr>
        <w:t>His throat moved.</w:t>
      </w:r>
    </w:p>
    <w:p w14:paraId="134C5827" w14:textId="77777777" w:rsidR="007D7487" w:rsidRDefault="00E6407B">
      <w:pPr>
        <w:ind w:firstLine="288"/>
      </w:pPr>
      <w:r>
        <w:rPr>
          <w:rFonts w:cs="Times New Roman"/>
        </w:rPr>
        <w:t>Jesus stood close enough now that the question was no longer whether the disciples had invented a story.</w:t>
      </w:r>
    </w:p>
    <w:p w14:paraId="72DE91E1" w14:textId="77777777" w:rsidR="007D7487" w:rsidRDefault="00E6407B">
      <w:pPr>
        <w:ind w:firstLine="288"/>
      </w:pPr>
      <w:r>
        <w:rPr>
          <w:rFonts w:cs="Times New Roman"/>
        </w:rPr>
        <w:t>The wounds were there.</w:t>
      </w:r>
    </w:p>
    <w:p w14:paraId="5F8F4A0A" w14:textId="77777777" w:rsidR="007D7487" w:rsidRDefault="00E6407B">
      <w:pPr>
        <w:ind w:firstLine="288"/>
      </w:pPr>
      <w:r>
        <w:rPr>
          <w:rFonts w:cs="Times New Roman"/>
        </w:rPr>
        <w:t>The crucified Jesus.</w:t>
      </w:r>
    </w:p>
    <w:p w14:paraId="171851A7" w14:textId="77777777" w:rsidR="007D7487" w:rsidRDefault="00E6407B">
      <w:pPr>
        <w:ind w:firstLine="288"/>
      </w:pPr>
      <w:r>
        <w:rPr>
          <w:rFonts w:cs="Times New Roman"/>
        </w:rPr>
        <w:t>The risen Jesus.</w:t>
      </w:r>
    </w:p>
    <w:p w14:paraId="1B013C5A" w14:textId="77777777" w:rsidR="007D7487" w:rsidRDefault="00E6407B">
      <w:pPr>
        <w:ind w:firstLine="288"/>
      </w:pPr>
      <w:r>
        <w:rPr>
          <w:rFonts w:cs="Times New Roman"/>
        </w:rPr>
        <w:t>The same Lord.</w:t>
      </w:r>
    </w:p>
    <w:p w14:paraId="19750384" w14:textId="77777777" w:rsidR="007D7487" w:rsidRDefault="00E6407B">
      <w:pPr>
        <w:ind w:firstLine="288"/>
      </w:pPr>
      <w:r>
        <w:rPr>
          <w:rFonts w:cs="Times New Roman"/>
        </w:rPr>
        <w:t>“And be not faithless, but believing.”</w:t>
      </w:r>
    </w:p>
    <w:p w14:paraId="3914A8FC" w14:textId="77777777" w:rsidR="007D7487" w:rsidRDefault="00E6407B">
      <w:pPr>
        <w:ind w:firstLine="288"/>
      </w:pPr>
      <w:r>
        <w:rPr>
          <w:rFonts w:cs="Times New Roman"/>
        </w:rPr>
        <w:t>Thomas lifted his chin slightly, opening his airway as though the words had become physically difficult to push through.</w:t>
      </w:r>
    </w:p>
    <w:p w14:paraId="68A390B4" w14:textId="77777777" w:rsidR="007D7487" w:rsidRDefault="00E6407B">
      <w:pPr>
        <w:ind w:firstLine="288"/>
      </w:pPr>
      <w:r>
        <w:rPr>
          <w:rFonts w:cs="Times New Roman"/>
        </w:rPr>
        <w:t>“My Lord…”</w:t>
      </w:r>
    </w:p>
    <w:p w14:paraId="65F33C54" w14:textId="77777777" w:rsidR="007D7487" w:rsidRDefault="00E6407B">
      <w:pPr>
        <w:ind w:firstLine="288"/>
      </w:pPr>
      <w:r>
        <w:rPr>
          <w:rFonts w:cs="Times New Roman"/>
        </w:rPr>
        <w:t>His voice broke.</w:t>
      </w:r>
    </w:p>
    <w:p w14:paraId="3F5E54C8" w14:textId="77777777" w:rsidR="007D7487" w:rsidRDefault="00E6407B">
      <w:pPr>
        <w:ind w:firstLine="288"/>
      </w:pPr>
      <w:r>
        <w:rPr>
          <w:rFonts w:cs="Times New Roman"/>
        </w:rPr>
        <w:t>He swallowed.</w:t>
      </w:r>
    </w:p>
    <w:p w14:paraId="20E75693" w14:textId="77777777" w:rsidR="007D7487" w:rsidRDefault="00E6407B">
      <w:pPr>
        <w:ind w:firstLine="288"/>
      </w:pPr>
      <w:r>
        <w:rPr>
          <w:rFonts w:cs="Times New Roman"/>
        </w:rPr>
        <w:t>“…and my God.”</w:t>
      </w:r>
    </w:p>
    <w:p w14:paraId="65F0F7AD" w14:textId="77777777" w:rsidR="007D7487" w:rsidRDefault="00E6407B">
      <w:pPr>
        <w:ind w:firstLine="288"/>
      </w:pPr>
      <w:r>
        <w:rPr>
          <w:rFonts w:cs="Times New Roman"/>
        </w:rPr>
        <w:t>John never forgot the sound.</w:t>
      </w:r>
    </w:p>
    <w:p w14:paraId="685AA37A" w14:textId="77777777" w:rsidR="007D7487" w:rsidRDefault="00E6407B">
      <w:pPr>
        <w:ind w:firstLine="288"/>
      </w:pPr>
      <w:r>
        <w:rPr>
          <w:rFonts w:cs="Times New Roman"/>
        </w:rPr>
        <w:t>Or the hands.</w:t>
      </w:r>
    </w:p>
    <w:p w14:paraId="783E7448" w14:textId="77777777" w:rsidR="007D7487" w:rsidRDefault="00E6407B">
      <w:pPr>
        <w:ind w:firstLine="288"/>
      </w:pPr>
      <w:r>
        <w:rPr>
          <w:rFonts w:cs="Times New Roman"/>
        </w:rPr>
        <w:t>Or the way Thomas’s body surrendered before his argument did.</w:t>
      </w:r>
    </w:p>
    <w:p w14:paraId="0EFFDCC1" w14:textId="77777777" w:rsidR="007D7487" w:rsidRDefault="00E6407B">
      <w:pPr>
        <w:ind w:firstLine="288"/>
      </w:pPr>
      <w:r>
        <w:rPr>
          <w:rFonts w:cs="Times New Roman"/>
        </w:rPr>
        <w:t>Jesus looked at him.</w:t>
      </w:r>
    </w:p>
    <w:p w14:paraId="08C48F7D" w14:textId="77777777" w:rsidR="007D7487" w:rsidRDefault="00E6407B">
      <w:pPr>
        <w:ind w:firstLine="288"/>
      </w:pPr>
      <w:r>
        <w:rPr>
          <w:rFonts w:cs="Times New Roman"/>
        </w:rPr>
        <w:t>“Thomas, because thou hast seen me, thou hast believed.”</w:t>
      </w:r>
    </w:p>
    <w:p w14:paraId="77C16ACD" w14:textId="77777777" w:rsidR="007D7487" w:rsidRDefault="00E6407B">
      <w:pPr>
        <w:ind w:firstLine="288"/>
      </w:pPr>
      <w:r>
        <w:rPr>
          <w:rFonts w:cs="Times New Roman"/>
        </w:rPr>
        <w:t>Thomas did not look away.</w:t>
      </w:r>
    </w:p>
    <w:p w14:paraId="522B23BF" w14:textId="77777777" w:rsidR="007D7487" w:rsidRDefault="00E6407B">
      <w:pPr>
        <w:ind w:firstLine="288"/>
      </w:pPr>
      <w:r>
        <w:rPr>
          <w:rFonts w:cs="Times New Roman"/>
        </w:rPr>
        <w:t>Then Jesus spoke words that seemed to travel beyond the room.</w:t>
      </w:r>
    </w:p>
    <w:p w14:paraId="5C07382B" w14:textId="77777777" w:rsidR="007D7487" w:rsidRDefault="00E6407B">
      <w:pPr>
        <w:ind w:firstLine="288"/>
      </w:pPr>
      <w:r>
        <w:rPr>
          <w:rFonts w:cs="Times New Roman"/>
        </w:rPr>
        <w:t>“Blessed are they that have not seen, and yet have believed.”</w:t>
      </w:r>
    </w:p>
    <w:p w14:paraId="1C02A509" w14:textId="77777777" w:rsidR="007D7487" w:rsidRDefault="00E6407B">
      <w:pPr>
        <w:ind w:firstLine="288"/>
      </w:pPr>
      <w:r>
        <w:rPr>
          <w:rFonts w:cs="Times New Roman"/>
        </w:rPr>
        <w:t>John felt them.</w:t>
      </w:r>
    </w:p>
    <w:p w14:paraId="2C8214D3" w14:textId="77777777" w:rsidR="007D7487" w:rsidRDefault="00E6407B">
      <w:pPr>
        <w:ind w:firstLine="288"/>
      </w:pPr>
      <w:r>
        <w:rPr>
          <w:rFonts w:cs="Times New Roman"/>
        </w:rPr>
        <w:t>He had seen the empty tomb before he saw the risen Jesus.</w:t>
      </w:r>
    </w:p>
    <w:p w14:paraId="1565B23B" w14:textId="77777777" w:rsidR="007D7487" w:rsidRDefault="00E6407B">
      <w:pPr>
        <w:ind w:firstLine="288"/>
      </w:pPr>
      <w:r>
        <w:rPr>
          <w:rFonts w:cs="Times New Roman"/>
        </w:rPr>
        <w:t>He had believed something there before he possessed the resurrection category that would later explain it.</w:t>
      </w:r>
    </w:p>
    <w:p w14:paraId="79733129" w14:textId="77777777" w:rsidR="007D7487" w:rsidRDefault="00E6407B">
      <w:pPr>
        <w:ind w:firstLine="288"/>
      </w:pPr>
      <w:r>
        <w:rPr>
          <w:rFonts w:cs="Times New Roman"/>
        </w:rPr>
        <w:t>But Jesus’ words reached farther than John.</w:t>
      </w:r>
    </w:p>
    <w:p w14:paraId="5331E6C8" w14:textId="77777777" w:rsidR="007D7487" w:rsidRDefault="00E6407B">
      <w:pPr>
        <w:ind w:firstLine="288"/>
      </w:pPr>
      <w:r>
        <w:rPr>
          <w:rFonts w:cs="Times New Roman"/>
        </w:rPr>
        <w:t>Beyond that room.</w:t>
      </w:r>
    </w:p>
    <w:p w14:paraId="3C6F6E48" w14:textId="77777777" w:rsidR="007D7487" w:rsidRDefault="00E6407B">
      <w:pPr>
        <w:ind w:firstLine="288"/>
      </w:pPr>
      <w:r>
        <w:rPr>
          <w:rFonts w:cs="Times New Roman"/>
        </w:rPr>
        <w:t>Beyond those who could touch wounds.</w:t>
      </w:r>
    </w:p>
    <w:p w14:paraId="19E6A204" w14:textId="77777777" w:rsidR="007D7487" w:rsidRDefault="00E6407B">
      <w:pPr>
        <w:ind w:firstLine="288"/>
      </w:pPr>
      <w:r>
        <w:rPr>
          <w:rFonts w:cs="Times New Roman"/>
        </w:rPr>
        <w:t>Beyond those who had stood at Golgotha.</w:t>
      </w:r>
    </w:p>
    <w:p w14:paraId="3FE22F79" w14:textId="77777777" w:rsidR="007D7487" w:rsidRDefault="00E6407B">
      <w:pPr>
        <w:ind w:firstLine="288"/>
      </w:pPr>
      <w:r>
        <w:rPr>
          <w:rFonts w:cs="Times New Roman"/>
        </w:rPr>
        <w:t>Beyond those who knew the smell of Joseph’s tomb.</w:t>
      </w:r>
    </w:p>
    <w:p w14:paraId="6343FB63" w14:textId="77777777" w:rsidR="007D7487" w:rsidRDefault="00E6407B">
      <w:pPr>
        <w:ind w:firstLine="288"/>
      </w:pPr>
      <w:r>
        <w:rPr>
          <w:rFonts w:cs="Times New Roman"/>
        </w:rPr>
        <w:t>People would believe who had not seen what Thomas saw.</w:t>
      </w:r>
    </w:p>
    <w:p w14:paraId="420FFB47" w14:textId="77777777" w:rsidR="007D7487" w:rsidRDefault="00E6407B">
      <w:pPr>
        <w:ind w:firstLine="288"/>
      </w:pPr>
      <w:r>
        <w:rPr>
          <w:rFonts w:cs="Times New Roman"/>
        </w:rPr>
        <w:t>They would receive testimony.</w:t>
      </w:r>
    </w:p>
    <w:p w14:paraId="7A27A55C" w14:textId="77777777" w:rsidR="007D7487" w:rsidRDefault="00E6407B">
      <w:pPr>
        <w:ind w:firstLine="288"/>
      </w:pPr>
      <w:r>
        <w:rPr>
          <w:rFonts w:cs="Times New Roman"/>
        </w:rPr>
        <w:lastRenderedPageBreak/>
        <w:t>John did not yet know how many.</w:t>
      </w:r>
    </w:p>
    <w:p w14:paraId="5DFFC111" w14:textId="77777777" w:rsidR="007D7487" w:rsidRDefault="00E6407B">
      <w:pPr>
        <w:ind w:firstLine="288"/>
      </w:pPr>
      <w:r>
        <w:rPr>
          <w:rFonts w:cs="Times New Roman"/>
        </w:rPr>
        <w:t>He only knew that Jesus had spoken of them as though they already mattered.</w:t>
      </w:r>
    </w:p>
    <w:p w14:paraId="379E92C0" w14:textId="77777777" w:rsidR="007D7487" w:rsidRDefault="00E6407B">
      <w:pPr>
        <w:suppressLineNumbers/>
        <w:spacing w:before="100" w:after="100"/>
        <w:jc w:val="center"/>
      </w:pPr>
      <w:r>
        <w:rPr>
          <w:rFonts w:cs="Times New Roman"/>
          <w:sz w:val="20"/>
        </w:rPr>
        <w:t>* * *</w:t>
      </w:r>
    </w:p>
    <w:p w14:paraId="5970A6F7" w14:textId="77777777" w:rsidR="007D7487" w:rsidRDefault="00E6407B">
      <w:pPr>
        <w:ind w:firstLine="288"/>
      </w:pPr>
      <w:r>
        <w:rPr>
          <w:rFonts w:cs="Times New Roman"/>
        </w:rPr>
        <w:t>Thomas remained near Jesus after the others began speaking again.</w:t>
      </w:r>
    </w:p>
    <w:p w14:paraId="51C23C0E" w14:textId="77777777" w:rsidR="007D7487" w:rsidRDefault="00E6407B">
      <w:pPr>
        <w:ind w:firstLine="288"/>
      </w:pPr>
      <w:r>
        <w:rPr>
          <w:rFonts w:cs="Times New Roman"/>
        </w:rPr>
        <w:t>His eyes kept returning to the wounds.</w:t>
      </w:r>
    </w:p>
    <w:p w14:paraId="2386B543" w14:textId="77777777" w:rsidR="007D7487" w:rsidRDefault="00E6407B">
      <w:pPr>
        <w:ind w:firstLine="288"/>
      </w:pPr>
      <w:r>
        <w:rPr>
          <w:rFonts w:cs="Times New Roman"/>
        </w:rPr>
        <w:t>Peter watched him.</w:t>
      </w:r>
    </w:p>
    <w:p w14:paraId="01E48C75" w14:textId="77777777" w:rsidR="007D7487" w:rsidRDefault="00E6407B">
      <w:pPr>
        <w:ind w:firstLine="288"/>
      </w:pPr>
      <w:r>
        <w:rPr>
          <w:rFonts w:cs="Times New Roman"/>
        </w:rPr>
        <w:t>John watched Peter.</w:t>
      </w:r>
    </w:p>
    <w:p w14:paraId="37ED1210" w14:textId="77777777" w:rsidR="007D7487" w:rsidRDefault="00E6407B">
      <w:pPr>
        <w:ind w:firstLine="288"/>
      </w:pPr>
      <w:r>
        <w:rPr>
          <w:rFonts w:cs="Times New Roman"/>
        </w:rPr>
        <w:t>Nobody laughed at Thomas.</w:t>
      </w:r>
    </w:p>
    <w:p w14:paraId="1CDAB414" w14:textId="77777777" w:rsidR="007D7487" w:rsidRDefault="00E6407B">
      <w:pPr>
        <w:ind w:firstLine="288"/>
      </w:pPr>
      <w:r>
        <w:rPr>
          <w:rFonts w:cs="Times New Roman"/>
        </w:rPr>
        <w:t>Nobody needed to.</w:t>
      </w:r>
    </w:p>
    <w:p w14:paraId="0D3B1998" w14:textId="77777777" w:rsidR="007D7487" w:rsidRDefault="00E6407B">
      <w:pPr>
        <w:ind w:firstLine="288"/>
      </w:pPr>
      <w:r>
        <w:rPr>
          <w:rFonts w:cs="Times New Roman"/>
        </w:rPr>
        <w:t>His confession had gone farther than the evidence he had demanded.</w:t>
      </w:r>
    </w:p>
    <w:p w14:paraId="2F5183C8" w14:textId="77777777" w:rsidR="007D7487" w:rsidRDefault="00E6407B">
      <w:pPr>
        <w:ind w:firstLine="288"/>
      </w:pPr>
      <w:r>
        <w:rPr>
          <w:rFonts w:cs="Times New Roman"/>
        </w:rPr>
        <w:t>He had asked to know that Jesus was alive.</w:t>
      </w:r>
    </w:p>
    <w:p w14:paraId="653965E6" w14:textId="77777777" w:rsidR="007D7487" w:rsidRDefault="00E6407B">
      <w:pPr>
        <w:ind w:firstLine="288"/>
      </w:pPr>
      <w:r>
        <w:rPr>
          <w:rFonts w:cs="Times New Roman"/>
        </w:rPr>
        <w:t>Standing before the risen Jesus, he had answered:</w:t>
      </w:r>
    </w:p>
    <w:p w14:paraId="66070504" w14:textId="77777777" w:rsidR="007D7487" w:rsidRDefault="00E6407B">
      <w:pPr>
        <w:ind w:firstLine="288"/>
      </w:pPr>
      <w:r>
        <w:rPr>
          <w:rFonts w:cs="Times New Roman"/>
        </w:rPr>
        <w:t>My Lord.</w:t>
      </w:r>
    </w:p>
    <w:p w14:paraId="365849D6" w14:textId="77777777" w:rsidR="007D7487" w:rsidRDefault="00E6407B">
      <w:pPr>
        <w:ind w:firstLine="288"/>
      </w:pPr>
      <w:r>
        <w:rPr>
          <w:rFonts w:cs="Times New Roman"/>
        </w:rPr>
        <w:t>My God.</w:t>
      </w:r>
    </w:p>
    <w:p w14:paraId="74157958" w14:textId="77777777" w:rsidR="007D7487" w:rsidRDefault="00E6407B">
      <w:pPr>
        <w:ind w:firstLine="288"/>
      </w:pPr>
      <w:r>
        <w:rPr>
          <w:rFonts w:cs="Times New Roman"/>
        </w:rPr>
        <w:t>The room had gained another witness.</w:t>
      </w:r>
    </w:p>
    <w:p w14:paraId="76DD26AB" w14:textId="77777777" w:rsidR="007D7487" w:rsidRDefault="00E6407B">
      <w:pPr>
        <w:ind w:firstLine="288"/>
      </w:pPr>
      <w:r>
        <w:rPr>
          <w:rFonts w:cs="Times New Roman"/>
        </w:rPr>
        <w:t>Not a borrowed witness.</w:t>
      </w:r>
    </w:p>
    <w:p w14:paraId="1D215826" w14:textId="77777777" w:rsidR="007D7487" w:rsidRDefault="00E6407B">
      <w:pPr>
        <w:ind w:firstLine="288"/>
      </w:pPr>
      <w:r>
        <w:rPr>
          <w:rFonts w:cs="Times New Roman"/>
        </w:rPr>
        <w:t>Thomas’s own.</w:t>
      </w:r>
    </w:p>
    <w:p w14:paraId="233F5E2F" w14:textId="77777777" w:rsidR="007D7487" w:rsidRDefault="00E6407B">
      <w:pPr>
        <w:ind w:firstLine="288"/>
      </w:pPr>
      <w:r>
        <w:rPr>
          <w:rFonts w:cs="Times New Roman"/>
        </w:rPr>
        <w:t>John understood something about testimony that night.</w:t>
      </w:r>
    </w:p>
    <w:p w14:paraId="510CE347" w14:textId="77777777" w:rsidR="007D7487" w:rsidRDefault="00E6407B">
      <w:pPr>
        <w:ind w:firstLine="288"/>
      </w:pPr>
      <w:r>
        <w:rPr>
          <w:rFonts w:cs="Times New Roman"/>
        </w:rPr>
        <w:t>Mary had carried the sound of her name in Jesus’ voice.</w:t>
      </w:r>
    </w:p>
    <w:p w14:paraId="7677E917" w14:textId="77777777" w:rsidR="007D7487" w:rsidRDefault="00E6407B">
      <w:pPr>
        <w:ind w:firstLine="288"/>
      </w:pPr>
      <w:r>
        <w:rPr>
          <w:rFonts w:cs="Times New Roman"/>
        </w:rPr>
        <w:t>Peter carried an encounter he did not explain.</w:t>
      </w:r>
    </w:p>
    <w:p w14:paraId="71361070" w14:textId="77777777" w:rsidR="007D7487" w:rsidRDefault="00E6407B">
      <w:pPr>
        <w:ind w:firstLine="288"/>
      </w:pPr>
      <w:r>
        <w:rPr>
          <w:rFonts w:cs="Times New Roman"/>
        </w:rPr>
        <w:t>John carried the empty tomb and linen.</w:t>
      </w:r>
    </w:p>
    <w:p w14:paraId="422186E8" w14:textId="77777777" w:rsidR="007D7487" w:rsidRDefault="00E6407B">
      <w:pPr>
        <w:ind w:firstLine="288"/>
      </w:pPr>
      <w:r>
        <w:rPr>
          <w:rFonts w:cs="Times New Roman"/>
        </w:rPr>
        <w:t>The gathered disciples carried the shut room and the wounds.</w:t>
      </w:r>
    </w:p>
    <w:p w14:paraId="1B41539E" w14:textId="77777777" w:rsidR="007D7487" w:rsidRDefault="00E6407B">
      <w:pPr>
        <w:ind w:firstLine="288"/>
      </w:pPr>
      <w:r>
        <w:rPr>
          <w:rFonts w:cs="Times New Roman"/>
        </w:rPr>
        <w:t>Thomas now carried the answer to his own demand.</w:t>
      </w:r>
    </w:p>
    <w:p w14:paraId="34318601" w14:textId="77777777" w:rsidR="007D7487" w:rsidRDefault="00E6407B">
      <w:pPr>
        <w:ind w:firstLine="288"/>
      </w:pPr>
      <w:r>
        <w:rPr>
          <w:rFonts w:cs="Times New Roman"/>
        </w:rPr>
        <w:t>Different witnesses.</w:t>
      </w:r>
    </w:p>
    <w:p w14:paraId="6AEE9147" w14:textId="77777777" w:rsidR="007D7487" w:rsidRDefault="00E6407B">
      <w:pPr>
        <w:ind w:firstLine="288"/>
      </w:pPr>
      <w:r>
        <w:rPr>
          <w:rFonts w:cs="Times New Roman"/>
        </w:rPr>
        <w:t>Not yet assembled into the full pattern.</w:t>
      </w:r>
    </w:p>
    <w:p w14:paraId="5D48447B" w14:textId="77777777" w:rsidR="007D7487" w:rsidRDefault="00E6407B">
      <w:pPr>
        <w:ind w:firstLine="288"/>
      </w:pPr>
      <w:r>
        <w:rPr>
          <w:rFonts w:cs="Times New Roman"/>
        </w:rPr>
        <w:t>But accumulating.</w:t>
      </w:r>
    </w:p>
    <w:p w14:paraId="38780DE8" w14:textId="77777777" w:rsidR="007D7487" w:rsidRDefault="00E6407B">
      <w:pPr>
        <w:ind w:firstLine="288"/>
      </w:pPr>
      <w:r>
        <w:rPr>
          <w:rFonts w:cs="Times New Roman"/>
        </w:rPr>
        <w:t>The Father was giving them more than one road to the same conclusion.</w:t>
      </w:r>
    </w:p>
    <w:p w14:paraId="70BA5458" w14:textId="77777777" w:rsidR="007D7487" w:rsidRDefault="00E6407B">
      <w:pPr>
        <w:ind w:firstLine="288"/>
      </w:pPr>
      <w:r>
        <w:rPr>
          <w:rFonts w:cs="Times New Roman"/>
        </w:rPr>
        <w:t>Jesus was alive.</w:t>
      </w:r>
    </w:p>
    <w:p w14:paraId="3742B6B8" w14:textId="77777777" w:rsidR="007D7487" w:rsidRDefault="00E6407B">
      <w:pPr>
        <w:ind w:firstLine="288"/>
      </w:pPr>
      <w:r>
        <w:rPr>
          <w:rFonts w:cs="Times New Roman"/>
        </w:rPr>
        <w:t>And still one unanswered word followed them.</w:t>
      </w:r>
    </w:p>
    <w:p w14:paraId="15688956" w14:textId="77777777" w:rsidR="007D7487" w:rsidRDefault="00E6407B">
      <w:pPr>
        <w:ind w:firstLine="288"/>
      </w:pPr>
      <w:r>
        <w:rPr>
          <w:rFonts w:cs="Times New Roman"/>
        </w:rPr>
        <w:t>Galilee.</w:t>
      </w:r>
    </w:p>
    <w:p w14:paraId="66696F92" w14:textId="77777777" w:rsidR="007D7487" w:rsidRDefault="00E6407B">
      <w:pPr>
        <w:ind w:firstLine="288"/>
      </w:pPr>
      <w:r>
        <w:rPr>
          <w:rFonts w:cs="Times New Roman"/>
        </w:rPr>
        <w:t>Why Galilee?</w:t>
      </w:r>
    </w:p>
    <w:p w14:paraId="75EA313E" w14:textId="77777777" w:rsidR="007D7487" w:rsidRDefault="00E6407B">
      <w:pPr>
        <w:ind w:firstLine="288"/>
      </w:pPr>
      <w:r>
        <w:rPr>
          <w:rFonts w:cs="Times New Roman"/>
        </w:rPr>
        <w:t>John looked north in his mind.</w:t>
      </w:r>
    </w:p>
    <w:p w14:paraId="3470055F" w14:textId="77777777" w:rsidR="007D7487" w:rsidRDefault="00E6407B">
      <w:pPr>
        <w:ind w:firstLine="288"/>
      </w:pPr>
      <w:r>
        <w:rPr>
          <w:rFonts w:cs="Times New Roman"/>
        </w:rPr>
        <w:t>The lake.</w:t>
      </w:r>
    </w:p>
    <w:p w14:paraId="488ACC14" w14:textId="77777777" w:rsidR="007D7487" w:rsidRDefault="00E6407B">
      <w:pPr>
        <w:ind w:firstLine="288"/>
      </w:pPr>
      <w:r>
        <w:rPr>
          <w:rFonts w:cs="Times New Roman"/>
        </w:rPr>
        <w:t>The roads.</w:t>
      </w:r>
    </w:p>
    <w:p w14:paraId="0FC3E872" w14:textId="77777777" w:rsidR="007D7487" w:rsidRDefault="00E6407B">
      <w:pPr>
        <w:ind w:firstLine="288"/>
      </w:pPr>
      <w:r>
        <w:rPr>
          <w:rFonts w:cs="Times New Roman"/>
        </w:rPr>
        <w:t>The hills.</w:t>
      </w:r>
    </w:p>
    <w:p w14:paraId="69B91456" w14:textId="77777777" w:rsidR="007D7487" w:rsidRDefault="00E6407B">
      <w:pPr>
        <w:ind w:firstLine="288"/>
      </w:pPr>
      <w:r>
        <w:rPr>
          <w:rFonts w:cs="Times New Roman"/>
        </w:rPr>
        <w:t>The villages.</w:t>
      </w:r>
    </w:p>
    <w:p w14:paraId="7C4E068C" w14:textId="77777777" w:rsidR="007D7487" w:rsidRDefault="00E6407B">
      <w:pPr>
        <w:ind w:firstLine="288"/>
      </w:pPr>
      <w:r>
        <w:rPr>
          <w:rFonts w:cs="Times New Roman"/>
        </w:rPr>
        <w:t>The place of calling.</w:t>
      </w:r>
    </w:p>
    <w:p w14:paraId="585E2ADC" w14:textId="77777777" w:rsidR="007D7487" w:rsidRDefault="00E6407B">
      <w:pPr>
        <w:ind w:firstLine="288"/>
      </w:pPr>
      <w:r>
        <w:rPr>
          <w:rFonts w:cs="Times New Roman"/>
        </w:rPr>
        <w:t>The place where unclean spirits had cried out.</w:t>
      </w:r>
    </w:p>
    <w:p w14:paraId="2F9F1975" w14:textId="77777777" w:rsidR="007D7487" w:rsidRDefault="00E6407B">
      <w:pPr>
        <w:ind w:firstLine="288"/>
      </w:pPr>
      <w:r>
        <w:rPr>
          <w:rFonts w:cs="Times New Roman"/>
        </w:rPr>
        <w:lastRenderedPageBreak/>
        <w:t>The place where crowds had eaten.</w:t>
      </w:r>
    </w:p>
    <w:p w14:paraId="05A067B0" w14:textId="77777777" w:rsidR="007D7487" w:rsidRDefault="00E6407B">
      <w:pPr>
        <w:ind w:firstLine="288"/>
      </w:pPr>
      <w:r>
        <w:rPr>
          <w:rFonts w:cs="Times New Roman"/>
        </w:rPr>
        <w:t>The place where fishermen had become disciples without understanding where the road would end.</w:t>
      </w:r>
    </w:p>
    <w:p w14:paraId="75B677AB" w14:textId="77777777" w:rsidR="007D7487" w:rsidRDefault="00E6407B">
      <w:pPr>
        <w:ind w:firstLine="288"/>
      </w:pPr>
      <w:r>
        <w:rPr>
          <w:rFonts w:cs="Times New Roman"/>
        </w:rPr>
        <w:t>Jesus had risen in Judea.</w:t>
      </w:r>
    </w:p>
    <w:p w14:paraId="7419C5D1" w14:textId="77777777" w:rsidR="007D7487" w:rsidRDefault="00E6407B">
      <w:pPr>
        <w:ind w:firstLine="288"/>
      </w:pPr>
      <w:r>
        <w:rPr>
          <w:rFonts w:cs="Times New Roman"/>
        </w:rPr>
        <w:t>Yet He intended to gather them again in Galilee.</w:t>
      </w:r>
    </w:p>
    <w:p w14:paraId="1BC6D5F1" w14:textId="77777777" w:rsidR="007D7487" w:rsidRDefault="00E6407B">
      <w:pPr>
        <w:ind w:firstLine="288"/>
      </w:pPr>
      <w:r>
        <w:rPr>
          <w:rFonts w:cs="Times New Roman"/>
        </w:rPr>
        <w:t>Thomas had his answer about the wounds.</w:t>
      </w:r>
    </w:p>
    <w:p w14:paraId="360A517F" w14:textId="77777777" w:rsidR="007D7487" w:rsidRDefault="00E6407B">
      <w:pPr>
        <w:ind w:firstLine="288"/>
      </w:pPr>
      <w:r>
        <w:rPr>
          <w:rFonts w:cs="Times New Roman"/>
        </w:rPr>
        <w:t>John had his answer about whether Mary’s first explanation could account for the tomb.</w:t>
      </w:r>
    </w:p>
    <w:p w14:paraId="44E551E6" w14:textId="77777777" w:rsidR="007D7487" w:rsidRDefault="00E6407B">
      <w:pPr>
        <w:ind w:firstLine="288"/>
      </w:pPr>
      <w:r>
        <w:rPr>
          <w:rFonts w:cs="Times New Roman"/>
        </w:rPr>
        <w:t>Peter had seen the Lord and still carried something unfinished behind his eyes.</w:t>
      </w:r>
    </w:p>
    <w:p w14:paraId="2C83B973" w14:textId="77777777" w:rsidR="007D7487" w:rsidRDefault="00E6407B">
      <w:pPr>
        <w:ind w:firstLine="288"/>
      </w:pPr>
      <w:r>
        <w:rPr>
          <w:rFonts w:cs="Times New Roman"/>
        </w:rPr>
        <w:t>Mary knew the Shepherd could speak one name and turn a graveyard into a place of recognition.</w:t>
      </w:r>
    </w:p>
    <w:p w14:paraId="546E42E6" w14:textId="77777777" w:rsidR="007D7487" w:rsidRDefault="00E6407B">
      <w:pPr>
        <w:ind w:firstLine="288"/>
      </w:pPr>
      <w:r>
        <w:rPr>
          <w:rFonts w:cs="Times New Roman"/>
        </w:rPr>
        <w:t>But none of them yet knew why the risen Messiah was leading them north.</w:t>
      </w:r>
    </w:p>
    <w:p w14:paraId="25094E65" w14:textId="77777777" w:rsidR="007D7487" w:rsidRDefault="00E6407B">
      <w:pPr>
        <w:ind w:firstLine="288"/>
      </w:pPr>
      <w:r>
        <w:rPr>
          <w:rFonts w:cs="Times New Roman"/>
        </w:rPr>
        <w:t>Galilee remained ahead of them.</w:t>
      </w:r>
    </w:p>
    <w:p w14:paraId="71112E30" w14:textId="77777777" w:rsidR="007D7487" w:rsidRDefault="00E6407B">
      <w:pPr>
        <w:ind w:firstLine="288"/>
      </w:pPr>
      <w:r>
        <w:rPr>
          <w:rFonts w:cs="Times New Roman"/>
        </w:rPr>
        <w:t>And the question remained open.</w:t>
      </w:r>
    </w:p>
    <w:p w14:paraId="3B25DBCD" w14:textId="77777777" w:rsidR="007D7487" w:rsidRDefault="00E6407B">
      <w:pPr>
        <w:suppressLineNumbers/>
      </w:pPr>
      <w:r>
        <w:br w:type="page"/>
      </w:r>
    </w:p>
    <w:p w14:paraId="366E24C2" w14:textId="77777777" w:rsidR="007D7487" w:rsidRDefault="00E6407B">
      <w:pPr>
        <w:pStyle w:val="Heading1"/>
        <w:suppressLineNumbers/>
      </w:pPr>
      <w:r>
        <w:rPr>
          <w:rFonts w:ascii="Times New Roman" w:hAnsi="Times New Roman" w:cs="Times New Roman"/>
        </w:rPr>
        <w:lastRenderedPageBreak/>
        <w:t>Section 3A — The Message Reaches the Burial Witnesses</w:t>
      </w:r>
    </w:p>
    <w:p w14:paraId="3A8505C9" w14:textId="77777777" w:rsidR="007D7487" w:rsidRDefault="00E6407B">
      <w:pPr>
        <w:ind w:firstLine="288"/>
      </w:pPr>
      <w:r>
        <w:rPr>
          <w:rFonts w:cs="Times New Roman"/>
        </w:rPr>
        <w:t>The resurrection message moved through Jerusalem by people.</w:t>
      </w:r>
    </w:p>
    <w:p w14:paraId="1C3BCBA9" w14:textId="77777777" w:rsidR="007D7487" w:rsidRDefault="00E6407B">
      <w:pPr>
        <w:ind w:firstLine="288"/>
      </w:pPr>
      <w:r>
        <w:rPr>
          <w:rFonts w:cs="Times New Roman"/>
        </w:rPr>
        <w:t>Not by proclamation in the Temple courts.</w:t>
      </w:r>
    </w:p>
    <w:p w14:paraId="3D00CB7E" w14:textId="77777777" w:rsidR="007D7487" w:rsidRDefault="00E6407B">
      <w:pPr>
        <w:ind w:firstLine="288"/>
      </w:pPr>
      <w:r>
        <w:rPr>
          <w:rFonts w:cs="Times New Roman"/>
        </w:rPr>
        <w:t>Not by a herald standing at a city gate.</w:t>
      </w:r>
    </w:p>
    <w:p w14:paraId="628B63FB" w14:textId="77777777" w:rsidR="007D7487" w:rsidRDefault="00E6407B">
      <w:pPr>
        <w:ind w:firstLine="288"/>
      </w:pPr>
      <w:r>
        <w:rPr>
          <w:rFonts w:cs="Times New Roman"/>
        </w:rPr>
        <w:t>Not yet.</w:t>
      </w:r>
    </w:p>
    <w:p w14:paraId="188791C4" w14:textId="77777777" w:rsidR="007D7487" w:rsidRDefault="00E6407B">
      <w:pPr>
        <w:ind w:firstLine="288"/>
      </w:pPr>
      <w:r>
        <w:rPr>
          <w:rFonts w:cs="Times New Roman"/>
        </w:rPr>
        <w:t>It moved from one frightened room to another.</w:t>
      </w:r>
    </w:p>
    <w:p w14:paraId="23EFD02A" w14:textId="77777777" w:rsidR="007D7487" w:rsidRDefault="00E6407B">
      <w:pPr>
        <w:ind w:firstLine="288"/>
      </w:pPr>
      <w:r>
        <w:rPr>
          <w:rFonts w:cs="Times New Roman"/>
        </w:rPr>
        <w:t>From one household to another.</w:t>
      </w:r>
    </w:p>
    <w:p w14:paraId="4211AB6E" w14:textId="77777777" w:rsidR="007D7487" w:rsidRDefault="00E6407B">
      <w:pPr>
        <w:ind w:firstLine="288"/>
      </w:pPr>
      <w:r>
        <w:rPr>
          <w:rFonts w:cs="Times New Roman"/>
        </w:rPr>
        <w:t>From one person who had seen something to another person who needed to know.</w:t>
      </w:r>
    </w:p>
    <w:p w14:paraId="3AEA8270" w14:textId="77777777" w:rsidR="007D7487" w:rsidRDefault="00E6407B">
      <w:pPr>
        <w:ind w:firstLine="288"/>
      </w:pPr>
      <w:r>
        <w:rPr>
          <w:rFonts w:cs="Times New Roman"/>
        </w:rPr>
        <w:t>Mary Magdalene carried it first with the urgency of someone who had no way to make the words sound ordinary.</w:t>
      </w:r>
    </w:p>
    <w:p w14:paraId="519AD69B" w14:textId="77777777" w:rsidR="007D7487" w:rsidRDefault="00E6407B">
      <w:pPr>
        <w:ind w:firstLine="288"/>
      </w:pPr>
      <w:r>
        <w:rPr>
          <w:rFonts w:cs="Times New Roman"/>
        </w:rPr>
        <w:t>I saw the Lord.</w:t>
      </w:r>
    </w:p>
    <w:p w14:paraId="3C27E2EF" w14:textId="77777777" w:rsidR="007D7487" w:rsidRDefault="00E6407B">
      <w:pPr>
        <w:ind w:firstLine="288"/>
      </w:pPr>
      <w:r>
        <w:rPr>
          <w:rFonts w:cs="Times New Roman"/>
        </w:rPr>
        <w:t>The sentence was enough to make people stop whatever they were doing.</w:t>
      </w:r>
    </w:p>
    <w:p w14:paraId="6139B081" w14:textId="77777777" w:rsidR="007D7487" w:rsidRDefault="00E6407B">
      <w:pPr>
        <w:ind w:firstLine="288"/>
      </w:pPr>
      <w:r>
        <w:rPr>
          <w:rFonts w:cs="Times New Roman"/>
        </w:rPr>
        <w:t>It was not enough to answer their questions.</w:t>
      </w:r>
    </w:p>
    <w:p w14:paraId="7D354237" w14:textId="77777777" w:rsidR="007D7487" w:rsidRDefault="00E6407B">
      <w:pPr>
        <w:ind w:firstLine="288"/>
      </w:pPr>
      <w:r>
        <w:rPr>
          <w:rFonts w:cs="Times New Roman"/>
        </w:rPr>
        <w:t>Where?</w:t>
      </w:r>
    </w:p>
    <w:p w14:paraId="7F3A33C2" w14:textId="77777777" w:rsidR="007D7487" w:rsidRDefault="00E6407B">
      <w:pPr>
        <w:ind w:firstLine="288"/>
      </w:pPr>
      <w:r>
        <w:rPr>
          <w:rFonts w:cs="Times New Roman"/>
        </w:rPr>
        <w:t>When?</w:t>
      </w:r>
    </w:p>
    <w:p w14:paraId="76E09C60" w14:textId="77777777" w:rsidR="007D7487" w:rsidRDefault="00E6407B">
      <w:pPr>
        <w:ind w:firstLine="288"/>
      </w:pPr>
      <w:r>
        <w:rPr>
          <w:rFonts w:cs="Times New Roman"/>
        </w:rPr>
        <w:t>Was He wounded?</w:t>
      </w:r>
    </w:p>
    <w:p w14:paraId="21DBF54E" w14:textId="77777777" w:rsidR="007D7487" w:rsidRDefault="00E6407B">
      <w:pPr>
        <w:ind w:firstLine="288"/>
      </w:pPr>
      <w:r>
        <w:rPr>
          <w:rFonts w:cs="Times New Roman"/>
        </w:rPr>
        <w:t>Did He speak?</w:t>
      </w:r>
    </w:p>
    <w:p w14:paraId="0E5E7081" w14:textId="77777777" w:rsidR="007D7487" w:rsidRDefault="00E6407B">
      <w:pPr>
        <w:ind w:firstLine="288"/>
      </w:pPr>
      <w:r>
        <w:rPr>
          <w:rFonts w:cs="Times New Roman"/>
        </w:rPr>
        <w:t>Did He eat?</w:t>
      </w:r>
    </w:p>
    <w:p w14:paraId="580EBD0F" w14:textId="77777777" w:rsidR="007D7487" w:rsidRDefault="00E6407B">
      <w:pPr>
        <w:ind w:firstLine="288"/>
      </w:pPr>
      <w:r>
        <w:rPr>
          <w:rFonts w:cs="Times New Roman"/>
        </w:rPr>
        <w:t>Was He different?</w:t>
      </w:r>
    </w:p>
    <w:p w14:paraId="4877CB21" w14:textId="77777777" w:rsidR="007D7487" w:rsidRDefault="00E6407B">
      <w:pPr>
        <w:ind w:firstLine="288"/>
      </w:pPr>
      <w:r>
        <w:rPr>
          <w:rFonts w:cs="Times New Roman"/>
        </w:rPr>
        <w:t>Was it truly His body?</w:t>
      </w:r>
    </w:p>
    <w:p w14:paraId="36B8934C" w14:textId="77777777" w:rsidR="007D7487" w:rsidRDefault="00E6407B">
      <w:pPr>
        <w:ind w:firstLine="288"/>
      </w:pPr>
      <w:r>
        <w:rPr>
          <w:rFonts w:cs="Times New Roman"/>
        </w:rPr>
        <w:t>Had He said anything about Galilee?</w:t>
      </w:r>
    </w:p>
    <w:p w14:paraId="61F78A12" w14:textId="77777777" w:rsidR="007D7487" w:rsidRDefault="00E6407B">
      <w:pPr>
        <w:ind w:firstLine="288"/>
      </w:pPr>
      <w:r>
        <w:rPr>
          <w:rFonts w:cs="Times New Roman"/>
        </w:rPr>
        <w:t>Mary answered what she knew.</w:t>
      </w:r>
    </w:p>
    <w:p w14:paraId="7078CEF8" w14:textId="77777777" w:rsidR="007D7487" w:rsidRDefault="00E6407B">
      <w:pPr>
        <w:ind w:firstLine="288"/>
      </w:pPr>
      <w:r>
        <w:rPr>
          <w:rFonts w:cs="Times New Roman"/>
        </w:rPr>
        <w:t>She did not answer what she did not.</w:t>
      </w:r>
    </w:p>
    <w:p w14:paraId="65A8F8A7" w14:textId="77777777" w:rsidR="007D7487" w:rsidRDefault="00E6407B">
      <w:pPr>
        <w:ind w:firstLine="288"/>
      </w:pPr>
      <w:r>
        <w:rPr>
          <w:rFonts w:cs="Times New Roman"/>
        </w:rPr>
        <w:t>John noticed that.</w:t>
      </w:r>
    </w:p>
    <w:p w14:paraId="1E58028D" w14:textId="77777777" w:rsidR="007D7487" w:rsidRDefault="00E6407B">
      <w:pPr>
        <w:ind w:firstLine="288"/>
      </w:pPr>
      <w:r>
        <w:rPr>
          <w:rFonts w:cs="Times New Roman"/>
        </w:rPr>
        <w:t>The witnesses did not all carry the same information.</w:t>
      </w:r>
    </w:p>
    <w:p w14:paraId="31669392" w14:textId="77777777" w:rsidR="007D7487" w:rsidRDefault="00E6407B">
      <w:pPr>
        <w:ind w:firstLine="288"/>
      </w:pPr>
      <w:r>
        <w:rPr>
          <w:rFonts w:cs="Times New Roman"/>
        </w:rPr>
        <w:t>Mary had the garden.</w:t>
      </w:r>
    </w:p>
    <w:p w14:paraId="4738124B" w14:textId="77777777" w:rsidR="007D7487" w:rsidRDefault="00E6407B">
      <w:pPr>
        <w:ind w:firstLine="288"/>
      </w:pPr>
      <w:r>
        <w:rPr>
          <w:rFonts w:cs="Times New Roman"/>
        </w:rPr>
        <w:t>Peter had something private.</w:t>
      </w:r>
    </w:p>
    <w:p w14:paraId="4D22A14F" w14:textId="77777777" w:rsidR="007D7487" w:rsidRDefault="00E6407B">
      <w:pPr>
        <w:ind w:firstLine="288"/>
      </w:pPr>
      <w:r>
        <w:rPr>
          <w:rFonts w:cs="Times New Roman"/>
        </w:rPr>
        <w:t>The gathered disciples had the shut room.</w:t>
      </w:r>
    </w:p>
    <w:p w14:paraId="44933A47" w14:textId="77777777" w:rsidR="007D7487" w:rsidRDefault="00E6407B">
      <w:pPr>
        <w:ind w:firstLine="288"/>
      </w:pPr>
      <w:r>
        <w:rPr>
          <w:rFonts w:cs="Times New Roman"/>
        </w:rPr>
        <w:t>Thomas had the wounds.</w:t>
      </w:r>
    </w:p>
    <w:p w14:paraId="5F2F82D1" w14:textId="77777777" w:rsidR="007D7487" w:rsidRDefault="00E6407B">
      <w:pPr>
        <w:ind w:firstLine="288"/>
      </w:pPr>
      <w:r>
        <w:rPr>
          <w:rFonts w:cs="Times New Roman"/>
        </w:rPr>
        <w:t>The women had the angelic message and the repeated direction toward Galilee.</w:t>
      </w:r>
    </w:p>
    <w:p w14:paraId="3CBA81A3" w14:textId="77777777" w:rsidR="007D7487" w:rsidRDefault="00E6407B">
      <w:pPr>
        <w:ind w:firstLine="288"/>
      </w:pPr>
      <w:r>
        <w:rPr>
          <w:rFonts w:cs="Times New Roman"/>
        </w:rPr>
        <w:t>The testimony was growing by accumulation.</w:t>
      </w:r>
    </w:p>
    <w:p w14:paraId="5A0C31C4" w14:textId="77777777" w:rsidR="007D7487" w:rsidRDefault="00E6407B">
      <w:pPr>
        <w:ind w:firstLine="288"/>
      </w:pPr>
      <w:r>
        <w:rPr>
          <w:rFonts w:cs="Times New Roman"/>
        </w:rPr>
        <w:t>Not by one person pretending to have been everywhere.</w:t>
      </w:r>
    </w:p>
    <w:p w14:paraId="20DE0718" w14:textId="77777777" w:rsidR="007D7487" w:rsidRDefault="00E6407B">
      <w:pPr>
        <w:suppressLineNumbers/>
        <w:spacing w:before="100" w:after="100"/>
        <w:jc w:val="center"/>
      </w:pPr>
      <w:r>
        <w:rPr>
          <w:rFonts w:cs="Times New Roman"/>
          <w:sz w:val="20"/>
        </w:rPr>
        <w:t>* * *</w:t>
      </w:r>
    </w:p>
    <w:p w14:paraId="00C2E3DD" w14:textId="77777777" w:rsidR="007D7487" w:rsidRDefault="00E6407B">
      <w:pPr>
        <w:ind w:firstLine="288"/>
      </w:pPr>
      <w:r>
        <w:rPr>
          <w:rFonts w:cs="Times New Roman"/>
        </w:rPr>
        <w:t>Mary Magdalene found Jesus’ mother among those who had remained near the disciples in Jerusalem.</w:t>
      </w:r>
    </w:p>
    <w:p w14:paraId="4FAC34FB" w14:textId="77777777" w:rsidR="007D7487" w:rsidRDefault="00E6407B">
      <w:pPr>
        <w:ind w:firstLine="288"/>
      </w:pPr>
      <w:r>
        <w:rPr>
          <w:rFonts w:cs="Times New Roman"/>
        </w:rPr>
        <w:t>The older Mary knew something had happened before a word was spoken.</w:t>
      </w:r>
    </w:p>
    <w:p w14:paraId="1C7954A8" w14:textId="77777777" w:rsidR="007D7487" w:rsidRDefault="00E6407B">
      <w:pPr>
        <w:ind w:firstLine="288"/>
      </w:pPr>
      <w:r>
        <w:rPr>
          <w:rFonts w:cs="Times New Roman"/>
        </w:rPr>
        <w:t>She saw it in Mary’s face.</w:t>
      </w:r>
    </w:p>
    <w:p w14:paraId="75B17D4E" w14:textId="77777777" w:rsidR="007D7487" w:rsidRDefault="00E6407B">
      <w:pPr>
        <w:ind w:firstLine="288"/>
      </w:pPr>
      <w:r>
        <w:rPr>
          <w:rFonts w:cs="Times New Roman"/>
        </w:rPr>
        <w:lastRenderedPageBreak/>
        <w:t>Not relief exactly.</w:t>
      </w:r>
    </w:p>
    <w:p w14:paraId="35211618" w14:textId="77777777" w:rsidR="007D7487" w:rsidRDefault="00E6407B">
      <w:pPr>
        <w:ind w:firstLine="288"/>
      </w:pPr>
      <w:r>
        <w:rPr>
          <w:rFonts w:cs="Times New Roman"/>
        </w:rPr>
        <w:t>Not yet.</w:t>
      </w:r>
    </w:p>
    <w:p w14:paraId="51595AD4" w14:textId="77777777" w:rsidR="007D7487" w:rsidRDefault="00E6407B">
      <w:pPr>
        <w:ind w:firstLine="288"/>
      </w:pPr>
      <w:r>
        <w:rPr>
          <w:rFonts w:cs="Times New Roman"/>
        </w:rPr>
        <w:t>Something too large for relief.</w:t>
      </w:r>
    </w:p>
    <w:p w14:paraId="6BFE5520" w14:textId="77777777" w:rsidR="007D7487" w:rsidRDefault="00E6407B">
      <w:pPr>
        <w:ind w:firstLine="288"/>
      </w:pPr>
      <w:r>
        <w:rPr>
          <w:rFonts w:cs="Times New Roman"/>
        </w:rPr>
        <w:t>The younger woman crossed the room quickly.</w:t>
      </w:r>
    </w:p>
    <w:p w14:paraId="17148BDD" w14:textId="77777777" w:rsidR="007D7487" w:rsidRDefault="00E6407B">
      <w:pPr>
        <w:ind w:firstLine="288"/>
      </w:pPr>
      <w:r>
        <w:rPr>
          <w:rFonts w:cs="Times New Roman"/>
        </w:rPr>
        <w:t>Then stopped.</w:t>
      </w:r>
    </w:p>
    <w:p w14:paraId="0A464BAB" w14:textId="77777777" w:rsidR="007D7487" w:rsidRDefault="00E6407B">
      <w:pPr>
        <w:ind w:firstLine="288"/>
      </w:pPr>
      <w:r>
        <w:rPr>
          <w:rFonts w:cs="Times New Roman"/>
        </w:rPr>
        <w:t>For one heartbeat she looked as though she did not know whether to laugh or weep.</w:t>
      </w:r>
    </w:p>
    <w:p w14:paraId="45D1A34E" w14:textId="77777777" w:rsidR="007D7487" w:rsidRDefault="00E6407B">
      <w:pPr>
        <w:ind w:firstLine="288"/>
      </w:pPr>
      <w:r>
        <w:rPr>
          <w:rFonts w:cs="Times New Roman"/>
        </w:rPr>
        <w:t>Jesus’ mother stood.</w:t>
      </w:r>
    </w:p>
    <w:p w14:paraId="1672CC6B" w14:textId="77777777" w:rsidR="007D7487" w:rsidRDefault="00E6407B">
      <w:pPr>
        <w:ind w:firstLine="288"/>
      </w:pPr>
      <w:r>
        <w:rPr>
          <w:rFonts w:cs="Times New Roman"/>
        </w:rPr>
        <w:t>Mary Magdalene took both of her hands.</w:t>
      </w:r>
    </w:p>
    <w:p w14:paraId="4D18D99F" w14:textId="77777777" w:rsidR="007D7487" w:rsidRDefault="00E6407B">
      <w:pPr>
        <w:ind w:firstLine="288"/>
      </w:pPr>
      <w:r>
        <w:rPr>
          <w:rFonts w:cs="Times New Roman"/>
        </w:rPr>
        <w:t>“I saw Him.”</w:t>
      </w:r>
    </w:p>
    <w:p w14:paraId="4D617DCE" w14:textId="77777777" w:rsidR="007D7487" w:rsidRDefault="00E6407B">
      <w:pPr>
        <w:ind w:firstLine="288"/>
      </w:pPr>
      <w:r>
        <w:rPr>
          <w:rFonts w:cs="Times New Roman"/>
        </w:rPr>
        <w:t>The mother did not move.</w:t>
      </w:r>
    </w:p>
    <w:p w14:paraId="302427E5" w14:textId="77777777" w:rsidR="007D7487" w:rsidRDefault="00E6407B">
      <w:pPr>
        <w:ind w:firstLine="288"/>
      </w:pPr>
      <w:r>
        <w:rPr>
          <w:rFonts w:cs="Times New Roman"/>
        </w:rPr>
        <w:t>Mary’s fingers tightened around hers.</w:t>
      </w:r>
    </w:p>
    <w:p w14:paraId="761B50C8" w14:textId="77777777" w:rsidR="007D7487" w:rsidRDefault="00E6407B">
      <w:pPr>
        <w:ind w:firstLine="288"/>
      </w:pPr>
      <w:r>
        <w:rPr>
          <w:rFonts w:cs="Times New Roman"/>
        </w:rPr>
        <w:t>“I saw your Son.”</w:t>
      </w:r>
    </w:p>
    <w:p w14:paraId="10F70BA2" w14:textId="77777777" w:rsidR="007D7487" w:rsidRDefault="00E6407B">
      <w:pPr>
        <w:ind w:firstLine="288"/>
      </w:pPr>
      <w:r>
        <w:rPr>
          <w:rFonts w:cs="Times New Roman"/>
        </w:rPr>
        <w:t>Silence.</w:t>
      </w:r>
    </w:p>
    <w:p w14:paraId="70860CCE" w14:textId="77777777" w:rsidR="007D7487" w:rsidRDefault="00E6407B">
      <w:pPr>
        <w:ind w:firstLine="288"/>
      </w:pPr>
      <w:r>
        <w:rPr>
          <w:rFonts w:cs="Times New Roman"/>
        </w:rPr>
        <w:t>“He is alive.”</w:t>
      </w:r>
    </w:p>
    <w:p w14:paraId="61A63B90" w14:textId="77777777" w:rsidR="007D7487" w:rsidRDefault="00E6407B">
      <w:pPr>
        <w:ind w:firstLine="288"/>
      </w:pPr>
      <w:r>
        <w:rPr>
          <w:rFonts w:cs="Times New Roman"/>
        </w:rPr>
        <w:t>The mother’s head bowed.</w:t>
      </w:r>
    </w:p>
    <w:p w14:paraId="4147DF8D" w14:textId="77777777" w:rsidR="007D7487" w:rsidRDefault="00E6407B">
      <w:pPr>
        <w:ind w:firstLine="288"/>
      </w:pPr>
      <w:r>
        <w:rPr>
          <w:rFonts w:cs="Times New Roman"/>
        </w:rPr>
        <w:t>Her shoulders trembled once.</w:t>
      </w:r>
    </w:p>
    <w:p w14:paraId="7D57EEB3" w14:textId="77777777" w:rsidR="007D7487" w:rsidRDefault="00E6407B">
      <w:pPr>
        <w:ind w:firstLine="288"/>
      </w:pPr>
      <w:r>
        <w:rPr>
          <w:rFonts w:cs="Times New Roman"/>
        </w:rPr>
        <w:t>Mary Magdalene moved closer and held her.</w:t>
      </w:r>
    </w:p>
    <w:p w14:paraId="316D37FF" w14:textId="77777777" w:rsidR="007D7487" w:rsidRDefault="00E6407B">
      <w:pPr>
        <w:ind w:firstLine="288"/>
      </w:pPr>
      <w:r>
        <w:rPr>
          <w:rFonts w:cs="Times New Roman"/>
        </w:rPr>
        <w:t>For a while neither woman spoke.</w:t>
      </w:r>
    </w:p>
    <w:p w14:paraId="460A0BED" w14:textId="77777777" w:rsidR="007D7487" w:rsidRDefault="00E6407B">
      <w:pPr>
        <w:ind w:firstLine="288"/>
      </w:pPr>
      <w:r>
        <w:rPr>
          <w:rFonts w:cs="Times New Roman"/>
        </w:rPr>
        <w:t>There are kinds of joy that enter through the same door grief has been using.</w:t>
      </w:r>
    </w:p>
    <w:p w14:paraId="0A785838" w14:textId="77777777" w:rsidR="007D7487" w:rsidRDefault="00E6407B">
      <w:pPr>
        <w:ind w:firstLine="288"/>
      </w:pPr>
      <w:r>
        <w:rPr>
          <w:rFonts w:cs="Times New Roman"/>
        </w:rPr>
        <w:t>They do not erase the grief immediately.</w:t>
      </w:r>
    </w:p>
    <w:p w14:paraId="45DD1D02" w14:textId="77777777" w:rsidR="007D7487" w:rsidRDefault="00E6407B">
      <w:pPr>
        <w:ind w:firstLine="288"/>
      </w:pPr>
      <w:r>
        <w:rPr>
          <w:rFonts w:cs="Times New Roman"/>
        </w:rPr>
        <w:t>They overwhelm it.</w:t>
      </w:r>
    </w:p>
    <w:p w14:paraId="4EAEA633" w14:textId="77777777" w:rsidR="007D7487" w:rsidRDefault="00E6407B">
      <w:pPr>
        <w:ind w:firstLine="288"/>
      </w:pPr>
      <w:r>
        <w:rPr>
          <w:rFonts w:cs="Times New Roman"/>
        </w:rPr>
        <w:t>Jesus’ mother had watched her Son die.</w:t>
      </w:r>
    </w:p>
    <w:p w14:paraId="1D2ACF84" w14:textId="77777777" w:rsidR="007D7487" w:rsidRDefault="00E6407B">
      <w:pPr>
        <w:ind w:firstLine="288"/>
      </w:pPr>
      <w:r>
        <w:rPr>
          <w:rFonts w:cs="Times New Roman"/>
        </w:rPr>
        <w:t>She had stood near enough to hear Him speak from the cross.</w:t>
      </w:r>
    </w:p>
    <w:p w14:paraId="0E67BE64" w14:textId="77777777" w:rsidR="007D7487" w:rsidRDefault="00E6407B">
      <w:pPr>
        <w:ind w:firstLine="288"/>
      </w:pPr>
      <w:r>
        <w:rPr>
          <w:rFonts w:cs="Times New Roman"/>
        </w:rPr>
        <w:t>She had watched men remove His body.</w:t>
      </w:r>
    </w:p>
    <w:p w14:paraId="3CFFC816" w14:textId="77777777" w:rsidR="007D7487" w:rsidRDefault="00E6407B">
      <w:pPr>
        <w:ind w:firstLine="288"/>
      </w:pPr>
      <w:r>
        <w:rPr>
          <w:rFonts w:cs="Times New Roman"/>
        </w:rPr>
        <w:t>She knew what death looked like.</w:t>
      </w:r>
    </w:p>
    <w:p w14:paraId="3BABD1F4" w14:textId="77777777" w:rsidR="007D7487" w:rsidRDefault="00E6407B">
      <w:pPr>
        <w:ind w:firstLine="288"/>
      </w:pPr>
      <w:r>
        <w:rPr>
          <w:rFonts w:cs="Times New Roman"/>
        </w:rPr>
        <w:t>Now another woman was holding her and saying:</w:t>
      </w:r>
    </w:p>
    <w:p w14:paraId="49A24EF0" w14:textId="77777777" w:rsidR="007D7487" w:rsidRDefault="00E6407B">
      <w:pPr>
        <w:ind w:firstLine="288"/>
      </w:pPr>
      <w:r>
        <w:rPr>
          <w:rFonts w:cs="Times New Roman"/>
        </w:rPr>
        <w:t>Alive.</w:t>
      </w:r>
    </w:p>
    <w:p w14:paraId="72BB2A19" w14:textId="77777777" w:rsidR="007D7487" w:rsidRDefault="00E6407B">
      <w:pPr>
        <w:ind w:firstLine="288"/>
      </w:pPr>
      <w:r>
        <w:rPr>
          <w:rFonts w:cs="Times New Roman"/>
        </w:rPr>
        <w:t>Mary Magdalene drew back.</w:t>
      </w:r>
    </w:p>
    <w:p w14:paraId="114AE3EA" w14:textId="77777777" w:rsidR="007D7487" w:rsidRDefault="00E6407B">
      <w:pPr>
        <w:ind w:firstLine="288"/>
      </w:pPr>
      <w:r>
        <w:rPr>
          <w:rFonts w:cs="Times New Roman"/>
        </w:rPr>
        <w:t>Jesus’ mother looked at her face as though searching it for any sign that hope had become reckless.</w:t>
      </w:r>
    </w:p>
    <w:p w14:paraId="011651F7" w14:textId="77777777" w:rsidR="007D7487" w:rsidRDefault="00E6407B">
      <w:pPr>
        <w:ind w:firstLine="288"/>
      </w:pPr>
      <w:r>
        <w:rPr>
          <w:rFonts w:cs="Times New Roman"/>
        </w:rPr>
        <w:t>“You saw Him?”</w:t>
      </w:r>
    </w:p>
    <w:p w14:paraId="50532EEC" w14:textId="77777777" w:rsidR="007D7487" w:rsidRDefault="00E6407B">
      <w:pPr>
        <w:ind w:firstLine="288"/>
      </w:pPr>
      <w:r>
        <w:rPr>
          <w:rFonts w:cs="Times New Roman"/>
        </w:rPr>
        <w:t>“Yes.”</w:t>
      </w:r>
    </w:p>
    <w:p w14:paraId="223BE46F" w14:textId="77777777" w:rsidR="007D7487" w:rsidRDefault="00E6407B">
      <w:pPr>
        <w:ind w:firstLine="288"/>
      </w:pPr>
      <w:r>
        <w:rPr>
          <w:rFonts w:cs="Times New Roman"/>
        </w:rPr>
        <w:t>“Not only the tomb?”</w:t>
      </w:r>
    </w:p>
    <w:p w14:paraId="6EB74D50" w14:textId="77777777" w:rsidR="007D7487" w:rsidRDefault="00E6407B">
      <w:pPr>
        <w:ind w:firstLine="288"/>
      </w:pPr>
      <w:r>
        <w:rPr>
          <w:rFonts w:cs="Times New Roman"/>
        </w:rPr>
        <w:t>“No.”</w:t>
      </w:r>
    </w:p>
    <w:p w14:paraId="091DF1D9" w14:textId="77777777" w:rsidR="007D7487" w:rsidRDefault="00E6407B">
      <w:pPr>
        <w:ind w:firstLine="288"/>
      </w:pPr>
      <w:r>
        <w:rPr>
          <w:rFonts w:cs="Times New Roman"/>
        </w:rPr>
        <w:t>“Him?”</w:t>
      </w:r>
    </w:p>
    <w:p w14:paraId="5CD3C801" w14:textId="77777777" w:rsidR="007D7487" w:rsidRDefault="00E6407B">
      <w:pPr>
        <w:ind w:firstLine="288"/>
      </w:pPr>
      <w:r>
        <w:rPr>
          <w:rFonts w:cs="Times New Roman"/>
        </w:rPr>
        <w:t>“Yes.”</w:t>
      </w:r>
    </w:p>
    <w:p w14:paraId="43ACB4B7" w14:textId="77777777" w:rsidR="007D7487" w:rsidRDefault="00E6407B">
      <w:pPr>
        <w:ind w:firstLine="288"/>
      </w:pPr>
      <w:r>
        <w:rPr>
          <w:rFonts w:cs="Times New Roman"/>
        </w:rPr>
        <w:t>“He spoke to you?”</w:t>
      </w:r>
    </w:p>
    <w:p w14:paraId="539DAEF7" w14:textId="77777777" w:rsidR="007D7487" w:rsidRDefault="00E6407B">
      <w:pPr>
        <w:ind w:firstLine="288"/>
      </w:pPr>
      <w:r>
        <w:rPr>
          <w:rFonts w:cs="Times New Roman"/>
        </w:rPr>
        <w:t>Mary Magdalene laughed through tears.</w:t>
      </w:r>
    </w:p>
    <w:p w14:paraId="634E1571" w14:textId="77777777" w:rsidR="007D7487" w:rsidRDefault="00E6407B">
      <w:pPr>
        <w:ind w:firstLine="288"/>
      </w:pPr>
      <w:r>
        <w:rPr>
          <w:rFonts w:cs="Times New Roman"/>
        </w:rPr>
        <w:lastRenderedPageBreak/>
        <w:t>“He said my name.”</w:t>
      </w:r>
    </w:p>
    <w:p w14:paraId="4599767A" w14:textId="77777777" w:rsidR="007D7487" w:rsidRDefault="00E6407B">
      <w:pPr>
        <w:ind w:firstLine="288"/>
      </w:pPr>
      <w:r>
        <w:rPr>
          <w:rFonts w:cs="Times New Roman"/>
        </w:rPr>
        <w:t>The mother closed her eyes.</w:t>
      </w:r>
    </w:p>
    <w:p w14:paraId="2B630BC6" w14:textId="77777777" w:rsidR="007D7487" w:rsidRDefault="00E6407B">
      <w:pPr>
        <w:ind w:firstLine="288"/>
      </w:pPr>
      <w:r>
        <w:rPr>
          <w:rFonts w:cs="Times New Roman"/>
        </w:rPr>
        <w:t>Mary continued.</w:t>
      </w:r>
    </w:p>
    <w:p w14:paraId="11C78286" w14:textId="77777777" w:rsidR="007D7487" w:rsidRDefault="00E6407B">
      <w:pPr>
        <w:ind w:firstLine="288"/>
      </w:pPr>
      <w:r>
        <w:rPr>
          <w:rFonts w:cs="Times New Roman"/>
        </w:rPr>
        <w:t>“I thought He was the gardener.”</w:t>
      </w:r>
    </w:p>
    <w:p w14:paraId="2DE70F1F" w14:textId="77777777" w:rsidR="007D7487" w:rsidRDefault="00E6407B">
      <w:pPr>
        <w:ind w:firstLine="288"/>
      </w:pPr>
      <w:r>
        <w:rPr>
          <w:rFonts w:cs="Times New Roman"/>
        </w:rPr>
        <w:t>The older Mary opened her eyes again.</w:t>
      </w:r>
    </w:p>
    <w:p w14:paraId="143BD3D5" w14:textId="77777777" w:rsidR="007D7487" w:rsidRDefault="00E6407B">
      <w:pPr>
        <w:ind w:firstLine="288"/>
      </w:pPr>
      <w:r>
        <w:rPr>
          <w:rFonts w:cs="Times New Roman"/>
        </w:rPr>
        <w:t>“The gardener?”</w:t>
      </w:r>
    </w:p>
    <w:p w14:paraId="563A555D" w14:textId="77777777" w:rsidR="007D7487" w:rsidRDefault="00E6407B">
      <w:pPr>
        <w:ind w:firstLine="288"/>
      </w:pPr>
      <w:r>
        <w:rPr>
          <w:rFonts w:cs="Times New Roman"/>
        </w:rPr>
        <w:t>“I was crying.”</w:t>
      </w:r>
    </w:p>
    <w:p w14:paraId="16E9B976" w14:textId="77777777" w:rsidR="007D7487" w:rsidRDefault="00E6407B">
      <w:pPr>
        <w:ind w:firstLine="288"/>
      </w:pPr>
      <w:r>
        <w:rPr>
          <w:rFonts w:cs="Times New Roman"/>
        </w:rPr>
        <w:t>“That is apparently a very dangerous condition for recognizing people.”</w:t>
      </w:r>
    </w:p>
    <w:p w14:paraId="1F7CB431" w14:textId="77777777" w:rsidR="007D7487" w:rsidRDefault="00E6407B">
      <w:pPr>
        <w:ind w:firstLine="288"/>
      </w:pPr>
      <w:r>
        <w:rPr>
          <w:rFonts w:cs="Times New Roman"/>
        </w:rPr>
        <w:t>Mary Magdalene stared.</w:t>
      </w:r>
    </w:p>
    <w:p w14:paraId="0E198ADA" w14:textId="77777777" w:rsidR="007D7487" w:rsidRDefault="00E6407B">
      <w:pPr>
        <w:ind w:firstLine="288"/>
      </w:pPr>
      <w:r>
        <w:rPr>
          <w:rFonts w:cs="Times New Roman"/>
        </w:rPr>
        <w:t>Then the older Mary smiled.</w:t>
      </w:r>
    </w:p>
    <w:p w14:paraId="04F098E0" w14:textId="77777777" w:rsidR="007D7487" w:rsidRDefault="00E6407B">
      <w:pPr>
        <w:ind w:firstLine="288"/>
      </w:pPr>
      <w:r>
        <w:rPr>
          <w:rFonts w:cs="Times New Roman"/>
        </w:rPr>
        <w:t>The younger woman laughed.</w:t>
      </w:r>
    </w:p>
    <w:p w14:paraId="1D258E63" w14:textId="77777777" w:rsidR="007D7487" w:rsidRDefault="00E6407B">
      <w:pPr>
        <w:ind w:firstLine="288"/>
      </w:pPr>
      <w:r>
        <w:rPr>
          <w:rFonts w:cs="Times New Roman"/>
        </w:rPr>
        <w:t>The laughter lasted only a moment before tears returned.</w:t>
      </w:r>
    </w:p>
    <w:p w14:paraId="44D42A9B" w14:textId="77777777" w:rsidR="007D7487" w:rsidRDefault="00E6407B">
      <w:pPr>
        <w:ind w:firstLine="288"/>
      </w:pPr>
      <w:r>
        <w:rPr>
          <w:rFonts w:cs="Times New Roman"/>
        </w:rPr>
        <w:t>“He said, ‘Mary.’”</w:t>
      </w:r>
    </w:p>
    <w:p w14:paraId="1A735075" w14:textId="77777777" w:rsidR="007D7487" w:rsidRDefault="00E6407B">
      <w:pPr>
        <w:ind w:firstLine="288"/>
      </w:pPr>
      <w:r>
        <w:rPr>
          <w:rFonts w:cs="Times New Roman"/>
        </w:rPr>
        <w:t>The mother’s face softened.</w:t>
      </w:r>
    </w:p>
    <w:p w14:paraId="54E24B4E" w14:textId="77777777" w:rsidR="007D7487" w:rsidRDefault="00E6407B">
      <w:pPr>
        <w:ind w:firstLine="288"/>
      </w:pPr>
      <w:r>
        <w:rPr>
          <w:rFonts w:cs="Times New Roman"/>
        </w:rPr>
        <w:t>“He always did know how to make one word carry too much.”</w:t>
      </w:r>
    </w:p>
    <w:p w14:paraId="086FCF06" w14:textId="77777777" w:rsidR="007D7487" w:rsidRDefault="00E6407B">
      <w:pPr>
        <w:ind w:firstLine="288"/>
      </w:pPr>
      <w:r>
        <w:rPr>
          <w:rFonts w:cs="Times New Roman"/>
        </w:rPr>
        <w:t>Mary Magdalene nodded.</w:t>
      </w:r>
    </w:p>
    <w:p w14:paraId="4465CAEF" w14:textId="77777777" w:rsidR="007D7487" w:rsidRDefault="00E6407B">
      <w:pPr>
        <w:ind w:firstLine="288"/>
      </w:pPr>
      <w:r>
        <w:rPr>
          <w:rFonts w:cs="Times New Roman"/>
        </w:rPr>
        <w:t>“He told me He had not yet ascended to His Father.”</w:t>
      </w:r>
    </w:p>
    <w:p w14:paraId="1026FDAE" w14:textId="77777777" w:rsidR="007D7487" w:rsidRDefault="00E6407B">
      <w:pPr>
        <w:ind w:firstLine="288"/>
      </w:pPr>
      <w:r>
        <w:rPr>
          <w:rFonts w:cs="Times New Roman"/>
        </w:rPr>
        <w:t>The mother grew still.</w:t>
      </w:r>
    </w:p>
    <w:p w14:paraId="42DEC14C" w14:textId="77777777" w:rsidR="007D7487" w:rsidRDefault="00E6407B">
      <w:pPr>
        <w:ind w:firstLine="288"/>
      </w:pPr>
      <w:r>
        <w:rPr>
          <w:rFonts w:cs="Times New Roman"/>
        </w:rPr>
        <w:t>“Not yet.”</w:t>
      </w:r>
    </w:p>
    <w:p w14:paraId="76AA4637" w14:textId="77777777" w:rsidR="007D7487" w:rsidRDefault="00E6407B">
      <w:pPr>
        <w:ind w:firstLine="288"/>
      </w:pPr>
      <w:r>
        <w:rPr>
          <w:rFonts w:cs="Times New Roman"/>
        </w:rPr>
        <w:t>“No.”</w:t>
      </w:r>
    </w:p>
    <w:p w14:paraId="7D54A25D" w14:textId="77777777" w:rsidR="007D7487" w:rsidRDefault="00E6407B">
      <w:pPr>
        <w:ind w:firstLine="288"/>
      </w:pPr>
      <w:r>
        <w:rPr>
          <w:rFonts w:cs="Times New Roman"/>
        </w:rPr>
        <w:t>“And He sent you?”</w:t>
      </w:r>
    </w:p>
    <w:p w14:paraId="32E5C9B0" w14:textId="77777777" w:rsidR="007D7487" w:rsidRDefault="00E6407B">
      <w:pPr>
        <w:ind w:firstLine="288"/>
      </w:pPr>
      <w:r>
        <w:rPr>
          <w:rFonts w:cs="Times New Roman"/>
        </w:rPr>
        <w:t>“Yes.”</w:t>
      </w:r>
    </w:p>
    <w:p w14:paraId="3477412D" w14:textId="77777777" w:rsidR="007D7487" w:rsidRDefault="00E6407B">
      <w:pPr>
        <w:ind w:firstLine="288"/>
      </w:pPr>
      <w:r>
        <w:rPr>
          <w:rFonts w:cs="Times New Roman"/>
        </w:rPr>
        <w:t>“To His brethren.”</w:t>
      </w:r>
    </w:p>
    <w:p w14:paraId="5E0C25D3" w14:textId="77777777" w:rsidR="007D7487" w:rsidRDefault="00E6407B">
      <w:pPr>
        <w:ind w:firstLine="288"/>
      </w:pPr>
      <w:r>
        <w:rPr>
          <w:rFonts w:cs="Times New Roman"/>
        </w:rPr>
        <w:t>The mother’s eyes filled again.</w:t>
      </w:r>
    </w:p>
    <w:p w14:paraId="1313FEA0" w14:textId="77777777" w:rsidR="007D7487" w:rsidRDefault="00E6407B">
      <w:pPr>
        <w:ind w:firstLine="288"/>
      </w:pPr>
      <w:r>
        <w:rPr>
          <w:rFonts w:cs="Times New Roman"/>
        </w:rPr>
        <w:t>“His brethren.”</w:t>
      </w:r>
    </w:p>
    <w:p w14:paraId="011BF3FB" w14:textId="77777777" w:rsidR="007D7487" w:rsidRDefault="00E6407B">
      <w:pPr>
        <w:ind w:firstLine="288"/>
      </w:pPr>
      <w:r>
        <w:rPr>
          <w:rFonts w:cs="Times New Roman"/>
        </w:rPr>
        <w:t>Mary nodded.</w:t>
      </w:r>
    </w:p>
    <w:p w14:paraId="286B8BF9" w14:textId="77777777" w:rsidR="007D7487" w:rsidRDefault="00E6407B">
      <w:pPr>
        <w:ind w:firstLine="288"/>
      </w:pPr>
      <w:r>
        <w:rPr>
          <w:rFonts w:cs="Times New Roman"/>
        </w:rPr>
        <w:t>“He called them that.”</w:t>
      </w:r>
    </w:p>
    <w:p w14:paraId="40E5943E" w14:textId="77777777" w:rsidR="007D7487" w:rsidRDefault="00E6407B">
      <w:pPr>
        <w:ind w:firstLine="288"/>
      </w:pPr>
      <w:r>
        <w:rPr>
          <w:rFonts w:cs="Times New Roman"/>
        </w:rPr>
        <w:t>The mother sat slowly.</w:t>
      </w:r>
    </w:p>
    <w:p w14:paraId="4274EA20" w14:textId="77777777" w:rsidR="007D7487" w:rsidRDefault="00E6407B">
      <w:pPr>
        <w:ind w:firstLine="288"/>
      </w:pPr>
      <w:r>
        <w:rPr>
          <w:rFonts w:cs="Times New Roman"/>
        </w:rPr>
        <w:t>Peter.</w:t>
      </w:r>
    </w:p>
    <w:p w14:paraId="1A469675" w14:textId="77777777" w:rsidR="007D7487" w:rsidRDefault="00E6407B">
      <w:pPr>
        <w:ind w:firstLine="288"/>
      </w:pPr>
      <w:r>
        <w:rPr>
          <w:rFonts w:cs="Times New Roman"/>
        </w:rPr>
        <w:t>John.</w:t>
      </w:r>
    </w:p>
    <w:p w14:paraId="2106CF43" w14:textId="77777777" w:rsidR="007D7487" w:rsidRDefault="00E6407B">
      <w:pPr>
        <w:ind w:firstLine="288"/>
      </w:pPr>
      <w:r>
        <w:rPr>
          <w:rFonts w:cs="Times New Roman"/>
        </w:rPr>
        <w:t>James.</w:t>
      </w:r>
    </w:p>
    <w:p w14:paraId="1D49FF21" w14:textId="77777777" w:rsidR="007D7487" w:rsidRDefault="00E6407B">
      <w:pPr>
        <w:ind w:firstLine="288"/>
      </w:pPr>
      <w:r>
        <w:rPr>
          <w:rFonts w:cs="Times New Roman"/>
        </w:rPr>
        <w:t>The others.</w:t>
      </w:r>
    </w:p>
    <w:p w14:paraId="3ACD5AE6" w14:textId="77777777" w:rsidR="007D7487" w:rsidRDefault="00E6407B">
      <w:pPr>
        <w:ind w:firstLine="288"/>
      </w:pPr>
      <w:r>
        <w:rPr>
          <w:rFonts w:cs="Times New Roman"/>
        </w:rPr>
        <w:t>Men who had scattered.</w:t>
      </w:r>
    </w:p>
    <w:p w14:paraId="7324EF16" w14:textId="77777777" w:rsidR="007D7487" w:rsidRDefault="00E6407B">
      <w:pPr>
        <w:ind w:firstLine="288"/>
      </w:pPr>
      <w:r>
        <w:rPr>
          <w:rFonts w:cs="Times New Roman"/>
        </w:rPr>
        <w:t>Men who had failed.</w:t>
      </w:r>
    </w:p>
    <w:p w14:paraId="6AF50E69" w14:textId="77777777" w:rsidR="007D7487" w:rsidRDefault="00E6407B">
      <w:pPr>
        <w:ind w:firstLine="288"/>
      </w:pPr>
      <w:r>
        <w:rPr>
          <w:rFonts w:cs="Times New Roman"/>
        </w:rPr>
        <w:t>Brethren.</w:t>
      </w:r>
    </w:p>
    <w:p w14:paraId="5636AFE1" w14:textId="77777777" w:rsidR="007D7487" w:rsidRDefault="00E6407B">
      <w:pPr>
        <w:ind w:firstLine="288"/>
      </w:pPr>
      <w:r>
        <w:rPr>
          <w:rFonts w:cs="Times New Roman"/>
        </w:rPr>
        <w:t>Mercy had crossed the grave before accusation did.</w:t>
      </w:r>
    </w:p>
    <w:p w14:paraId="0B062D92" w14:textId="77777777" w:rsidR="007D7487" w:rsidRDefault="00E6407B">
      <w:pPr>
        <w:ind w:firstLine="288"/>
      </w:pPr>
      <w:r>
        <w:rPr>
          <w:rFonts w:cs="Times New Roman"/>
        </w:rPr>
        <w:t>Mary Magdalene sat beside her.</w:t>
      </w:r>
    </w:p>
    <w:p w14:paraId="070F03EC" w14:textId="77777777" w:rsidR="007D7487" w:rsidRDefault="00E6407B">
      <w:pPr>
        <w:ind w:firstLine="288"/>
      </w:pPr>
      <w:r>
        <w:rPr>
          <w:rFonts w:cs="Times New Roman"/>
        </w:rPr>
        <w:t>“There was also Galilee.”</w:t>
      </w:r>
    </w:p>
    <w:p w14:paraId="66162BF4" w14:textId="77777777" w:rsidR="007D7487" w:rsidRDefault="00E6407B">
      <w:pPr>
        <w:ind w:firstLine="288"/>
      </w:pPr>
      <w:r>
        <w:rPr>
          <w:rFonts w:cs="Times New Roman"/>
        </w:rPr>
        <w:lastRenderedPageBreak/>
        <w:t>The older woman looked up.</w:t>
      </w:r>
    </w:p>
    <w:p w14:paraId="7BA12AD2" w14:textId="77777777" w:rsidR="007D7487" w:rsidRDefault="00E6407B">
      <w:pPr>
        <w:ind w:firstLine="288"/>
      </w:pPr>
      <w:r>
        <w:rPr>
          <w:rFonts w:cs="Times New Roman"/>
        </w:rPr>
        <w:t>“The message again?”</w:t>
      </w:r>
    </w:p>
    <w:p w14:paraId="70F4ABCE" w14:textId="77777777" w:rsidR="007D7487" w:rsidRDefault="00E6407B">
      <w:pPr>
        <w:ind w:firstLine="288"/>
      </w:pPr>
      <w:r>
        <w:rPr>
          <w:rFonts w:cs="Times New Roman"/>
        </w:rPr>
        <w:t>“Yes.”</w:t>
      </w:r>
    </w:p>
    <w:p w14:paraId="756FDEDD" w14:textId="77777777" w:rsidR="007D7487" w:rsidRDefault="00E6407B">
      <w:pPr>
        <w:ind w:firstLine="288"/>
      </w:pPr>
      <w:r>
        <w:rPr>
          <w:rFonts w:cs="Times New Roman"/>
        </w:rPr>
        <w:t>Mary nodded slowly.</w:t>
      </w:r>
    </w:p>
    <w:p w14:paraId="5FC5CD2D" w14:textId="77777777" w:rsidR="007D7487" w:rsidRDefault="00E6407B">
      <w:pPr>
        <w:ind w:firstLine="288"/>
      </w:pPr>
      <w:r>
        <w:rPr>
          <w:rFonts w:cs="Times New Roman"/>
        </w:rPr>
        <w:t>She had heard the promise before.</w:t>
      </w:r>
    </w:p>
    <w:p w14:paraId="425D3228" w14:textId="77777777" w:rsidR="007D7487" w:rsidRDefault="00E6407B">
      <w:pPr>
        <w:ind w:firstLine="288"/>
      </w:pPr>
      <w:r>
        <w:rPr>
          <w:rFonts w:cs="Times New Roman"/>
        </w:rPr>
        <w:t>After I am risen again, I will go before you into Galilee.</w:t>
      </w:r>
    </w:p>
    <w:p w14:paraId="0C59F736" w14:textId="77777777" w:rsidR="007D7487" w:rsidRDefault="00E6407B">
      <w:pPr>
        <w:ind w:firstLine="288"/>
      </w:pPr>
      <w:r>
        <w:rPr>
          <w:rFonts w:cs="Times New Roman"/>
        </w:rPr>
        <w:t>She looked toward the north as though Jerusalem’s walls had become transparent.</w:t>
      </w:r>
    </w:p>
    <w:p w14:paraId="726D7B73" w14:textId="77777777" w:rsidR="007D7487" w:rsidRDefault="00E6407B">
      <w:pPr>
        <w:ind w:firstLine="288"/>
      </w:pPr>
      <w:r>
        <w:rPr>
          <w:rFonts w:cs="Times New Roman"/>
        </w:rPr>
        <w:t>Then another thought struck her.</w:t>
      </w:r>
    </w:p>
    <w:p w14:paraId="6D25EAC1" w14:textId="77777777" w:rsidR="007D7487" w:rsidRDefault="00E6407B">
      <w:pPr>
        <w:ind w:firstLine="288"/>
      </w:pPr>
      <w:r>
        <w:rPr>
          <w:rFonts w:cs="Times New Roman"/>
        </w:rPr>
        <w:t>“Nicodemus.”</w:t>
      </w:r>
    </w:p>
    <w:p w14:paraId="62ABD13E" w14:textId="77777777" w:rsidR="007D7487" w:rsidRDefault="00E6407B">
      <w:pPr>
        <w:ind w:firstLine="288"/>
      </w:pPr>
      <w:r>
        <w:rPr>
          <w:rFonts w:cs="Times New Roman"/>
        </w:rPr>
        <w:t>Mary Magdalene blinked.</w:t>
      </w:r>
    </w:p>
    <w:p w14:paraId="74871D59" w14:textId="77777777" w:rsidR="007D7487" w:rsidRDefault="00E6407B">
      <w:pPr>
        <w:ind w:firstLine="288"/>
      </w:pPr>
      <w:r>
        <w:rPr>
          <w:rFonts w:cs="Times New Roman"/>
        </w:rPr>
        <w:t>“He will need to know.”</w:t>
      </w:r>
    </w:p>
    <w:p w14:paraId="7E7DD9C3" w14:textId="77777777" w:rsidR="007D7487" w:rsidRDefault="00E6407B">
      <w:pPr>
        <w:ind w:firstLine="288"/>
      </w:pPr>
      <w:r>
        <w:rPr>
          <w:rFonts w:cs="Times New Roman"/>
        </w:rPr>
        <w:t>A pause.</w:t>
      </w:r>
    </w:p>
    <w:p w14:paraId="3D18068D" w14:textId="77777777" w:rsidR="007D7487" w:rsidRDefault="00E6407B">
      <w:pPr>
        <w:ind w:firstLine="288"/>
      </w:pPr>
      <w:r>
        <w:rPr>
          <w:rFonts w:cs="Times New Roman"/>
        </w:rPr>
        <w:t>“And Joseph.”</w:t>
      </w:r>
    </w:p>
    <w:p w14:paraId="5DC01AAD" w14:textId="77777777" w:rsidR="007D7487" w:rsidRDefault="00E6407B">
      <w:pPr>
        <w:ind w:firstLine="288"/>
      </w:pPr>
      <w:r>
        <w:rPr>
          <w:rFonts w:cs="Times New Roman"/>
        </w:rPr>
        <w:t>“Yes.”</w:t>
      </w:r>
    </w:p>
    <w:p w14:paraId="2DCC3551" w14:textId="77777777" w:rsidR="007D7487" w:rsidRDefault="00E6407B">
      <w:pPr>
        <w:ind w:firstLine="288"/>
      </w:pPr>
      <w:r>
        <w:rPr>
          <w:rFonts w:cs="Times New Roman"/>
        </w:rPr>
        <w:t>Joseph had given Jesus his tomb.</w:t>
      </w:r>
    </w:p>
    <w:p w14:paraId="0E262F6F" w14:textId="77777777" w:rsidR="007D7487" w:rsidRDefault="00E6407B">
      <w:pPr>
        <w:ind w:firstLine="288"/>
      </w:pPr>
      <w:r>
        <w:rPr>
          <w:rFonts w:cs="Times New Roman"/>
        </w:rPr>
        <w:t>Nicodemus had filled that tomb with fragrance.</w:t>
      </w:r>
    </w:p>
    <w:p w14:paraId="69F661FB" w14:textId="77777777" w:rsidR="007D7487" w:rsidRDefault="00E6407B">
      <w:pPr>
        <w:ind w:firstLine="288"/>
      </w:pPr>
      <w:r>
        <w:rPr>
          <w:rFonts w:cs="Times New Roman"/>
        </w:rPr>
        <w:t>Both men had believed they were performing their final service to Jesus.</w:t>
      </w:r>
    </w:p>
    <w:p w14:paraId="2C19BDEA" w14:textId="77777777" w:rsidR="007D7487" w:rsidRDefault="00E6407B">
      <w:pPr>
        <w:ind w:firstLine="288"/>
      </w:pPr>
      <w:r>
        <w:rPr>
          <w:rFonts w:cs="Times New Roman"/>
        </w:rPr>
        <w:t>Neither man was going to miss the news that the tomb had failed.</w:t>
      </w:r>
    </w:p>
    <w:p w14:paraId="72978AC7" w14:textId="77777777" w:rsidR="007D7487" w:rsidRDefault="00E6407B">
      <w:pPr>
        <w:suppressLineNumbers/>
        <w:spacing w:before="100" w:after="100"/>
        <w:jc w:val="center"/>
      </w:pPr>
      <w:r>
        <w:rPr>
          <w:rFonts w:cs="Times New Roman"/>
          <w:sz w:val="20"/>
        </w:rPr>
        <w:t>* * *</w:t>
      </w:r>
    </w:p>
    <w:p w14:paraId="3AB3ED27" w14:textId="77777777" w:rsidR="007D7487" w:rsidRDefault="00E6407B">
      <w:pPr>
        <w:ind w:firstLine="288"/>
      </w:pPr>
      <w:r>
        <w:rPr>
          <w:rFonts w:cs="Times New Roman"/>
        </w:rPr>
        <w:t>Joseph of Arimathea received the report seated.</w:t>
      </w:r>
    </w:p>
    <w:p w14:paraId="239DCA8F" w14:textId="77777777" w:rsidR="007D7487" w:rsidRDefault="00E6407B">
      <w:pPr>
        <w:ind w:firstLine="288"/>
      </w:pPr>
      <w:r>
        <w:rPr>
          <w:rFonts w:cs="Times New Roman"/>
        </w:rPr>
        <w:t>Nicodemus did not.</w:t>
      </w:r>
    </w:p>
    <w:p w14:paraId="77709E2C" w14:textId="77777777" w:rsidR="007D7487" w:rsidRDefault="00E6407B">
      <w:pPr>
        <w:ind w:firstLine="288"/>
      </w:pPr>
      <w:r>
        <w:rPr>
          <w:rFonts w:cs="Times New Roman"/>
        </w:rPr>
        <w:t>Mary Magdalene had barely finished the first sentence before the older teacher stood.</w:t>
      </w:r>
    </w:p>
    <w:p w14:paraId="3670F01A" w14:textId="77777777" w:rsidR="007D7487" w:rsidRDefault="00E6407B">
      <w:pPr>
        <w:ind w:firstLine="288"/>
      </w:pPr>
      <w:r>
        <w:rPr>
          <w:rFonts w:cs="Times New Roman"/>
        </w:rPr>
        <w:t>“He is alive?”</w:t>
      </w:r>
    </w:p>
    <w:p w14:paraId="25B7E180" w14:textId="77777777" w:rsidR="007D7487" w:rsidRDefault="00E6407B">
      <w:pPr>
        <w:ind w:firstLine="288"/>
      </w:pPr>
      <w:r>
        <w:rPr>
          <w:rFonts w:cs="Times New Roman"/>
        </w:rPr>
        <w:t>“Yes.”</w:t>
      </w:r>
    </w:p>
    <w:p w14:paraId="1A52ACFD" w14:textId="77777777" w:rsidR="007D7487" w:rsidRDefault="00E6407B">
      <w:pPr>
        <w:ind w:firstLine="288"/>
      </w:pPr>
      <w:r>
        <w:rPr>
          <w:rFonts w:cs="Times New Roman"/>
        </w:rPr>
        <w:t>“You saw Him?”</w:t>
      </w:r>
    </w:p>
    <w:p w14:paraId="70C3364E" w14:textId="77777777" w:rsidR="007D7487" w:rsidRDefault="00E6407B">
      <w:pPr>
        <w:ind w:firstLine="288"/>
      </w:pPr>
      <w:r>
        <w:rPr>
          <w:rFonts w:cs="Times New Roman"/>
        </w:rPr>
        <w:t>“Yes.”</w:t>
      </w:r>
    </w:p>
    <w:p w14:paraId="0C074AB8" w14:textId="77777777" w:rsidR="007D7487" w:rsidRDefault="00E6407B">
      <w:pPr>
        <w:ind w:firstLine="288"/>
      </w:pPr>
      <w:r>
        <w:rPr>
          <w:rFonts w:cs="Times New Roman"/>
        </w:rPr>
        <w:t>“With your own eyes?”</w:t>
      </w:r>
    </w:p>
    <w:p w14:paraId="0ECA3C67" w14:textId="77777777" w:rsidR="007D7487" w:rsidRDefault="00E6407B">
      <w:pPr>
        <w:ind w:firstLine="288"/>
      </w:pPr>
      <w:r>
        <w:rPr>
          <w:rFonts w:cs="Times New Roman"/>
        </w:rPr>
        <w:t>Mary nodded.</w:t>
      </w:r>
    </w:p>
    <w:p w14:paraId="7F7C00CC" w14:textId="77777777" w:rsidR="007D7487" w:rsidRDefault="00E6407B">
      <w:pPr>
        <w:ind w:firstLine="288"/>
      </w:pPr>
      <w:r>
        <w:rPr>
          <w:rFonts w:cs="Times New Roman"/>
        </w:rPr>
        <w:t>“Spoke with Him?”</w:t>
      </w:r>
    </w:p>
    <w:p w14:paraId="533799F4" w14:textId="77777777" w:rsidR="007D7487" w:rsidRDefault="00E6407B">
      <w:pPr>
        <w:ind w:firstLine="288"/>
      </w:pPr>
      <w:r>
        <w:rPr>
          <w:rFonts w:cs="Times New Roman"/>
        </w:rPr>
        <w:t>“Yes.”</w:t>
      </w:r>
    </w:p>
    <w:p w14:paraId="171A0B9F" w14:textId="77777777" w:rsidR="007D7487" w:rsidRDefault="00E6407B">
      <w:pPr>
        <w:ind w:firstLine="288"/>
      </w:pPr>
      <w:r>
        <w:rPr>
          <w:rFonts w:cs="Times New Roman"/>
        </w:rPr>
        <w:t>Joseph sat very still.</w:t>
      </w:r>
    </w:p>
    <w:p w14:paraId="5D3C8E67" w14:textId="77777777" w:rsidR="007D7487" w:rsidRDefault="00E6407B">
      <w:pPr>
        <w:ind w:firstLine="288"/>
      </w:pPr>
      <w:r>
        <w:rPr>
          <w:rFonts w:cs="Times New Roman"/>
        </w:rPr>
        <w:t>Nicodemus took two steps away.</w:t>
      </w:r>
    </w:p>
    <w:p w14:paraId="772FF5BC" w14:textId="77777777" w:rsidR="007D7487" w:rsidRDefault="00E6407B">
      <w:pPr>
        <w:ind w:firstLine="288"/>
      </w:pPr>
      <w:r>
        <w:rPr>
          <w:rFonts w:cs="Times New Roman"/>
        </w:rPr>
        <w:t>Stopped.</w:t>
      </w:r>
    </w:p>
    <w:p w14:paraId="05F311DB" w14:textId="77777777" w:rsidR="007D7487" w:rsidRDefault="00E6407B">
      <w:pPr>
        <w:ind w:firstLine="288"/>
      </w:pPr>
      <w:r>
        <w:rPr>
          <w:rFonts w:cs="Times New Roman"/>
        </w:rPr>
        <w:t>Turned back.</w:t>
      </w:r>
    </w:p>
    <w:p w14:paraId="5900A90B" w14:textId="77777777" w:rsidR="007D7487" w:rsidRDefault="00E6407B">
      <w:pPr>
        <w:ind w:firstLine="288"/>
      </w:pPr>
      <w:r>
        <w:rPr>
          <w:rFonts w:cs="Times New Roman"/>
        </w:rPr>
        <w:t>“The Psalm…”</w:t>
      </w:r>
    </w:p>
    <w:p w14:paraId="0961E477" w14:textId="77777777" w:rsidR="007D7487" w:rsidRDefault="00E6407B">
      <w:pPr>
        <w:ind w:firstLine="288"/>
      </w:pPr>
      <w:r>
        <w:rPr>
          <w:rFonts w:cs="Times New Roman"/>
        </w:rPr>
        <w:t>Joseph looked at him.</w:t>
      </w:r>
    </w:p>
    <w:p w14:paraId="0B865810" w14:textId="77777777" w:rsidR="007D7487" w:rsidRDefault="00E6407B">
      <w:pPr>
        <w:ind w:firstLine="288"/>
      </w:pPr>
      <w:r>
        <w:rPr>
          <w:rFonts w:cs="Times New Roman"/>
        </w:rPr>
        <w:t>Nicodemus shook his head.</w:t>
      </w:r>
    </w:p>
    <w:p w14:paraId="3BED2572" w14:textId="77777777" w:rsidR="007D7487" w:rsidRDefault="00E6407B">
      <w:pPr>
        <w:ind w:firstLine="288"/>
      </w:pPr>
      <w:r>
        <w:rPr>
          <w:rFonts w:cs="Times New Roman"/>
        </w:rPr>
        <w:t>“No. Isaiah.”</w:t>
      </w:r>
    </w:p>
    <w:p w14:paraId="13C252C5" w14:textId="77777777" w:rsidR="007D7487" w:rsidRDefault="00E6407B">
      <w:pPr>
        <w:ind w:firstLine="288"/>
      </w:pPr>
      <w:r>
        <w:rPr>
          <w:rFonts w:cs="Times New Roman"/>
        </w:rPr>
        <w:lastRenderedPageBreak/>
        <w:t>Then:</w:t>
      </w:r>
    </w:p>
    <w:p w14:paraId="20EE0691" w14:textId="77777777" w:rsidR="007D7487" w:rsidRDefault="00E6407B">
      <w:pPr>
        <w:ind w:firstLine="288"/>
      </w:pPr>
      <w:r>
        <w:rPr>
          <w:rFonts w:cs="Times New Roman"/>
        </w:rPr>
        <w:t>“The serpent.”</w:t>
      </w:r>
    </w:p>
    <w:p w14:paraId="667EA896" w14:textId="77777777" w:rsidR="007D7487" w:rsidRDefault="00E6407B">
      <w:pPr>
        <w:ind w:firstLine="288"/>
      </w:pPr>
      <w:r>
        <w:rPr>
          <w:rFonts w:cs="Times New Roman"/>
        </w:rPr>
        <w:t>Joseph frowned.</w:t>
      </w:r>
    </w:p>
    <w:p w14:paraId="24168060" w14:textId="77777777" w:rsidR="007D7487" w:rsidRDefault="00E6407B">
      <w:pPr>
        <w:ind w:firstLine="288"/>
      </w:pPr>
      <w:r>
        <w:rPr>
          <w:rFonts w:cs="Times New Roman"/>
        </w:rPr>
        <w:t>“What serpent?”</w:t>
      </w:r>
    </w:p>
    <w:p w14:paraId="0E479C59" w14:textId="77777777" w:rsidR="007D7487" w:rsidRDefault="00E6407B">
      <w:pPr>
        <w:ind w:firstLine="288"/>
      </w:pPr>
      <w:r>
        <w:rPr>
          <w:rFonts w:cs="Times New Roman"/>
        </w:rPr>
        <w:t>Nicodemus held up one hand.</w:t>
      </w:r>
    </w:p>
    <w:p w14:paraId="6C45C205" w14:textId="77777777" w:rsidR="007D7487" w:rsidRDefault="00E6407B">
      <w:pPr>
        <w:ind w:firstLine="288"/>
      </w:pPr>
      <w:r>
        <w:rPr>
          <w:rFonts w:cs="Times New Roman"/>
        </w:rPr>
        <w:t>“Not yet.”</w:t>
      </w:r>
    </w:p>
    <w:p w14:paraId="4B3122CA" w14:textId="77777777" w:rsidR="007D7487" w:rsidRDefault="00E6407B">
      <w:pPr>
        <w:ind w:firstLine="288"/>
      </w:pPr>
      <w:r>
        <w:rPr>
          <w:rFonts w:cs="Times New Roman"/>
        </w:rPr>
        <w:t>“Not yet what?”</w:t>
      </w:r>
    </w:p>
    <w:p w14:paraId="37108BA8" w14:textId="77777777" w:rsidR="007D7487" w:rsidRDefault="00E6407B">
      <w:pPr>
        <w:ind w:firstLine="288"/>
      </w:pPr>
      <w:r>
        <w:rPr>
          <w:rFonts w:cs="Times New Roman"/>
        </w:rPr>
        <w:t>“I do not know.”</w:t>
      </w:r>
    </w:p>
    <w:p w14:paraId="10CA7191" w14:textId="77777777" w:rsidR="007D7487" w:rsidRDefault="00E6407B">
      <w:pPr>
        <w:ind w:firstLine="288"/>
      </w:pPr>
      <w:r>
        <w:rPr>
          <w:rFonts w:cs="Times New Roman"/>
        </w:rPr>
        <w:t>Joseph considered him.</w:t>
      </w:r>
    </w:p>
    <w:p w14:paraId="417390BB" w14:textId="77777777" w:rsidR="007D7487" w:rsidRDefault="00E6407B">
      <w:pPr>
        <w:ind w:firstLine="288"/>
      </w:pPr>
      <w:r>
        <w:rPr>
          <w:rFonts w:cs="Times New Roman"/>
        </w:rPr>
        <w:t>“That is unusually honest.”</w:t>
      </w:r>
    </w:p>
    <w:p w14:paraId="09843399" w14:textId="77777777" w:rsidR="007D7487" w:rsidRDefault="00E6407B">
      <w:pPr>
        <w:ind w:firstLine="288"/>
      </w:pPr>
      <w:r>
        <w:rPr>
          <w:rFonts w:cs="Times New Roman"/>
        </w:rPr>
        <w:t>Nicodemus almost laughed.</w:t>
      </w:r>
    </w:p>
    <w:p w14:paraId="2FBC2A02" w14:textId="77777777" w:rsidR="007D7487" w:rsidRDefault="00E6407B">
      <w:pPr>
        <w:ind w:firstLine="288"/>
      </w:pPr>
      <w:r>
        <w:rPr>
          <w:rFonts w:cs="Times New Roman"/>
        </w:rPr>
        <w:t>Then the laughter failed before it formed.</w:t>
      </w:r>
    </w:p>
    <w:p w14:paraId="60A455C2" w14:textId="77777777" w:rsidR="007D7487" w:rsidRDefault="00E6407B">
      <w:pPr>
        <w:ind w:firstLine="288"/>
      </w:pPr>
      <w:r>
        <w:rPr>
          <w:rFonts w:cs="Times New Roman"/>
        </w:rPr>
        <w:t>His mouth tightened.</w:t>
      </w:r>
    </w:p>
    <w:p w14:paraId="1B7AD4D0" w14:textId="77777777" w:rsidR="007D7487" w:rsidRDefault="00E6407B">
      <w:pPr>
        <w:ind w:firstLine="288"/>
      </w:pPr>
      <w:r>
        <w:rPr>
          <w:rFonts w:cs="Times New Roman"/>
        </w:rPr>
        <w:t>He looked away.</w:t>
      </w:r>
    </w:p>
    <w:p w14:paraId="5242E12A" w14:textId="77777777" w:rsidR="007D7487" w:rsidRDefault="00E6407B">
      <w:pPr>
        <w:ind w:firstLine="288"/>
      </w:pPr>
      <w:r>
        <w:rPr>
          <w:rFonts w:cs="Times New Roman"/>
        </w:rPr>
        <w:t>“I thought…”</w:t>
      </w:r>
    </w:p>
    <w:p w14:paraId="6AC4EB89" w14:textId="77777777" w:rsidR="007D7487" w:rsidRDefault="00E6407B">
      <w:pPr>
        <w:ind w:firstLine="288"/>
      </w:pPr>
      <w:r>
        <w:rPr>
          <w:rFonts w:cs="Times New Roman"/>
        </w:rPr>
        <w:t>The sentence stopped in his throat.</w:t>
      </w:r>
    </w:p>
    <w:p w14:paraId="1F8CDA76" w14:textId="77777777" w:rsidR="007D7487" w:rsidRDefault="00E6407B">
      <w:pPr>
        <w:ind w:firstLine="288"/>
      </w:pPr>
      <w:r>
        <w:rPr>
          <w:rFonts w:cs="Times New Roman"/>
        </w:rPr>
        <w:t>Mary Magdalene watched him try again.</w:t>
      </w:r>
    </w:p>
    <w:p w14:paraId="79A5A5B9" w14:textId="77777777" w:rsidR="007D7487" w:rsidRDefault="00E6407B">
      <w:pPr>
        <w:ind w:firstLine="288"/>
      </w:pPr>
      <w:r>
        <w:rPr>
          <w:rFonts w:cs="Times New Roman"/>
        </w:rPr>
        <w:t>“I thought I would never speak to Him again.”</w:t>
      </w:r>
    </w:p>
    <w:p w14:paraId="62D3A7A3" w14:textId="77777777" w:rsidR="007D7487" w:rsidRDefault="00E6407B">
      <w:pPr>
        <w:ind w:firstLine="288"/>
      </w:pPr>
      <w:r>
        <w:rPr>
          <w:rFonts w:cs="Times New Roman"/>
        </w:rPr>
        <w:t>Joseph’s expression softened.</w:t>
      </w:r>
    </w:p>
    <w:p w14:paraId="6CD2F4C0" w14:textId="77777777" w:rsidR="007D7487" w:rsidRDefault="00E6407B">
      <w:pPr>
        <w:ind w:firstLine="288"/>
      </w:pPr>
      <w:r>
        <w:rPr>
          <w:rFonts w:cs="Times New Roman"/>
        </w:rPr>
        <w:t>Nicodemus wiped beneath one eye, annoyed to discover moisture there.</w:t>
      </w:r>
    </w:p>
    <w:p w14:paraId="74045019" w14:textId="77777777" w:rsidR="007D7487" w:rsidRDefault="00E6407B">
      <w:pPr>
        <w:ind w:firstLine="288"/>
      </w:pPr>
      <w:r>
        <w:rPr>
          <w:rFonts w:cs="Times New Roman"/>
        </w:rPr>
        <w:t>“There were things I wanted to ask.”</w:t>
      </w:r>
    </w:p>
    <w:p w14:paraId="6481D414" w14:textId="77777777" w:rsidR="007D7487" w:rsidRDefault="00E6407B">
      <w:pPr>
        <w:ind w:firstLine="288"/>
      </w:pPr>
      <w:r>
        <w:rPr>
          <w:rFonts w:cs="Times New Roman"/>
        </w:rPr>
        <w:t>Joseph put a hand on his shoulder.</w:t>
      </w:r>
    </w:p>
    <w:p w14:paraId="63B1ECFD" w14:textId="77777777" w:rsidR="007D7487" w:rsidRDefault="00E6407B">
      <w:pPr>
        <w:ind w:firstLine="288"/>
      </w:pPr>
      <w:r>
        <w:rPr>
          <w:rFonts w:cs="Times New Roman"/>
        </w:rPr>
        <w:t>“Apparently you still can.”</w:t>
      </w:r>
    </w:p>
    <w:p w14:paraId="3BDD8B10" w14:textId="77777777" w:rsidR="007D7487" w:rsidRDefault="00E6407B">
      <w:pPr>
        <w:ind w:firstLine="288"/>
      </w:pPr>
      <w:r>
        <w:rPr>
          <w:rFonts w:cs="Times New Roman"/>
        </w:rPr>
        <w:t>That possibility seemed to undo Nicodemus more completely than grief had.</w:t>
      </w:r>
    </w:p>
    <w:p w14:paraId="3D2CC6E5" w14:textId="77777777" w:rsidR="007D7487" w:rsidRDefault="00E6407B">
      <w:pPr>
        <w:ind w:firstLine="288"/>
      </w:pPr>
      <w:r>
        <w:rPr>
          <w:rFonts w:cs="Times New Roman"/>
        </w:rPr>
        <w:t>He laughed once.</w:t>
      </w:r>
    </w:p>
    <w:p w14:paraId="79D7101C" w14:textId="77777777" w:rsidR="007D7487" w:rsidRDefault="00E6407B">
      <w:pPr>
        <w:ind w:firstLine="288"/>
      </w:pPr>
      <w:r>
        <w:rPr>
          <w:rFonts w:cs="Times New Roman"/>
        </w:rPr>
        <w:t>Then again.</w:t>
      </w:r>
    </w:p>
    <w:p w14:paraId="4A9208F8" w14:textId="77777777" w:rsidR="007D7487" w:rsidRDefault="00E6407B">
      <w:pPr>
        <w:ind w:firstLine="288"/>
      </w:pPr>
      <w:r>
        <w:rPr>
          <w:rFonts w:cs="Times New Roman"/>
        </w:rPr>
        <w:t>The second laugh turned into tears.</w:t>
      </w:r>
    </w:p>
    <w:p w14:paraId="5F6EE33D" w14:textId="77777777" w:rsidR="007D7487" w:rsidRDefault="00E6407B">
      <w:pPr>
        <w:ind w:firstLine="288"/>
      </w:pPr>
      <w:r>
        <w:rPr>
          <w:rFonts w:cs="Times New Roman"/>
        </w:rPr>
        <w:t>“I buried the man I had been waiting for my entire life.”</w:t>
      </w:r>
    </w:p>
    <w:p w14:paraId="3C109080" w14:textId="77777777" w:rsidR="007D7487" w:rsidRDefault="00E6407B">
      <w:pPr>
        <w:ind w:firstLine="288"/>
      </w:pPr>
      <w:r>
        <w:rPr>
          <w:rFonts w:cs="Times New Roman"/>
        </w:rPr>
        <w:t>Joseph said nothing.</w:t>
      </w:r>
    </w:p>
    <w:p w14:paraId="62844335" w14:textId="77777777" w:rsidR="007D7487" w:rsidRDefault="00E6407B">
      <w:pPr>
        <w:ind w:firstLine="288"/>
      </w:pPr>
      <w:r>
        <w:rPr>
          <w:rFonts w:cs="Times New Roman"/>
        </w:rPr>
        <w:t>“I helped wrap Him.”</w:t>
      </w:r>
    </w:p>
    <w:p w14:paraId="071337C0" w14:textId="77777777" w:rsidR="007D7487" w:rsidRDefault="00E6407B">
      <w:pPr>
        <w:ind w:firstLine="288"/>
      </w:pPr>
      <w:r>
        <w:rPr>
          <w:rFonts w:cs="Times New Roman"/>
        </w:rPr>
        <w:t>Another breath.</w:t>
      </w:r>
    </w:p>
    <w:p w14:paraId="074E7F05" w14:textId="77777777" w:rsidR="007D7487" w:rsidRDefault="00E6407B">
      <w:pPr>
        <w:ind w:firstLine="288"/>
      </w:pPr>
      <w:r>
        <w:rPr>
          <w:rFonts w:cs="Times New Roman"/>
        </w:rPr>
        <w:t>“I thought my questions had died with Him.”</w:t>
      </w:r>
    </w:p>
    <w:p w14:paraId="696B941E" w14:textId="77777777" w:rsidR="007D7487" w:rsidRDefault="00E6407B">
      <w:pPr>
        <w:ind w:firstLine="288"/>
      </w:pPr>
      <w:r>
        <w:rPr>
          <w:rFonts w:cs="Times New Roman"/>
        </w:rPr>
        <w:t>Joseph squeezed his shoulder.</w:t>
      </w:r>
    </w:p>
    <w:p w14:paraId="5F1E30AB" w14:textId="77777777" w:rsidR="007D7487" w:rsidRDefault="00E6407B">
      <w:pPr>
        <w:ind w:firstLine="288"/>
      </w:pPr>
      <w:r>
        <w:rPr>
          <w:rFonts w:cs="Times New Roman"/>
        </w:rPr>
        <w:t>“Then perhaps Galilee will be inconveniently long.”</w:t>
      </w:r>
    </w:p>
    <w:p w14:paraId="243DEDEF" w14:textId="77777777" w:rsidR="007D7487" w:rsidRDefault="00E6407B">
      <w:pPr>
        <w:ind w:firstLine="288"/>
      </w:pPr>
      <w:r>
        <w:rPr>
          <w:rFonts w:cs="Times New Roman"/>
        </w:rPr>
        <w:t>Nicodemus laughed through tears.</w:t>
      </w:r>
    </w:p>
    <w:p w14:paraId="76DDAD2F" w14:textId="77777777" w:rsidR="007D7487" w:rsidRDefault="00E6407B">
      <w:pPr>
        <w:ind w:firstLine="288"/>
      </w:pPr>
      <w:r>
        <w:rPr>
          <w:rFonts w:cs="Times New Roman"/>
        </w:rPr>
        <w:t>Mary Magdalene smiled.</w:t>
      </w:r>
    </w:p>
    <w:p w14:paraId="3149C93B" w14:textId="77777777" w:rsidR="007D7487" w:rsidRDefault="00E6407B">
      <w:pPr>
        <w:ind w:firstLine="288"/>
      </w:pPr>
      <w:r>
        <w:rPr>
          <w:rFonts w:cs="Times New Roman"/>
        </w:rPr>
        <w:t>Joseph looked toward her.</w:t>
      </w:r>
    </w:p>
    <w:p w14:paraId="76B9984C" w14:textId="77777777" w:rsidR="007D7487" w:rsidRDefault="00E6407B">
      <w:pPr>
        <w:ind w:firstLine="288"/>
      </w:pPr>
      <w:r>
        <w:rPr>
          <w:rFonts w:cs="Times New Roman"/>
        </w:rPr>
        <w:t>“What did He say?”</w:t>
      </w:r>
    </w:p>
    <w:p w14:paraId="4914A0D5" w14:textId="77777777" w:rsidR="007D7487" w:rsidRDefault="00E6407B">
      <w:pPr>
        <w:ind w:firstLine="288"/>
      </w:pPr>
      <w:r>
        <w:rPr>
          <w:rFonts w:cs="Times New Roman"/>
        </w:rPr>
        <w:lastRenderedPageBreak/>
        <w:t>Mary repeated what she could.</w:t>
      </w:r>
    </w:p>
    <w:p w14:paraId="376AE3B8" w14:textId="77777777" w:rsidR="007D7487" w:rsidRDefault="00E6407B">
      <w:pPr>
        <w:ind w:firstLine="288"/>
      </w:pPr>
      <w:r>
        <w:rPr>
          <w:rFonts w:cs="Times New Roman"/>
        </w:rPr>
        <w:t>Her name.</w:t>
      </w:r>
    </w:p>
    <w:p w14:paraId="1AAEE99B" w14:textId="77777777" w:rsidR="007D7487" w:rsidRDefault="00E6407B">
      <w:pPr>
        <w:ind w:firstLine="288"/>
      </w:pPr>
      <w:r>
        <w:rPr>
          <w:rFonts w:cs="Times New Roman"/>
        </w:rPr>
        <w:t>The Father.</w:t>
      </w:r>
    </w:p>
    <w:p w14:paraId="43449808" w14:textId="77777777" w:rsidR="007D7487" w:rsidRDefault="00E6407B">
      <w:pPr>
        <w:ind w:firstLine="288"/>
      </w:pPr>
      <w:r>
        <w:rPr>
          <w:rFonts w:cs="Times New Roman"/>
        </w:rPr>
        <w:t>The brethren.</w:t>
      </w:r>
    </w:p>
    <w:p w14:paraId="398931A4" w14:textId="77777777" w:rsidR="007D7487" w:rsidRDefault="00E6407B">
      <w:pPr>
        <w:ind w:firstLine="288"/>
      </w:pPr>
      <w:r>
        <w:rPr>
          <w:rFonts w:cs="Times New Roman"/>
        </w:rPr>
        <w:t>Galilee.</w:t>
      </w:r>
    </w:p>
    <w:p w14:paraId="5F422609" w14:textId="77777777" w:rsidR="007D7487" w:rsidRDefault="00E6407B">
      <w:pPr>
        <w:ind w:firstLine="288"/>
      </w:pPr>
      <w:r>
        <w:rPr>
          <w:rFonts w:cs="Times New Roman"/>
        </w:rPr>
        <w:t>Nicodemus began pacing.</w:t>
      </w:r>
    </w:p>
    <w:p w14:paraId="07BA0FB9" w14:textId="77777777" w:rsidR="007D7487" w:rsidRDefault="00E6407B">
      <w:pPr>
        <w:ind w:firstLine="288"/>
      </w:pPr>
      <w:r>
        <w:rPr>
          <w:rFonts w:cs="Times New Roman"/>
        </w:rPr>
        <w:t>Joseph watched him cross the room once.</w:t>
      </w:r>
    </w:p>
    <w:p w14:paraId="07F9E7A1" w14:textId="77777777" w:rsidR="007D7487" w:rsidRDefault="00E6407B">
      <w:pPr>
        <w:ind w:firstLine="288"/>
      </w:pPr>
      <w:r>
        <w:rPr>
          <w:rFonts w:cs="Times New Roman"/>
        </w:rPr>
        <w:t>Twice.</w:t>
      </w:r>
    </w:p>
    <w:p w14:paraId="1937C08A" w14:textId="77777777" w:rsidR="007D7487" w:rsidRDefault="00E6407B">
      <w:pPr>
        <w:ind w:firstLine="288"/>
      </w:pPr>
      <w:r>
        <w:rPr>
          <w:rFonts w:cs="Times New Roman"/>
        </w:rPr>
        <w:t>At the third turn Joseph said:</w:t>
      </w:r>
    </w:p>
    <w:p w14:paraId="0AE238B1" w14:textId="77777777" w:rsidR="007D7487" w:rsidRDefault="00E6407B">
      <w:pPr>
        <w:ind w:firstLine="288"/>
      </w:pPr>
      <w:r>
        <w:rPr>
          <w:rFonts w:cs="Times New Roman"/>
        </w:rPr>
        <w:t>“You are doing it again.”</w:t>
      </w:r>
    </w:p>
    <w:p w14:paraId="23A58783" w14:textId="77777777" w:rsidR="007D7487" w:rsidRDefault="00E6407B">
      <w:pPr>
        <w:ind w:firstLine="288"/>
      </w:pPr>
      <w:r>
        <w:rPr>
          <w:rFonts w:cs="Times New Roman"/>
        </w:rPr>
        <w:t>Nicodemus stopped.</w:t>
      </w:r>
    </w:p>
    <w:p w14:paraId="204C82AF" w14:textId="77777777" w:rsidR="007D7487" w:rsidRDefault="00E6407B">
      <w:pPr>
        <w:ind w:firstLine="288"/>
      </w:pPr>
      <w:r>
        <w:rPr>
          <w:rFonts w:cs="Times New Roman"/>
        </w:rPr>
        <w:t>“I am thinking.”</w:t>
      </w:r>
    </w:p>
    <w:p w14:paraId="323E421A" w14:textId="77777777" w:rsidR="007D7487" w:rsidRDefault="00E6407B">
      <w:pPr>
        <w:ind w:firstLine="288"/>
      </w:pPr>
      <w:r>
        <w:rPr>
          <w:rFonts w:cs="Times New Roman"/>
        </w:rPr>
        <w:t>“You think with your mouth.”</w:t>
      </w:r>
    </w:p>
    <w:p w14:paraId="197AA0B6" w14:textId="77777777" w:rsidR="007D7487" w:rsidRDefault="00E6407B">
      <w:pPr>
        <w:ind w:firstLine="288"/>
      </w:pPr>
      <w:r>
        <w:rPr>
          <w:rFonts w:cs="Times New Roman"/>
        </w:rPr>
        <w:t>Nicodemus looked offended.</w:t>
      </w:r>
    </w:p>
    <w:p w14:paraId="1074219D" w14:textId="77777777" w:rsidR="007D7487" w:rsidRDefault="00E6407B">
      <w:pPr>
        <w:ind w:firstLine="288"/>
      </w:pPr>
      <w:r>
        <w:rPr>
          <w:rFonts w:cs="Times New Roman"/>
        </w:rPr>
        <w:t>“It is efficient.”</w:t>
      </w:r>
    </w:p>
    <w:p w14:paraId="523A400D" w14:textId="77777777" w:rsidR="007D7487" w:rsidRDefault="00E6407B">
      <w:pPr>
        <w:ind w:firstLine="288"/>
      </w:pPr>
      <w:r>
        <w:rPr>
          <w:rFonts w:cs="Times New Roman"/>
        </w:rPr>
        <w:t>Mary Magdalene laughed.</w:t>
      </w:r>
    </w:p>
    <w:p w14:paraId="1FB81F85" w14:textId="77777777" w:rsidR="007D7487" w:rsidRDefault="00E6407B">
      <w:pPr>
        <w:ind w:firstLine="288"/>
      </w:pPr>
      <w:r>
        <w:rPr>
          <w:rFonts w:cs="Times New Roman"/>
        </w:rPr>
        <w:t>The old teacher turned toward her.</w:t>
      </w:r>
    </w:p>
    <w:p w14:paraId="759E0143" w14:textId="77777777" w:rsidR="007D7487" w:rsidRDefault="00E6407B">
      <w:pPr>
        <w:ind w:firstLine="288"/>
      </w:pPr>
      <w:r>
        <w:rPr>
          <w:rFonts w:cs="Times New Roman"/>
        </w:rPr>
        <w:t>“I am pleased someone appreciates scholarship.”</w:t>
      </w:r>
    </w:p>
    <w:p w14:paraId="49A36046" w14:textId="77777777" w:rsidR="007D7487" w:rsidRDefault="00E6407B">
      <w:pPr>
        <w:ind w:firstLine="288"/>
      </w:pPr>
      <w:r>
        <w:rPr>
          <w:rFonts w:cs="Times New Roman"/>
        </w:rPr>
        <w:t>Joseph smiled.</w:t>
      </w:r>
    </w:p>
    <w:p w14:paraId="1BB13DDD" w14:textId="77777777" w:rsidR="007D7487" w:rsidRDefault="00E6407B">
      <w:pPr>
        <w:ind w:firstLine="288"/>
      </w:pPr>
      <w:r>
        <w:rPr>
          <w:rFonts w:cs="Times New Roman"/>
        </w:rPr>
        <w:t>“She is laughing at you.”</w:t>
      </w:r>
    </w:p>
    <w:p w14:paraId="799F185B" w14:textId="77777777" w:rsidR="007D7487" w:rsidRDefault="00E6407B">
      <w:pPr>
        <w:ind w:firstLine="288"/>
      </w:pPr>
      <w:r>
        <w:rPr>
          <w:rFonts w:cs="Times New Roman"/>
        </w:rPr>
        <w:t>Nicodemus considered.</w:t>
      </w:r>
    </w:p>
    <w:p w14:paraId="6776496D" w14:textId="77777777" w:rsidR="007D7487" w:rsidRDefault="00E6407B">
      <w:pPr>
        <w:ind w:firstLine="288"/>
      </w:pPr>
      <w:r>
        <w:rPr>
          <w:rFonts w:cs="Times New Roman"/>
        </w:rPr>
        <w:t>“That is less encouraging.”</w:t>
      </w:r>
    </w:p>
    <w:p w14:paraId="3FEBC9DE" w14:textId="77777777" w:rsidR="007D7487" w:rsidRDefault="00E6407B">
      <w:pPr>
        <w:suppressLineNumbers/>
        <w:spacing w:before="100" w:after="100"/>
        <w:jc w:val="center"/>
      </w:pPr>
      <w:r>
        <w:rPr>
          <w:rFonts w:cs="Times New Roman"/>
          <w:sz w:val="20"/>
        </w:rPr>
        <w:t>* * *</w:t>
      </w:r>
    </w:p>
    <w:p w14:paraId="53AC195F" w14:textId="77777777" w:rsidR="007D7487" w:rsidRDefault="00E6407B">
      <w:pPr>
        <w:ind w:firstLine="288"/>
      </w:pPr>
      <w:r>
        <w:rPr>
          <w:rFonts w:cs="Times New Roman"/>
        </w:rPr>
        <w:t>The resurrection had done something strange to Nicodemus.</w:t>
      </w:r>
    </w:p>
    <w:p w14:paraId="0C56358B" w14:textId="77777777" w:rsidR="007D7487" w:rsidRDefault="00E6407B">
      <w:pPr>
        <w:ind w:firstLine="288"/>
      </w:pPr>
      <w:r>
        <w:rPr>
          <w:rFonts w:cs="Times New Roman"/>
        </w:rPr>
        <w:t>Before the cross he had been careful enough to hide behind questions.</w:t>
      </w:r>
    </w:p>
    <w:p w14:paraId="6250DBC7" w14:textId="77777777" w:rsidR="007D7487" w:rsidRDefault="00E6407B">
      <w:pPr>
        <w:ind w:firstLine="288"/>
      </w:pPr>
      <w:r>
        <w:rPr>
          <w:rFonts w:cs="Times New Roman"/>
        </w:rPr>
        <w:t>He had come to Jesus at night.</w:t>
      </w:r>
    </w:p>
    <w:p w14:paraId="530C49AB" w14:textId="77777777" w:rsidR="007D7487" w:rsidRDefault="00E6407B">
      <w:pPr>
        <w:ind w:firstLine="288"/>
      </w:pPr>
      <w:r>
        <w:rPr>
          <w:rFonts w:cs="Times New Roman"/>
        </w:rPr>
        <w:t>He measured words.</w:t>
      </w:r>
    </w:p>
    <w:p w14:paraId="1972FFF0" w14:textId="77777777" w:rsidR="007D7487" w:rsidRDefault="00E6407B">
      <w:pPr>
        <w:ind w:firstLine="288"/>
      </w:pPr>
      <w:r>
        <w:rPr>
          <w:rFonts w:cs="Times New Roman"/>
        </w:rPr>
        <w:t>He turned thoughts over privately before allowing anyone else to know what he was thinking.</w:t>
      </w:r>
    </w:p>
    <w:p w14:paraId="6BD1535B" w14:textId="77777777" w:rsidR="007D7487" w:rsidRDefault="00E6407B">
      <w:pPr>
        <w:ind w:firstLine="288"/>
      </w:pPr>
      <w:r>
        <w:rPr>
          <w:rFonts w:cs="Times New Roman"/>
        </w:rPr>
        <w:t>At Golgotha that reserve had begun to crack.</w:t>
      </w:r>
    </w:p>
    <w:p w14:paraId="5877BA9A" w14:textId="77777777" w:rsidR="007D7487" w:rsidRDefault="00E6407B">
      <w:pPr>
        <w:ind w:firstLine="288"/>
      </w:pPr>
      <w:r>
        <w:rPr>
          <w:rFonts w:cs="Times New Roman"/>
        </w:rPr>
        <w:t>He had watched things happen that Scripture seemed to recognize before he did.</w:t>
      </w:r>
    </w:p>
    <w:p w14:paraId="043E7932" w14:textId="77777777" w:rsidR="007D7487" w:rsidRDefault="00E6407B">
      <w:pPr>
        <w:ind w:firstLine="288"/>
      </w:pPr>
      <w:r>
        <w:rPr>
          <w:rFonts w:cs="Times New Roman"/>
        </w:rPr>
        <w:t>The sign over Jesus.</w:t>
      </w:r>
    </w:p>
    <w:p w14:paraId="6BBC1F12" w14:textId="77777777" w:rsidR="007D7487" w:rsidRDefault="00E6407B">
      <w:pPr>
        <w:ind w:firstLine="288"/>
      </w:pPr>
      <w:r>
        <w:rPr>
          <w:rFonts w:cs="Times New Roman"/>
        </w:rPr>
        <w:t>The wounds.</w:t>
      </w:r>
    </w:p>
    <w:p w14:paraId="2B00E050" w14:textId="77777777" w:rsidR="007D7487" w:rsidRDefault="00E6407B">
      <w:pPr>
        <w:ind w:firstLine="288"/>
      </w:pPr>
      <w:r>
        <w:rPr>
          <w:rFonts w:cs="Times New Roman"/>
        </w:rPr>
        <w:t>The garments.</w:t>
      </w:r>
    </w:p>
    <w:p w14:paraId="5BAA30C2" w14:textId="77777777" w:rsidR="007D7487" w:rsidRDefault="00E6407B">
      <w:pPr>
        <w:ind w:firstLine="288"/>
      </w:pPr>
      <w:r>
        <w:rPr>
          <w:rFonts w:cs="Times New Roman"/>
        </w:rPr>
        <w:t>The bones not broken.</w:t>
      </w:r>
    </w:p>
    <w:p w14:paraId="2B1D5832" w14:textId="77777777" w:rsidR="007D7487" w:rsidRDefault="00E6407B">
      <w:pPr>
        <w:ind w:firstLine="288"/>
      </w:pPr>
      <w:r>
        <w:rPr>
          <w:rFonts w:cs="Times New Roman"/>
        </w:rPr>
        <w:t>The rich man beside him preparing a tomb.</w:t>
      </w:r>
    </w:p>
    <w:p w14:paraId="1FCD4836" w14:textId="77777777" w:rsidR="007D7487" w:rsidRDefault="00E6407B">
      <w:pPr>
        <w:ind w:firstLine="288"/>
      </w:pPr>
      <w:r>
        <w:rPr>
          <w:rFonts w:cs="Times New Roman"/>
        </w:rPr>
        <w:t>Fragments had begun colliding in his mind faster than dignity could contain them.</w:t>
      </w:r>
    </w:p>
    <w:p w14:paraId="2158157D" w14:textId="77777777" w:rsidR="007D7487" w:rsidRDefault="00E6407B">
      <w:pPr>
        <w:ind w:firstLine="288"/>
      </w:pPr>
      <w:r>
        <w:rPr>
          <w:rFonts w:cs="Times New Roman"/>
        </w:rPr>
        <w:t>Now the report of resurrection finished what grief had started.</w:t>
      </w:r>
    </w:p>
    <w:p w14:paraId="4B3D1608" w14:textId="77777777" w:rsidR="007D7487" w:rsidRDefault="00E6407B">
      <w:pPr>
        <w:ind w:firstLine="288"/>
      </w:pPr>
      <w:r>
        <w:rPr>
          <w:rFonts w:cs="Times New Roman"/>
        </w:rPr>
        <w:t>Nicodemus could not sit still.</w:t>
      </w:r>
    </w:p>
    <w:p w14:paraId="0182FE89" w14:textId="77777777" w:rsidR="007D7487" w:rsidRDefault="00E6407B">
      <w:pPr>
        <w:ind w:firstLine="288"/>
      </w:pPr>
      <w:r>
        <w:rPr>
          <w:rFonts w:cs="Times New Roman"/>
        </w:rPr>
        <w:lastRenderedPageBreak/>
        <w:t>He moved.</w:t>
      </w:r>
    </w:p>
    <w:p w14:paraId="196B8824" w14:textId="77777777" w:rsidR="007D7487" w:rsidRDefault="00E6407B">
      <w:pPr>
        <w:ind w:firstLine="288"/>
      </w:pPr>
      <w:r>
        <w:rPr>
          <w:rFonts w:cs="Times New Roman"/>
        </w:rPr>
        <w:t>Stopped.</w:t>
      </w:r>
    </w:p>
    <w:p w14:paraId="4D5293A9" w14:textId="77777777" w:rsidR="007D7487" w:rsidRDefault="00E6407B">
      <w:pPr>
        <w:ind w:firstLine="288"/>
      </w:pPr>
      <w:r>
        <w:rPr>
          <w:rFonts w:cs="Times New Roman"/>
        </w:rPr>
        <w:t>Quoted half a verse.</w:t>
      </w:r>
    </w:p>
    <w:p w14:paraId="73F7A3C7" w14:textId="77777777" w:rsidR="007D7487" w:rsidRDefault="00E6407B">
      <w:pPr>
        <w:ind w:firstLine="288"/>
      </w:pPr>
      <w:r>
        <w:rPr>
          <w:rFonts w:cs="Times New Roman"/>
        </w:rPr>
        <w:t>Forgot what verse he was quoting because another had appeared behind it.</w:t>
      </w:r>
    </w:p>
    <w:p w14:paraId="7E5308AB" w14:textId="77777777" w:rsidR="007D7487" w:rsidRDefault="00E6407B">
      <w:pPr>
        <w:ind w:firstLine="288"/>
      </w:pPr>
      <w:r>
        <w:rPr>
          <w:rFonts w:cs="Times New Roman"/>
        </w:rPr>
        <w:t>He laughed.</w:t>
      </w:r>
    </w:p>
    <w:p w14:paraId="5280803B" w14:textId="77777777" w:rsidR="007D7487" w:rsidRDefault="00E6407B">
      <w:pPr>
        <w:ind w:firstLine="288"/>
      </w:pPr>
      <w:r>
        <w:rPr>
          <w:rFonts w:cs="Times New Roman"/>
        </w:rPr>
        <w:t>Then cried because he was laughing.</w:t>
      </w:r>
    </w:p>
    <w:p w14:paraId="26C437DE" w14:textId="77777777" w:rsidR="007D7487" w:rsidRDefault="00E6407B">
      <w:pPr>
        <w:ind w:firstLine="288"/>
      </w:pPr>
      <w:r>
        <w:rPr>
          <w:rFonts w:cs="Times New Roman"/>
        </w:rPr>
        <w:t>Then became irritated because he was crying.</w:t>
      </w:r>
    </w:p>
    <w:p w14:paraId="50A010B8" w14:textId="77777777" w:rsidR="007D7487" w:rsidRDefault="00E6407B">
      <w:pPr>
        <w:ind w:firstLine="288"/>
      </w:pPr>
      <w:r>
        <w:rPr>
          <w:rFonts w:cs="Times New Roman"/>
        </w:rPr>
        <w:t>Joseph watched him with increasing amusement.</w:t>
      </w:r>
    </w:p>
    <w:p w14:paraId="27AE5137" w14:textId="77777777" w:rsidR="007D7487" w:rsidRDefault="00E6407B">
      <w:pPr>
        <w:ind w:firstLine="288"/>
      </w:pPr>
      <w:r>
        <w:rPr>
          <w:rFonts w:cs="Times New Roman"/>
        </w:rPr>
        <w:t>“At some point,” Joseph said, “you will have to breathe.”</w:t>
      </w:r>
    </w:p>
    <w:p w14:paraId="656E73CF" w14:textId="77777777" w:rsidR="007D7487" w:rsidRDefault="00E6407B">
      <w:pPr>
        <w:ind w:firstLine="288"/>
      </w:pPr>
      <w:r>
        <w:rPr>
          <w:rFonts w:cs="Times New Roman"/>
        </w:rPr>
        <w:t>“I am breathing.”</w:t>
      </w:r>
    </w:p>
    <w:p w14:paraId="595DBB51" w14:textId="77777777" w:rsidR="007D7487" w:rsidRDefault="00E6407B">
      <w:pPr>
        <w:ind w:firstLine="288"/>
      </w:pPr>
      <w:r>
        <w:rPr>
          <w:rFonts w:cs="Times New Roman"/>
        </w:rPr>
        <w:t>“Not consistently.”</w:t>
      </w:r>
    </w:p>
    <w:p w14:paraId="7BE7FA93" w14:textId="77777777" w:rsidR="007D7487" w:rsidRDefault="00E6407B">
      <w:pPr>
        <w:ind w:firstLine="288"/>
      </w:pPr>
      <w:r>
        <w:rPr>
          <w:rFonts w:cs="Times New Roman"/>
        </w:rPr>
        <w:t>Nicodemus ignored him.</w:t>
      </w:r>
    </w:p>
    <w:p w14:paraId="0D84C5AD" w14:textId="77777777" w:rsidR="007D7487" w:rsidRDefault="00E6407B">
      <w:pPr>
        <w:ind w:firstLine="288"/>
      </w:pPr>
      <w:r>
        <w:rPr>
          <w:rFonts w:cs="Times New Roman"/>
        </w:rPr>
        <w:t>“Mary.”</w:t>
      </w:r>
    </w:p>
    <w:p w14:paraId="39A04375" w14:textId="77777777" w:rsidR="007D7487" w:rsidRDefault="00E6407B">
      <w:pPr>
        <w:ind w:firstLine="288"/>
      </w:pPr>
      <w:r>
        <w:rPr>
          <w:rFonts w:cs="Times New Roman"/>
        </w:rPr>
        <w:t>Mary Magdalene looked up.</w:t>
      </w:r>
    </w:p>
    <w:p w14:paraId="5448AF87" w14:textId="77777777" w:rsidR="007D7487" w:rsidRDefault="00E6407B">
      <w:pPr>
        <w:ind w:firstLine="288"/>
      </w:pPr>
      <w:r>
        <w:rPr>
          <w:rFonts w:cs="Times New Roman"/>
        </w:rPr>
        <w:t>“When He spoke to you…”</w:t>
      </w:r>
    </w:p>
    <w:p w14:paraId="0382A796" w14:textId="77777777" w:rsidR="007D7487" w:rsidRDefault="00E6407B">
      <w:pPr>
        <w:ind w:firstLine="288"/>
      </w:pPr>
      <w:r>
        <w:rPr>
          <w:rFonts w:cs="Times New Roman"/>
        </w:rPr>
        <w:t>“Yes?”</w:t>
      </w:r>
    </w:p>
    <w:p w14:paraId="4663DB4A" w14:textId="77777777" w:rsidR="007D7487" w:rsidRDefault="00E6407B">
      <w:pPr>
        <w:ind w:firstLine="288"/>
      </w:pPr>
      <w:r>
        <w:rPr>
          <w:rFonts w:cs="Times New Roman"/>
        </w:rPr>
        <w:t>“Did He look…”</w:t>
      </w:r>
    </w:p>
    <w:p w14:paraId="7FE08FC1" w14:textId="77777777" w:rsidR="007D7487" w:rsidRDefault="00E6407B">
      <w:pPr>
        <w:ind w:firstLine="288"/>
      </w:pPr>
      <w:r>
        <w:rPr>
          <w:rFonts w:cs="Times New Roman"/>
        </w:rPr>
        <w:t>Nicodemus stopped.</w:t>
      </w:r>
    </w:p>
    <w:p w14:paraId="64F7D234" w14:textId="77777777" w:rsidR="007D7487" w:rsidRDefault="00E6407B">
      <w:pPr>
        <w:ind w:firstLine="288"/>
      </w:pPr>
      <w:r>
        <w:rPr>
          <w:rFonts w:cs="Times New Roman"/>
        </w:rPr>
        <w:t>There was no elegant way to ask the question.</w:t>
      </w:r>
    </w:p>
    <w:p w14:paraId="1247EEBC" w14:textId="77777777" w:rsidR="007D7487" w:rsidRDefault="00E6407B">
      <w:pPr>
        <w:ind w:firstLine="288"/>
      </w:pPr>
      <w:r>
        <w:rPr>
          <w:rFonts w:cs="Times New Roman"/>
        </w:rPr>
        <w:t>Mary understood anyway.</w:t>
      </w:r>
    </w:p>
    <w:p w14:paraId="6C9E4D9A" w14:textId="77777777" w:rsidR="007D7487" w:rsidRDefault="00E6407B">
      <w:pPr>
        <w:ind w:firstLine="288"/>
      </w:pPr>
      <w:r>
        <w:rPr>
          <w:rFonts w:cs="Times New Roman"/>
        </w:rPr>
        <w:t>“Wounded?”</w:t>
      </w:r>
    </w:p>
    <w:p w14:paraId="10140CB4" w14:textId="77777777" w:rsidR="007D7487" w:rsidRDefault="00E6407B">
      <w:pPr>
        <w:ind w:firstLine="288"/>
      </w:pPr>
      <w:r>
        <w:rPr>
          <w:rFonts w:cs="Times New Roman"/>
        </w:rPr>
        <w:t>He nodded.</w:t>
      </w:r>
    </w:p>
    <w:p w14:paraId="6C37FD53" w14:textId="77777777" w:rsidR="007D7487" w:rsidRDefault="00E6407B">
      <w:pPr>
        <w:ind w:firstLine="288"/>
      </w:pPr>
      <w:r>
        <w:rPr>
          <w:rFonts w:cs="Times New Roman"/>
        </w:rPr>
        <w:t>“Yes.”</w:t>
      </w:r>
    </w:p>
    <w:p w14:paraId="3AFE523D" w14:textId="77777777" w:rsidR="007D7487" w:rsidRDefault="00E6407B">
      <w:pPr>
        <w:ind w:firstLine="288"/>
      </w:pPr>
      <w:r>
        <w:rPr>
          <w:rFonts w:cs="Times New Roman"/>
        </w:rPr>
        <w:t>Nicodemus’s face changed.</w:t>
      </w:r>
    </w:p>
    <w:p w14:paraId="49A5B604" w14:textId="77777777" w:rsidR="007D7487" w:rsidRDefault="00E6407B">
      <w:pPr>
        <w:ind w:firstLine="288"/>
      </w:pPr>
      <w:r>
        <w:rPr>
          <w:rFonts w:cs="Times New Roman"/>
        </w:rPr>
        <w:t>“The same body.”</w:t>
      </w:r>
    </w:p>
    <w:p w14:paraId="754498B5" w14:textId="77777777" w:rsidR="007D7487" w:rsidRDefault="00E6407B">
      <w:pPr>
        <w:ind w:firstLine="288"/>
      </w:pPr>
      <w:r>
        <w:rPr>
          <w:rFonts w:cs="Times New Roman"/>
        </w:rPr>
        <w:t>“Yes.”</w:t>
      </w:r>
    </w:p>
    <w:p w14:paraId="63A34F1D" w14:textId="77777777" w:rsidR="007D7487" w:rsidRDefault="00E6407B">
      <w:pPr>
        <w:ind w:firstLine="288"/>
      </w:pPr>
      <w:r>
        <w:rPr>
          <w:rFonts w:cs="Times New Roman"/>
        </w:rPr>
        <w:t>Joseph looked toward the floor.</w:t>
      </w:r>
    </w:p>
    <w:p w14:paraId="0B1EF304" w14:textId="77777777" w:rsidR="007D7487" w:rsidRDefault="00E6407B">
      <w:pPr>
        <w:ind w:firstLine="288"/>
      </w:pPr>
      <w:r>
        <w:rPr>
          <w:rFonts w:cs="Times New Roman"/>
        </w:rPr>
        <w:t>Mary continued.</w:t>
      </w:r>
    </w:p>
    <w:p w14:paraId="3D5D8E03" w14:textId="77777777" w:rsidR="007D7487" w:rsidRDefault="00E6407B">
      <w:pPr>
        <w:ind w:firstLine="288"/>
      </w:pPr>
      <w:r>
        <w:rPr>
          <w:rFonts w:cs="Times New Roman"/>
        </w:rPr>
        <w:t>“I did not touch the wounds.”</w:t>
      </w:r>
    </w:p>
    <w:p w14:paraId="491DCD59" w14:textId="77777777" w:rsidR="007D7487" w:rsidRDefault="00E6407B">
      <w:pPr>
        <w:ind w:firstLine="288"/>
      </w:pPr>
      <w:r>
        <w:rPr>
          <w:rFonts w:cs="Times New Roman"/>
        </w:rPr>
        <w:t>“I know.”</w:t>
      </w:r>
    </w:p>
    <w:p w14:paraId="175BBB62" w14:textId="77777777" w:rsidR="007D7487" w:rsidRDefault="00E6407B">
      <w:pPr>
        <w:ind w:firstLine="288"/>
      </w:pPr>
      <w:r>
        <w:rPr>
          <w:rFonts w:cs="Times New Roman"/>
        </w:rPr>
        <w:t>“But it was Him.”</w:t>
      </w:r>
    </w:p>
    <w:p w14:paraId="35304F3B" w14:textId="77777777" w:rsidR="007D7487" w:rsidRDefault="00E6407B">
      <w:pPr>
        <w:ind w:firstLine="288"/>
      </w:pPr>
      <w:r>
        <w:rPr>
          <w:rFonts w:cs="Times New Roman"/>
        </w:rPr>
        <w:t>Joseph looked up again.</w:t>
      </w:r>
    </w:p>
    <w:p w14:paraId="195C5FDB" w14:textId="77777777" w:rsidR="007D7487" w:rsidRDefault="00E6407B">
      <w:pPr>
        <w:ind w:firstLine="288"/>
      </w:pPr>
      <w:r>
        <w:rPr>
          <w:rFonts w:cs="Times New Roman"/>
        </w:rPr>
        <w:t>“The body we buried.”</w:t>
      </w:r>
    </w:p>
    <w:p w14:paraId="07D60ABC" w14:textId="77777777" w:rsidR="007D7487" w:rsidRDefault="00E6407B">
      <w:pPr>
        <w:ind w:firstLine="288"/>
      </w:pPr>
      <w:r>
        <w:rPr>
          <w:rFonts w:cs="Times New Roman"/>
        </w:rPr>
        <w:t>Mary held his eyes.</w:t>
      </w:r>
    </w:p>
    <w:p w14:paraId="39668E49" w14:textId="77777777" w:rsidR="007D7487" w:rsidRDefault="00E6407B">
      <w:pPr>
        <w:ind w:firstLine="288"/>
      </w:pPr>
      <w:r>
        <w:rPr>
          <w:rFonts w:cs="Times New Roman"/>
        </w:rPr>
        <w:t>“Yes.”</w:t>
      </w:r>
    </w:p>
    <w:p w14:paraId="2E6D6501" w14:textId="77777777" w:rsidR="007D7487" w:rsidRDefault="00E6407B">
      <w:pPr>
        <w:ind w:firstLine="288"/>
      </w:pPr>
      <w:r>
        <w:rPr>
          <w:rFonts w:cs="Times New Roman"/>
        </w:rPr>
        <w:t>Joseph’s jaw tightened.</w:t>
      </w:r>
    </w:p>
    <w:p w14:paraId="35C8B314" w14:textId="77777777" w:rsidR="007D7487" w:rsidRDefault="00E6407B">
      <w:pPr>
        <w:ind w:firstLine="288"/>
      </w:pPr>
      <w:r>
        <w:rPr>
          <w:rFonts w:cs="Times New Roman"/>
        </w:rPr>
        <w:t>He turned his face slightly away.</w:t>
      </w:r>
    </w:p>
    <w:p w14:paraId="6F8AC654" w14:textId="77777777" w:rsidR="007D7487" w:rsidRDefault="00E6407B">
      <w:pPr>
        <w:ind w:firstLine="288"/>
      </w:pPr>
      <w:r>
        <w:rPr>
          <w:rFonts w:cs="Times New Roman"/>
        </w:rPr>
        <w:t>Nicodemus stopped pacing.</w:t>
      </w:r>
    </w:p>
    <w:p w14:paraId="39E769F8" w14:textId="77777777" w:rsidR="007D7487" w:rsidRDefault="00E6407B">
      <w:pPr>
        <w:ind w:firstLine="288"/>
      </w:pPr>
      <w:r>
        <w:rPr>
          <w:rFonts w:cs="Times New Roman"/>
        </w:rPr>
        <w:lastRenderedPageBreak/>
        <w:t>Neither man spoke for several moments.</w:t>
      </w:r>
    </w:p>
    <w:p w14:paraId="7DD926D5" w14:textId="77777777" w:rsidR="007D7487" w:rsidRDefault="00E6407B">
      <w:pPr>
        <w:ind w:firstLine="288"/>
      </w:pPr>
      <w:r>
        <w:rPr>
          <w:rFonts w:cs="Times New Roman"/>
        </w:rPr>
        <w:t>They had carried that body.</w:t>
      </w:r>
    </w:p>
    <w:p w14:paraId="0EB3AE1F" w14:textId="77777777" w:rsidR="007D7487" w:rsidRDefault="00E6407B">
      <w:pPr>
        <w:ind w:firstLine="288"/>
      </w:pPr>
      <w:r>
        <w:rPr>
          <w:rFonts w:cs="Times New Roman"/>
        </w:rPr>
        <w:t>They knew its weight.</w:t>
      </w:r>
    </w:p>
    <w:p w14:paraId="1E2B8EBD" w14:textId="77777777" w:rsidR="007D7487" w:rsidRDefault="00E6407B">
      <w:pPr>
        <w:ind w:firstLine="288"/>
      </w:pPr>
      <w:r>
        <w:rPr>
          <w:rFonts w:cs="Times New Roman"/>
        </w:rPr>
        <w:t>They knew the stiffness beginning.</w:t>
      </w:r>
    </w:p>
    <w:p w14:paraId="080FBA56" w14:textId="77777777" w:rsidR="007D7487" w:rsidRDefault="00E6407B">
      <w:pPr>
        <w:ind w:firstLine="288"/>
      </w:pPr>
      <w:r>
        <w:rPr>
          <w:rFonts w:cs="Times New Roman"/>
        </w:rPr>
        <w:t>They knew the wounds.</w:t>
      </w:r>
    </w:p>
    <w:p w14:paraId="5E6C2844" w14:textId="77777777" w:rsidR="007D7487" w:rsidRDefault="00E6407B">
      <w:pPr>
        <w:ind w:firstLine="288"/>
      </w:pPr>
      <w:r>
        <w:rPr>
          <w:rFonts w:cs="Times New Roman"/>
        </w:rPr>
        <w:t>The blood.</w:t>
      </w:r>
    </w:p>
    <w:p w14:paraId="7651AD4A" w14:textId="77777777" w:rsidR="007D7487" w:rsidRDefault="00E6407B">
      <w:pPr>
        <w:ind w:firstLine="288"/>
      </w:pPr>
      <w:r>
        <w:rPr>
          <w:rFonts w:cs="Times New Roman"/>
        </w:rPr>
        <w:t>The burial cloth.</w:t>
      </w:r>
    </w:p>
    <w:p w14:paraId="3671E200" w14:textId="77777777" w:rsidR="007D7487" w:rsidRDefault="00E6407B">
      <w:pPr>
        <w:ind w:firstLine="288"/>
      </w:pPr>
      <w:r>
        <w:rPr>
          <w:rFonts w:cs="Times New Roman"/>
        </w:rPr>
        <w:t>The amount of spice placed around Him.</w:t>
      </w:r>
    </w:p>
    <w:p w14:paraId="49F7E60D" w14:textId="77777777" w:rsidR="007D7487" w:rsidRDefault="00E6407B">
      <w:pPr>
        <w:ind w:firstLine="288"/>
      </w:pPr>
      <w:r>
        <w:rPr>
          <w:rFonts w:cs="Times New Roman"/>
        </w:rPr>
        <w:t>They knew exactly what condition Jesus had been in when the stone closed.</w:t>
      </w:r>
    </w:p>
    <w:p w14:paraId="46416893" w14:textId="77777777" w:rsidR="007D7487" w:rsidRDefault="00E6407B">
      <w:pPr>
        <w:ind w:firstLine="288"/>
      </w:pPr>
      <w:r>
        <w:rPr>
          <w:rFonts w:cs="Times New Roman"/>
        </w:rPr>
        <w:t>Mary was not telling two men unfamiliar with death that something surprising had happened.</w:t>
      </w:r>
    </w:p>
    <w:p w14:paraId="56559FCD" w14:textId="77777777" w:rsidR="007D7487" w:rsidRDefault="00E6407B">
      <w:pPr>
        <w:ind w:firstLine="288"/>
      </w:pPr>
      <w:r>
        <w:rPr>
          <w:rFonts w:cs="Times New Roman"/>
        </w:rPr>
        <w:t>She was telling the men who had handled the corpse.</w:t>
      </w:r>
    </w:p>
    <w:p w14:paraId="2DE0517E" w14:textId="77777777" w:rsidR="007D7487" w:rsidRDefault="00E6407B">
      <w:pPr>
        <w:ind w:firstLine="288"/>
      </w:pPr>
      <w:r>
        <w:rPr>
          <w:rFonts w:cs="Times New Roman"/>
        </w:rPr>
        <w:t>Alive.</w:t>
      </w:r>
    </w:p>
    <w:p w14:paraId="11A31655" w14:textId="77777777" w:rsidR="007D7487" w:rsidRDefault="00E6407B">
      <w:pPr>
        <w:ind w:firstLine="288"/>
      </w:pPr>
      <w:r>
        <w:rPr>
          <w:rFonts w:cs="Times New Roman"/>
        </w:rPr>
        <w:t>Joseph laughed once under his breath.</w:t>
      </w:r>
    </w:p>
    <w:p w14:paraId="389C8043" w14:textId="77777777" w:rsidR="007D7487" w:rsidRDefault="00E6407B">
      <w:pPr>
        <w:ind w:firstLine="288"/>
      </w:pPr>
      <w:r>
        <w:rPr>
          <w:rFonts w:cs="Times New Roman"/>
        </w:rPr>
        <w:t>Nicodemus looked at him.</w:t>
      </w:r>
    </w:p>
    <w:p w14:paraId="66F16BD2" w14:textId="77777777" w:rsidR="007D7487" w:rsidRDefault="00E6407B">
      <w:pPr>
        <w:ind w:firstLine="288"/>
      </w:pPr>
      <w:r>
        <w:rPr>
          <w:rFonts w:cs="Times New Roman"/>
        </w:rPr>
        <w:t>“What?”</w:t>
      </w:r>
    </w:p>
    <w:p w14:paraId="56C23D31" w14:textId="77777777" w:rsidR="007D7487" w:rsidRDefault="00E6407B">
      <w:pPr>
        <w:ind w:firstLine="288"/>
      </w:pPr>
      <w:r>
        <w:rPr>
          <w:rFonts w:cs="Times New Roman"/>
        </w:rPr>
        <w:t>Joseph shook his head.</w:t>
      </w:r>
    </w:p>
    <w:p w14:paraId="74B25BD6" w14:textId="77777777" w:rsidR="007D7487" w:rsidRDefault="00E6407B">
      <w:pPr>
        <w:ind w:firstLine="288"/>
      </w:pPr>
      <w:r>
        <w:rPr>
          <w:rFonts w:cs="Times New Roman"/>
        </w:rPr>
        <w:t>“I gave Him a new tomb.”</w:t>
      </w:r>
    </w:p>
    <w:p w14:paraId="797A152D" w14:textId="77777777" w:rsidR="007D7487" w:rsidRDefault="00E6407B">
      <w:pPr>
        <w:ind w:firstLine="288"/>
      </w:pPr>
      <w:r>
        <w:rPr>
          <w:rFonts w:cs="Times New Roman"/>
        </w:rPr>
        <w:t>Nicodemus waited.</w:t>
      </w:r>
    </w:p>
    <w:p w14:paraId="5B8B6A0A" w14:textId="77777777" w:rsidR="007D7487" w:rsidRDefault="00E6407B">
      <w:pPr>
        <w:ind w:firstLine="288"/>
      </w:pPr>
      <w:r>
        <w:rPr>
          <w:rFonts w:cs="Times New Roman"/>
        </w:rPr>
        <w:t>Joseph’s mouth pulled into a smile.</w:t>
      </w:r>
    </w:p>
    <w:p w14:paraId="0E6FE3DE" w14:textId="77777777" w:rsidR="007D7487" w:rsidRDefault="00E6407B">
      <w:pPr>
        <w:ind w:firstLine="288"/>
      </w:pPr>
      <w:r>
        <w:rPr>
          <w:rFonts w:cs="Times New Roman"/>
        </w:rPr>
        <w:t>“Apparently He did not intend to keep it.”</w:t>
      </w:r>
    </w:p>
    <w:p w14:paraId="75857424" w14:textId="77777777" w:rsidR="007D7487" w:rsidRDefault="00E6407B">
      <w:pPr>
        <w:ind w:firstLine="288"/>
      </w:pPr>
      <w:r>
        <w:rPr>
          <w:rFonts w:cs="Times New Roman"/>
        </w:rPr>
        <w:t>Nicodemus laughed.</w:t>
      </w:r>
    </w:p>
    <w:p w14:paraId="1BC587A2" w14:textId="77777777" w:rsidR="007D7487" w:rsidRDefault="00E6407B">
      <w:pPr>
        <w:ind w:firstLine="288"/>
      </w:pPr>
      <w:r>
        <w:rPr>
          <w:rFonts w:cs="Times New Roman"/>
        </w:rPr>
        <w:t>The laughter broke something open in Joseph too.</w:t>
      </w:r>
    </w:p>
    <w:p w14:paraId="03F123C1" w14:textId="77777777" w:rsidR="007D7487" w:rsidRDefault="00E6407B">
      <w:pPr>
        <w:ind w:firstLine="288"/>
      </w:pPr>
      <w:r>
        <w:rPr>
          <w:rFonts w:cs="Times New Roman"/>
        </w:rPr>
        <w:t>For the first time since Golgotha, John would later hear the rich man tell the story without sounding as though every word had to climb over grief.</w:t>
      </w:r>
    </w:p>
    <w:p w14:paraId="54F544AE" w14:textId="77777777" w:rsidR="007D7487" w:rsidRDefault="00E6407B">
      <w:pPr>
        <w:suppressLineNumbers/>
        <w:spacing w:before="100" w:after="100"/>
        <w:jc w:val="center"/>
      </w:pPr>
      <w:r>
        <w:rPr>
          <w:rFonts w:cs="Times New Roman"/>
          <w:sz w:val="20"/>
        </w:rPr>
        <w:t>* * *</w:t>
      </w:r>
    </w:p>
    <w:p w14:paraId="6058AF6F" w14:textId="77777777" w:rsidR="007D7487" w:rsidRDefault="00E6407B">
      <w:pPr>
        <w:suppressLineNumbers/>
      </w:pPr>
      <w:r>
        <w:br w:type="page"/>
      </w:r>
    </w:p>
    <w:p w14:paraId="454F2890" w14:textId="77777777" w:rsidR="007D7487" w:rsidRDefault="00E6407B">
      <w:pPr>
        <w:pStyle w:val="Heading1"/>
        <w:suppressLineNumbers/>
      </w:pPr>
      <w:r>
        <w:rPr>
          <w:rFonts w:ascii="Times New Roman" w:hAnsi="Times New Roman" w:cs="Times New Roman"/>
        </w:rPr>
        <w:lastRenderedPageBreak/>
        <w:t>Section 3B — The Message Widens</w:t>
      </w:r>
    </w:p>
    <w:p w14:paraId="08D40418" w14:textId="77777777" w:rsidR="007D7487" w:rsidRDefault="00E6407B">
      <w:pPr>
        <w:ind w:firstLine="288"/>
      </w:pPr>
      <w:r>
        <w:rPr>
          <w:rFonts w:cs="Times New Roman"/>
        </w:rPr>
        <w:t>The news did not remain with them.</w:t>
      </w:r>
    </w:p>
    <w:p w14:paraId="48ADAFC9" w14:textId="77777777" w:rsidR="007D7487" w:rsidRDefault="00E6407B">
      <w:pPr>
        <w:ind w:firstLine="288"/>
      </w:pPr>
      <w:r>
        <w:rPr>
          <w:rFonts w:cs="Times New Roman"/>
        </w:rPr>
        <w:t>Joseph knew men the fishermen did not.</w:t>
      </w:r>
    </w:p>
    <w:p w14:paraId="4A3D8C28" w14:textId="77777777" w:rsidR="007D7487" w:rsidRDefault="00E6407B">
      <w:pPr>
        <w:ind w:firstLine="288"/>
      </w:pPr>
      <w:r>
        <w:rPr>
          <w:rFonts w:cs="Times New Roman"/>
        </w:rPr>
        <w:t>Nicodemus knew families connected to the council, the Temple, learned circles, and households in Jerusalem.</w:t>
      </w:r>
    </w:p>
    <w:p w14:paraId="3636C814" w14:textId="77777777" w:rsidR="007D7487" w:rsidRDefault="00E6407B">
      <w:pPr>
        <w:ind w:firstLine="288"/>
      </w:pPr>
      <w:r>
        <w:rPr>
          <w:rFonts w:cs="Times New Roman"/>
        </w:rPr>
        <w:t>That did not mean every person they knew was told.</w:t>
      </w:r>
    </w:p>
    <w:p w14:paraId="6EA6702B" w14:textId="77777777" w:rsidR="007D7487" w:rsidRDefault="00E6407B">
      <w:pPr>
        <w:ind w:firstLine="288"/>
      </w:pPr>
      <w:r>
        <w:rPr>
          <w:rFonts w:cs="Times New Roman"/>
        </w:rPr>
        <w:t>Caution had not vanished.</w:t>
      </w:r>
    </w:p>
    <w:p w14:paraId="022A17B6" w14:textId="77777777" w:rsidR="007D7487" w:rsidRDefault="00E6407B">
      <w:pPr>
        <w:ind w:firstLine="288"/>
      </w:pPr>
      <w:r>
        <w:rPr>
          <w:rFonts w:cs="Times New Roman"/>
        </w:rPr>
        <w:t>Neither had danger.</w:t>
      </w:r>
    </w:p>
    <w:p w14:paraId="23DC5EC9" w14:textId="77777777" w:rsidR="007D7487" w:rsidRDefault="00E6407B">
      <w:pPr>
        <w:ind w:firstLine="288"/>
      </w:pPr>
      <w:r>
        <w:rPr>
          <w:rFonts w:cs="Times New Roman"/>
        </w:rPr>
        <w:t>But the circle widened.</w:t>
      </w:r>
    </w:p>
    <w:p w14:paraId="582D0B4E" w14:textId="77777777" w:rsidR="007D7487" w:rsidRDefault="00E6407B">
      <w:pPr>
        <w:ind w:firstLine="288"/>
      </w:pPr>
      <w:r>
        <w:rPr>
          <w:rFonts w:cs="Times New Roman"/>
        </w:rPr>
        <w:t>A man who had been afraid to admit his allegiance to Jesus now had to decide what secrecy meant after he had publicly asked Pilate for the body.</w:t>
      </w:r>
    </w:p>
    <w:p w14:paraId="5317885A" w14:textId="77777777" w:rsidR="007D7487" w:rsidRDefault="00E6407B">
      <w:pPr>
        <w:ind w:firstLine="288"/>
      </w:pPr>
      <w:r>
        <w:rPr>
          <w:rFonts w:cs="Times New Roman"/>
        </w:rPr>
        <w:t>A teacher who had once come by night had already stood in daylight beneath the cross.</w:t>
      </w:r>
    </w:p>
    <w:p w14:paraId="48D6B671" w14:textId="77777777" w:rsidR="007D7487" w:rsidRDefault="00E6407B">
      <w:pPr>
        <w:ind w:firstLine="288"/>
      </w:pPr>
      <w:r>
        <w:rPr>
          <w:rFonts w:cs="Times New Roman"/>
        </w:rPr>
        <w:t>Resurrection did not send them backward into hiding.</w:t>
      </w:r>
    </w:p>
    <w:p w14:paraId="7021ED68" w14:textId="77777777" w:rsidR="007D7487" w:rsidRDefault="00E6407B">
      <w:pPr>
        <w:ind w:firstLine="288"/>
      </w:pPr>
      <w:r>
        <w:rPr>
          <w:rFonts w:cs="Times New Roman"/>
        </w:rPr>
        <w:t>It gave their previous courage a reason to continue.</w:t>
      </w:r>
    </w:p>
    <w:p w14:paraId="609D9F3F" w14:textId="77777777" w:rsidR="007D7487" w:rsidRDefault="00E6407B">
      <w:pPr>
        <w:ind w:firstLine="288"/>
      </w:pPr>
      <w:r>
        <w:rPr>
          <w:rFonts w:cs="Times New Roman"/>
        </w:rPr>
        <w:t>Joseph found one man.</w:t>
      </w:r>
    </w:p>
    <w:p w14:paraId="19F32674" w14:textId="77777777" w:rsidR="007D7487" w:rsidRDefault="00E6407B">
      <w:pPr>
        <w:ind w:firstLine="288"/>
      </w:pPr>
      <w:r>
        <w:rPr>
          <w:rFonts w:cs="Times New Roman"/>
        </w:rPr>
        <w:t>Nicodemus sent word through another household.</w:t>
      </w:r>
    </w:p>
    <w:p w14:paraId="2016FF91" w14:textId="77777777" w:rsidR="007D7487" w:rsidRDefault="00E6407B">
      <w:pPr>
        <w:ind w:firstLine="288"/>
      </w:pPr>
      <w:r>
        <w:rPr>
          <w:rFonts w:cs="Times New Roman"/>
        </w:rPr>
        <w:t>Mary Magdalene knew where several women were staying.</w:t>
      </w:r>
    </w:p>
    <w:p w14:paraId="2D5725D5" w14:textId="77777777" w:rsidR="007D7487" w:rsidRDefault="00E6407B">
      <w:pPr>
        <w:ind w:firstLine="288"/>
      </w:pPr>
      <w:r>
        <w:rPr>
          <w:rFonts w:cs="Times New Roman"/>
        </w:rPr>
        <w:t>The women knew where other disciples had gone after the arrest.</w:t>
      </w:r>
    </w:p>
    <w:p w14:paraId="03533326" w14:textId="77777777" w:rsidR="007D7487" w:rsidRDefault="00E6407B">
      <w:pPr>
        <w:ind w:firstLine="288"/>
      </w:pPr>
      <w:r>
        <w:rPr>
          <w:rFonts w:cs="Times New Roman"/>
        </w:rPr>
        <w:t>John and Andrew knew Galileans scattered among pilgrims.</w:t>
      </w:r>
    </w:p>
    <w:p w14:paraId="29DDF952" w14:textId="77777777" w:rsidR="007D7487" w:rsidRDefault="00E6407B">
      <w:pPr>
        <w:ind w:firstLine="288"/>
      </w:pPr>
      <w:r>
        <w:rPr>
          <w:rFonts w:cs="Times New Roman"/>
        </w:rPr>
        <w:t>Matthew knew people the others never would have expected him to know.</w:t>
      </w:r>
    </w:p>
    <w:p w14:paraId="43B28154" w14:textId="77777777" w:rsidR="007D7487" w:rsidRDefault="00E6407B">
      <w:pPr>
        <w:ind w:firstLine="288"/>
      </w:pPr>
      <w:r>
        <w:rPr>
          <w:rFonts w:cs="Times New Roman"/>
        </w:rPr>
        <w:t>Some of those contacts made Simon the Zealot suspicious.</w:t>
      </w:r>
    </w:p>
    <w:p w14:paraId="32184962" w14:textId="77777777" w:rsidR="007D7487" w:rsidRDefault="00E6407B">
      <w:pPr>
        <w:ind w:firstLine="288"/>
      </w:pPr>
      <w:r>
        <w:rPr>
          <w:rFonts w:cs="Times New Roman"/>
        </w:rPr>
        <w:t>Matthew noticed.</w:t>
      </w:r>
    </w:p>
    <w:p w14:paraId="68C41495" w14:textId="77777777" w:rsidR="007D7487" w:rsidRDefault="00E6407B">
      <w:pPr>
        <w:ind w:firstLine="288"/>
      </w:pPr>
      <w:r>
        <w:rPr>
          <w:rFonts w:cs="Times New Roman"/>
        </w:rPr>
        <w:t>“You look concerned.”</w:t>
      </w:r>
    </w:p>
    <w:p w14:paraId="45568C1E" w14:textId="77777777" w:rsidR="007D7487" w:rsidRDefault="00E6407B">
      <w:pPr>
        <w:ind w:firstLine="288"/>
      </w:pPr>
      <w:r>
        <w:rPr>
          <w:rFonts w:cs="Times New Roman"/>
        </w:rPr>
        <w:t>Simon folded his arms.</w:t>
      </w:r>
    </w:p>
    <w:p w14:paraId="244A3BA2" w14:textId="77777777" w:rsidR="007D7487" w:rsidRDefault="00E6407B">
      <w:pPr>
        <w:ind w:firstLine="288"/>
      </w:pPr>
      <w:r>
        <w:rPr>
          <w:rFonts w:cs="Times New Roman"/>
        </w:rPr>
        <w:t>“You know a great many people.”</w:t>
      </w:r>
    </w:p>
    <w:p w14:paraId="4EDE7C6F" w14:textId="77777777" w:rsidR="007D7487" w:rsidRDefault="00E6407B">
      <w:pPr>
        <w:ind w:firstLine="288"/>
      </w:pPr>
      <w:r>
        <w:rPr>
          <w:rFonts w:cs="Times New Roman"/>
        </w:rPr>
        <w:t>“I collected taxes.”</w:t>
      </w:r>
    </w:p>
    <w:p w14:paraId="48588C36" w14:textId="77777777" w:rsidR="007D7487" w:rsidRDefault="00E6407B">
      <w:pPr>
        <w:ind w:firstLine="288"/>
      </w:pPr>
      <w:r>
        <w:rPr>
          <w:rFonts w:cs="Times New Roman"/>
        </w:rPr>
        <w:t>“That was not a compliment.”</w:t>
      </w:r>
    </w:p>
    <w:p w14:paraId="0807BDF3" w14:textId="77777777" w:rsidR="007D7487" w:rsidRDefault="00E6407B">
      <w:pPr>
        <w:ind w:firstLine="288"/>
      </w:pPr>
      <w:r>
        <w:rPr>
          <w:rFonts w:cs="Times New Roman"/>
        </w:rPr>
        <w:t>“It was not when you said it.”</w:t>
      </w:r>
    </w:p>
    <w:p w14:paraId="2C0ECDF3" w14:textId="77777777" w:rsidR="007D7487" w:rsidRDefault="00E6407B">
      <w:pPr>
        <w:ind w:firstLine="288"/>
      </w:pPr>
      <w:r>
        <w:rPr>
          <w:rFonts w:cs="Times New Roman"/>
        </w:rPr>
        <w:t>Simon looked toward him.</w:t>
      </w:r>
    </w:p>
    <w:p w14:paraId="4EFF9F5F" w14:textId="77777777" w:rsidR="007D7487" w:rsidRDefault="00E6407B">
      <w:pPr>
        <w:ind w:firstLine="288"/>
      </w:pPr>
      <w:r>
        <w:rPr>
          <w:rFonts w:cs="Times New Roman"/>
        </w:rPr>
        <w:t>Matthew shrugged.</w:t>
      </w:r>
    </w:p>
    <w:p w14:paraId="3F91CCEA" w14:textId="77777777" w:rsidR="007D7487" w:rsidRDefault="00E6407B">
      <w:pPr>
        <w:ind w:firstLine="288"/>
      </w:pPr>
      <w:r>
        <w:rPr>
          <w:rFonts w:cs="Times New Roman"/>
        </w:rPr>
        <w:t>“An unpleasant occupation is occasionally useful.”</w:t>
      </w:r>
    </w:p>
    <w:p w14:paraId="576EF8D6" w14:textId="77777777" w:rsidR="007D7487" w:rsidRDefault="00E6407B">
      <w:pPr>
        <w:ind w:firstLine="288"/>
      </w:pPr>
      <w:r>
        <w:rPr>
          <w:rFonts w:cs="Times New Roman"/>
        </w:rPr>
        <w:t>Simon almost smiled.</w:t>
      </w:r>
    </w:p>
    <w:p w14:paraId="574CFCB0" w14:textId="77777777" w:rsidR="007D7487" w:rsidRDefault="00E6407B">
      <w:pPr>
        <w:ind w:firstLine="288"/>
      </w:pPr>
      <w:r>
        <w:rPr>
          <w:rFonts w:cs="Times New Roman"/>
        </w:rPr>
        <w:t>“Do not become proud of it.”</w:t>
      </w:r>
    </w:p>
    <w:p w14:paraId="3F86C8B3" w14:textId="77777777" w:rsidR="007D7487" w:rsidRDefault="00E6407B">
      <w:pPr>
        <w:ind w:firstLine="288"/>
      </w:pPr>
      <w:r>
        <w:rPr>
          <w:rFonts w:cs="Times New Roman"/>
        </w:rPr>
        <w:t>“I will try to survive the temptation.”</w:t>
      </w:r>
    </w:p>
    <w:p w14:paraId="30CE4FEC" w14:textId="77777777" w:rsidR="007D7487" w:rsidRDefault="00E6407B">
      <w:pPr>
        <w:ind w:firstLine="288"/>
      </w:pPr>
      <w:r>
        <w:rPr>
          <w:rFonts w:cs="Times New Roman"/>
        </w:rPr>
        <w:t>The two men moved on.</w:t>
      </w:r>
    </w:p>
    <w:p w14:paraId="75DCE2DA" w14:textId="77777777" w:rsidR="007D7487" w:rsidRDefault="00E6407B">
      <w:pPr>
        <w:ind w:firstLine="288"/>
      </w:pPr>
      <w:r>
        <w:rPr>
          <w:rFonts w:cs="Times New Roman"/>
        </w:rPr>
        <w:t>John heard the exchange and smiled.</w:t>
      </w:r>
    </w:p>
    <w:p w14:paraId="35F7C865" w14:textId="77777777" w:rsidR="007D7487" w:rsidRDefault="00E6407B">
      <w:pPr>
        <w:ind w:firstLine="288"/>
      </w:pPr>
      <w:r>
        <w:rPr>
          <w:rFonts w:cs="Times New Roman"/>
        </w:rPr>
        <w:t>The group was already becoming itself again.</w:t>
      </w:r>
    </w:p>
    <w:p w14:paraId="7DCFA6A0" w14:textId="77777777" w:rsidR="007D7487" w:rsidRDefault="00E6407B">
      <w:pPr>
        <w:ind w:firstLine="288"/>
      </w:pPr>
      <w:r>
        <w:rPr>
          <w:rFonts w:cs="Times New Roman"/>
        </w:rPr>
        <w:lastRenderedPageBreak/>
        <w:t>Not as it had been.</w:t>
      </w:r>
    </w:p>
    <w:p w14:paraId="22384376" w14:textId="77777777" w:rsidR="007D7487" w:rsidRDefault="00E6407B">
      <w:pPr>
        <w:ind w:firstLine="288"/>
      </w:pPr>
      <w:r>
        <w:rPr>
          <w:rFonts w:cs="Times New Roman"/>
        </w:rPr>
        <w:t>Something had happened that none of them could undo.</w:t>
      </w:r>
    </w:p>
    <w:p w14:paraId="6380B8BE" w14:textId="77777777" w:rsidR="007D7487" w:rsidRDefault="00E6407B">
      <w:pPr>
        <w:ind w:firstLine="288"/>
      </w:pPr>
      <w:r>
        <w:rPr>
          <w:rFonts w:cs="Times New Roman"/>
        </w:rPr>
        <w:t>But personality had returned.</w:t>
      </w:r>
    </w:p>
    <w:p w14:paraId="5C3C37AC" w14:textId="77777777" w:rsidR="007D7487" w:rsidRDefault="00E6407B">
      <w:pPr>
        <w:ind w:firstLine="288"/>
      </w:pPr>
      <w:r>
        <w:rPr>
          <w:rFonts w:cs="Times New Roman"/>
        </w:rPr>
        <w:t>Humor.</w:t>
      </w:r>
    </w:p>
    <w:p w14:paraId="0D30BBD8" w14:textId="77777777" w:rsidR="007D7487" w:rsidRDefault="00E6407B">
      <w:pPr>
        <w:ind w:firstLine="288"/>
      </w:pPr>
      <w:r>
        <w:rPr>
          <w:rFonts w:cs="Times New Roman"/>
        </w:rPr>
        <w:t>Irritation.</w:t>
      </w:r>
    </w:p>
    <w:p w14:paraId="21A318B3" w14:textId="77777777" w:rsidR="007D7487" w:rsidRDefault="00E6407B">
      <w:pPr>
        <w:ind w:firstLine="288"/>
      </w:pPr>
      <w:r>
        <w:rPr>
          <w:rFonts w:cs="Times New Roman"/>
        </w:rPr>
        <w:t>Old histories rubbing against one another.</w:t>
      </w:r>
    </w:p>
    <w:p w14:paraId="08F74C98" w14:textId="77777777" w:rsidR="007D7487" w:rsidRDefault="00E6407B">
      <w:pPr>
        <w:ind w:firstLine="288"/>
      </w:pPr>
      <w:r>
        <w:rPr>
          <w:rFonts w:cs="Times New Roman"/>
        </w:rPr>
        <w:t>Thomas still asked for details.</w:t>
      </w:r>
    </w:p>
    <w:p w14:paraId="1242143A" w14:textId="77777777" w:rsidR="007D7487" w:rsidRDefault="00E6407B">
      <w:pPr>
        <w:ind w:firstLine="288"/>
      </w:pPr>
      <w:r>
        <w:rPr>
          <w:rFonts w:cs="Times New Roman"/>
        </w:rPr>
        <w:t>Peter still walked faster than most men when he was agitated.</w:t>
      </w:r>
    </w:p>
    <w:p w14:paraId="0C0EA09B" w14:textId="77777777" w:rsidR="007D7487" w:rsidRDefault="00E6407B">
      <w:pPr>
        <w:ind w:firstLine="288"/>
      </w:pPr>
      <w:r>
        <w:rPr>
          <w:rFonts w:cs="Times New Roman"/>
        </w:rPr>
        <w:t>Andrew still listened before speaking.</w:t>
      </w:r>
    </w:p>
    <w:p w14:paraId="2834223E" w14:textId="77777777" w:rsidR="007D7487" w:rsidRDefault="00E6407B">
      <w:pPr>
        <w:ind w:firstLine="288"/>
      </w:pPr>
      <w:r>
        <w:rPr>
          <w:rFonts w:cs="Times New Roman"/>
        </w:rPr>
        <w:t>James watched.</w:t>
      </w:r>
    </w:p>
    <w:p w14:paraId="73126662" w14:textId="77777777" w:rsidR="007D7487" w:rsidRDefault="00E6407B">
      <w:pPr>
        <w:ind w:firstLine="288"/>
      </w:pPr>
      <w:r>
        <w:rPr>
          <w:rFonts w:cs="Times New Roman"/>
        </w:rPr>
        <w:t>Nathanael asked questions that seemed simple until someone tried to answer them.</w:t>
      </w:r>
    </w:p>
    <w:p w14:paraId="23EEB0D8" w14:textId="77777777" w:rsidR="007D7487" w:rsidRDefault="00E6407B">
      <w:pPr>
        <w:ind w:firstLine="288"/>
      </w:pPr>
      <w:r>
        <w:rPr>
          <w:rFonts w:cs="Times New Roman"/>
        </w:rPr>
        <w:t>The women moved information through relationships the men did not always see.</w:t>
      </w:r>
    </w:p>
    <w:p w14:paraId="17031009" w14:textId="77777777" w:rsidR="007D7487" w:rsidRDefault="00E6407B">
      <w:pPr>
        <w:ind w:firstLine="288"/>
      </w:pPr>
      <w:r>
        <w:rPr>
          <w:rFonts w:cs="Times New Roman"/>
        </w:rPr>
        <w:t>And Nicodemus apparently intended to think aloud until the age to come.</w:t>
      </w:r>
    </w:p>
    <w:p w14:paraId="6B8ADA45" w14:textId="77777777" w:rsidR="007D7487" w:rsidRDefault="00E6407B">
      <w:pPr>
        <w:suppressLineNumbers/>
        <w:spacing w:before="100" w:after="100"/>
        <w:jc w:val="center"/>
      </w:pPr>
      <w:r>
        <w:rPr>
          <w:rFonts w:cs="Times New Roman"/>
          <w:sz w:val="20"/>
        </w:rPr>
        <w:t>* * *</w:t>
      </w:r>
    </w:p>
    <w:p w14:paraId="48E48153" w14:textId="77777777" w:rsidR="007D7487" w:rsidRDefault="00E6407B">
      <w:pPr>
        <w:ind w:firstLine="288"/>
      </w:pPr>
      <w:r>
        <w:rPr>
          <w:rFonts w:cs="Times New Roman"/>
        </w:rPr>
        <w:t>Jesus’ mother became one of the quiet centers of the widening network.</w:t>
      </w:r>
    </w:p>
    <w:p w14:paraId="01423B87" w14:textId="77777777" w:rsidR="007D7487" w:rsidRDefault="00E6407B">
      <w:pPr>
        <w:ind w:firstLine="288"/>
      </w:pPr>
      <w:r>
        <w:rPr>
          <w:rFonts w:cs="Times New Roman"/>
        </w:rPr>
        <w:t>People came to her because she knew things none of the disciples knew.</w:t>
      </w:r>
    </w:p>
    <w:p w14:paraId="64F24C82" w14:textId="77777777" w:rsidR="007D7487" w:rsidRDefault="00E6407B">
      <w:pPr>
        <w:ind w:firstLine="288"/>
      </w:pPr>
      <w:r>
        <w:rPr>
          <w:rFonts w:cs="Times New Roman"/>
        </w:rPr>
        <w:t>Not because she was an apostle.</w:t>
      </w:r>
    </w:p>
    <w:p w14:paraId="3E6E0659" w14:textId="77777777" w:rsidR="007D7487" w:rsidRDefault="00E6407B">
      <w:pPr>
        <w:ind w:firstLine="288"/>
      </w:pPr>
      <w:r>
        <w:rPr>
          <w:rFonts w:cs="Times New Roman"/>
        </w:rPr>
        <w:t>Not because she had followed every road the Eleven had walked.</w:t>
      </w:r>
    </w:p>
    <w:p w14:paraId="1DF65196" w14:textId="77777777" w:rsidR="007D7487" w:rsidRDefault="00E6407B">
      <w:pPr>
        <w:ind w:firstLine="288"/>
      </w:pPr>
      <w:r>
        <w:rPr>
          <w:rFonts w:cs="Times New Roman"/>
        </w:rPr>
        <w:t>Because her witness began before theirs.</w:t>
      </w:r>
    </w:p>
    <w:p w14:paraId="0DA4A563" w14:textId="77777777" w:rsidR="007D7487" w:rsidRDefault="00E6407B">
      <w:pPr>
        <w:ind w:firstLine="288"/>
      </w:pPr>
      <w:r>
        <w:rPr>
          <w:rFonts w:cs="Times New Roman"/>
        </w:rPr>
        <w:t>Bethlehem.</w:t>
      </w:r>
    </w:p>
    <w:p w14:paraId="00697BCB" w14:textId="77777777" w:rsidR="007D7487" w:rsidRDefault="00E6407B">
      <w:pPr>
        <w:ind w:firstLine="288"/>
      </w:pPr>
      <w:r>
        <w:rPr>
          <w:rFonts w:cs="Times New Roman"/>
        </w:rPr>
        <w:t>The naming.</w:t>
      </w:r>
    </w:p>
    <w:p w14:paraId="69BED064" w14:textId="77777777" w:rsidR="007D7487" w:rsidRDefault="00E6407B">
      <w:pPr>
        <w:ind w:firstLine="288"/>
      </w:pPr>
      <w:r>
        <w:rPr>
          <w:rFonts w:cs="Times New Roman"/>
        </w:rPr>
        <w:t>Simeon.</w:t>
      </w:r>
    </w:p>
    <w:p w14:paraId="584D8EA1" w14:textId="77777777" w:rsidR="007D7487" w:rsidRDefault="00E6407B">
      <w:pPr>
        <w:ind w:firstLine="288"/>
      </w:pPr>
      <w:r>
        <w:rPr>
          <w:rFonts w:cs="Times New Roman"/>
        </w:rPr>
        <w:t>Anna.</w:t>
      </w:r>
    </w:p>
    <w:p w14:paraId="326599D8" w14:textId="77777777" w:rsidR="007D7487" w:rsidRDefault="00E6407B">
      <w:pPr>
        <w:ind w:firstLine="288"/>
      </w:pPr>
      <w:r>
        <w:rPr>
          <w:rFonts w:cs="Times New Roman"/>
        </w:rPr>
        <w:t>Egypt.</w:t>
      </w:r>
    </w:p>
    <w:p w14:paraId="7ECBC7C2" w14:textId="77777777" w:rsidR="007D7487" w:rsidRDefault="00E6407B">
      <w:pPr>
        <w:ind w:firstLine="288"/>
      </w:pPr>
      <w:r>
        <w:rPr>
          <w:rFonts w:cs="Times New Roman"/>
        </w:rPr>
        <w:t>Nazareth.</w:t>
      </w:r>
    </w:p>
    <w:p w14:paraId="6ABB6AF0" w14:textId="77777777" w:rsidR="007D7487" w:rsidRDefault="00E6407B">
      <w:pPr>
        <w:ind w:firstLine="288"/>
      </w:pPr>
      <w:r>
        <w:rPr>
          <w:rFonts w:cs="Times New Roman"/>
        </w:rPr>
        <w:t>Years when Jesus had been known to almost nobody outside family and village.</w:t>
      </w:r>
    </w:p>
    <w:p w14:paraId="330276FE" w14:textId="77777777" w:rsidR="007D7487" w:rsidRDefault="00E6407B">
      <w:pPr>
        <w:ind w:firstLine="288"/>
      </w:pPr>
      <w:r>
        <w:rPr>
          <w:rFonts w:cs="Times New Roman"/>
        </w:rPr>
        <w:t>She did not tell every story immediately.</w:t>
      </w:r>
    </w:p>
    <w:p w14:paraId="009BC725" w14:textId="77777777" w:rsidR="007D7487" w:rsidRDefault="00E6407B">
      <w:pPr>
        <w:ind w:firstLine="288"/>
      </w:pPr>
      <w:r>
        <w:rPr>
          <w:rFonts w:cs="Times New Roman"/>
        </w:rPr>
        <w:t>She did not need to.</w:t>
      </w:r>
    </w:p>
    <w:p w14:paraId="733373E3" w14:textId="77777777" w:rsidR="007D7487" w:rsidRDefault="00E6407B">
      <w:pPr>
        <w:ind w:firstLine="288"/>
      </w:pPr>
      <w:r>
        <w:rPr>
          <w:rFonts w:cs="Times New Roman"/>
        </w:rPr>
        <w:t>But people now looked at her differently.</w:t>
      </w:r>
    </w:p>
    <w:p w14:paraId="17F1B412" w14:textId="77777777" w:rsidR="007D7487" w:rsidRDefault="00E6407B">
      <w:pPr>
        <w:ind w:firstLine="288"/>
      </w:pPr>
      <w:r>
        <w:rPr>
          <w:rFonts w:cs="Times New Roman"/>
        </w:rPr>
        <w:t>The resurrection had forced a new question upon old memories.</w:t>
      </w:r>
    </w:p>
    <w:p w14:paraId="2E95C512" w14:textId="77777777" w:rsidR="007D7487" w:rsidRDefault="00E6407B">
      <w:pPr>
        <w:ind w:firstLine="288"/>
      </w:pPr>
      <w:r>
        <w:rPr>
          <w:rFonts w:cs="Times New Roman"/>
        </w:rPr>
        <w:t>If Jesus was truly alive after crucifixion, what had all the strange things surrounding His birth meant?</w:t>
      </w:r>
    </w:p>
    <w:p w14:paraId="42B615A9" w14:textId="77777777" w:rsidR="007D7487" w:rsidRDefault="00E6407B">
      <w:pPr>
        <w:ind w:firstLine="288"/>
      </w:pPr>
      <w:r>
        <w:rPr>
          <w:rFonts w:cs="Times New Roman"/>
        </w:rPr>
        <w:t>Mary carried those questions without rushing to answer them.</w:t>
      </w:r>
    </w:p>
    <w:p w14:paraId="5E69D13B" w14:textId="77777777" w:rsidR="007D7487" w:rsidRDefault="00E6407B">
      <w:pPr>
        <w:ind w:firstLine="288"/>
      </w:pPr>
      <w:r>
        <w:rPr>
          <w:rFonts w:cs="Times New Roman"/>
        </w:rPr>
        <w:t>She had learned long ago to keep things and ponder them.</w:t>
      </w:r>
    </w:p>
    <w:p w14:paraId="1C8CA04C" w14:textId="77777777" w:rsidR="007D7487" w:rsidRDefault="00E6407B">
      <w:pPr>
        <w:ind w:firstLine="288"/>
      </w:pPr>
      <w:r>
        <w:rPr>
          <w:rFonts w:cs="Times New Roman"/>
        </w:rPr>
        <w:t>Joanna noticed.</w:t>
      </w:r>
    </w:p>
    <w:p w14:paraId="59EE519C" w14:textId="77777777" w:rsidR="007D7487" w:rsidRDefault="00E6407B">
      <w:pPr>
        <w:ind w:firstLine="288"/>
      </w:pPr>
      <w:r>
        <w:rPr>
          <w:rFonts w:cs="Times New Roman"/>
        </w:rPr>
        <w:t>So did Susanna.</w:t>
      </w:r>
    </w:p>
    <w:p w14:paraId="26BDAAE2" w14:textId="77777777" w:rsidR="007D7487" w:rsidRDefault="00E6407B">
      <w:pPr>
        <w:ind w:firstLine="288"/>
      </w:pPr>
      <w:r>
        <w:rPr>
          <w:rFonts w:cs="Times New Roman"/>
        </w:rPr>
        <w:t>The women would ask more on the road.</w:t>
      </w:r>
    </w:p>
    <w:p w14:paraId="55517871" w14:textId="77777777" w:rsidR="007D7487" w:rsidRDefault="00E6407B">
      <w:pPr>
        <w:ind w:firstLine="288"/>
      </w:pPr>
      <w:r>
        <w:rPr>
          <w:rFonts w:cs="Times New Roman"/>
        </w:rPr>
        <w:t>Not all at once.</w:t>
      </w:r>
    </w:p>
    <w:p w14:paraId="318666CF" w14:textId="77777777" w:rsidR="007D7487" w:rsidRDefault="00E6407B">
      <w:pPr>
        <w:ind w:firstLine="288"/>
      </w:pPr>
      <w:r>
        <w:rPr>
          <w:rFonts w:cs="Times New Roman"/>
        </w:rPr>
        <w:lastRenderedPageBreak/>
        <w:t>There was time between Jerusalem and Galilee.</w:t>
      </w:r>
    </w:p>
    <w:p w14:paraId="0C22F249" w14:textId="77777777" w:rsidR="007D7487" w:rsidRDefault="00E6407B">
      <w:pPr>
        <w:suppressLineNumbers/>
        <w:spacing w:before="100" w:after="100"/>
        <w:jc w:val="center"/>
      </w:pPr>
      <w:r>
        <w:rPr>
          <w:rFonts w:cs="Times New Roman"/>
          <w:sz w:val="20"/>
        </w:rPr>
        <w:t>* * *</w:t>
      </w:r>
    </w:p>
    <w:p w14:paraId="33B5A141" w14:textId="77777777" w:rsidR="007D7487" w:rsidRDefault="00E6407B">
      <w:pPr>
        <w:ind w:firstLine="288"/>
      </w:pPr>
      <w:r>
        <w:rPr>
          <w:rFonts w:cs="Times New Roman"/>
        </w:rPr>
        <w:t>John found himself watching the network grow with increasing wonder.</w:t>
      </w:r>
    </w:p>
    <w:p w14:paraId="59F80012" w14:textId="77777777" w:rsidR="007D7487" w:rsidRDefault="00E6407B">
      <w:pPr>
        <w:ind w:firstLine="288"/>
      </w:pPr>
      <w:r>
        <w:rPr>
          <w:rFonts w:cs="Times New Roman"/>
        </w:rPr>
        <w:t>When he had first followed Jesus, he had thought mostly in terms of the men nearest Him.</w:t>
      </w:r>
    </w:p>
    <w:p w14:paraId="1A279AFE" w14:textId="77777777" w:rsidR="007D7487" w:rsidRDefault="00E6407B">
      <w:pPr>
        <w:ind w:firstLine="288"/>
      </w:pPr>
      <w:r>
        <w:rPr>
          <w:rFonts w:cs="Times New Roman"/>
        </w:rPr>
        <w:t>Andrew.</w:t>
      </w:r>
    </w:p>
    <w:p w14:paraId="7C71BDB0" w14:textId="77777777" w:rsidR="007D7487" w:rsidRDefault="00E6407B">
      <w:pPr>
        <w:ind w:firstLine="288"/>
      </w:pPr>
      <w:r>
        <w:rPr>
          <w:rFonts w:cs="Times New Roman"/>
        </w:rPr>
        <w:t>Peter.</w:t>
      </w:r>
    </w:p>
    <w:p w14:paraId="32870AB7" w14:textId="77777777" w:rsidR="007D7487" w:rsidRDefault="00E6407B">
      <w:pPr>
        <w:ind w:firstLine="288"/>
      </w:pPr>
      <w:r>
        <w:rPr>
          <w:rFonts w:cs="Times New Roman"/>
        </w:rPr>
        <w:t>James.</w:t>
      </w:r>
    </w:p>
    <w:p w14:paraId="01B2D90A" w14:textId="77777777" w:rsidR="007D7487" w:rsidRDefault="00E6407B">
      <w:pPr>
        <w:ind w:firstLine="288"/>
      </w:pPr>
      <w:r>
        <w:rPr>
          <w:rFonts w:cs="Times New Roman"/>
        </w:rPr>
        <w:t>Nathanael.</w:t>
      </w:r>
    </w:p>
    <w:p w14:paraId="453CFDD8" w14:textId="77777777" w:rsidR="007D7487" w:rsidRDefault="00E6407B">
      <w:pPr>
        <w:ind w:firstLine="288"/>
      </w:pPr>
      <w:r>
        <w:rPr>
          <w:rFonts w:cs="Times New Roman"/>
        </w:rPr>
        <w:t>Later Matthew.</w:t>
      </w:r>
    </w:p>
    <w:p w14:paraId="4FE31D90" w14:textId="77777777" w:rsidR="007D7487" w:rsidRDefault="00E6407B">
      <w:pPr>
        <w:ind w:firstLine="288"/>
      </w:pPr>
      <w:r>
        <w:rPr>
          <w:rFonts w:cs="Times New Roman"/>
        </w:rPr>
        <w:t>Thomas.</w:t>
      </w:r>
    </w:p>
    <w:p w14:paraId="56F202D7" w14:textId="77777777" w:rsidR="007D7487" w:rsidRDefault="00E6407B">
      <w:pPr>
        <w:ind w:firstLine="288"/>
      </w:pPr>
      <w:r>
        <w:rPr>
          <w:rFonts w:cs="Times New Roman"/>
        </w:rPr>
        <w:t>The others.</w:t>
      </w:r>
    </w:p>
    <w:p w14:paraId="1D63D0AB" w14:textId="77777777" w:rsidR="007D7487" w:rsidRDefault="00E6407B">
      <w:pPr>
        <w:ind w:firstLine="288"/>
      </w:pPr>
      <w:r>
        <w:rPr>
          <w:rFonts w:cs="Times New Roman"/>
        </w:rPr>
        <w:t>But the final days in Jerusalem had shown a wider body of witnesses around Jesus’ story.</w:t>
      </w:r>
    </w:p>
    <w:p w14:paraId="1948EC71" w14:textId="77777777" w:rsidR="007D7487" w:rsidRDefault="00E6407B">
      <w:pPr>
        <w:ind w:firstLine="288"/>
      </w:pPr>
      <w:r>
        <w:rPr>
          <w:rFonts w:cs="Times New Roman"/>
        </w:rPr>
        <w:t>Women who had followed and ministered.</w:t>
      </w:r>
    </w:p>
    <w:p w14:paraId="1DA366FF" w14:textId="77777777" w:rsidR="007D7487" w:rsidRDefault="00E6407B">
      <w:pPr>
        <w:ind w:firstLine="288"/>
      </w:pPr>
      <w:r>
        <w:rPr>
          <w:rFonts w:cs="Times New Roman"/>
        </w:rPr>
        <w:t>Women who watched the cross.</w:t>
      </w:r>
    </w:p>
    <w:p w14:paraId="20B3041A" w14:textId="77777777" w:rsidR="007D7487" w:rsidRDefault="00E6407B">
      <w:pPr>
        <w:ind w:firstLine="288"/>
      </w:pPr>
      <w:r>
        <w:rPr>
          <w:rFonts w:cs="Times New Roman"/>
        </w:rPr>
        <w:t>Women who knew the tomb.</w:t>
      </w:r>
    </w:p>
    <w:p w14:paraId="0EB12D85" w14:textId="77777777" w:rsidR="007D7487" w:rsidRDefault="00E6407B">
      <w:pPr>
        <w:ind w:firstLine="288"/>
      </w:pPr>
      <w:r>
        <w:rPr>
          <w:rFonts w:cs="Times New Roman"/>
        </w:rPr>
        <w:t>A rich council member willing to ask Pilate for the body.</w:t>
      </w:r>
    </w:p>
    <w:p w14:paraId="3E2BF326" w14:textId="77777777" w:rsidR="007D7487" w:rsidRDefault="00E6407B">
      <w:pPr>
        <w:ind w:firstLine="288"/>
      </w:pPr>
      <w:r>
        <w:rPr>
          <w:rFonts w:cs="Times New Roman"/>
        </w:rPr>
        <w:t>A ruler of the Jews who brought burial spices.</w:t>
      </w:r>
    </w:p>
    <w:p w14:paraId="371BDC9C" w14:textId="77777777" w:rsidR="007D7487" w:rsidRDefault="00E6407B">
      <w:pPr>
        <w:ind w:firstLine="288"/>
      </w:pPr>
      <w:r>
        <w:rPr>
          <w:rFonts w:cs="Times New Roman"/>
        </w:rPr>
        <w:t>Jesus’ mother.</w:t>
      </w:r>
    </w:p>
    <w:p w14:paraId="42EB246A" w14:textId="77777777" w:rsidR="007D7487" w:rsidRDefault="00E6407B">
      <w:pPr>
        <w:ind w:firstLine="288"/>
      </w:pPr>
      <w:r>
        <w:rPr>
          <w:rFonts w:cs="Times New Roman"/>
        </w:rPr>
        <w:t>People who had waited for the kingdom.</w:t>
      </w:r>
    </w:p>
    <w:p w14:paraId="51E0C4E2" w14:textId="77777777" w:rsidR="007D7487" w:rsidRDefault="00E6407B">
      <w:pPr>
        <w:ind w:firstLine="288"/>
      </w:pPr>
      <w:r>
        <w:rPr>
          <w:rFonts w:cs="Times New Roman"/>
        </w:rPr>
        <w:t>People who had been healed.</w:t>
      </w:r>
    </w:p>
    <w:p w14:paraId="36EDEBCB" w14:textId="77777777" w:rsidR="007D7487" w:rsidRDefault="00E6407B">
      <w:pPr>
        <w:ind w:firstLine="288"/>
      </w:pPr>
      <w:r>
        <w:rPr>
          <w:rFonts w:cs="Times New Roman"/>
        </w:rPr>
        <w:t>People whose homes had opened.</w:t>
      </w:r>
    </w:p>
    <w:p w14:paraId="607B8E7B" w14:textId="77777777" w:rsidR="007D7487" w:rsidRDefault="00E6407B">
      <w:pPr>
        <w:ind w:firstLine="288"/>
      </w:pPr>
      <w:r>
        <w:rPr>
          <w:rFonts w:cs="Times New Roman"/>
        </w:rPr>
        <w:t>People whose names John knew.</w:t>
      </w:r>
    </w:p>
    <w:p w14:paraId="7F15E650" w14:textId="77777777" w:rsidR="007D7487" w:rsidRDefault="00E6407B">
      <w:pPr>
        <w:ind w:firstLine="288"/>
      </w:pPr>
      <w:r>
        <w:rPr>
          <w:rFonts w:cs="Times New Roman"/>
        </w:rPr>
        <w:t>People whose names he did not.</w:t>
      </w:r>
    </w:p>
    <w:p w14:paraId="06317EE8" w14:textId="77777777" w:rsidR="007D7487" w:rsidRDefault="00E6407B">
      <w:pPr>
        <w:ind w:firstLine="288"/>
      </w:pPr>
      <w:r>
        <w:rPr>
          <w:rFonts w:cs="Times New Roman"/>
        </w:rPr>
        <w:t>The resurrection message traveled across those relationships.</w:t>
      </w:r>
    </w:p>
    <w:p w14:paraId="33DE36DD" w14:textId="77777777" w:rsidR="007D7487" w:rsidRDefault="00E6407B">
      <w:pPr>
        <w:ind w:firstLine="288"/>
      </w:pPr>
      <w:r>
        <w:rPr>
          <w:rFonts w:cs="Times New Roman"/>
        </w:rPr>
        <w:t>Not uniformly.</w:t>
      </w:r>
    </w:p>
    <w:p w14:paraId="6EEB990B" w14:textId="77777777" w:rsidR="007D7487" w:rsidRDefault="00E6407B">
      <w:pPr>
        <w:ind w:firstLine="288"/>
      </w:pPr>
      <w:r>
        <w:rPr>
          <w:rFonts w:cs="Times New Roman"/>
        </w:rPr>
        <w:t>Not neatly.</w:t>
      </w:r>
    </w:p>
    <w:p w14:paraId="5F5B3640" w14:textId="77777777" w:rsidR="007D7487" w:rsidRDefault="00E6407B">
      <w:pPr>
        <w:ind w:firstLine="288"/>
      </w:pPr>
      <w:r>
        <w:rPr>
          <w:rFonts w:cs="Times New Roman"/>
        </w:rPr>
        <w:t>But effectively.</w:t>
      </w:r>
    </w:p>
    <w:p w14:paraId="493D2DCF" w14:textId="77777777" w:rsidR="007D7487" w:rsidRDefault="00E6407B">
      <w:pPr>
        <w:ind w:firstLine="288"/>
      </w:pPr>
      <w:r>
        <w:rPr>
          <w:rFonts w:cs="Times New Roman"/>
        </w:rPr>
        <w:t>Someone knew where someone else had gone.</w:t>
      </w:r>
    </w:p>
    <w:p w14:paraId="4B134201" w14:textId="77777777" w:rsidR="007D7487" w:rsidRDefault="00E6407B">
      <w:pPr>
        <w:ind w:firstLine="288"/>
      </w:pPr>
      <w:r>
        <w:rPr>
          <w:rFonts w:cs="Times New Roman"/>
        </w:rPr>
        <w:t>Someone had a cousin.</w:t>
      </w:r>
    </w:p>
    <w:p w14:paraId="3CD7F81B" w14:textId="77777777" w:rsidR="007D7487" w:rsidRDefault="00E6407B">
      <w:pPr>
        <w:ind w:firstLine="288"/>
      </w:pPr>
      <w:r>
        <w:rPr>
          <w:rFonts w:cs="Times New Roman"/>
        </w:rPr>
        <w:t>Someone knew which household had taken in a frightened disciple.</w:t>
      </w:r>
    </w:p>
    <w:p w14:paraId="4455F22F" w14:textId="77777777" w:rsidR="007D7487" w:rsidRDefault="00E6407B">
      <w:pPr>
        <w:ind w:firstLine="288"/>
      </w:pPr>
      <w:r>
        <w:rPr>
          <w:rFonts w:cs="Times New Roman"/>
        </w:rPr>
        <w:t>Someone had seen Andrew.</w:t>
      </w:r>
    </w:p>
    <w:p w14:paraId="3038CEC4" w14:textId="77777777" w:rsidR="007D7487" w:rsidRDefault="00E6407B">
      <w:pPr>
        <w:ind w:firstLine="288"/>
      </w:pPr>
      <w:r>
        <w:rPr>
          <w:rFonts w:cs="Times New Roman"/>
        </w:rPr>
        <w:t>Someone knew James was still in the city.</w:t>
      </w:r>
    </w:p>
    <w:p w14:paraId="0E60F8F1" w14:textId="77777777" w:rsidR="007D7487" w:rsidRDefault="00E6407B">
      <w:pPr>
        <w:ind w:firstLine="288"/>
      </w:pPr>
      <w:r>
        <w:rPr>
          <w:rFonts w:cs="Times New Roman"/>
        </w:rPr>
        <w:t>Someone knew Nathanael had not yet left.</w:t>
      </w:r>
    </w:p>
    <w:p w14:paraId="393AF0D2" w14:textId="77777777" w:rsidR="007D7487" w:rsidRDefault="00E6407B">
      <w:pPr>
        <w:ind w:firstLine="288"/>
      </w:pPr>
      <w:r>
        <w:rPr>
          <w:rFonts w:cs="Times New Roman"/>
        </w:rPr>
        <w:t>A woman knew where Joanna was staying.</w:t>
      </w:r>
    </w:p>
    <w:p w14:paraId="253575C4" w14:textId="77777777" w:rsidR="007D7487" w:rsidRDefault="00E6407B">
      <w:pPr>
        <w:ind w:firstLine="288"/>
      </w:pPr>
      <w:r>
        <w:rPr>
          <w:rFonts w:cs="Times New Roman"/>
        </w:rPr>
        <w:t>Another knew where Susanna had gone.</w:t>
      </w:r>
    </w:p>
    <w:p w14:paraId="0EF3B301" w14:textId="77777777" w:rsidR="007D7487" w:rsidRDefault="00E6407B">
      <w:pPr>
        <w:ind w:firstLine="288"/>
      </w:pPr>
      <w:r>
        <w:rPr>
          <w:rFonts w:cs="Times New Roman"/>
        </w:rPr>
        <w:t>A message reached one room.</w:t>
      </w:r>
    </w:p>
    <w:p w14:paraId="3626D5D3" w14:textId="77777777" w:rsidR="007D7487" w:rsidRDefault="00E6407B">
      <w:pPr>
        <w:ind w:firstLine="288"/>
      </w:pPr>
      <w:r>
        <w:rPr>
          <w:rFonts w:cs="Times New Roman"/>
        </w:rPr>
        <w:t>Then another.</w:t>
      </w:r>
    </w:p>
    <w:p w14:paraId="0AE5DCCB" w14:textId="77777777" w:rsidR="007D7487" w:rsidRDefault="00E6407B">
      <w:pPr>
        <w:ind w:firstLine="288"/>
      </w:pPr>
      <w:r>
        <w:rPr>
          <w:rFonts w:cs="Times New Roman"/>
        </w:rPr>
        <w:t>Galilee.</w:t>
      </w:r>
    </w:p>
    <w:p w14:paraId="2F5402C2" w14:textId="77777777" w:rsidR="007D7487" w:rsidRDefault="00E6407B">
      <w:pPr>
        <w:ind w:firstLine="288"/>
      </w:pPr>
      <w:r>
        <w:rPr>
          <w:rFonts w:cs="Times New Roman"/>
        </w:rPr>
        <w:lastRenderedPageBreak/>
        <w:t>Galilee.</w:t>
      </w:r>
    </w:p>
    <w:p w14:paraId="44FA89FE" w14:textId="77777777" w:rsidR="007D7487" w:rsidRDefault="00E6407B">
      <w:pPr>
        <w:ind w:firstLine="288"/>
      </w:pPr>
      <w:r>
        <w:rPr>
          <w:rFonts w:cs="Times New Roman"/>
        </w:rPr>
        <w:t>Galilee.</w:t>
      </w:r>
    </w:p>
    <w:p w14:paraId="5A8CB3FB" w14:textId="77777777" w:rsidR="007D7487" w:rsidRDefault="00E6407B">
      <w:pPr>
        <w:ind w:firstLine="288"/>
      </w:pPr>
      <w:r>
        <w:rPr>
          <w:rFonts w:cs="Times New Roman"/>
        </w:rPr>
        <w:t>The destination became shared before the explanation did.</w:t>
      </w:r>
    </w:p>
    <w:p w14:paraId="62E194CD" w14:textId="77777777" w:rsidR="007D7487" w:rsidRDefault="00E6407B">
      <w:pPr>
        <w:suppressLineNumbers/>
        <w:spacing w:before="100" w:after="100"/>
        <w:jc w:val="center"/>
      </w:pPr>
      <w:r>
        <w:rPr>
          <w:rFonts w:cs="Times New Roman"/>
          <w:sz w:val="20"/>
        </w:rPr>
        <w:t>* * *</w:t>
      </w:r>
    </w:p>
    <w:p w14:paraId="0316568A" w14:textId="77777777" w:rsidR="007D7487" w:rsidRDefault="00E6407B">
      <w:pPr>
        <w:ind w:firstLine="288"/>
      </w:pPr>
      <w:r>
        <w:rPr>
          <w:rFonts w:cs="Times New Roman"/>
        </w:rPr>
        <w:t>Peter did not resist going north.</w:t>
      </w:r>
    </w:p>
    <w:p w14:paraId="0B02AC5A" w14:textId="77777777" w:rsidR="007D7487" w:rsidRDefault="00E6407B">
      <w:pPr>
        <w:ind w:firstLine="288"/>
      </w:pPr>
      <w:r>
        <w:rPr>
          <w:rFonts w:cs="Times New Roman"/>
        </w:rPr>
        <w:t>That surprised John.</w:t>
      </w:r>
    </w:p>
    <w:p w14:paraId="009A9F5D" w14:textId="77777777" w:rsidR="007D7487" w:rsidRDefault="00E6407B">
      <w:pPr>
        <w:ind w:firstLine="288"/>
      </w:pPr>
      <w:r>
        <w:rPr>
          <w:rFonts w:cs="Times New Roman"/>
        </w:rPr>
        <w:t>He had expected questions.</w:t>
      </w:r>
    </w:p>
    <w:p w14:paraId="46E072C4" w14:textId="77777777" w:rsidR="007D7487" w:rsidRDefault="00E6407B">
      <w:pPr>
        <w:ind w:firstLine="288"/>
      </w:pPr>
      <w:r>
        <w:rPr>
          <w:rFonts w:cs="Times New Roman"/>
        </w:rPr>
        <w:t>Arguments.</w:t>
      </w:r>
    </w:p>
    <w:p w14:paraId="2B9F986F" w14:textId="77777777" w:rsidR="007D7487" w:rsidRDefault="00E6407B">
      <w:pPr>
        <w:ind w:firstLine="288"/>
      </w:pPr>
      <w:r>
        <w:rPr>
          <w:rFonts w:cs="Times New Roman"/>
        </w:rPr>
        <w:t>Perhaps a proposal to remain near Jerusalem until Jesus explained everything.</w:t>
      </w:r>
    </w:p>
    <w:p w14:paraId="24A7A076" w14:textId="77777777" w:rsidR="007D7487" w:rsidRDefault="00E6407B">
      <w:pPr>
        <w:ind w:firstLine="288"/>
      </w:pPr>
      <w:r>
        <w:rPr>
          <w:rFonts w:cs="Times New Roman"/>
        </w:rPr>
        <w:t>Instead Peter seemed almost relieved by the direction.</w:t>
      </w:r>
    </w:p>
    <w:p w14:paraId="4DC382F1" w14:textId="77777777" w:rsidR="007D7487" w:rsidRDefault="00E6407B">
      <w:pPr>
        <w:ind w:firstLine="288"/>
      </w:pPr>
      <w:r>
        <w:rPr>
          <w:rFonts w:cs="Times New Roman"/>
        </w:rPr>
        <w:t>Home.</w:t>
      </w:r>
    </w:p>
    <w:p w14:paraId="60833A9B" w14:textId="77777777" w:rsidR="007D7487" w:rsidRDefault="00E6407B">
      <w:pPr>
        <w:ind w:firstLine="288"/>
      </w:pPr>
      <w:r>
        <w:rPr>
          <w:rFonts w:cs="Times New Roman"/>
        </w:rPr>
        <w:t>Galilee.</w:t>
      </w:r>
    </w:p>
    <w:p w14:paraId="256C2B18" w14:textId="77777777" w:rsidR="007D7487" w:rsidRDefault="00E6407B">
      <w:pPr>
        <w:ind w:firstLine="288"/>
      </w:pPr>
      <w:r>
        <w:rPr>
          <w:rFonts w:cs="Times New Roman"/>
        </w:rPr>
        <w:t>The lake.</w:t>
      </w:r>
    </w:p>
    <w:p w14:paraId="41BE08F1" w14:textId="77777777" w:rsidR="007D7487" w:rsidRDefault="00E6407B">
      <w:pPr>
        <w:ind w:firstLine="288"/>
      </w:pPr>
      <w:r>
        <w:rPr>
          <w:rFonts w:cs="Times New Roman"/>
        </w:rPr>
        <w:t>The hills.</w:t>
      </w:r>
    </w:p>
    <w:p w14:paraId="3269DB7F" w14:textId="77777777" w:rsidR="007D7487" w:rsidRDefault="00E6407B">
      <w:pPr>
        <w:ind w:firstLine="288"/>
      </w:pPr>
      <w:r>
        <w:rPr>
          <w:rFonts w:cs="Times New Roman"/>
        </w:rPr>
        <w:t>Places where his hands and feet knew what to do without instruction.</w:t>
      </w:r>
    </w:p>
    <w:p w14:paraId="221657BA" w14:textId="77777777" w:rsidR="007D7487" w:rsidRDefault="00E6407B">
      <w:pPr>
        <w:ind w:firstLine="288"/>
      </w:pPr>
      <w:r>
        <w:rPr>
          <w:rFonts w:cs="Times New Roman"/>
        </w:rPr>
        <w:t>But John also saw something else.</w:t>
      </w:r>
    </w:p>
    <w:p w14:paraId="4E304413" w14:textId="77777777" w:rsidR="007D7487" w:rsidRDefault="00E6407B">
      <w:pPr>
        <w:ind w:firstLine="288"/>
      </w:pPr>
      <w:r>
        <w:rPr>
          <w:rFonts w:cs="Times New Roman"/>
        </w:rPr>
        <w:t>Peter had unfinished business in Jerusalem that Jerusalem could not finish for him.</w:t>
      </w:r>
    </w:p>
    <w:p w14:paraId="2CB06E03" w14:textId="77777777" w:rsidR="007D7487" w:rsidRDefault="00E6407B">
      <w:pPr>
        <w:ind w:firstLine="288"/>
      </w:pPr>
      <w:r>
        <w:rPr>
          <w:rFonts w:cs="Times New Roman"/>
        </w:rPr>
        <w:t>The private appearance had changed him.</w:t>
      </w:r>
    </w:p>
    <w:p w14:paraId="07792C28" w14:textId="77777777" w:rsidR="007D7487" w:rsidRDefault="00E6407B">
      <w:pPr>
        <w:ind w:firstLine="288"/>
      </w:pPr>
      <w:r>
        <w:rPr>
          <w:rFonts w:cs="Times New Roman"/>
        </w:rPr>
        <w:t>Not completed him.</w:t>
      </w:r>
    </w:p>
    <w:p w14:paraId="4E9F9D73" w14:textId="77777777" w:rsidR="007D7487" w:rsidRDefault="00E6407B">
      <w:pPr>
        <w:ind w:firstLine="288"/>
      </w:pPr>
      <w:r>
        <w:rPr>
          <w:rFonts w:cs="Times New Roman"/>
        </w:rPr>
        <w:t>Sometimes Peter would be talking and suddenly stop.</w:t>
      </w:r>
    </w:p>
    <w:p w14:paraId="5C6810FA" w14:textId="77777777" w:rsidR="007D7487" w:rsidRDefault="00E6407B">
      <w:pPr>
        <w:ind w:firstLine="288"/>
      </w:pPr>
      <w:r>
        <w:rPr>
          <w:rFonts w:cs="Times New Roman"/>
        </w:rPr>
        <w:t>Sometimes a laugh came and vanished.</w:t>
      </w:r>
    </w:p>
    <w:p w14:paraId="1F603C9C" w14:textId="77777777" w:rsidR="007D7487" w:rsidRDefault="00E6407B">
      <w:pPr>
        <w:ind w:firstLine="288"/>
      </w:pPr>
      <w:r>
        <w:rPr>
          <w:rFonts w:cs="Times New Roman"/>
        </w:rPr>
        <w:t>Sometimes he would look at Jesus’ mother and then away.</w:t>
      </w:r>
    </w:p>
    <w:p w14:paraId="4A01F4D4" w14:textId="77777777" w:rsidR="007D7487" w:rsidRDefault="00E6407B">
      <w:pPr>
        <w:ind w:firstLine="288"/>
      </w:pPr>
      <w:r>
        <w:rPr>
          <w:rFonts w:cs="Times New Roman"/>
        </w:rPr>
        <w:t>Once John saw him pass near a charcoal fire being used for cooking.</w:t>
      </w:r>
    </w:p>
    <w:p w14:paraId="481A3FC8" w14:textId="77777777" w:rsidR="007D7487" w:rsidRDefault="00E6407B">
      <w:pPr>
        <w:ind w:firstLine="288"/>
      </w:pPr>
      <w:r>
        <w:rPr>
          <w:rFonts w:cs="Times New Roman"/>
        </w:rPr>
        <w:t>Peter’s stride changed.</w:t>
      </w:r>
    </w:p>
    <w:p w14:paraId="320DC289" w14:textId="77777777" w:rsidR="007D7487" w:rsidRDefault="00E6407B">
      <w:pPr>
        <w:ind w:firstLine="288"/>
      </w:pPr>
      <w:r>
        <w:rPr>
          <w:rFonts w:cs="Times New Roman"/>
        </w:rPr>
        <w:t>Only slightly.</w:t>
      </w:r>
    </w:p>
    <w:p w14:paraId="54ECC44E" w14:textId="77777777" w:rsidR="007D7487" w:rsidRDefault="00E6407B">
      <w:pPr>
        <w:ind w:firstLine="288"/>
      </w:pPr>
      <w:r>
        <w:rPr>
          <w:rFonts w:cs="Times New Roman"/>
        </w:rPr>
        <w:t>Enough.</w:t>
      </w:r>
    </w:p>
    <w:p w14:paraId="1A33C991" w14:textId="77777777" w:rsidR="007D7487" w:rsidRDefault="00E6407B">
      <w:pPr>
        <w:ind w:firstLine="288"/>
      </w:pPr>
      <w:r>
        <w:rPr>
          <w:rFonts w:cs="Times New Roman"/>
        </w:rPr>
        <w:t>John did not say anything.</w:t>
      </w:r>
    </w:p>
    <w:p w14:paraId="4FC8825C" w14:textId="77777777" w:rsidR="007D7487" w:rsidRDefault="00E6407B">
      <w:pPr>
        <w:ind w:firstLine="288"/>
      </w:pPr>
      <w:r>
        <w:rPr>
          <w:rFonts w:cs="Times New Roman"/>
        </w:rPr>
        <w:t>The fire by the lake was still ahead.</w:t>
      </w:r>
    </w:p>
    <w:p w14:paraId="5A3DF696" w14:textId="77777777" w:rsidR="007D7487" w:rsidRDefault="00E6407B">
      <w:pPr>
        <w:ind w:firstLine="288"/>
      </w:pPr>
      <w:r>
        <w:rPr>
          <w:rFonts w:cs="Times New Roman"/>
        </w:rPr>
        <w:t>Peter did not know it.</w:t>
      </w:r>
    </w:p>
    <w:p w14:paraId="1629B94D" w14:textId="77777777" w:rsidR="007D7487" w:rsidRDefault="00E6407B">
      <w:pPr>
        <w:ind w:firstLine="288"/>
      </w:pPr>
      <w:r>
        <w:rPr>
          <w:rFonts w:cs="Times New Roman"/>
        </w:rPr>
        <w:t>John did not either.</w:t>
      </w:r>
    </w:p>
    <w:p w14:paraId="59B68C86" w14:textId="77777777" w:rsidR="007D7487" w:rsidRDefault="00E6407B">
      <w:pPr>
        <w:ind w:firstLine="288"/>
      </w:pPr>
      <w:r>
        <w:rPr>
          <w:rFonts w:cs="Times New Roman"/>
        </w:rPr>
        <w:t>But the smell had already become part of the wound.</w:t>
      </w:r>
    </w:p>
    <w:p w14:paraId="4B39CA72" w14:textId="77777777" w:rsidR="007D7487" w:rsidRDefault="00E6407B">
      <w:pPr>
        <w:suppressLineNumbers/>
        <w:spacing w:before="100" w:after="100"/>
        <w:jc w:val="center"/>
      </w:pPr>
      <w:r>
        <w:rPr>
          <w:rFonts w:cs="Times New Roman"/>
          <w:sz w:val="20"/>
        </w:rPr>
        <w:t>* * *</w:t>
      </w:r>
    </w:p>
    <w:p w14:paraId="0318421F" w14:textId="77777777" w:rsidR="007D7487" w:rsidRDefault="00E6407B">
      <w:pPr>
        <w:ind w:firstLine="288"/>
      </w:pPr>
      <w:r>
        <w:rPr>
          <w:rFonts w:cs="Times New Roman"/>
        </w:rPr>
        <w:t>Thomas was different after the second appearance.</w:t>
      </w:r>
    </w:p>
    <w:p w14:paraId="54AD5668" w14:textId="77777777" w:rsidR="007D7487" w:rsidRDefault="00E6407B">
      <w:pPr>
        <w:ind w:firstLine="288"/>
      </w:pPr>
      <w:r>
        <w:rPr>
          <w:rFonts w:cs="Times New Roman"/>
        </w:rPr>
        <w:t>Not suddenly less thoughtful.</w:t>
      </w:r>
    </w:p>
    <w:p w14:paraId="18D8C800" w14:textId="77777777" w:rsidR="007D7487" w:rsidRDefault="00E6407B">
      <w:pPr>
        <w:ind w:firstLine="288"/>
      </w:pPr>
      <w:r>
        <w:rPr>
          <w:rFonts w:cs="Times New Roman"/>
        </w:rPr>
        <w:t>Not less willing to question.</w:t>
      </w:r>
    </w:p>
    <w:p w14:paraId="4F7D67EA" w14:textId="77777777" w:rsidR="007D7487" w:rsidRDefault="00E6407B">
      <w:pPr>
        <w:ind w:firstLine="288"/>
      </w:pPr>
      <w:r>
        <w:rPr>
          <w:rFonts w:cs="Times New Roman"/>
        </w:rPr>
        <w:t>If anything, the wounds had made him more careful.</w:t>
      </w:r>
    </w:p>
    <w:p w14:paraId="19085387" w14:textId="77777777" w:rsidR="007D7487" w:rsidRDefault="00E6407B">
      <w:pPr>
        <w:ind w:firstLine="288"/>
      </w:pPr>
      <w:r>
        <w:rPr>
          <w:rFonts w:cs="Times New Roman"/>
        </w:rPr>
        <w:t>Before, he had refused to believe because he had not seen.</w:t>
      </w:r>
    </w:p>
    <w:p w14:paraId="6F791B83" w14:textId="77777777" w:rsidR="007D7487" w:rsidRDefault="00E6407B">
      <w:pPr>
        <w:ind w:firstLine="288"/>
      </w:pPr>
      <w:r>
        <w:rPr>
          <w:rFonts w:cs="Times New Roman"/>
        </w:rPr>
        <w:t>Now that he had seen, he wanted to understand what seeing required of him.</w:t>
      </w:r>
    </w:p>
    <w:p w14:paraId="142156A5" w14:textId="77777777" w:rsidR="007D7487" w:rsidRDefault="00E6407B">
      <w:pPr>
        <w:ind w:firstLine="288"/>
      </w:pPr>
      <w:r>
        <w:rPr>
          <w:rFonts w:cs="Times New Roman"/>
        </w:rPr>
        <w:lastRenderedPageBreak/>
        <w:t>He asked John:</w:t>
      </w:r>
    </w:p>
    <w:p w14:paraId="5E05BAB3" w14:textId="77777777" w:rsidR="007D7487" w:rsidRDefault="00E6407B">
      <w:pPr>
        <w:ind w:firstLine="288"/>
      </w:pPr>
      <w:r>
        <w:rPr>
          <w:rFonts w:cs="Times New Roman"/>
        </w:rPr>
        <w:t>“Did you believe at the tomb?”</w:t>
      </w:r>
    </w:p>
    <w:p w14:paraId="1CD85F2A" w14:textId="77777777" w:rsidR="007D7487" w:rsidRDefault="00E6407B">
      <w:pPr>
        <w:ind w:firstLine="288"/>
      </w:pPr>
      <w:r>
        <w:rPr>
          <w:rFonts w:cs="Times New Roman"/>
        </w:rPr>
        <w:t>John thought about it.</w:t>
      </w:r>
    </w:p>
    <w:p w14:paraId="33C78495" w14:textId="77777777" w:rsidR="007D7487" w:rsidRDefault="00E6407B">
      <w:pPr>
        <w:ind w:firstLine="288"/>
      </w:pPr>
      <w:r>
        <w:rPr>
          <w:rFonts w:cs="Times New Roman"/>
        </w:rPr>
        <w:t>“Yes.”</w:t>
      </w:r>
    </w:p>
    <w:p w14:paraId="0836160F" w14:textId="77777777" w:rsidR="007D7487" w:rsidRDefault="00E6407B">
      <w:pPr>
        <w:ind w:firstLine="288"/>
      </w:pPr>
      <w:r>
        <w:rPr>
          <w:rFonts w:cs="Times New Roman"/>
        </w:rPr>
        <w:t>“Before you saw Him?”</w:t>
      </w:r>
    </w:p>
    <w:p w14:paraId="1DF8ED55" w14:textId="77777777" w:rsidR="007D7487" w:rsidRDefault="00E6407B">
      <w:pPr>
        <w:ind w:firstLine="288"/>
      </w:pPr>
      <w:r>
        <w:rPr>
          <w:rFonts w:cs="Times New Roman"/>
        </w:rPr>
        <w:t>“Yes.”</w:t>
      </w:r>
    </w:p>
    <w:p w14:paraId="71B58BF9" w14:textId="77777777" w:rsidR="007D7487" w:rsidRDefault="00E6407B">
      <w:pPr>
        <w:ind w:firstLine="288"/>
      </w:pPr>
      <w:r>
        <w:rPr>
          <w:rFonts w:cs="Times New Roman"/>
        </w:rPr>
        <w:t>Thomas frowned.</w:t>
      </w:r>
    </w:p>
    <w:p w14:paraId="5CC7D534" w14:textId="77777777" w:rsidR="007D7487" w:rsidRDefault="00E6407B">
      <w:pPr>
        <w:ind w:firstLine="288"/>
      </w:pPr>
      <w:r>
        <w:rPr>
          <w:rFonts w:cs="Times New Roman"/>
        </w:rPr>
        <w:t>“What did you believe?”</w:t>
      </w:r>
    </w:p>
    <w:p w14:paraId="794B0E91" w14:textId="77777777" w:rsidR="007D7487" w:rsidRDefault="00E6407B">
      <w:pPr>
        <w:ind w:firstLine="288"/>
      </w:pPr>
      <w:r>
        <w:rPr>
          <w:rFonts w:cs="Times New Roman"/>
        </w:rPr>
        <w:t>John stared at him.</w:t>
      </w:r>
    </w:p>
    <w:p w14:paraId="4F7AD958" w14:textId="77777777" w:rsidR="007D7487" w:rsidRDefault="00E6407B">
      <w:pPr>
        <w:ind w:firstLine="288"/>
      </w:pPr>
      <w:r>
        <w:rPr>
          <w:rFonts w:cs="Times New Roman"/>
        </w:rPr>
        <w:t>The question was harder than it sounded.</w:t>
      </w:r>
    </w:p>
    <w:p w14:paraId="36F0EACC" w14:textId="77777777" w:rsidR="007D7487" w:rsidRDefault="00E6407B">
      <w:pPr>
        <w:ind w:firstLine="288"/>
      </w:pPr>
      <w:r>
        <w:rPr>
          <w:rFonts w:cs="Times New Roman"/>
        </w:rPr>
        <w:t>“I knew Mary’s explanation was not enough.”</w:t>
      </w:r>
    </w:p>
    <w:p w14:paraId="536C682E" w14:textId="77777777" w:rsidR="007D7487" w:rsidRDefault="00E6407B">
      <w:pPr>
        <w:ind w:firstLine="288"/>
      </w:pPr>
      <w:r>
        <w:rPr>
          <w:rFonts w:cs="Times New Roman"/>
        </w:rPr>
        <w:t>“That someone had taken the body.”</w:t>
      </w:r>
    </w:p>
    <w:p w14:paraId="00E57EE9" w14:textId="77777777" w:rsidR="007D7487" w:rsidRDefault="00E6407B">
      <w:pPr>
        <w:ind w:firstLine="288"/>
      </w:pPr>
      <w:r>
        <w:rPr>
          <w:rFonts w:cs="Times New Roman"/>
        </w:rPr>
        <w:t>“Yes.”</w:t>
      </w:r>
    </w:p>
    <w:p w14:paraId="7F426E15" w14:textId="77777777" w:rsidR="007D7487" w:rsidRDefault="00E6407B">
      <w:pPr>
        <w:ind w:firstLine="288"/>
      </w:pPr>
      <w:r>
        <w:rPr>
          <w:rFonts w:cs="Times New Roman"/>
        </w:rPr>
        <w:t>“But you did not know He had risen.”</w:t>
      </w:r>
    </w:p>
    <w:p w14:paraId="328619BC" w14:textId="77777777" w:rsidR="007D7487" w:rsidRDefault="00E6407B">
      <w:pPr>
        <w:ind w:firstLine="288"/>
      </w:pPr>
      <w:r>
        <w:rPr>
          <w:rFonts w:cs="Times New Roman"/>
        </w:rPr>
        <w:t>“I did not understand the Scripture yet.”</w:t>
      </w:r>
    </w:p>
    <w:p w14:paraId="5D961B49" w14:textId="77777777" w:rsidR="007D7487" w:rsidRDefault="00E6407B">
      <w:pPr>
        <w:ind w:firstLine="288"/>
      </w:pPr>
      <w:r>
        <w:rPr>
          <w:rFonts w:cs="Times New Roman"/>
        </w:rPr>
        <w:t>Thomas nodded slowly.</w:t>
      </w:r>
    </w:p>
    <w:p w14:paraId="62A19F20" w14:textId="77777777" w:rsidR="007D7487" w:rsidRDefault="00E6407B">
      <w:pPr>
        <w:ind w:firstLine="288"/>
      </w:pPr>
      <w:r>
        <w:rPr>
          <w:rFonts w:cs="Times New Roman"/>
        </w:rPr>
        <w:t>“So you believed before you knew what to call it.”</w:t>
      </w:r>
    </w:p>
    <w:p w14:paraId="6D628622" w14:textId="77777777" w:rsidR="007D7487" w:rsidRDefault="00E6407B">
      <w:pPr>
        <w:ind w:firstLine="288"/>
      </w:pPr>
      <w:r>
        <w:rPr>
          <w:rFonts w:cs="Times New Roman"/>
        </w:rPr>
        <w:t>John looked at him.</w:t>
      </w:r>
    </w:p>
    <w:p w14:paraId="77C0BBB0" w14:textId="77777777" w:rsidR="007D7487" w:rsidRDefault="00E6407B">
      <w:pPr>
        <w:ind w:firstLine="288"/>
      </w:pPr>
      <w:r>
        <w:rPr>
          <w:rFonts w:cs="Times New Roman"/>
        </w:rPr>
        <w:t>“Yes.”</w:t>
      </w:r>
    </w:p>
    <w:p w14:paraId="37ED3A29" w14:textId="77777777" w:rsidR="007D7487" w:rsidRDefault="00E6407B">
      <w:pPr>
        <w:ind w:firstLine="288"/>
      </w:pPr>
      <w:r>
        <w:rPr>
          <w:rFonts w:cs="Times New Roman"/>
        </w:rPr>
        <w:t>Thomas glanced toward his own hand.</w:t>
      </w:r>
    </w:p>
    <w:p w14:paraId="22DD0E0A" w14:textId="77777777" w:rsidR="007D7487" w:rsidRDefault="00E6407B">
      <w:pPr>
        <w:ind w:firstLine="288"/>
      </w:pPr>
      <w:r>
        <w:rPr>
          <w:rFonts w:cs="Times New Roman"/>
        </w:rPr>
        <w:t>“I refused until I could touch the answer.”</w:t>
      </w:r>
    </w:p>
    <w:p w14:paraId="157052A1" w14:textId="77777777" w:rsidR="007D7487" w:rsidRDefault="00E6407B">
      <w:pPr>
        <w:ind w:firstLine="288"/>
      </w:pPr>
      <w:r>
        <w:rPr>
          <w:rFonts w:cs="Times New Roman"/>
        </w:rPr>
        <w:t>“You did not touch Him.”</w:t>
      </w:r>
    </w:p>
    <w:p w14:paraId="111E986C" w14:textId="77777777" w:rsidR="007D7487" w:rsidRDefault="00E6407B">
      <w:pPr>
        <w:ind w:firstLine="288"/>
      </w:pPr>
      <w:r>
        <w:rPr>
          <w:rFonts w:cs="Times New Roman"/>
        </w:rPr>
        <w:t>Thomas looked up.</w:t>
      </w:r>
    </w:p>
    <w:p w14:paraId="5DCA27F9" w14:textId="77777777" w:rsidR="007D7487" w:rsidRDefault="00E6407B">
      <w:pPr>
        <w:ind w:firstLine="288"/>
      </w:pPr>
      <w:r>
        <w:rPr>
          <w:rFonts w:cs="Times New Roman"/>
        </w:rPr>
        <w:t>“I did not need to.”</w:t>
      </w:r>
    </w:p>
    <w:p w14:paraId="2F6C52E6" w14:textId="77777777" w:rsidR="007D7487" w:rsidRDefault="00E6407B">
      <w:pPr>
        <w:ind w:firstLine="288"/>
      </w:pPr>
      <w:r>
        <w:rPr>
          <w:rFonts w:cs="Times New Roman"/>
        </w:rPr>
        <w:t>John smiled faintly.</w:t>
      </w:r>
    </w:p>
    <w:p w14:paraId="69B51A6B" w14:textId="77777777" w:rsidR="007D7487" w:rsidRDefault="00E6407B">
      <w:pPr>
        <w:ind w:firstLine="288"/>
      </w:pPr>
      <w:r>
        <w:rPr>
          <w:rFonts w:cs="Times New Roman"/>
        </w:rPr>
        <w:t>Thomas did too.</w:t>
      </w:r>
    </w:p>
    <w:p w14:paraId="63C3650B" w14:textId="77777777" w:rsidR="007D7487" w:rsidRDefault="00E6407B">
      <w:pPr>
        <w:ind w:firstLine="288"/>
      </w:pPr>
      <w:r>
        <w:rPr>
          <w:rFonts w:cs="Times New Roman"/>
        </w:rPr>
        <w:t>Then his expression became serious.</w:t>
      </w:r>
    </w:p>
    <w:p w14:paraId="5A083F98" w14:textId="77777777" w:rsidR="007D7487" w:rsidRDefault="00E6407B">
      <w:pPr>
        <w:ind w:firstLine="288"/>
      </w:pPr>
      <w:r>
        <w:rPr>
          <w:rFonts w:cs="Times New Roman"/>
        </w:rPr>
        <w:t>“When He said, ‘Blessed are they that have not seen, and yet have believed’…”</w:t>
      </w:r>
    </w:p>
    <w:p w14:paraId="097C99F1" w14:textId="77777777" w:rsidR="007D7487" w:rsidRDefault="00E6407B">
      <w:pPr>
        <w:ind w:firstLine="288"/>
      </w:pPr>
      <w:r>
        <w:rPr>
          <w:rFonts w:cs="Times New Roman"/>
        </w:rPr>
        <w:t>John waited.</w:t>
      </w:r>
    </w:p>
    <w:p w14:paraId="0C2A5F5D" w14:textId="77777777" w:rsidR="007D7487" w:rsidRDefault="00E6407B">
      <w:pPr>
        <w:ind w:firstLine="288"/>
      </w:pPr>
      <w:r>
        <w:rPr>
          <w:rFonts w:cs="Times New Roman"/>
        </w:rPr>
        <w:t>Thomas looked toward the city.</w:t>
      </w:r>
    </w:p>
    <w:p w14:paraId="509917B9" w14:textId="77777777" w:rsidR="007D7487" w:rsidRDefault="00E6407B">
      <w:pPr>
        <w:ind w:firstLine="288"/>
      </w:pPr>
      <w:r>
        <w:rPr>
          <w:rFonts w:cs="Times New Roman"/>
        </w:rPr>
        <w:t>“He was speaking about people who will have our testimony instead of our eyes.”</w:t>
      </w:r>
    </w:p>
    <w:p w14:paraId="1C30031A" w14:textId="77777777" w:rsidR="007D7487" w:rsidRDefault="00E6407B">
      <w:pPr>
        <w:ind w:firstLine="288"/>
      </w:pPr>
      <w:r>
        <w:rPr>
          <w:rFonts w:cs="Times New Roman"/>
        </w:rPr>
        <w:t>John felt the sentence settle.</w:t>
      </w:r>
    </w:p>
    <w:p w14:paraId="78F3CFB0" w14:textId="77777777" w:rsidR="007D7487" w:rsidRDefault="00E6407B">
      <w:pPr>
        <w:ind w:firstLine="288"/>
      </w:pPr>
      <w:r>
        <w:rPr>
          <w:rFonts w:cs="Times New Roman"/>
        </w:rPr>
        <w:t>“Yes.”</w:t>
      </w:r>
    </w:p>
    <w:p w14:paraId="3C738B93" w14:textId="77777777" w:rsidR="007D7487" w:rsidRDefault="00E6407B">
      <w:pPr>
        <w:ind w:firstLine="288"/>
      </w:pPr>
      <w:r>
        <w:rPr>
          <w:rFonts w:cs="Times New Roman"/>
        </w:rPr>
        <w:t>Thomas breathed out.</w:t>
      </w:r>
    </w:p>
    <w:p w14:paraId="37BE4AF6" w14:textId="77777777" w:rsidR="007D7487" w:rsidRDefault="00E6407B">
      <w:pPr>
        <w:ind w:firstLine="288"/>
      </w:pPr>
      <w:r>
        <w:rPr>
          <w:rFonts w:cs="Times New Roman"/>
        </w:rPr>
        <w:t>“That is a frightening responsibility.”</w:t>
      </w:r>
    </w:p>
    <w:p w14:paraId="1A4EA0ED" w14:textId="77777777" w:rsidR="007D7487" w:rsidRDefault="00E6407B">
      <w:pPr>
        <w:ind w:firstLine="288"/>
      </w:pPr>
      <w:r>
        <w:rPr>
          <w:rFonts w:cs="Times New Roman"/>
        </w:rPr>
        <w:t>It was.</w:t>
      </w:r>
    </w:p>
    <w:p w14:paraId="55806A9B" w14:textId="77777777" w:rsidR="007D7487" w:rsidRDefault="00E6407B">
      <w:pPr>
        <w:ind w:firstLine="288"/>
      </w:pPr>
      <w:r>
        <w:rPr>
          <w:rFonts w:cs="Times New Roman"/>
        </w:rPr>
        <w:t>If men and women would believe without seeing because witnesses told them what had happened, then witnesses had no right to improve the story for effect.</w:t>
      </w:r>
    </w:p>
    <w:p w14:paraId="3A86933A" w14:textId="77777777" w:rsidR="007D7487" w:rsidRDefault="00E6407B">
      <w:pPr>
        <w:ind w:firstLine="288"/>
      </w:pPr>
      <w:r>
        <w:rPr>
          <w:rFonts w:cs="Times New Roman"/>
        </w:rPr>
        <w:lastRenderedPageBreak/>
        <w:t>No right to make uncertainty disappear where uncertainty had existed.</w:t>
      </w:r>
    </w:p>
    <w:p w14:paraId="57CAE685" w14:textId="77777777" w:rsidR="007D7487" w:rsidRDefault="00E6407B">
      <w:pPr>
        <w:ind w:firstLine="288"/>
      </w:pPr>
      <w:r>
        <w:rPr>
          <w:rFonts w:cs="Times New Roman"/>
        </w:rPr>
        <w:t>No right to claim they had seen what they had only heard from another.</w:t>
      </w:r>
    </w:p>
    <w:p w14:paraId="1DFA5CFA" w14:textId="77777777" w:rsidR="007D7487" w:rsidRDefault="00E6407B">
      <w:pPr>
        <w:ind w:firstLine="288"/>
      </w:pPr>
      <w:r>
        <w:rPr>
          <w:rFonts w:cs="Times New Roman"/>
        </w:rPr>
        <w:t>Mary’s garden belonged to Mary.</w:t>
      </w:r>
    </w:p>
    <w:p w14:paraId="28CDA270" w14:textId="77777777" w:rsidR="007D7487" w:rsidRDefault="00E6407B">
      <w:pPr>
        <w:ind w:firstLine="288"/>
      </w:pPr>
      <w:r>
        <w:rPr>
          <w:rFonts w:cs="Times New Roman"/>
        </w:rPr>
        <w:t>Peter’s private meeting belonged to Peter.</w:t>
      </w:r>
    </w:p>
    <w:p w14:paraId="73DD5E54" w14:textId="77777777" w:rsidR="007D7487" w:rsidRDefault="00E6407B">
      <w:pPr>
        <w:ind w:firstLine="288"/>
      </w:pPr>
      <w:r>
        <w:rPr>
          <w:rFonts w:cs="Times New Roman"/>
        </w:rPr>
        <w:t>Thomas’s wounds belonged to Thomas.</w:t>
      </w:r>
    </w:p>
    <w:p w14:paraId="0E78ACD6" w14:textId="77777777" w:rsidR="007D7487" w:rsidRDefault="00E6407B">
      <w:pPr>
        <w:ind w:firstLine="288"/>
      </w:pPr>
      <w:r>
        <w:rPr>
          <w:rFonts w:cs="Times New Roman"/>
        </w:rPr>
        <w:t>John’s tomb belonged to John.</w:t>
      </w:r>
    </w:p>
    <w:p w14:paraId="468B4C02" w14:textId="77777777" w:rsidR="007D7487" w:rsidRDefault="00E6407B">
      <w:pPr>
        <w:ind w:firstLine="288"/>
      </w:pPr>
      <w:r>
        <w:rPr>
          <w:rFonts w:cs="Times New Roman"/>
        </w:rPr>
        <w:t>The testimony would become stronger by remaining honest about whose witness was whose.</w:t>
      </w:r>
    </w:p>
    <w:p w14:paraId="68EFC064" w14:textId="77777777" w:rsidR="007D7487" w:rsidRDefault="00E6407B">
      <w:pPr>
        <w:suppressLineNumbers/>
        <w:spacing w:before="100" w:after="100"/>
        <w:jc w:val="center"/>
      </w:pPr>
      <w:r>
        <w:rPr>
          <w:rFonts w:cs="Times New Roman"/>
          <w:sz w:val="20"/>
        </w:rPr>
        <w:t>* * *</w:t>
      </w:r>
    </w:p>
    <w:p w14:paraId="50B4AA19" w14:textId="77777777" w:rsidR="007D7487" w:rsidRDefault="00E6407B">
      <w:pPr>
        <w:ind w:firstLine="288"/>
      </w:pPr>
      <w:r>
        <w:rPr>
          <w:rFonts w:cs="Times New Roman"/>
        </w:rPr>
        <w:t>Preparations for the journey began.</w:t>
      </w:r>
    </w:p>
    <w:p w14:paraId="3DEE5EE5" w14:textId="77777777" w:rsidR="007D7487" w:rsidRDefault="00E6407B">
      <w:pPr>
        <w:ind w:firstLine="288"/>
      </w:pPr>
      <w:r>
        <w:rPr>
          <w:rFonts w:cs="Times New Roman"/>
        </w:rPr>
        <w:t>Nothing about them felt like the beginning of a pilgrimage.</w:t>
      </w:r>
    </w:p>
    <w:p w14:paraId="7CBB3A8C" w14:textId="77777777" w:rsidR="007D7487" w:rsidRDefault="00E6407B">
      <w:pPr>
        <w:ind w:firstLine="288"/>
      </w:pPr>
      <w:r>
        <w:rPr>
          <w:rFonts w:cs="Times New Roman"/>
        </w:rPr>
        <w:t>People still needed food.</w:t>
      </w:r>
    </w:p>
    <w:p w14:paraId="35C21860" w14:textId="77777777" w:rsidR="007D7487" w:rsidRDefault="00E6407B">
      <w:pPr>
        <w:ind w:firstLine="288"/>
      </w:pPr>
      <w:r>
        <w:rPr>
          <w:rFonts w:cs="Times New Roman"/>
        </w:rPr>
        <w:t>Water.</w:t>
      </w:r>
    </w:p>
    <w:p w14:paraId="722DFD1A" w14:textId="77777777" w:rsidR="007D7487" w:rsidRDefault="00E6407B">
      <w:pPr>
        <w:ind w:firstLine="288"/>
      </w:pPr>
      <w:r>
        <w:rPr>
          <w:rFonts w:cs="Times New Roman"/>
        </w:rPr>
        <w:t>Sandals.</w:t>
      </w:r>
    </w:p>
    <w:p w14:paraId="6953D3AA" w14:textId="77777777" w:rsidR="007D7487" w:rsidRDefault="00E6407B">
      <w:pPr>
        <w:ind w:firstLine="288"/>
      </w:pPr>
      <w:r>
        <w:rPr>
          <w:rFonts w:cs="Times New Roman"/>
        </w:rPr>
        <w:t>Places to sleep.</w:t>
      </w:r>
    </w:p>
    <w:p w14:paraId="4FEC1F76" w14:textId="77777777" w:rsidR="007D7487" w:rsidRDefault="00E6407B">
      <w:pPr>
        <w:ind w:firstLine="288"/>
      </w:pPr>
      <w:r>
        <w:rPr>
          <w:rFonts w:cs="Times New Roman"/>
        </w:rPr>
        <w:t>Children needed to be gathered.</w:t>
      </w:r>
    </w:p>
    <w:p w14:paraId="307FD1A0" w14:textId="77777777" w:rsidR="007D7487" w:rsidRDefault="00E6407B">
      <w:pPr>
        <w:ind w:firstLine="288"/>
      </w:pPr>
      <w:r>
        <w:rPr>
          <w:rFonts w:cs="Times New Roman"/>
        </w:rPr>
        <w:t>Older travelers needed a manageable pace.</w:t>
      </w:r>
    </w:p>
    <w:p w14:paraId="3299C636" w14:textId="77777777" w:rsidR="007D7487" w:rsidRDefault="00E6407B">
      <w:pPr>
        <w:ind w:firstLine="288"/>
      </w:pPr>
      <w:r>
        <w:rPr>
          <w:rFonts w:cs="Times New Roman"/>
        </w:rPr>
        <w:t>The practical details continued as though the center of history had not just shifted.</w:t>
      </w:r>
    </w:p>
    <w:p w14:paraId="5055CC59" w14:textId="77777777" w:rsidR="007D7487" w:rsidRDefault="00E6407B">
      <w:pPr>
        <w:ind w:firstLine="288"/>
      </w:pPr>
      <w:r>
        <w:rPr>
          <w:rFonts w:cs="Times New Roman"/>
        </w:rPr>
        <w:t>That contrast made John smile.</w:t>
      </w:r>
    </w:p>
    <w:p w14:paraId="068D5E28" w14:textId="77777777" w:rsidR="007D7487" w:rsidRDefault="00E6407B">
      <w:pPr>
        <w:ind w:firstLine="288"/>
      </w:pPr>
      <w:r>
        <w:rPr>
          <w:rFonts w:cs="Times New Roman"/>
        </w:rPr>
        <w:t>Jesus was alive.</w:t>
      </w:r>
    </w:p>
    <w:p w14:paraId="7861E69D" w14:textId="77777777" w:rsidR="007D7487" w:rsidRDefault="00E6407B">
      <w:pPr>
        <w:ind w:firstLine="288"/>
      </w:pPr>
      <w:r>
        <w:rPr>
          <w:rFonts w:cs="Times New Roman"/>
        </w:rPr>
        <w:t>Someone still had to remember bread.</w:t>
      </w:r>
    </w:p>
    <w:p w14:paraId="5ED91D2E" w14:textId="77777777" w:rsidR="007D7487" w:rsidRDefault="00E6407B">
      <w:pPr>
        <w:ind w:firstLine="288"/>
      </w:pPr>
      <w:r>
        <w:rPr>
          <w:rFonts w:cs="Times New Roman"/>
        </w:rPr>
        <w:t>Nicodemus had apparently remembered enough provisions for three journeys.</w:t>
      </w:r>
    </w:p>
    <w:p w14:paraId="4A414933" w14:textId="77777777" w:rsidR="007D7487" w:rsidRDefault="00E6407B">
      <w:pPr>
        <w:ind w:firstLine="288"/>
      </w:pPr>
      <w:r>
        <w:rPr>
          <w:rFonts w:cs="Times New Roman"/>
        </w:rPr>
        <w:t>Joseph looked at the bundles.</w:t>
      </w:r>
    </w:p>
    <w:p w14:paraId="45A1FB0D" w14:textId="77777777" w:rsidR="007D7487" w:rsidRDefault="00E6407B">
      <w:pPr>
        <w:ind w:firstLine="288"/>
      </w:pPr>
      <w:r>
        <w:rPr>
          <w:rFonts w:cs="Times New Roman"/>
        </w:rPr>
        <w:t>“You are doing it again.”</w:t>
      </w:r>
    </w:p>
    <w:p w14:paraId="7228ED2C" w14:textId="77777777" w:rsidR="007D7487" w:rsidRDefault="00E6407B">
      <w:pPr>
        <w:ind w:firstLine="288"/>
      </w:pPr>
      <w:r>
        <w:rPr>
          <w:rFonts w:cs="Times New Roman"/>
        </w:rPr>
        <w:t>Nicodemus looked offended.</w:t>
      </w:r>
    </w:p>
    <w:p w14:paraId="271FADD1" w14:textId="77777777" w:rsidR="007D7487" w:rsidRDefault="00E6407B">
      <w:pPr>
        <w:ind w:firstLine="288"/>
      </w:pPr>
      <w:r>
        <w:rPr>
          <w:rFonts w:cs="Times New Roman"/>
        </w:rPr>
        <w:t>“What?”</w:t>
      </w:r>
    </w:p>
    <w:p w14:paraId="055BF615" w14:textId="77777777" w:rsidR="007D7487" w:rsidRDefault="00E6407B">
      <w:pPr>
        <w:ind w:firstLine="288"/>
      </w:pPr>
      <w:r>
        <w:rPr>
          <w:rFonts w:cs="Times New Roman"/>
        </w:rPr>
        <w:t>“Being thorough.”</w:t>
      </w:r>
    </w:p>
    <w:p w14:paraId="33FC3E39" w14:textId="77777777" w:rsidR="007D7487" w:rsidRDefault="00E6407B">
      <w:pPr>
        <w:ind w:firstLine="288"/>
      </w:pPr>
      <w:r>
        <w:rPr>
          <w:rFonts w:cs="Times New Roman"/>
        </w:rPr>
        <w:t>“I learned from the burial.”</w:t>
      </w:r>
    </w:p>
    <w:p w14:paraId="6EEBEC31" w14:textId="77777777" w:rsidR="007D7487" w:rsidRDefault="00E6407B">
      <w:pPr>
        <w:ind w:firstLine="288"/>
      </w:pPr>
      <w:r>
        <w:rPr>
          <w:rFonts w:cs="Times New Roman"/>
        </w:rPr>
        <w:t>Joseph raised an eyebrow.</w:t>
      </w:r>
    </w:p>
    <w:p w14:paraId="6BD10BAF" w14:textId="77777777" w:rsidR="007D7487" w:rsidRDefault="00E6407B">
      <w:pPr>
        <w:ind w:firstLine="288"/>
      </w:pPr>
      <w:r>
        <w:rPr>
          <w:rFonts w:cs="Times New Roman"/>
        </w:rPr>
        <w:t>“You learned from the burial to bring more?”</w:t>
      </w:r>
    </w:p>
    <w:p w14:paraId="4DBA2A64" w14:textId="77777777" w:rsidR="007D7487" w:rsidRDefault="00E6407B">
      <w:pPr>
        <w:ind w:firstLine="288"/>
      </w:pPr>
      <w:r>
        <w:rPr>
          <w:rFonts w:cs="Times New Roman"/>
        </w:rPr>
        <w:t>“I learned that insufficient preparation is unpleasant.”</w:t>
      </w:r>
    </w:p>
    <w:p w14:paraId="79F914DE" w14:textId="77777777" w:rsidR="007D7487" w:rsidRDefault="00E6407B">
      <w:pPr>
        <w:ind w:firstLine="288"/>
      </w:pPr>
      <w:r>
        <w:rPr>
          <w:rFonts w:cs="Times New Roman"/>
        </w:rPr>
        <w:t>Joseph looked at Mary Magdalene.</w:t>
      </w:r>
    </w:p>
    <w:p w14:paraId="63A280FB" w14:textId="77777777" w:rsidR="007D7487" w:rsidRDefault="00E6407B">
      <w:pPr>
        <w:ind w:firstLine="288"/>
      </w:pPr>
      <w:r>
        <w:rPr>
          <w:rFonts w:cs="Times New Roman"/>
        </w:rPr>
        <w:t>“Do you see what I endured carrying his spices?”</w:t>
      </w:r>
    </w:p>
    <w:p w14:paraId="6C3B1298" w14:textId="77777777" w:rsidR="007D7487" w:rsidRDefault="00E6407B">
      <w:pPr>
        <w:ind w:firstLine="288"/>
      </w:pPr>
      <w:r>
        <w:rPr>
          <w:rFonts w:cs="Times New Roman"/>
        </w:rPr>
        <w:t>Nicodemus pointed toward him.</w:t>
      </w:r>
    </w:p>
    <w:p w14:paraId="31454343" w14:textId="77777777" w:rsidR="007D7487" w:rsidRDefault="00E6407B">
      <w:pPr>
        <w:ind w:firstLine="288"/>
      </w:pPr>
      <w:r>
        <w:rPr>
          <w:rFonts w:cs="Times New Roman"/>
        </w:rPr>
        <w:t>“You were grateful for those spices.”</w:t>
      </w:r>
    </w:p>
    <w:p w14:paraId="49322680" w14:textId="77777777" w:rsidR="007D7487" w:rsidRDefault="00E6407B">
      <w:pPr>
        <w:ind w:firstLine="288"/>
      </w:pPr>
      <w:r>
        <w:rPr>
          <w:rFonts w:cs="Times New Roman"/>
        </w:rPr>
        <w:t>“I was grateful for some of them.”</w:t>
      </w:r>
    </w:p>
    <w:p w14:paraId="23FBC914" w14:textId="77777777" w:rsidR="007D7487" w:rsidRDefault="00E6407B">
      <w:pPr>
        <w:ind w:firstLine="288"/>
      </w:pPr>
      <w:r>
        <w:rPr>
          <w:rFonts w:cs="Times New Roman"/>
        </w:rPr>
        <w:t>“How many would have satisfied you?”</w:t>
      </w:r>
    </w:p>
    <w:p w14:paraId="0D5DD02C" w14:textId="77777777" w:rsidR="007D7487" w:rsidRDefault="00E6407B">
      <w:pPr>
        <w:ind w:firstLine="288"/>
      </w:pPr>
      <w:r>
        <w:rPr>
          <w:rFonts w:cs="Times New Roman"/>
        </w:rPr>
        <w:t>Joseph considered.</w:t>
      </w:r>
    </w:p>
    <w:p w14:paraId="6307DB89" w14:textId="77777777" w:rsidR="007D7487" w:rsidRDefault="00E6407B">
      <w:pPr>
        <w:ind w:firstLine="288"/>
      </w:pPr>
      <w:r>
        <w:rPr>
          <w:rFonts w:cs="Times New Roman"/>
        </w:rPr>
        <w:t>“Fewer than a hundred pounds.”</w:t>
      </w:r>
    </w:p>
    <w:p w14:paraId="3F7DEF69" w14:textId="77777777" w:rsidR="007D7487" w:rsidRDefault="00E6407B">
      <w:pPr>
        <w:ind w:firstLine="288"/>
      </w:pPr>
      <w:r>
        <w:rPr>
          <w:rFonts w:cs="Times New Roman"/>
        </w:rPr>
        <w:lastRenderedPageBreak/>
        <w:t>Nicodemus sighed.</w:t>
      </w:r>
    </w:p>
    <w:p w14:paraId="5D566469" w14:textId="77777777" w:rsidR="007D7487" w:rsidRDefault="00E6407B">
      <w:pPr>
        <w:ind w:firstLine="288"/>
      </w:pPr>
      <w:r>
        <w:rPr>
          <w:rFonts w:cs="Times New Roman"/>
        </w:rPr>
        <w:t>“I knew this would come up again.”</w:t>
      </w:r>
    </w:p>
    <w:p w14:paraId="5657051B" w14:textId="77777777" w:rsidR="007D7487" w:rsidRDefault="00E6407B">
      <w:pPr>
        <w:ind w:firstLine="288"/>
      </w:pPr>
      <w:r>
        <w:rPr>
          <w:rFonts w:cs="Times New Roman"/>
        </w:rPr>
        <w:t>John laughed.</w:t>
      </w:r>
    </w:p>
    <w:p w14:paraId="636BCB67" w14:textId="77777777" w:rsidR="007D7487" w:rsidRDefault="00E6407B">
      <w:pPr>
        <w:ind w:firstLine="288"/>
      </w:pPr>
      <w:r>
        <w:rPr>
          <w:rFonts w:cs="Times New Roman"/>
        </w:rPr>
        <w:t>Jesus’ mother heard and smiled.</w:t>
      </w:r>
    </w:p>
    <w:p w14:paraId="39670C27" w14:textId="77777777" w:rsidR="007D7487" w:rsidRDefault="00E6407B">
      <w:pPr>
        <w:ind w:firstLine="288"/>
      </w:pPr>
      <w:r>
        <w:rPr>
          <w:rFonts w:cs="Times New Roman"/>
        </w:rPr>
        <w:t>The grief surrounding those burial spices had not disappeared.</w:t>
      </w:r>
    </w:p>
    <w:p w14:paraId="414A16EC" w14:textId="77777777" w:rsidR="007D7487" w:rsidRDefault="00E6407B">
      <w:pPr>
        <w:ind w:firstLine="288"/>
      </w:pPr>
      <w:r>
        <w:rPr>
          <w:rFonts w:cs="Times New Roman"/>
        </w:rPr>
        <w:t>But resurrection had changed what memory could do with them.</w:t>
      </w:r>
    </w:p>
    <w:p w14:paraId="525E4502" w14:textId="77777777" w:rsidR="007D7487" w:rsidRDefault="00E6407B">
      <w:pPr>
        <w:ind w:firstLine="288"/>
      </w:pPr>
      <w:r>
        <w:rPr>
          <w:rFonts w:cs="Times New Roman"/>
        </w:rPr>
        <w:t>A weight that once belonged only to death had become a family joke among people who knew exactly why the joke was possible.</w:t>
      </w:r>
    </w:p>
    <w:p w14:paraId="058A3F70" w14:textId="77777777" w:rsidR="007D7487" w:rsidRDefault="00E6407B">
      <w:pPr>
        <w:ind w:firstLine="288"/>
      </w:pPr>
      <w:r>
        <w:rPr>
          <w:rFonts w:cs="Times New Roman"/>
        </w:rPr>
        <w:t>Jesus had not remained in the tomb.</w:t>
      </w:r>
    </w:p>
    <w:p w14:paraId="23B059C5" w14:textId="77777777" w:rsidR="007D7487" w:rsidRDefault="00E6407B">
      <w:pPr>
        <w:suppressLineNumbers/>
        <w:spacing w:before="100" w:after="100"/>
        <w:jc w:val="center"/>
      </w:pPr>
      <w:r>
        <w:rPr>
          <w:rFonts w:cs="Times New Roman"/>
          <w:sz w:val="20"/>
        </w:rPr>
        <w:t>* * *</w:t>
      </w:r>
    </w:p>
    <w:p w14:paraId="3F70A93E" w14:textId="77777777" w:rsidR="007D7487" w:rsidRDefault="00E6407B">
      <w:pPr>
        <w:ind w:firstLine="288"/>
      </w:pPr>
      <w:r>
        <w:rPr>
          <w:rFonts w:cs="Times New Roman"/>
        </w:rPr>
        <w:t>The Eleven were not the only ones preparing to travel.</w:t>
      </w:r>
    </w:p>
    <w:p w14:paraId="60197EB9" w14:textId="77777777" w:rsidR="007D7487" w:rsidRDefault="00E6407B">
      <w:pPr>
        <w:ind w:firstLine="288"/>
      </w:pPr>
      <w:r>
        <w:rPr>
          <w:rFonts w:cs="Times New Roman"/>
        </w:rPr>
        <w:t>That created questions.</w:t>
      </w:r>
    </w:p>
    <w:p w14:paraId="4D1F58D2" w14:textId="77777777" w:rsidR="007D7487" w:rsidRDefault="00E6407B">
      <w:pPr>
        <w:ind w:firstLine="288"/>
      </w:pPr>
      <w:r>
        <w:rPr>
          <w:rFonts w:cs="Times New Roman"/>
        </w:rPr>
        <w:t>How large should the company be?</w:t>
      </w:r>
    </w:p>
    <w:p w14:paraId="469F536B" w14:textId="77777777" w:rsidR="007D7487" w:rsidRDefault="00E6407B">
      <w:pPr>
        <w:ind w:firstLine="288"/>
      </w:pPr>
      <w:r>
        <w:rPr>
          <w:rFonts w:cs="Times New Roman"/>
        </w:rPr>
        <w:t>Who had been directly told to go?</w:t>
      </w:r>
    </w:p>
    <w:p w14:paraId="6950159F" w14:textId="77777777" w:rsidR="007D7487" w:rsidRDefault="00E6407B">
      <w:pPr>
        <w:ind w:firstLine="288"/>
      </w:pPr>
      <w:r>
        <w:rPr>
          <w:rFonts w:cs="Times New Roman"/>
        </w:rPr>
        <w:t>Who had heard through others?</w:t>
      </w:r>
    </w:p>
    <w:p w14:paraId="405A683A" w14:textId="77777777" w:rsidR="007D7487" w:rsidRDefault="00E6407B">
      <w:pPr>
        <w:ind w:firstLine="288"/>
      </w:pPr>
      <w:r>
        <w:rPr>
          <w:rFonts w:cs="Times New Roman"/>
        </w:rPr>
        <w:t>Should Joseph come?</w:t>
      </w:r>
    </w:p>
    <w:p w14:paraId="675D4F63" w14:textId="77777777" w:rsidR="007D7487" w:rsidRDefault="00E6407B">
      <w:pPr>
        <w:ind w:firstLine="288"/>
      </w:pPr>
      <w:r>
        <w:rPr>
          <w:rFonts w:cs="Times New Roman"/>
        </w:rPr>
        <w:t>Nicodemus?</w:t>
      </w:r>
    </w:p>
    <w:p w14:paraId="01BB6C66" w14:textId="77777777" w:rsidR="007D7487" w:rsidRDefault="00E6407B">
      <w:pPr>
        <w:ind w:firstLine="288"/>
      </w:pPr>
      <w:r>
        <w:rPr>
          <w:rFonts w:cs="Times New Roman"/>
        </w:rPr>
        <w:t>The women?</w:t>
      </w:r>
    </w:p>
    <w:p w14:paraId="0E3A39F5" w14:textId="77777777" w:rsidR="007D7487" w:rsidRDefault="00E6407B">
      <w:pPr>
        <w:ind w:firstLine="288"/>
      </w:pPr>
      <w:r>
        <w:rPr>
          <w:rFonts w:cs="Times New Roman"/>
        </w:rPr>
        <w:t>Other disciples?</w:t>
      </w:r>
    </w:p>
    <w:p w14:paraId="6ACE289F" w14:textId="77777777" w:rsidR="007D7487" w:rsidRDefault="00E6407B">
      <w:pPr>
        <w:ind w:firstLine="288"/>
      </w:pPr>
      <w:r>
        <w:rPr>
          <w:rFonts w:cs="Times New Roman"/>
        </w:rPr>
        <w:t>No one produced a formal list.</w:t>
      </w:r>
    </w:p>
    <w:p w14:paraId="01F94A96" w14:textId="77777777" w:rsidR="007D7487" w:rsidRDefault="00E6407B">
      <w:pPr>
        <w:ind w:firstLine="288"/>
      </w:pPr>
      <w:r>
        <w:rPr>
          <w:rFonts w:cs="Times New Roman"/>
        </w:rPr>
        <w:t>The Eleven remained the apostolic group Jesus had appointed to the mountain.</w:t>
      </w:r>
    </w:p>
    <w:p w14:paraId="53AF027B" w14:textId="77777777" w:rsidR="007D7487" w:rsidRDefault="00E6407B">
      <w:pPr>
        <w:ind w:firstLine="288"/>
      </w:pPr>
      <w:r>
        <w:rPr>
          <w:rFonts w:cs="Times New Roman"/>
        </w:rPr>
        <w:t>That did not mean every other disciple connected to the Galilee movement vanished from the story.</w:t>
      </w:r>
    </w:p>
    <w:p w14:paraId="7BFF060B" w14:textId="77777777" w:rsidR="007D7487" w:rsidRDefault="00E6407B">
      <w:pPr>
        <w:ind w:firstLine="288"/>
      </w:pPr>
      <w:r>
        <w:rPr>
          <w:rFonts w:cs="Times New Roman"/>
        </w:rPr>
        <w:t>John knew only what he saw:</w:t>
      </w:r>
    </w:p>
    <w:p w14:paraId="0197D148" w14:textId="77777777" w:rsidR="007D7487" w:rsidRDefault="00E6407B">
      <w:pPr>
        <w:ind w:firstLine="288"/>
      </w:pPr>
      <w:r>
        <w:rPr>
          <w:rFonts w:cs="Times New Roman"/>
        </w:rPr>
        <w:t>people wanted to go where Jesus said He would meet His followers.</w:t>
      </w:r>
    </w:p>
    <w:p w14:paraId="38445F3E" w14:textId="77777777" w:rsidR="007D7487" w:rsidRDefault="00E6407B">
      <w:pPr>
        <w:ind w:firstLine="288"/>
      </w:pPr>
      <w:r>
        <w:rPr>
          <w:rFonts w:cs="Times New Roman"/>
        </w:rPr>
        <w:t>Some traveled together.</w:t>
      </w:r>
    </w:p>
    <w:p w14:paraId="3206AE2F" w14:textId="77777777" w:rsidR="007D7487" w:rsidRDefault="00E6407B">
      <w:pPr>
        <w:ind w:firstLine="288"/>
      </w:pPr>
      <w:r>
        <w:rPr>
          <w:rFonts w:cs="Times New Roman"/>
        </w:rPr>
        <w:t>Some separately.</w:t>
      </w:r>
    </w:p>
    <w:p w14:paraId="45550C27" w14:textId="77777777" w:rsidR="007D7487" w:rsidRDefault="00E6407B">
      <w:pPr>
        <w:ind w:firstLine="288"/>
      </w:pPr>
      <w:r>
        <w:rPr>
          <w:rFonts w:cs="Times New Roman"/>
        </w:rPr>
        <w:t>Some had homes in Galilee.</w:t>
      </w:r>
    </w:p>
    <w:p w14:paraId="6AC00E28" w14:textId="77777777" w:rsidR="007D7487" w:rsidRDefault="00E6407B">
      <w:pPr>
        <w:ind w:firstLine="288"/>
      </w:pPr>
      <w:r>
        <w:rPr>
          <w:rFonts w:cs="Times New Roman"/>
        </w:rPr>
        <w:t>Others would join as they could.</w:t>
      </w:r>
    </w:p>
    <w:p w14:paraId="64EBF423" w14:textId="77777777" w:rsidR="007D7487" w:rsidRDefault="00E6407B">
      <w:pPr>
        <w:ind w:firstLine="288"/>
      </w:pPr>
      <w:r>
        <w:rPr>
          <w:rFonts w:cs="Times New Roman"/>
        </w:rPr>
        <w:t>The larger movement north grew from overlapping relationships rather than one organized procession.</w:t>
      </w:r>
    </w:p>
    <w:p w14:paraId="4B01DA3A" w14:textId="77777777" w:rsidR="007D7487" w:rsidRDefault="00E6407B">
      <w:pPr>
        <w:ind w:firstLine="288"/>
      </w:pPr>
      <w:r>
        <w:rPr>
          <w:rFonts w:cs="Times New Roman"/>
        </w:rPr>
        <w:t>Jesus had not given them a marching order.</w:t>
      </w:r>
    </w:p>
    <w:p w14:paraId="211DB20C" w14:textId="77777777" w:rsidR="007D7487" w:rsidRDefault="00E6407B">
      <w:pPr>
        <w:ind w:firstLine="288"/>
      </w:pPr>
      <w:r>
        <w:rPr>
          <w:rFonts w:cs="Times New Roman"/>
        </w:rPr>
        <w:t>He had given them a destination.</w:t>
      </w:r>
    </w:p>
    <w:p w14:paraId="0B443B12" w14:textId="77777777" w:rsidR="007D7487" w:rsidRDefault="00E6407B">
      <w:pPr>
        <w:suppressLineNumbers/>
        <w:spacing w:before="100" w:after="100"/>
        <w:jc w:val="center"/>
      </w:pPr>
      <w:r>
        <w:rPr>
          <w:rFonts w:cs="Times New Roman"/>
          <w:sz w:val="20"/>
        </w:rPr>
        <w:t>* * *</w:t>
      </w:r>
    </w:p>
    <w:p w14:paraId="539AEAAB" w14:textId="77777777" w:rsidR="007D7487" w:rsidRDefault="00E6407B">
      <w:pPr>
        <w:ind w:firstLine="288"/>
      </w:pPr>
      <w:r>
        <w:rPr>
          <w:rFonts w:cs="Times New Roman"/>
        </w:rPr>
        <w:t>On the final evening before several of them intended to leave, John found himself near Jesus’ mother again.</w:t>
      </w:r>
    </w:p>
    <w:p w14:paraId="792986BF" w14:textId="77777777" w:rsidR="007D7487" w:rsidRDefault="00E6407B">
      <w:pPr>
        <w:ind w:firstLine="288"/>
      </w:pPr>
      <w:r>
        <w:rPr>
          <w:rFonts w:cs="Times New Roman"/>
        </w:rPr>
        <w:t>Mary Magdalene was there.</w:t>
      </w:r>
    </w:p>
    <w:p w14:paraId="49234B6A" w14:textId="77777777" w:rsidR="007D7487" w:rsidRDefault="00E6407B">
      <w:pPr>
        <w:ind w:firstLine="288"/>
      </w:pPr>
      <w:r>
        <w:rPr>
          <w:rFonts w:cs="Times New Roman"/>
        </w:rPr>
        <w:t>Joanna.</w:t>
      </w:r>
    </w:p>
    <w:p w14:paraId="6A110F6D" w14:textId="77777777" w:rsidR="007D7487" w:rsidRDefault="00E6407B">
      <w:pPr>
        <w:ind w:firstLine="288"/>
      </w:pPr>
      <w:r>
        <w:rPr>
          <w:rFonts w:cs="Times New Roman"/>
        </w:rPr>
        <w:lastRenderedPageBreak/>
        <w:t>Susanna.</w:t>
      </w:r>
    </w:p>
    <w:p w14:paraId="2B89B459" w14:textId="77777777" w:rsidR="007D7487" w:rsidRDefault="00E6407B">
      <w:pPr>
        <w:ind w:firstLine="288"/>
      </w:pPr>
      <w:r>
        <w:rPr>
          <w:rFonts w:cs="Times New Roman"/>
        </w:rPr>
        <w:t>A few others.</w:t>
      </w:r>
    </w:p>
    <w:p w14:paraId="5CD87573" w14:textId="77777777" w:rsidR="007D7487" w:rsidRDefault="00E6407B">
      <w:pPr>
        <w:ind w:firstLine="288"/>
      </w:pPr>
      <w:r>
        <w:rPr>
          <w:rFonts w:cs="Times New Roman"/>
        </w:rPr>
        <w:t>Peter passed by, stopped, then sat near enough to listen without admitting that was what he was doing.</w:t>
      </w:r>
    </w:p>
    <w:p w14:paraId="771EA2AD" w14:textId="77777777" w:rsidR="007D7487" w:rsidRDefault="00E6407B">
      <w:pPr>
        <w:ind w:firstLine="288"/>
      </w:pPr>
      <w:r>
        <w:rPr>
          <w:rFonts w:cs="Times New Roman"/>
        </w:rPr>
        <w:t>Matthew came later.</w:t>
      </w:r>
    </w:p>
    <w:p w14:paraId="6D53C83F" w14:textId="77777777" w:rsidR="007D7487" w:rsidRDefault="00E6407B">
      <w:pPr>
        <w:ind w:firstLine="288"/>
      </w:pPr>
      <w:r>
        <w:rPr>
          <w:rFonts w:cs="Times New Roman"/>
        </w:rPr>
        <w:t>Nicodemus arrived last.</w:t>
      </w:r>
    </w:p>
    <w:p w14:paraId="42360D67" w14:textId="77777777" w:rsidR="007D7487" w:rsidRDefault="00E6407B">
      <w:pPr>
        <w:ind w:firstLine="288"/>
      </w:pPr>
      <w:r>
        <w:rPr>
          <w:rFonts w:cs="Times New Roman"/>
        </w:rPr>
        <w:t>Joseph followed him.</w:t>
      </w:r>
    </w:p>
    <w:p w14:paraId="2EACED47" w14:textId="77777777" w:rsidR="007D7487" w:rsidRDefault="00E6407B">
      <w:pPr>
        <w:ind w:firstLine="288"/>
      </w:pPr>
      <w:r>
        <w:rPr>
          <w:rFonts w:cs="Times New Roman"/>
        </w:rPr>
        <w:t>“You were told what time,” Joseph said.</w:t>
      </w:r>
    </w:p>
    <w:p w14:paraId="3B1793DC" w14:textId="77777777" w:rsidR="007D7487" w:rsidRDefault="00E6407B">
      <w:pPr>
        <w:ind w:firstLine="288"/>
      </w:pPr>
      <w:r>
        <w:rPr>
          <w:rFonts w:cs="Times New Roman"/>
        </w:rPr>
        <w:t>“I was reading.”</w:t>
      </w:r>
    </w:p>
    <w:p w14:paraId="12903B50" w14:textId="77777777" w:rsidR="007D7487" w:rsidRDefault="00E6407B">
      <w:pPr>
        <w:ind w:firstLine="288"/>
      </w:pPr>
      <w:r>
        <w:rPr>
          <w:rFonts w:cs="Times New Roman"/>
        </w:rPr>
        <w:t>“You are always reading.”</w:t>
      </w:r>
    </w:p>
    <w:p w14:paraId="42401E1D" w14:textId="77777777" w:rsidR="007D7487" w:rsidRDefault="00E6407B">
      <w:pPr>
        <w:ind w:firstLine="288"/>
      </w:pPr>
      <w:r>
        <w:rPr>
          <w:rFonts w:cs="Times New Roman"/>
        </w:rPr>
        <w:t>“That is generally how one knows what the text says.”</w:t>
      </w:r>
    </w:p>
    <w:p w14:paraId="30D02543" w14:textId="77777777" w:rsidR="007D7487" w:rsidRDefault="00E6407B">
      <w:pPr>
        <w:ind w:firstLine="288"/>
      </w:pPr>
      <w:r>
        <w:rPr>
          <w:rFonts w:cs="Times New Roman"/>
        </w:rPr>
        <w:t>Peter closed his eyes.</w:t>
      </w:r>
    </w:p>
    <w:p w14:paraId="3C32564E" w14:textId="77777777" w:rsidR="007D7487" w:rsidRDefault="00E6407B">
      <w:pPr>
        <w:ind w:firstLine="288"/>
      </w:pPr>
      <w:r>
        <w:rPr>
          <w:rFonts w:cs="Times New Roman"/>
        </w:rPr>
        <w:t>John knew the evening would not remain quiet.</w:t>
      </w:r>
    </w:p>
    <w:p w14:paraId="7225B571" w14:textId="77777777" w:rsidR="007D7487" w:rsidRDefault="00E6407B">
      <w:pPr>
        <w:ind w:firstLine="288"/>
      </w:pPr>
      <w:r>
        <w:rPr>
          <w:rFonts w:cs="Times New Roman"/>
        </w:rPr>
        <w:t>Jesus’ mother looked at Nicodemus.</w:t>
      </w:r>
    </w:p>
    <w:p w14:paraId="2BAE985A" w14:textId="77777777" w:rsidR="007D7487" w:rsidRDefault="00E6407B">
      <w:pPr>
        <w:ind w:firstLine="288"/>
      </w:pPr>
      <w:r>
        <w:rPr>
          <w:rFonts w:cs="Times New Roman"/>
        </w:rPr>
        <w:t>“You wanted to ask Him questions.”</w:t>
      </w:r>
    </w:p>
    <w:p w14:paraId="6417888A" w14:textId="77777777" w:rsidR="007D7487" w:rsidRDefault="00E6407B">
      <w:pPr>
        <w:ind w:firstLine="288"/>
      </w:pPr>
      <w:r>
        <w:rPr>
          <w:rFonts w:cs="Times New Roman"/>
        </w:rPr>
        <w:t>Nicodemus sat.</w:t>
      </w:r>
    </w:p>
    <w:p w14:paraId="75DDF9C9" w14:textId="77777777" w:rsidR="007D7487" w:rsidRDefault="00E6407B">
      <w:pPr>
        <w:ind w:firstLine="288"/>
      </w:pPr>
      <w:r>
        <w:rPr>
          <w:rFonts w:cs="Times New Roman"/>
        </w:rPr>
        <w:t>“Too many.”</w:t>
      </w:r>
    </w:p>
    <w:p w14:paraId="5FC48430" w14:textId="77777777" w:rsidR="007D7487" w:rsidRDefault="00E6407B">
      <w:pPr>
        <w:ind w:firstLine="288"/>
      </w:pPr>
      <w:r>
        <w:rPr>
          <w:rFonts w:cs="Times New Roman"/>
        </w:rPr>
        <w:t>“Which one first?”</w:t>
      </w:r>
    </w:p>
    <w:p w14:paraId="110FFC22" w14:textId="77777777" w:rsidR="007D7487" w:rsidRDefault="00E6407B">
      <w:pPr>
        <w:ind w:firstLine="288"/>
      </w:pPr>
      <w:r>
        <w:rPr>
          <w:rFonts w:cs="Times New Roman"/>
        </w:rPr>
        <w:t>The old teacher opened his mouth.</w:t>
      </w:r>
    </w:p>
    <w:p w14:paraId="2D485DE6" w14:textId="77777777" w:rsidR="007D7487" w:rsidRDefault="00E6407B">
      <w:pPr>
        <w:ind w:firstLine="288"/>
      </w:pPr>
      <w:r>
        <w:rPr>
          <w:rFonts w:cs="Times New Roman"/>
        </w:rPr>
        <w:t>Then stopped.</w:t>
      </w:r>
    </w:p>
    <w:p w14:paraId="4C470736" w14:textId="77777777" w:rsidR="007D7487" w:rsidRDefault="00E6407B">
      <w:pPr>
        <w:ind w:firstLine="288"/>
      </w:pPr>
      <w:r>
        <w:rPr>
          <w:rFonts w:cs="Times New Roman"/>
        </w:rPr>
        <w:t>For perhaps the first time since the resurrection report, he had no immediate answer.</w:t>
      </w:r>
    </w:p>
    <w:p w14:paraId="5BEC8778" w14:textId="77777777" w:rsidR="007D7487" w:rsidRDefault="00E6407B">
      <w:pPr>
        <w:ind w:firstLine="288"/>
      </w:pPr>
      <w:r>
        <w:rPr>
          <w:rFonts w:cs="Times New Roman"/>
        </w:rPr>
        <w:t>Joseph smiled.</w:t>
      </w:r>
    </w:p>
    <w:p w14:paraId="1C15F32B" w14:textId="77777777" w:rsidR="007D7487" w:rsidRDefault="00E6407B">
      <w:pPr>
        <w:ind w:firstLine="288"/>
      </w:pPr>
      <w:r>
        <w:rPr>
          <w:rFonts w:cs="Times New Roman"/>
        </w:rPr>
        <w:t>“This is encouraging.”</w:t>
      </w:r>
    </w:p>
    <w:p w14:paraId="111E73AB" w14:textId="77777777" w:rsidR="007D7487" w:rsidRDefault="00E6407B">
      <w:pPr>
        <w:ind w:firstLine="288"/>
      </w:pPr>
      <w:r>
        <w:rPr>
          <w:rFonts w:cs="Times New Roman"/>
        </w:rPr>
        <w:t>Nicodemus ignored him.</w:t>
      </w:r>
    </w:p>
    <w:p w14:paraId="58481FB1" w14:textId="77777777" w:rsidR="007D7487" w:rsidRDefault="00E6407B">
      <w:pPr>
        <w:ind w:firstLine="288"/>
      </w:pPr>
      <w:r>
        <w:rPr>
          <w:rFonts w:cs="Times New Roman"/>
        </w:rPr>
        <w:t>At last he said:</w:t>
      </w:r>
    </w:p>
    <w:p w14:paraId="61F4A875" w14:textId="77777777" w:rsidR="007D7487" w:rsidRDefault="00E6407B">
      <w:pPr>
        <w:ind w:firstLine="288"/>
      </w:pPr>
      <w:r>
        <w:rPr>
          <w:rFonts w:cs="Times New Roman"/>
        </w:rPr>
        <w:t>“I thought I knew what Messiah would do.”</w:t>
      </w:r>
    </w:p>
    <w:p w14:paraId="01EF8492" w14:textId="77777777" w:rsidR="007D7487" w:rsidRDefault="00E6407B">
      <w:pPr>
        <w:ind w:firstLine="288"/>
      </w:pPr>
      <w:r>
        <w:rPr>
          <w:rFonts w:cs="Times New Roman"/>
        </w:rPr>
        <w:t>Peter looked toward him.</w:t>
      </w:r>
    </w:p>
    <w:p w14:paraId="5CBD9660" w14:textId="77777777" w:rsidR="007D7487" w:rsidRDefault="00E6407B">
      <w:pPr>
        <w:ind w:firstLine="288"/>
      </w:pPr>
      <w:r>
        <w:rPr>
          <w:rFonts w:cs="Times New Roman"/>
        </w:rPr>
        <w:t>“So did I.”</w:t>
      </w:r>
    </w:p>
    <w:p w14:paraId="703EC9B3" w14:textId="77777777" w:rsidR="007D7487" w:rsidRDefault="00E6407B">
      <w:pPr>
        <w:ind w:firstLine="288"/>
      </w:pPr>
      <w:r>
        <w:rPr>
          <w:rFonts w:cs="Times New Roman"/>
        </w:rPr>
        <w:t>Nicodemus nodded.</w:t>
      </w:r>
    </w:p>
    <w:p w14:paraId="33CCCD4B" w14:textId="77777777" w:rsidR="007D7487" w:rsidRDefault="00E6407B">
      <w:pPr>
        <w:ind w:firstLine="288"/>
      </w:pPr>
      <w:r>
        <w:rPr>
          <w:rFonts w:cs="Times New Roman"/>
        </w:rPr>
        <w:t>“I thought I knew what the kingdom meant.”</w:t>
      </w:r>
    </w:p>
    <w:p w14:paraId="52EC7410" w14:textId="77777777" w:rsidR="007D7487" w:rsidRDefault="00E6407B">
      <w:pPr>
        <w:ind w:firstLine="288"/>
      </w:pPr>
      <w:r>
        <w:rPr>
          <w:rFonts w:cs="Times New Roman"/>
        </w:rPr>
        <w:t>Simon the Zealot, standing nearby, heard that and joined them.</w:t>
      </w:r>
    </w:p>
    <w:p w14:paraId="542D5E08" w14:textId="77777777" w:rsidR="007D7487" w:rsidRDefault="00E6407B">
      <w:pPr>
        <w:ind w:firstLine="288"/>
      </w:pPr>
      <w:r>
        <w:rPr>
          <w:rFonts w:cs="Times New Roman"/>
        </w:rPr>
        <w:t>“So did I.”</w:t>
      </w:r>
    </w:p>
    <w:p w14:paraId="6B7D3909" w14:textId="77777777" w:rsidR="007D7487" w:rsidRDefault="00E6407B">
      <w:pPr>
        <w:ind w:firstLine="288"/>
      </w:pPr>
      <w:r>
        <w:rPr>
          <w:rFonts w:cs="Times New Roman"/>
        </w:rPr>
        <w:t>Thomas came closer.</w:t>
      </w:r>
    </w:p>
    <w:p w14:paraId="3E021032" w14:textId="77777777" w:rsidR="007D7487" w:rsidRDefault="00E6407B">
      <w:pPr>
        <w:ind w:firstLine="288"/>
      </w:pPr>
      <w:r>
        <w:rPr>
          <w:rFonts w:cs="Times New Roman"/>
        </w:rPr>
        <w:t>Nicodemus continued.</w:t>
      </w:r>
    </w:p>
    <w:p w14:paraId="703426CD" w14:textId="77777777" w:rsidR="007D7487" w:rsidRDefault="00E6407B">
      <w:pPr>
        <w:ind w:firstLine="288"/>
      </w:pPr>
      <w:r>
        <w:rPr>
          <w:rFonts w:cs="Times New Roman"/>
        </w:rPr>
        <w:t>“I knew Moses.”</w:t>
      </w:r>
    </w:p>
    <w:p w14:paraId="1BC1821B" w14:textId="77777777" w:rsidR="007D7487" w:rsidRDefault="00E6407B">
      <w:pPr>
        <w:ind w:firstLine="288"/>
      </w:pPr>
      <w:r>
        <w:rPr>
          <w:rFonts w:cs="Times New Roman"/>
        </w:rPr>
        <w:t>“The Prophets.”</w:t>
      </w:r>
    </w:p>
    <w:p w14:paraId="69A9148E" w14:textId="77777777" w:rsidR="007D7487" w:rsidRDefault="00E6407B">
      <w:pPr>
        <w:ind w:firstLine="288"/>
      </w:pPr>
      <w:r>
        <w:rPr>
          <w:rFonts w:cs="Times New Roman"/>
        </w:rPr>
        <w:t>“The Psalms.”</w:t>
      </w:r>
    </w:p>
    <w:p w14:paraId="1686881F" w14:textId="77777777" w:rsidR="007D7487" w:rsidRDefault="00E6407B">
      <w:pPr>
        <w:ind w:firstLine="288"/>
      </w:pPr>
      <w:r>
        <w:rPr>
          <w:rFonts w:cs="Times New Roman"/>
        </w:rPr>
        <w:t>“I knew the words.”</w:t>
      </w:r>
    </w:p>
    <w:p w14:paraId="4220BC64" w14:textId="77777777" w:rsidR="007D7487" w:rsidRDefault="00E6407B">
      <w:pPr>
        <w:ind w:firstLine="288"/>
      </w:pPr>
      <w:r>
        <w:rPr>
          <w:rFonts w:cs="Times New Roman"/>
        </w:rPr>
        <w:lastRenderedPageBreak/>
        <w:t>His hands opened.</w:t>
      </w:r>
    </w:p>
    <w:p w14:paraId="7CE82BD4" w14:textId="77777777" w:rsidR="007D7487" w:rsidRDefault="00E6407B">
      <w:pPr>
        <w:ind w:firstLine="288"/>
      </w:pPr>
      <w:r>
        <w:rPr>
          <w:rFonts w:cs="Times New Roman"/>
        </w:rPr>
        <w:t>“I did not know how they belonged to what happened.”</w:t>
      </w:r>
    </w:p>
    <w:p w14:paraId="71E66C9B" w14:textId="77777777" w:rsidR="007D7487" w:rsidRDefault="00E6407B">
      <w:pPr>
        <w:ind w:firstLine="288"/>
      </w:pPr>
      <w:r>
        <w:rPr>
          <w:rFonts w:cs="Times New Roman"/>
        </w:rPr>
        <w:t>John felt the truth of that immediately.</w:t>
      </w:r>
    </w:p>
    <w:p w14:paraId="2FE17B9B" w14:textId="77777777" w:rsidR="007D7487" w:rsidRDefault="00E6407B">
      <w:pPr>
        <w:ind w:firstLine="288"/>
      </w:pPr>
      <w:r>
        <w:rPr>
          <w:rFonts w:cs="Times New Roman"/>
        </w:rPr>
        <w:t>Nicodemus looked toward him.</w:t>
      </w:r>
    </w:p>
    <w:p w14:paraId="784FC88A" w14:textId="77777777" w:rsidR="007D7487" w:rsidRDefault="00E6407B">
      <w:pPr>
        <w:ind w:firstLine="288"/>
      </w:pPr>
      <w:r>
        <w:rPr>
          <w:rFonts w:cs="Times New Roman"/>
        </w:rPr>
        <w:t>“You saw the tomb.”</w:t>
      </w:r>
    </w:p>
    <w:p w14:paraId="27CD512B" w14:textId="77777777" w:rsidR="007D7487" w:rsidRDefault="00E6407B">
      <w:pPr>
        <w:ind w:firstLine="288"/>
      </w:pPr>
      <w:r>
        <w:rPr>
          <w:rFonts w:cs="Times New Roman"/>
        </w:rPr>
        <w:t>“Yes.”</w:t>
      </w:r>
    </w:p>
    <w:p w14:paraId="0AAF9BFE" w14:textId="77777777" w:rsidR="007D7487" w:rsidRDefault="00E6407B">
      <w:pPr>
        <w:ind w:firstLine="288"/>
      </w:pPr>
      <w:r>
        <w:rPr>
          <w:rFonts w:cs="Times New Roman"/>
        </w:rPr>
        <w:t>“Thomas saw the wounds.”</w:t>
      </w:r>
    </w:p>
    <w:p w14:paraId="0E0009B0" w14:textId="77777777" w:rsidR="007D7487" w:rsidRDefault="00E6407B">
      <w:pPr>
        <w:ind w:firstLine="288"/>
      </w:pPr>
      <w:r>
        <w:rPr>
          <w:rFonts w:cs="Times New Roman"/>
        </w:rPr>
        <w:t>Thomas nodded.</w:t>
      </w:r>
    </w:p>
    <w:p w14:paraId="32805112" w14:textId="77777777" w:rsidR="007D7487" w:rsidRDefault="00E6407B">
      <w:pPr>
        <w:ind w:firstLine="288"/>
      </w:pPr>
      <w:r>
        <w:rPr>
          <w:rFonts w:cs="Times New Roman"/>
        </w:rPr>
        <w:t>“Joseph and I handled the body.”</w:t>
      </w:r>
    </w:p>
    <w:p w14:paraId="7FB2F8DA" w14:textId="77777777" w:rsidR="007D7487" w:rsidRDefault="00E6407B">
      <w:pPr>
        <w:ind w:firstLine="288"/>
      </w:pPr>
      <w:r>
        <w:rPr>
          <w:rFonts w:cs="Times New Roman"/>
        </w:rPr>
        <w:t>Joseph looked down.</w:t>
      </w:r>
    </w:p>
    <w:p w14:paraId="1001B0D2" w14:textId="77777777" w:rsidR="007D7487" w:rsidRDefault="00E6407B">
      <w:pPr>
        <w:ind w:firstLine="288"/>
      </w:pPr>
      <w:r>
        <w:rPr>
          <w:rFonts w:cs="Times New Roman"/>
        </w:rPr>
        <w:t>“The women heard the messages.”</w:t>
      </w:r>
    </w:p>
    <w:p w14:paraId="2BE911E0" w14:textId="77777777" w:rsidR="007D7487" w:rsidRDefault="00E6407B">
      <w:pPr>
        <w:ind w:firstLine="288"/>
      </w:pPr>
      <w:r>
        <w:rPr>
          <w:rFonts w:cs="Times New Roman"/>
        </w:rPr>
        <w:t>Mary Magdalene nodded.</w:t>
      </w:r>
    </w:p>
    <w:p w14:paraId="275F90F3" w14:textId="77777777" w:rsidR="007D7487" w:rsidRDefault="00E6407B">
      <w:pPr>
        <w:ind w:firstLine="288"/>
      </w:pPr>
      <w:r>
        <w:rPr>
          <w:rFonts w:cs="Times New Roman"/>
        </w:rPr>
        <w:t>Nicodemus’s voice softened.</w:t>
      </w:r>
    </w:p>
    <w:p w14:paraId="18487433" w14:textId="77777777" w:rsidR="007D7487" w:rsidRDefault="00E6407B">
      <w:pPr>
        <w:ind w:firstLine="288"/>
      </w:pPr>
      <w:r>
        <w:rPr>
          <w:rFonts w:cs="Times New Roman"/>
        </w:rPr>
        <w:t>“We have facts.”</w:t>
      </w:r>
    </w:p>
    <w:p w14:paraId="2E9E8BAA" w14:textId="77777777" w:rsidR="007D7487" w:rsidRDefault="00E6407B">
      <w:pPr>
        <w:ind w:firstLine="288"/>
      </w:pPr>
      <w:r>
        <w:rPr>
          <w:rFonts w:cs="Times New Roman"/>
        </w:rPr>
        <w:t>Peter leaned forward.</w:t>
      </w:r>
    </w:p>
    <w:p w14:paraId="1360C902" w14:textId="77777777" w:rsidR="007D7487" w:rsidRDefault="00E6407B">
      <w:pPr>
        <w:ind w:firstLine="288"/>
      </w:pPr>
      <w:r>
        <w:rPr>
          <w:rFonts w:cs="Times New Roman"/>
        </w:rPr>
        <w:t>“But not the map.”</w:t>
      </w:r>
    </w:p>
    <w:p w14:paraId="030C19D0" w14:textId="77777777" w:rsidR="007D7487" w:rsidRDefault="00E6407B">
      <w:pPr>
        <w:ind w:firstLine="288"/>
      </w:pPr>
      <w:r>
        <w:rPr>
          <w:rFonts w:cs="Times New Roman"/>
        </w:rPr>
        <w:t>The old teacher looked at him.</w:t>
      </w:r>
    </w:p>
    <w:p w14:paraId="0246EA00" w14:textId="77777777" w:rsidR="007D7487" w:rsidRDefault="00E6407B">
      <w:pPr>
        <w:ind w:firstLine="288"/>
      </w:pPr>
      <w:r>
        <w:rPr>
          <w:rFonts w:cs="Times New Roman"/>
        </w:rPr>
        <w:t>“Yes.”</w:t>
      </w:r>
    </w:p>
    <w:p w14:paraId="758BC6A2" w14:textId="77777777" w:rsidR="007D7487" w:rsidRDefault="00E6407B">
      <w:pPr>
        <w:ind w:firstLine="288"/>
      </w:pPr>
      <w:r>
        <w:rPr>
          <w:rFonts w:cs="Times New Roman"/>
        </w:rPr>
        <w:t>Peter looked toward the north.</w:t>
      </w:r>
    </w:p>
    <w:p w14:paraId="0E503461" w14:textId="77777777" w:rsidR="007D7487" w:rsidRDefault="00E6407B">
      <w:pPr>
        <w:ind w:firstLine="288"/>
      </w:pPr>
      <w:r>
        <w:rPr>
          <w:rFonts w:cs="Times New Roman"/>
        </w:rPr>
        <w:t>“Maybe that is why Galilee.”</w:t>
      </w:r>
    </w:p>
    <w:p w14:paraId="35F61F11" w14:textId="77777777" w:rsidR="007D7487" w:rsidRDefault="00E6407B">
      <w:pPr>
        <w:ind w:firstLine="288"/>
      </w:pPr>
      <w:r>
        <w:rPr>
          <w:rFonts w:cs="Times New Roman"/>
        </w:rPr>
        <w:t>Everyone became quiet.</w:t>
      </w:r>
    </w:p>
    <w:p w14:paraId="3E12A0FF" w14:textId="77777777" w:rsidR="007D7487" w:rsidRDefault="00E6407B">
      <w:pPr>
        <w:ind w:firstLine="288"/>
      </w:pPr>
      <w:r>
        <w:rPr>
          <w:rFonts w:cs="Times New Roman"/>
        </w:rPr>
        <w:t>John had been asking the same question.</w:t>
      </w:r>
    </w:p>
    <w:p w14:paraId="6BB73DF6" w14:textId="77777777" w:rsidR="007D7487" w:rsidRDefault="00E6407B">
      <w:pPr>
        <w:ind w:firstLine="288"/>
      </w:pPr>
      <w:r>
        <w:rPr>
          <w:rFonts w:cs="Times New Roman"/>
        </w:rPr>
        <w:t>Peter continued.</w:t>
      </w:r>
    </w:p>
    <w:p w14:paraId="6FD0F2B6" w14:textId="77777777" w:rsidR="007D7487" w:rsidRDefault="00E6407B">
      <w:pPr>
        <w:ind w:firstLine="288"/>
      </w:pPr>
      <w:r>
        <w:rPr>
          <w:rFonts w:cs="Times New Roman"/>
        </w:rPr>
        <w:t>“He taught us there before.”</w:t>
      </w:r>
    </w:p>
    <w:p w14:paraId="3DFC2322" w14:textId="77777777" w:rsidR="007D7487" w:rsidRDefault="00E6407B">
      <w:pPr>
        <w:ind w:firstLine="288"/>
      </w:pPr>
      <w:r>
        <w:rPr>
          <w:rFonts w:cs="Times New Roman"/>
        </w:rPr>
        <w:t>“Maybe He means to do it again.”</w:t>
      </w:r>
    </w:p>
    <w:p w14:paraId="0CDCA24D" w14:textId="77777777" w:rsidR="007D7487" w:rsidRDefault="00E6407B">
      <w:pPr>
        <w:ind w:firstLine="288"/>
      </w:pPr>
      <w:r>
        <w:rPr>
          <w:rFonts w:cs="Times New Roman"/>
        </w:rPr>
        <w:t>Nicodemus smiled.</w:t>
      </w:r>
    </w:p>
    <w:p w14:paraId="074B1A60" w14:textId="77777777" w:rsidR="007D7487" w:rsidRDefault="00E6407B">
      <w:pPr>
        <w:ind w:firstLine="288"/>
      </w:pPr>
      <w:r>
        <w:rPr>
          <w:rFonts w:cs="Times New Roman"/>
        </w:rPr>
        <w:t>“I hope so.”</w:t>
      </w:r>
    </w:p>
    <w:p w14:paraId="673F8367" w14:textId="77777777" w:rsidR="007D7487" w:rsidRDefault="00E6407B">
      <w:pPr>
        <w:ind w:firstLine="288"/>
      </w:pPr>
      <w:r>
        <w:rPr>
          <w:rFonts w:cs="Times New Roman"/>
        </w:rPr>
        <w:t>Joseph looked at him.</w:t>
      </w:r>
    </w:p>
    <w:p w14:paraId="0AA0FEE8" w14:textId="77777777" w:rsidR="007D7487" w:rsidRDefault="00E6407B">
      <w:pPr>
        <w:ind w:firstLine="288"/>
      </w:pPr>
      <w:r>
        <w:rPr>
          <w:rFonts w:cs="Times New Roman"/>
        </w:rPr>
        <w:t>“For all our sakes.”</w:t>
      </w:r>
    </w:p>
    <w:p w14:paraId="5D5FC0C1" w14:textId="77777777" w:rsidR="007D7487" w:rsidRDefault="00E6407B">
      <w:pPr>
        <w:suppressLineNumbers/>
        <w:spacing w:before="100" w:after="100"/>
        <w:jc w:val="center"/>
      </w:pPr>
      <w:r>
        <w:rPr>
          <w:rFonts w:cs="Times New Roman"/>
          <w:sz w:val="20"/>
        </w:rPr>
        <w:t>* * *</w:t>
      </w:r>
    </w:p>
    <w:p w14:paraId="3D7287FA" w14:textId="77777777" w:rsidR="007D7487" w:rsidRDefault="00E6407B">
      <w:pPr>
        <w:ind w:firstLine="288"/>
      </w:pPr>
      <w:r>
        <w:rPr>
          <w:rFonts w:cs="Times New Roman"/>
        </w:rPr>
        <w:t>The city quieted late.</w:t>
      </w:r>
    </w:p>
    <w:p w14:paraId="6DD74FD1" w14:textId="77777777" w:rsidR="007D7487" w:rsidRDefault="00E6407B">
      <w:pPr>
        <w:ind w:firstLine="288"/>
      </w:pPr>
      <w:r>
        <w:rPr>
          <w:rFonts w:cs="Times New Roman"/>
        </w:rPr>
        <w:t>John did not sleep much.</w:t>
      </w:r>
    </w:p>
    <w:p w14:paraId="781E087F" w14:textId="77777777" w:rsidR="007D7487" w:rsidRDefault="00E6407B">
      <w:pPr>
        <w:ind w:firstLine="288"/>
      </w:pPr>
      <w:r>
        <w:rPr>
          <w:rFonts w:cs="Times New Roman"/>
        </w:rPr>
        <w:t>He stood for a while beneath the night sky and thought about Jerusalem.</w:t>
      </w:r>
    </w:p>
    <w:p w14:paraId="3338EED7" w14:textId="77777777" w:rsidR="007D7487" w:rsidRDefault="00E6407B">
      <w:pPr>
        <w:ind w:firstLine="288"/>
      </w:pPr>
      <w:r>
        <w:rPr>
          <w:rFonts w:cs="Times New Roman"/>
        </w:rPr>
        <w:t>The city where Jesus had died.</w:t>
      </w:r>
    </w:p>
    <w:p w14:paraId="2A2F8DF1" w14:textId="77777777" w:rsidR="007D7487" w:rsidRDefault="00E6407B">
      <w:pPr>
        <w:ind w:firstLine="288"/>
      </w:pPr>
      <w:r>
        <w:rPr>
          <w:rFonts w:cs="Times New Roman"/>
        </w:rPr>
        <w:t>The city where the tomb had opened.</w:t>
      </w:r>
    </w:p>
    <w:p w14:paraId="7D65163D" w14:textId="77777777" w:rsidR="007D7487" w:rsidRDefault="00E6407B">
      <w:pPr>
        <w:ind w:firstLine="288"/>
      </w:pPr>
      <w:r>
        <w:rPr>
          <w:rFonts w:cs="Times New Roman"/>
        </w:rPr>
        <w:t>The city where He had appeared alive.</w:t>
      </w:r>
    </w:p>
    <w:p w14:paraId="2A130B23" w14:textId="77777777" w:rsidR="007D7487" w:rsidRDefault="00E6407B">
      <w:pPr>
        <w:ind w:firstLine="288"/>
      </w:pPr>
      <w:r>
        <w:rPr>
          <w:rFonts w:cs="Times New Roman"/>
        </w:rPr>
        <w:t>The city still containing the Temple.</w:t>
      </w:r>
    </w:p>
    <w:p w14:paraId="379F03A0" w14:textId="77777777" w:rsidR="007D7487" w:rsidRDefault="00E6407B">
      <w:pPr>
        <w:ind w:firstLine="288"/>
      </w:pPr>
      <w:r>
        <w:rPr>
          <w:rFonts w:cs="Times New Roman"/>
        </w:rPr>
        <w:t>The council.</w:t>
      </w:r>
    </w:p>
    <w:p w14:paraId="6A5AD6A8" w14:textId="77777777" w:rsidR="007D7487" w:rsidRDefault="00E6407B">
      <w:pPr>
        <w:ind w:firstLine="288"/>
      </w:pPr>
      <w:r>
        <w:rPr>
          <w:rFonts w:cs="Times New Roman"/>
        </w:rPr>
        <w:lastRenderedPageBreak/>
        <w:t>Pilate’s fortress.</w:t>
      </w:r>
    </w:p>
    <w:p w14:paraId="39E9DA73" w14:textId="77777777" w:rsidR="007D7487" w:rsidRDefault="00E6407B">
      <w:pPr>
        <w:ind w:firstLine="288"/>
      </w:pPr>
      <w:r>
        <w:rPr>
          <w:rFonts w:cs="Times New Roman"/>
        </w:rPr>
        <w:t>Roman soldiers.</w:t>
      </w:r>
    </w:p>
    <w:p w14:paraId="5B6E4B70" w14:textId="77777777" w:rsidR="007D7487" w:rsidRDefault="00E6407B">
      <w:pPr>
        <w:ind w:firstLine="288"/>
      </w:pPr>
      <w:r>
        <w:rPr>
          <w:rFonts w:cs="Times New Roman"/>
        </w:rPr>
        <w:t>Priests.</w:t>
      </w:r>
    </w:p>
    <w:p w14:paraId="3150E37A" w14:textId="77777777" w:rsidR="007D7487" w:rsidRDefault="00E6407B">
      <w:pPr>
        <w:ind w:firstLine="288"/>
      </w:pPr>
      <w:r>
        <w:rPr>
          <w:rFonts w:cs="Times New Roman"/>
        </w:rPr>
        <w:t>Pilgrims returning home.</w:t>
      </w:r>
    </w:p>
    <w:p w14:paraId="0733865B" w14:textId="77777777" w:rsidR="007D7487" w:rsidRDefault="00E6407B">
      <w:pPr>
        <w:ind w:firstLine="288"/>
      </w:pPr>
      <w:r>
        <w:rPr>
          <w:rFonts w:cs="Times New Roman"/>
        </w:rPr>
        <w:t>Rumors beginning to move.</w:t>
      </w:r>
    </w:p>
    <w:p w14:paraId="5EB60C07" w14:textId="77777777" w:rsidR="007D7487" w:rsidRDefault="00E6407B">
      <w:pPr>
        <w:ind w:firstLine="288"/>
      </w:pPr>
      <w:r>
        <w:rPr>
          <w:rFonts w:cs="Times New Roman"/>
        </w:rPr>
        <w:t>Jesus could have chosen to make Jerusalem the immediate center of every explanation.</w:t>
      </w:r>
    </w:p>
    <w:p w14:paraId="08F84083" w14:textId="77777777" w:rsidR="007D7487" w:rsidRDefault="00E6407B">
      <w:pPr>
        <w:ind w:firstLine="288"/>
      </w:pPr>
      <w:r>
        <w:rPr>
          <w:rFonts w:cs="Times New Roman"/>
        </w:rPr>
        <w:t>Instead He was drawing them north.</w:t>
      </w:r>
    </w:p>
    <w:p w14:paraId="36CF9E82" w14:textId="77777777" w:rsidR="007D7487" w:rsidRDefault="00E6407B">
      <w:pPr>
        <w:ind w:firstLine="288"/>
      </w:pPr>
      <w:r>
        <w:rPr>
          <w:rFonts w:cs="Times New Roman"/>
        </w:rPr>
        <w:t>John thought about the lake.</w:t>
      </w:r>
    </w:p>
    <w:p w14:paraId="5600AE8D" w14:textId="77777777" w:rsidR="007D7487" w:rsidRDefault="00E6407B">
      <w:pPr>
        <w:ind w:firstLine="288"/>
      </w:pPr>
      <w:r>
        <w:rPr>
          <w:rFonts w:cs="Times New Roman"/>
        </w:rPr>
        <w:t>Boats.</w:t>
      </w:r>
    </w:p>
    <w:p w14:paraId="73354271" w14:textId="77777777" w:rsidR="007D7487" w:rsidRDefault="00E6407B">
      <w:pPr>
        <w:ind w:firstLine="288"/>
      </w:pPr>
      <w:r>
        <w:rPr>
          <w:rFonts w:cs="Times New Roman"/>
        </w:rPr>
        <w:t>The place where Jesus had called men away from nets.</w:t>
      </w:r>
    </w:p>
    <w:p w14:paraId="5D42E67B" w14:textId="77777777" w:rsidR="007D7487" w:rsidRDefault="00E6407B">
      <w:pPr>
        <w:ind w:firstLine="288"/>
      </w:pPr>
      <w:r>
        <w:rPr>
          <w:rFonts w:cs="Times New Roman"/>
        </w:rPr>
        <w:t>Villages where He had taught in synagogues.</w:t>
      </w:r>
    </w:p>
    <w:p w14:paraId="6A90D938" w14:textId="77777777" w:rsidR="007D7487" w:rsidRDefault="00E6407B">
      <w:pPr>
        <w:ind w:firstLine="288"/>
      </w:pPr>
      <w:r>
        <w:rPr>
          <w:rFonts w:cs="Times New Roman"/>
        </w:rPr>
        <w:t>Roads where crowds followed.</w:t>
      </w:r>
    </w:p>
    <w:p w14:paraId="51EA1FB2" w14:textId="77777777" w:rsidR="007D7487" w:rsidRDefault="00E6407B">
      <w:pPr>
        <w:ind w:firstLine="288"/>
      </w:pPr>
      <w:r>
        <w:rPr>
          <w:rFonts w:cs="Times New Roman"/>
        </w:rPr>
        <w:t>Hillsides.</w:t>
      </w:r>
    </w:p>
    <w:p w14:paraId="1DCECE27" w14:textId="77777777" w:rsidR="007D7487" w:rsidRDefault="00E6407B">
      <w:pPr>
        <w:ind w:firstLine="288"/>
      </w:pPr>
      <w:r>
        <w:rPr>
          <w:rFonts w:cs="Times New Roman"/>
        </w:rPr>
        <w:t>Fields.</w:t>
      </w:r>
    </w:p>
    <w:p w14:paraId="21C76385" w14:textId="77777777" w:rsidR="007D7487" w:rsidRDefault="00E6407B">
      <w:pPr>
        <w:ind w:firstLine="288"/>
      </w:pPr>
      <w:r>
        <w:rPr>
          <w:rFonts w:cs="Times New Roman"/>
        </w:rPr>
        <w:t>The region where Israel’s northern inheritance opened toward peoples beyond Israel.</w:t>
      </w:r>
    </w:p>
    <w:p w14:paraId="7941A560" w14:textId="77777777" w:rsidR="007D7487" w:rsidRDefault="00E6407B">
      <w:pPr>
        <w:ind w:firstLine="288"/>
      </w:pPr>
      <w:r>
        <w:rPr>
          <w:rFonts w:cs="Times New Roman"/>
        </w:rPr>
        <w:t>John did not yet know enough to think:</w:t>
      </w:r>
    </w:p>
    <w:p w14:paraId="66725FB0" w14:textId="77777777" w:rsidR="007D7487" w:rsidRDefault="00E6407B">
      <w:pPr>
        <w:ind w:firstLine="288"/>
      </w:pPr>
      <w:r>
        <w:rPr>
          <w:rFonts w:cs="Times New Roman"/>
        </w:rPr>
        <w:t>Galilee of the nations.</w:t>
      </w:r>
    </w:p>
    <w:p w14:paraId="4CCDE10B" w14:textId="77777777" w:rsidR="007D7487" w:rsidRDefault="00E6407B">
      <w:pPr>
        <w:ind w:firstLine="288"/>
      </w:pPr>
      <w:r>
        <w:rPr>
          <w:rFonts w:cs="Times New Roman"/>
        </w:rPr>
        <w:t>Not fully.</w:t>
      </w:r>
    </w:p>
    <w:p w14:paraId="113F3160" w14:textId="77777777" w:rsidR="007D7487" w:rsidRDefault="00E6407B">
      <w:pPr>
        <w:ind w:firstLine="288"/>
      </w:pPr>
      <w:r>
        <w:rPr>
          <w:rFonts w:cs="Times New Roman"/>
        </w:rPr>
        <w:t>That would come.</w:t>
      </w:r>
    </w:p>
    <w:p w14:paraId="4055E334" w14:textId="77777777" w:rsidR="007D7487" w:rsidRDefault="00E6407B">
      <w:pPr>
        <w:ind w:firstLine="288"/>
      </w:pPr>
      <w:r>
        <w:rPr>
          <w:rFonts w:cs="Times New Roman"/>
        </w:rPr>
        <w:t>For now he knew only that Jesus had chosen the place.</w:t>
      </w:r>
    </w:p>
    <w:p w14:paraId="39FA05A0" w14:textId="77777777" w:rsidR="007D7487" w:rsidRDefault="00E6407B">
      <w:pPr>
        <w:ind w:firstLine="288"/>
      </w:pPr>
      <w:r>
        <w:rPr>
          <w:rFonts w:cs="Times New Roman"/>
        </w:rPr>
        <w:t>And that the disciples were going.</w:t>
      </w:r>
    </w:p>
    <w:p w14:paraId="47B6ACC2" w14:textId="77777777" w:rsidR="007D7487" w:rsidRDefault="00E6407B">
      <w:pPr>
        <w:suppressLineNumbers/>
        <w:spacing w:before="100" w:after="100"/>
        <w:jc w:val="center"/>
      </w:pPr>
      <w:r>
        <w:rPr>
          <w:rFonts w:cs="Times New Roman"/>
          <w:sz w:val="20"/>
        </w:rPr>
        <w:t>* * *</w:t>
      </w:r>
    </w:p>
    <w:p w14:paraId="460E5BF4" w14:textId="77777777" w:rsidR="007D7487" w:rsidRDefault="00E6407B">
      <w:pPr>
        <w:ind w:firstLine="288"/>
      </w:pPr>
      <w:r>
        <w:rPr>
          <w:rFonts w:cs="Times New Roman"/>
        </w:rPr>
        <w:t>Morning came.</w:t>
      </w:r>
    </w:p>
    <w:p w14:paraId="2FEA7270" w14:textId="77777777" w:rsidR="007D7487" w:rsidRDefault="00E6407B">
      <w:pPr>
        <w:ind w:firstLine="288"/>
      </w:pPr>
      <w:r>
        <w:rPr>
          <w:rFonts w:cs="Times New Roman"/>
        </w:rPr>
        <w:t>The company did not leave Jerusalem as one compact group.</w:t>
      </w:r>
    </w:p>
    <w:p w14:paraId="50350183" w14:textId="77777777" w:rsidR="007D7487" w:rsidRDefault="00E6407B">
      <w:pPr>
        <w:ind w:firstLine="288"/>
      </w:pPr>
      <w:r>
        <w:rPr>
          <w:rFonts w:cs="Times New Roman"/>
        </w:rPr>
        <w:t>That would have attracted attention and made travel harder.</w:t>
      </w:r>
    </w:p>
    <w:p w14:paraId="1C87DBBA" w14:textId="77777777" w:rsidR="007D7487" w:rsidRDefault="00E6407B">
      <w:pPr>
        <w:ind w:firstLine="288"/>
      </w:pPr>
      <w:r>
        <w:rPr>
          <w:rFonts w:cs="Times New Roman"/>
        </w:rPr>
        <w:t>Instead people began moving in smaller clusters.</w:t>
      </w:r>
    </w:p>
    <w:p w14:paraId="23053FF2" w14:textId="77777777" w:rsidR="007D7487" w:rsidRDefault="00E6407B">
      <w:pPr>
        <w:ind w:firstLine="288"/>
      </w:pPr>
      <w:r>
        <w:rPr>
          <w:rFonts w:cs="Times New Roman"/>
        </w:rPr>
        <w:t>Men ahead.</w:t>
      </w:r>
    </w:p>
    <w:p w14:paraId="1B72E46F" w14:textId="77777777" w:rsidR="007D7487" w:rsidRDefault="00E6407B">
      <w:pPr>
        <w:ind w:firstLine="288"/>
      </w:pPr>
      <w:r>
        <w:rPr>
          <w:rFonts w:cs="Times New Roman"/>
        </w:rPr>
        <w:t>Women together for stretches.</w:t>
      </w:r>
    </w:p>
    <w:p w14:paraId="21B22EAC" w14:textId="77777777" w:rsidR="007D7487" w:rsidRDefault="00E6407B">
      <w:pPr>
        <w:ind w:firstLine="288"/>
      </w:pPr>
      <w:r>
        <w:rPr>
          <w:rFonts w:cs="Times New Roman"/>
        </w:rPr>
        <w:t>Others behind.</w:t>
      </w:r>
    </w:p>
    <w:p w14:paraId="4BB546BD" w14:textId="77777777" w:rsidR="007D7487" w:rsidRDefault="00E6407B">
      <w:pPr>
        <w:ind w:firstLine="288"/>
      </w:pPr>
      <w:r>
        <w:rPr>
          <w:rFonts w:cs="Times New Roman"/>
        </w:rPr>
        <w:t>People changed companions as the road required.</w:t>
      </w:r>
    </w:p>
    <w:p w14:paraId="04679ABA" w14:textId="77777777" w:rsidR="007D7487" w:rsidRDefault="00E6407B">
      <w:pPr>
        <w:ind w:firstLine="288"/>
      </w:pPr>
      <w:r>
        <w:rPr>
          <w:rFonts w:cs="Times New Roman"/>
        </w:rPr>
        <w:t>The city slowly fell behind.</w:t>
      </w:r>
    </w:p>
    <w:p w14:paraId="15A791C9" w14:textId="77777777" w:rsidR="007D7487" w:rsidRDefault="00E6407B">
      <w:pPr>
        <w:ind w:firstLine="288"/>
      </w:pPr>
      <w:r>
        <w:rPr>
          <w:rFonts w:cs="Times New Roman"/>
        </w:rPr>
        <w:t>John looked back once.</w:t>
      </w:r>
    </w:p>
    <w:p w14:paraId="5890990B" w14:textId="77777777" w:rsidR="007D7487" w:rsidRDefault="00E6407B">
      <w:pPr>
        <w:ind w:firstLine="288"/>
      </w:pPr>
      <w:r>
        <w:rPr>
          <w:rFonts w:cs="Times New Roman"/>
        </w:rPr>
        <w:t>Jerusalem.</w:t>
      </w:r>
    </w:p>
    <w:p w14:paraId="3E4C30B5" w14:textId="77777777" w:rsidR="007D7487" w:rsidRDefault="00E6407B">
      <w:pPr>
        <w:ind w:firstLine="288"/>
      </w:pPr>
      <w:r>
        <w:rPr>
          <w:rFonts w:cs="Times New Roman"/>
        </w:rPr>
        <w:t>The cross was there.</w:t>
      </w:r>
    </w:p>
    <w:p w14:paraId="0BF5774F" w14:textId="77777777" w:rsidR="007D7487" w:rsidRDefault="00E6407B">
      <w:pPr>
        <w:ind w:firstLine="288"/>
      </w:pPr>
      <w:r>
        <w:rPr>
          <w:rFonts w:cs="Times New Roman"/>
        </w:rPr>
        <w:t>The empty tomb.</w:t>
      </w:r>
    </w:p>
    <w:p w14:paraId="62EEC639" w14:textId="77777777" w:rsidR="007D7487" w:rsidRDefault="00E6407B">
      <w:pPr>
        <w:ind w:firstLine="288"/>
      </w:pPr>
      <w:r>
        <w:rPr>
          <w:rFonts w:cs="Times New Roman"/>
        </w:rPr>
        <w:t>The shut room.</w:t>
      </w:r>
    </w:p>
    <w:p w14:paraId="7D375F35" w14:textId="77777777" w:rsidR="007D7487" w:rsidRDefault="00E6407B">
      <w:pPr>
        <w:ind w:firstLine="288"/>
      </w:pPr>
      <w:r>
        <w:rPr>
          <w:rFonts w:cs="Times New Roman"/>
        </w:rPr>
        <w:t>Thomas’s confession.</w:t>
      </w:r>
    </w:p>
    <w:p w14:paraId="504C60AD" w14:textId="77777777" w:rsidR="007D7487" w:rsidRDefault="00E6407B">
      <w:pPr>
        <w:ind w:firstLine="288"/>
      </w:pPr>
      <w:r>
        <w:rPr>
          <w:rFonts w:cs="Times New Roman"/>
        </w:rPr>
        <w:t>Peter’s private encounter.</w:t>
      </w:r>
    </w:p>
    <w:p w14:paraId="1D25A065" w14:textId="77777777" w:rsidR="007D7487" w:rsidRDefault="00E6407B">
      <w:pPr>
        <w:ind w:firstLine="288"/>
      </w:pPr>
      <w:r>
        <w:rPr>
          <w:rFonts w:cs="Times New Roman"/>
        </w:rPr>
        <w:lastRenderedPageBreak/>
        <w:t>Everything that had broken them.</w:t>
      </w:r>
    </w:p>
    <w:p w14:paraId="47870A79" w14:textId="77777777" w:rsidR="007D7487" w:rsidRDefault="00E6407B">
      <w:pPr>
        <w:ind w:firstLine="288"/>
      </w:pPr>
      <w:r>
        <w:rPr>
          <w:rFonts w:cs="Times New Roman"/>
        </w:rPr>
        <w:t>Everything that had begun putting them back together.</w:t>
      </w:r>
    </w:p>
    <w:p w14:paraId="22A99E3F" w14:textId="77777777" w:rsidR="007D7487" w:rsidRDefault="00E6407B">
      <w:pPr>
        <w:ind w:firstLine="288"/>
      </w:pPr>
      <w:r>
        <w:rPr>
          <w:rFonts w:cs="Times New Roman"/>
        </w:rPr>
        <w:t>Ahead:</w:t>
      </w:r>
    </w:p>
    <w:p w14:paraId="6028AC01" w14:textId="77777777" w:rsidR="007D7487" w:rsidRDefault="00E6407B">
      <w:pPr>
        <w:ind w:firstLine="288"/>
      </w:pPr>
      <w:r>
        <w:rPr>
          <w:rFonts w:cs="Times New Roman"/>
        </w:rPr>
        <w:t>Galilee.</w:t>
      </w:r>
    </w:p>
    <w:p w14:paraId="135B8965" w14:textId="77777777" w:rsidR="007D7487" w:rsidRDefault="00E6407B">
      <w:pPr>
        <w:ind w:firstLine="288"/>
      </w:pPr>
      <w:r>
        <w:rPr>
          <w:rFonts w:cs="Times New Roman"/>
        </w:rPr>
        <w:t>And somewhere on the road between the city of death and the place of their first calling, they would begin trying to understand what they had just witnessed.</w:t>
      </w:r>
    </w:p>
    <w:p w14:paraId="39B291CD" w14:textId="77777777" w:rsidR="007D7487" w:rsidRDefault="00E6407B">
      <w:pPr>
        <w:ind w:firstLine="288"/>
      </w:pPr>
      <w:r>
        <w:rPr>
          <w:rFonts w:cs="Times New Roman"/>
        </w:rPr>
        <w:t>John turned north.</w:t>
      </w:r>
    </w:p>
    <w:p w14:paraId="12904276" w14:textId="77777777" w:rsidR="007D7487" w:rsidRDefault="00E6407B">
      <w:pPr>
        <w:ind w:firstLine="288"/>
      </w:pPr>
      <w:r>
        <w:rPr>
          <w:rFonts w:cs="Times New Roman"/>
        </w:rPr>
        <w:t>The road waited.</w:t>
      </w:r>
    </w:p>
    <w:p w14:paraId="43526C4E" w14:textId="77777777" w:rsidR="007D7487" w:rsidRDefault="00E6407B">
      <w:pPr>
        <w:suppressLineNumbers/>
      </w:pPr>
      <w:r>
        <w:br w:type="page"/>
      </w:r>
    </w:p>
    <w:p w14:paraId="4C11B218" w14:textId="77777777" w:rsidR="007D7487" w:rsidRDefault="00E6407B">
      <w:pPr>
        <w:pStyle w:val="Heading1"/>
        <w:suppressLineNumbers/>
      </w:pPr>
      <w:r>
        <w:rPr>
          <w:rFonts w:ascii="Times New Roman" w:hAnsi="Times New Roman" w:cs="Times New Roman"/>
        </w:rPr>
        <w:lastRenderedPageBreak/>
        <w:t>Section 4A — Road North — Witnesses</w:t>
      </w:r>
    </w:p>
    <w:p w14:paraId="5DEA20AD" w14:textId="77777777" w:rsidR="007D7487" w:rsidRDefault="00E6407B">
      <w:pPr>
        <w:ind w:firstLine="288"/>
      </w:pPr>
      <w:r>
        <w:rPr>
          <w:rFonts w:cs="Times New Roman"/>
        </w:rPr>
        <w:t>The road north became a school without a teacher.</w:t>
      </w:r>
    </w:p>
    <w:p w14:paraId="79F48481" w14:textId="77777777" w:rsidR="007D7487" w:rsidRDefault="00E6407B">
      <w:pPr>
        <w:ind w:firstLine="288"/>
      </w:pPr>
      <w:r>
        <w:rPr>
          <w:rFonts w:cs="Times New Roman"/>
        </w:rPr>
        <w:t>The disciples did not travel as one tight company.</w:t>
      </w:r>
    </w:p>
    <w:p w14:paraId="348C4C23" w14:textId="77777777" w:rsidR="007D7487" w:rsidRDefault="00E6407B">
      <w:pPr>
        <w:ind w:firstLine="288"/>
      </w:pPr>
      <w:r>
        <w:rPr>
          <w:rFonts w:cs="Times New Roman"/>
        </w:rPr>
        <w:t>Men moved ahead and fell back.</w:t>
      </w:r>
    </w:p>
    <w:p w14:paraId="0551BD8D" w14:textId="77777777" w:rsidR="007D7487" w:rsidRDefault="00E6407B">
      <w:pPr>
        <w:ind w:firstLine="288"/>
      </w:pPr>
      <w:r>
        <w:rPr>
          <w:rFonts w:cs="Times New Roman"/>
        </w:rPr>
        <w:t>Women walked together for a while, then one would join another group.</w:t>
      </w:r>
    </w:p>
    <w:p w14:paraId="2BE16DBD" w14:textId="77777777" w:rsidR="007D7487" w:rsidRDefault="00E6407B">
      <w:pPr>
        <w:ind w:firstLine="288"/>
      </w:pPr>
      <w:r>
        <w:rPr>
          <w:rFonts w:cs="Times New Roman"/>
        </w:rPr>
        <w:t>An older disciple slowed on a climb and found himself beside someone he had hardly spoken with during the years of following Jesus.</w:t>
      </w:r>
    </w:p>
    <w:p w14:paraId="023BC940" w14:textId="77777777" w:rsidR="007D7487" w:rsidRDefault="00E6407B">
      <w:pPr>
        <w:ind w:firstLine="288"/>
      </w:pPr>
      <w:r>
        <w:rPr>
          <w:rFonts w:cs="Times New Roman"/>
        </w:rPr>
        <w:t>Questions changed hands.</w:t>
      </w:r>
    </w:p>
    <w:p w14:paraId="4AA44AB5" w14:textId="77777777" w:rsidR="007D7487" w:rsidRDefault="00E6407B">
      <w:pPr>
        <w:ind w:firstLine="288"/>
      </w:pPr>
      <w:r>
        <w:rPr>
          <w:rFonts w:cs="Times New Roman"/>
        </w:rPr>
        <w:t>Answers rarely survived an entire day.</w:t>
      </w:r>
    </w:p>
    <w:p w14:paraId="1BD2CCE9" w14:textId="77777777" w:rsidR="007D7487" w:rsidRDefault="00E6407B">
      <w:pPr>
        <w:ind w:firstLine="288"/>
      </w:pPr>
      <w:r>
        <w:rPr>
          <w:rFonts w:cs="Times New Roman"/>
        </w:rPr>
        <w:t>They had Scripture.</w:t>
      </w:r>
    </w:p>
    <w:p w14:paraId="010BD83F" w14:textId="77777777" w:rsidR="007D7487" w:rsidRDefault="00E6407B">
      <w:pPr>
        <w:ind w:firstLine="288"/>
      </w:pPr>
      <w:r>
        <w:rPr>
          <w:rFonts w:cs="Times New Roman"/>
        </w:rPr>
        <w:t>They had memories.</w:t>
      </w:r>
    </w:p>
    <w:p w14:paraId="3E7394F2" w14:textId="77777777" w:rsidR="007D7487" w:rsidRDefault="00E6407B">
      <w:pPr>
        <w:ind w:firstLine="288"/>
      </w:pPr>
      <w:r>
        <w:rPr>
          <w:rFonts w:cs="Times New Roman"/>
        </w:rPr>
        <w:t>They had an empty tomb.</w:t>
      </w:r>
    </w:p>
    <w:p w14:paraId="7325DA42" w14:textId="77777777" w:rsidR="007D7487" w:rsidRDefault="00E6407B">
      <w:pPr>
        <w:ind w:firstLine="288"/>
      </w:pPr>
      <w:r>
        <w:rPr>
          <w:rFonts w:cs="Times New Roman"/>
        </w:rPr>
        <w:t>They had seen Jesus alive.</w:t>
      </w:r>
    </w:p>
    <w:p w14:paraId="0E33132F" w14:textId="77777777" w:rsidR="007D7487" w:rsidRDefault="00E6407B">
      <w:pPr>
        <w:ind w:firstLine="288"/>
      </w:pPr>
      <w:r>
        <w:rPr>
          <w:rFonts w:cs="Times New Roman"/>
        </w:rPr>
        <w:t>They still did not know how the pieces belonged together.</w:t>
      </w:r>
    </w:p>
    <w:p w14:paraId="5873B9A1" w14:textId="77777777" w:rsidR="007D7487" w:rsidRDefault="00E6407B">
      <w:pPr>
        <w:ind w:firstLine="288"/>
      </w:pPr>
      <w:r>
        <w:rPr>
          <w:rFonts w:cs="Times New Roman"/>
        </w:rPr>
        <w:t>No one had yet stood before them and opened Moses, the Prophets, and the Psalms as a single map of what had happened.</w:t>
      </w:r>
    </w:p>
    <w:p w14:paraId="6AA5413C" w14:textId="77777777" w:rsidR="007D7487" w:rsidRDefault="00E6407B">
      <w:pPr>
        <w:ind w:firstLine="288"/>
      </w:pPr>
      <w:r>
        <w:rPr>
          <w:rFonts w:cs="Times New Roman"/>
        </w:rPr>
        <w:t>So they tried.</w:t>
      </w:r>
    </w:p>
    <w:p w14:paraId="60C47C47" w14:textId="77777777" w:rsidR="007D7487" w:rsidRDefault="00E6407B">
      <w:pPr>
        <w:ind w:firstLine="288"/>
      </w:pPr>
      <w:r>
        <w:rPr>
          <w:rFonts w:cs="Times New Roman"/>
        </w:rPr>
        <w:t>A saying remembered in one group would travel backward.</w:t>
      </w:r>
    </w:p>
    <w:p w14:paraId="6CE095B1" w14:textId="77777777" w:rsidR="007D7487" w:rsidRDefault="00E6407B">
      <w:pPr>
        <w:ind w:firstLine="288"/>
      </w:pPr>
      <w:r>
        <w:rPr>
          <w:rFonts w:cs="Times New Roman"/>
        </w:rPr>
        <w:t>A prophecy remembered by Nicodemus would travel forward.</w:t>
      </w:r>
    </w:p>
    <w:p w14:paraId="7EDBA8B3" w14:textId="77777777" w:rsidR="007D7487" w:rsidRDefault="00E6407B">
      <w:pPr>
        <w:ind w:firstLine="288"/>
      </w:pPr>
      <w:r>
        <w:rPr>
          <w:rFonts w:cs="Times New Roman"/>
        </w:rPr>
        <w:t>Someone would think he had solved a question at midday and abandon the answer before evening.</w:t>
      </w:r>
    </w:p>
    <w:p w14:paraId="4BE3CF8A" w14:textId="77777777" w:rsidR="007D7487" w:rsidRDefault="00E6407B">
      <w:pPr>
        <w:ind w:firstLine="288"/>
      </w:pPr>
      <w:r>
        <w:rPr>
          <w:rFonts w:cs="Times New Roman"/>
        </w:rPr>
        <w:t>The road gave them time to discover how much they knew and how little they understood.</w:t>
      </w:r>
    </w:p>
    <w:p w14:paraId="7D9DCC5A" w14:textId="77777777" w:rsidR="007D7487" w:rsidRDefault="00E6407B">
      <w:pPr>
        <w:ind w:firstLine="288"/>
      </w:pPr>
      <w:r>
        <w:rPr>
          <w:rFonts w:cs="Times New Roman"/>
        </w:rPr>
        <w:t>John spent one morning beside Andrew.</w:t>
      </w:r>
    </w:p>
    <w:p w14:paraId="29B59621" w14:textId="77777777" w:rsidR="007D7487" w:rsidRDefault="00E6407B">
      <w:pPr>
        <w:ind w:firstLine="288"/>
      </w:pPr>
      <w:r>
        <w:rPr>
          <w:rFonts w:cs="Times New Roman"/>
        </w:rPr>
        <w:t>For a while they walked in silence.</w:t>
      </w:r>
    </w:p>
    <w:p w14:paraId="364D262A" w14:textId="77777777" w:rsidR="007D7487" w:rsidRDefault="00E6407B">
      <w:pPr>
        <w:ind w:firstLine="288"/>
      </w:pPr>
      <w:r>
        <w:rPr>
          <w:rFonts w:cs="Times New Roman"/>
        </w:rPr>
        <w:t>Then Andrew looked toward the wilderness country behind them.</w:t>
      </w:r>
    </w:p>
    <w:p w14:paraId="48BDD93F" w14:textId="77777777" w:rsidR="007D7487" w:rsidRDefault="00E6407B">
      <w:pPr>
        <w:ind w:firstLine="288"/>
      </w:pPr>
      <w:r>
        <w:rPr>
          <w:rFonts w:cs="Times New Roman"/>
        </w:rPr>
        <w:t>“Do you remember John?”</w:t>
      </w:r>
    </w:p>
    <w:p w14:paraId="3644245F" w14:textId="77777777" w:rsidR="007D7487" w:rsidRDefault="00E6407B">
      <w:pPr>
        <w:ind w:firstLine="288"/>
      </w:pPr>
      <w:r>
        <w:rPr>
          <w:rFonts w:cs="Times New Roman"/>
        </w:rPr>
        <w:t>John knew immediately which John.</w:t>
      </w:r>
    </w:p>
    <w:p w14:paraId="6F342C39" w14:textId="77777777" w:rsidR="007D7487" w:rsidRDefault="00E6407B">
      <w:pPr>
        <w:ind w:firstLine="288"/>
      </w:pPr>
      <w:r>
        <w:rPr>
          <w:rFonts w:cs="Times New Roman"/>
        </w:rPr>
        <w:t>The Baptist.</w:t>
      </w:r>
    </w:p>
    <w:p w14:paraId="3F916D22" w14:textId="77777777" w:rsidR="007D7487" w:rsidRDefault="00E6407B">
      <w:pPr>
        <w:ind w:firstLine="288"/>
      </w:pPr>
      <w:r>
        <w:rPr>
          <w:rFonts w:cs="Times New Roman"/>
        </w:rPr>
        <w:t>The wilderness voice.</w:t>
      </w:r>
    </w:p>
    <w:p w14:paraId="491496E1" w14:textId="77777777" w:rsidR="007D7487" w:rsidRDefault="00E6407B">
      <w:pPr>
        <w:ind w:firstLine="288"/>
      </w:pPr>
      <w:r>
        <w:rPr>
          <w:rFonts w:cs="Times New Roman"/>
        </w:rPr>
        <w:t>The rough clothing.</w:t>
      </w:r>
    </w:p>
    <w:p w14:paraId="35ED144C" w14:textId="77777777" w:rsidR="007D7487" w:rsidRDefault="00E6407B">
      <w:pPr>
        <w:ind w:firstLine="288"/>
      </w:pPr>
      <w:r>
        <w:rPr>
          <w:rFonts w:cs="Times New Roman"/>
        </w:rPr>
        <w:t>The urgency.</w:t>
      </w:r>
    </w:p>
    <w:p w14:paraId="63308A4A" w14:textId="77777777" w:rsidR="007D7487" w:rsidRDefault="00E6407B">
      <w:pPr>
        <w:ind w:firstLine="288"/>
      </w:pPr>
      <w:r>
        <w:rPr>
          <w:rFonts w:cs="Times New Roman"/>
        </w:rPr>
        <w:t>Israel being summoned to wake up.</w:t>
      </w:r>
    </w:p>
    <w:p w14:paraId="58361B30" w14:textId="77777777" w:rsidR="007D7487" w:rsidRDefault="00E6407B">
      <w:pPr>
        <w:ind w:firstLine="288"/>
      </w:pPr>
      <w:r>
        <w:rPr>
          <w:rFonts w:cs="Times New Roman"/>
        </w:rPr>
        <w:t>Prepare ye the way of the LORD.</w:t>
      </w:r>
    </w:p>
    <w:p w14:paraId="2EBDE644" w14:textId="77777777" w:rsidR="007D7487" w:rsidRDefault="00E6407B">
      <w:pPr>
        <w:ind w:firstLine="288"/>
      </w:pPr>
      <w:r>
        <w:rPr>
          <w:rFonts w:cs="Times New Roman"/>
        </w:rPr>
        <w:t>Andrew smiled faintly.</w:t>
      </w:r>
    </w:p>
    <w:p w14:paraId="463792C6" w14:textId="77777777" w:rsidR="007D7487" w:rsidRDefault="00E6407B">
      <w:pPr>
        <w:ind w:firstLine="288"/>
      </w:pPr>
      <w:r>
        <w:rPr>
          <w:rFonts w:cs="Times New Roman"/>
        </w:rPr>
        <w:t>“I followed him before I followed Jesus.”</w:t>
      </w:r>
    </w:p>
    <w:p w14:paraId="5D068820" w14:textId="77777777" w:rsidR="007D7487" w:rsidRDefault="00E6407B">
      <w:pPr>
        <w:ind w:firstLine="288"/>
      </w:pPr>
      <w:r>
        <w:rPr>
          <w:rFonts w:cs="Times New Roman"/>
        </w:rPr>
        <w:t>John nodded.</w:t>
      </w:r>
    </w:p>
    <w:p w14:paraId="5EA1176E" w14:textId="77777777" w:rsidR="007D7487" w:rsidRDefault="00E6407B">
      <w:pPr>
        <w:ind w:firstLine="288"/>
      </w:pPr>
      <w:r>
        <w:rPr>
          <w:rFonts w:cs="Times New Roman"/>
        </w:rPr>
        <w:t>Andrew had told the story often enough that John could see the day almost as Andrew described it.</w:t>
      </w:r>
    </w:p>
    <w:p w14:paraId="650CAEB3" w14:textId="77777777" w:rsidR="007D7487" w:rsidRDefault="00E6407B">
      <w:pPr>
        <w:ind w:firstLine="288"/>
      </w:pPr>
      <w:r>
        <w:rPr>
          <w:rFonts w:cs="Times New Roman"/>
        </w:rPr>
        <w:t>The wilderness prophet standing with two of his disciples.</w:t>
      </w:r>
    </w:p>
    <w:p w14:paraId="3296FDC4" w14:textId="77777777" w:rsidR="007D7487" w:rsidRDefault="00E6407B">
      <w:pPr>
        <w:ind w:firstLine="288"/>
      </w:pPr>
      <w:r>
        <w:rPr>
          <w:rFonts w:cs="Times New Roman"/>
        </w:rPr>
        <w:lastRenderedPageBreak/>
        <w:t>Jesus passing.</w:t>
      </w:r>
    </w:p>
    <w:p w14:paraId="659221E4" w14:textId="77777777" w:rsidR="007D7487" w:rsidRDefault="00E6407B">
      <w:pPr>
        <w:ind w:firstLine="288"/>
      </w:pPr>
      <w:r>
        <w:rPr>
          <w:rFonts w:cs="Times New Roman"/>
        </w:rPr>
        <w:t>John looking toward Him.</w:t>
      </w:r>
    </w:p>
    <w:p w14:paraId="322B11EE" w14:textId="77777777" w:rsidR="007D7487" w:rsidRDefault="00E6407B">
      <w:pPr>
        <w:ind w:firstLine="288"/>
      </w:pPr>
      <w:r>
        <w:rPr>
          <w:rFonts w:cs="Times New Roman"/>
        </w:rPr>
        <w:t>“Behold the Lamb of God.”</w:t>
      </w:r>
    </w:p>
    <w:p w14:paraId="395B92BB" w14:textId="77777777" w:rsidR="007D7487" w:rsidRDefault="00E6407B">
      <w:pPr>
        <w:ind w:firstLine="288"/>
      </w:pPr>
      <w:r>
        <w:rPr>
          <w:rFonts w:cs="Times New Roman"/>
        </w:rPr>
        <w:t>Andrew glanced at John.</w:t>
      </w:r>
    </w:p>
    <w:p w14:paraId="0918DD6A" w14:textId="77777777" w:rsidR="007D7487" w:rsidRDefault="00E6407B">
      <w:pPr>
        <w:ind w:firstLine="288"/>
      </w:pPr>
      <w:r>
        <w:rPr>
          <w:rFonts w:cs="Times New Roman"/>
        </w:rPr>
        <w:t>“He ruined my life.”</w:t>
      </w:r>
    </w:p>
    <w:p w14:paraId="19F2D7F1" w14:textId="77777777" w:rsidR="007D7487" w:rsidRDefault="00E6407B">
      <w:pPr>
        <w:ind w:firstLine="288"/>
      </w:pPr>
      <w:r>
        <w:rPr>
          <w:rFonts w:cs="Times New Roman"/>
        </w:rPr>
        <w:t>John laughed.</w:t>
      </w:r>
    </w:p>
    <w:p w14:paraId="14530761" w14:textId="77777777" w:rsidR="007D7487" w:rsidRDefault="00E6407B">
      <w:pPr>
        <w:ind w:firstLine="288"/>
      </w:pPr>
      <w:r>
        <w:rPr>
          <w:rFonts w:cs="Times New Roman"/>
        </w:rPr>
        <w:t>“In the best way.”</w:t>
      </w:r>
    </w:p>
    <w:p w14:paraId="504ECB03" w14:textId="77777777" w:rsidR="007D7487" w:rsidRDefault="00E6407B">
      <w:pPr>
        <w:ind w:firstLine="288"/>
      </w:pPr>
      <w:r>
        <w:rPr>
          <w:rFonts w:cs="Times New Roman"/>
        </w:rPr>
        <w:t>“That is not how it felt to my fishing business.”</w:t>
      </w:r>
    </w:p>
    <w:p w14:paraId="79CF0375" w14:textId="77777777" w:rsidR="007D7487" w:rsidRDefault="00E6407B">
      <w:pPr>
        <w:ind w:firstLine="288"/>
      </w:pPr>
      <w:r>
        <w:rPr>
          <w:rFonts w:cs="Times New Roman"/>
        </w:rPr>
        <w:t>“Peter survived.”</w:t>
      </w:r>
    </w:p>
    <w:p w14:paraId="15C4A9C0" w14:textId="77777777" w:rsidR="007D7487" w:rsidRDefault="00E6407B">
      <w:pPr>
        <w:ind w:firstLine="288"/>
      </w:pPr>
      <w:r>
        <w:rPr>
          <w:rFonts w:cs="Times New Roman"/>
        </w:rPr>
        <w:t>“That is a generous description.”</w:t>
      </w:r>
    </w:p>
    <w:p w14:paraId="34B0E32C" w14:textId="77777777" w:rsidR="007D7487" w:rsidRDefault="00E6407B">
      <w:pPr>
        <w:ind w:firstLine="288"/>
      </w:pPr>
      <w:r>
        <w:rPr>
          <w:rFonts w:cs="Times New Roman"/>
        </w:rPr>
        <w:t>John smiled.</w:t>
      </w:r>
    </w:p>
    <w:p w14:paraId="0107E036" w14:textId="77777777" w:rsidR="007D7487" w:rsidRDefault="00E6407B">
      <w:pPr>
        <w:ind w:firstLine="288"/>
      </w:pPr>
      <w:r>
        <w:rPr>
          <w:rFonts w:cs="Times New Roman"/>
        </w:rPr>
        <w:t>Andrew looked ahead again.</w:t>
      </w:r>
    </w:p>
    <w:p w14:paraId="26312733" w14:textId="77777777" w:rsidR="007D7487" w:rsidRDefault="00E6407B">
      <w:pPr>
        <w:ind w:firstLine="288"/>
      </w:pPr>
      <w:r>
        <w:rPr>
          <w:rFonts w:cs="Times New Roman"/>
        </w:rPr>
        <w:t>“He kept saying Someone was coming after him.”</w:t>
      </w:r>
    </w:p>
    <w:p w14:paraId="46B9901E" w14:textId="77777777" w:rsidR="007D7487" w:rsidRDefault="00E6407B">
      <w:pPr>
        <w:ind w:firstLine="288"/>
      </w:pPr>
      <w:r>
        <w:rPr>
          <w:rFonts w:cs="Times New Roman"/>
        </w:rPr>
        <w:t>“Someone greater.”</w:t>
      </w:r>
    </w:p>
    <w:p w14:paraId="57DAA3E7" w14:textId="77777777" w:rsidR="007D7487" w:rsidRDefault="00E6407B">
      <w:pPr>
        <w:ind w:firstLine="288"/>
      </w:pPr>
      <w:r>
        <w:rPr>
          <w:rFonts w:cs="Times New Roman"/>
        </w:rPr>
        <w:t>“He said he was not worthy to loose His shoe.”</w:t>
      </w:r>
    </w:p>
    <w:p w14:paraId="79CEC4B5" w14:textId="77777777" w:rsidR="007D7487" w:rsidRDefault="00E6407B">
      <w:pPr>
        <w:ind w:firstLine="288"/>
      </w:pPr>
      <w:r>
        <w:rPr>
          <w:rFonts w:cs="Times New Roman"/>
        </w:rPr>
        <w:t>John nodded.</w:t>
      </w:r>
    </w:p>
    <w:p w14:paraId="0C5D5442" w14:textId="77777777" w:rsidR="007D7487" w:rsidRDefault="00E6407B">
      <w:pPr>
        <w:ind w:firstLine="288"/>
      </w:pPr>
      <w:r>
        <w:rPr>
          <w:rFonts w:cs="Times New Roman"/>
        </w:rPr>
        <w:t>Then Andrew’s expression changed.</w:t>
      </w:r>
    </w:p>
    <w:p w14:paraId="73762F3B" w14:textId="77777777" w:rsidR="007D7487" w:rsidRDefault="00E6407B">
      <w:pPr>
        <w:ind w:firstLine="288"/>
      </w:pPr>
      <w:r>
        <w:rPr>
          <w:rFonts w:cs="Times New Roman"/>
        </w:rPr>
        <w:t>“And then one day he looked at Jesus.”</w:t>
      </w:r>
    </w:p>
    <w:p w14:paraId="17FEE0AC" w14:textId="77777777" w:rsidR="007D7487" w:rsidRDefault="00E6407B">
      <w:pPr>
        <w:ind w:firstLine="288"/>
      </w:pPr>
      <w:r>
        <w:rPr>
          <w:rFonts w:cs="Times New Roman"/>
        </w:rPr>
        <w:t>The humor disappeared.</w:t>
      </w:r>
    </w:p>
    <w:p w14:paraId="27FDF23D" w14:textId="77777777" w:rsidR="007D7487" w:rsidRDefault="00E6407B">
      <w:pPr>
        <w:ind w:firstLine="288"/>
      </w:pPr>
      <w:r>
        <w:rPr>
          <w:rFonts w:cs="Times New Roman"/>
        </w:rPr>
        <w:t>“Behold the Lamb of God.”</w:t>
      </w:r>
    </w:p>
    <w:p w14:paraId="5442DA23" w14:textId="77777777" w:rsidR="007D7487" w:rsidRDefault="00E6407B">
      <w:pPr>
        <w:ind w:firstLine="288"/>
      </w:pPr>
      <w:r>
        <w:rPr>
          <w:rFonts w:cs="Times New Roman"/>
        </w:rPr>
        <w:t>Neither man spoke for several steps.</w:t>
      </w:r>
    </w:p>
    <w:p w14:paraId="23B75199" w14:textId="77777777" w:rsidR="007D7487" w:rsidRDefault="00E6407B">
      <w:pPr>
        <w:ind w:firstLine="288"/>
      </w:pPr>
      <w:r>
        <w:rPr>
          <w:rFonts w:cs="Times New Roman"/>
        </w:rPr>
        <w:t>Lamb.</w:t>
      </w:r>
    </w:p>
    <w:p w14:paraId="4AC22F1A" w14:textId="77777777" w:rsidR="007D7487" w:rsidRDefault="00E6407B">
      <w:pPr>
        <w:ind w:firstLine="288"/>
      </w:pPr>
      <w:r>
        <w:rPr>
          <w:rFonts w:cs="Times New Roman"/>
        </w:rPr>
        <w:t>After Passover.</w:t>
      </w:r>
    </w:p>
    <w:p w14:paraId="1695CE17" w14:textId="77777777" w:rsidR="007D7487" w:rsidRDefault="00E6407B">
      <w:pPr>
        <w:ind w:firstLine="288"/>
      </w:pPr>
      <w:r>
        <w:rPr>
          <w:rFonts w:cs="Times New Roman"/>
        </w:rPr>
        <w:t>After Golgotha.</w:t>
      </w:r>
    </w:p>
    <w:p w14:paraId="0C101370" w14:textId="77777777" w:rsidR="007D7487" w:rsidRDefault="00E6407B">
      <w:pPr>
        <w:ind w:firstLine="288"/>
      </w:pPr>
      <w:r>
        <w:rPr>
          <w:rFonts w:cs="Times New Roman"/>
        </w:rPr>
        <w:t>After the empty tomb.</w:t>
      </w:r>
    </w:p>
    <w:p w14:paraId="5FC66350" w14:textId="77777777" w:rsidR="007D7487" w:rsidRDefault="00E6407B">
      <w:pPr>
        <w:ind w:firstLine="288"/>
      </w:pPr>
      <w:r>
        <w:rPr>
          <w:rFonts w:cs="Times New Roman"/>
        </w:rPr>
        <w:t>The word had changed.</w:t>
      </w:r>
    </w:p>
    <w:p w14:paraId="58DCD3AB" w14:textId="77777777" w:rsidR="007D7487" w:rsidRDefault="00E6407B">
      <w:pPr>
        <w:ind w:firstLine="288"/>
      </w:pPr>
      <w:r>
        <w:rPr>
          <w:rFonts w:cs="Times New Roman"/>
        </w:rPr>
        <w:t>John had heard the Baptist’s testimony repeated before.</w:t>
      </w:r>
    </w:p>
    <w:p w14:paraId="2AB13EA2" w14:textId="77777777" w:rsidR="007D7487" w:rsidRDefault="00E6407B">
      <w:pPr>
        <w:ind w:firstLine="288"/>
      </w:pPr>
      <w:r>
        <w:rPr>
          <w:rFonts w:cs="Times New Roman"/>
        </w:rPr>
        <w:t>Now the crucifixion had placed blood behind the word.</w:t>
      </w:r>
    </w:p>
    <w:p w14:paraId="6CBC9BD3" w14:textId="77777777" w:rsidR="007D7487" w:rsidRDefault="00E6407B">
      <w:pPr>
        <w:ind w:firstLine="288"/>
      </w:pPr>
      <w:r>
        <w:rPr>
          <w:rFonts w:cs="Times New Roman"/>
        </w:rPr>
        <w:t>Andrew looked down at the road.</w:t>
      </w:r>
    </w:p>
    <w:p w14:paraId="1AB2D8BA" w14:textId="77777777" w:rsidR="007D7487" w:rsidRDefault="00E6407B">
      <w:pPr>
        <w:ind w:firstLine="288"/>
      </w:pPr>
      <w:r>
        <w:rPr>
          <w:rFonts w:cs="Times New Roman"/>
        </w:rPr>
        <w:t>“I heard him say it.”</w:t>
      </w:r>
    </w:p>
    <w:p w14:paraId="5A3120C6" w14:textId="77777777" w:rsidR="007D7487" w:rsidRDefault="00E6407B">
      <w:pPr>
        <w:ind w:firstLine="288"/>
      </w:pPr>
      <w:r>
        <w:rPr>
          <w:rFonts w:cs="Times New Roman"/>
        </w:rPr>
        <w:t>John waited.</w:t>
      </w:r>
    </w:p>
    <w:p w14:paraId="29C33787" w14:textId="77777777" w:rsidR="007D7487" w:rsidRDefault="00E6407B">
      <w:pPr>
        <w:ind w:firstLine="288"/>
      </w:pPr>
      <w:r>
        <w:rPr>
          <w:rFonts w:cs="Times New Roman"/>
        </w:rPr>
        <w:t>Andrew continued.</w:t>
      </w:r>
    </w:p>
    <w:p w14:paraId="41360997" w14:textId="77777777" w:rsidR="007D7487" w:rsidRDefault="00E6407B">
      <w:pPr>
        <w:ind w:firstLine="288"/>
      </w:pPr>
      <w:r>
        <w:rPr>
          <w:rFonts w:cs="Times New Roman"/>
        </w:rPr>
        <w:t>“He said he did not know Him at first as the One he was waiting for.”</w:t>
      </w:r>
    </w:p>
    <w:p w14:paraId="511AADA3" w14:textId="77777777" w:rsidR="007D7487" w:rsidRDefault="00E6407B">
      <w:pPr>
        <w:ind w:firstLine="288"/>
      </w:pPr>
      <w:r>
        <w:rPr>
          <w:rFonts w:cs="Times New Roman"/>
        </w:rPr>
        <w:t>“But the One who sent him to baptize had given him a sign.”</w:t>
      </w:r>
    </w:p>
    <w:p w14:paraId="07842082" w14:textId="77777777" w:rsidR="007D7487" w:rsidRDefault="00E6407B">
      <w:pPr>
        <w:ind w:firstLine="288"/>
      </w:pPr>
      <w:r>
        <w:rPr>
          <w:rFonts w:cs="Times New Roman"/>
        </w:rPr>
        <w:t>Andrew nodded.</w:t>
      </w:r>
    </w:p>
    <w:p w14:paraId="72DFC9FB" w14:textId="77777777" w:rsidR="007D7487" w:rsidRDefault="00E6407B">
      <w:pPr>
        <w:ind w:firstLine="288"/>
      </w:pPr>
      <w:r>
        <w:rPr>
          <w:rFonts w:cs="Times New Roman"/>
        </w:rPr>
        <w:t>“Upon whom thou shalt see the Spirit descending, and remaining on him.”</w:t>
      </w:r>
    </w:p>
    <w:p w14:paraId="0E548937" w14:textId="77777777" w:rsidR="007D7487" w:rsidRDefault="00E6407B">
      <w:pPr>
        <w:ind w:firstLine="288"/>
      </w:pPr>
      <w:r>
        <w:rPr>
          <w:rFonts w:cs="Times New Roman"/>
        </w:rPr>
        <w:t>The word remaining seemed to catch in both men.</w:t>
      </w:r>
    </w:p>
    <w:p w14:paraId="5C20AD2A" w14:textId="77777777" w:rsidR="007D7487" w:rsidRDefault="00E6407B">
      <w:pPr>
        <w:ind w:firstLine="288"/>
      </w:pPr>
      <w:r>
        <w:rPr>
          <w:rFonts w:cs="Times New Roman"/>
        </w:rPr>
        <w:t>Not merely descend.</w:t>
      </w:r>
    </w:p>
    <w:p w14:paraId="6CA00836" w14:textId="77777777" w:rsidR="007D7487" w:rsidRDefault="00E6407B">
      <w:pPr>
        <w:ind w:firstLine="288"/>
      </w:pPr>
      <w:r>
        <w:rPr>
          <w:rFonts w:cs="Times New Roman"/>
        </w:rPr>
        <w:lastRenderedPageBreak/>
        <w:t>Remain.</w:t>
      </w:r>
    </w:p>
    <w:p w14:paraId="5267E54B" w14:textId="77777777" w:rsidR="007D7487" w:rsidRDefault="00E6407B">
      <w:pPr>
        <w:ind w:firstLine="288"/>
      </w:pPr>
      <w:r>
        <w:rPr>
          <w:rFonts w:cs="Times New Roman"/>
        </w:rPr>
        <w:t>Andrew continued.</w:t>
      </w:r>
    </w:p>
    <w:p w14:paraId="76D45AD0" w14:textId="77777777" w:rsidR="007D7487" w:rsidRDefault="00E6407B">
      <w:pPr>
        <w:ind w:firstLine="288"/>
      </w:pPr>
      <w:r>
        <w:rPr>
          <w:rFonts w:cs="Times New Roman"/>
        </w:rPr>
        <w:t>“He said he saw the Spirit descend from heaven like a dove.”</w:t>
      </w:r>
    </w:p>
    <w:p w14:paraId="4BACE555" w14:textId="77777777" w:rsidR="007D7487" w:rsidRDefault="00E6407B">
      <w:pPr>
        <w:ind w:firstLine="288"/>
      </w:pPr>
      <w:r>
        <w:rPr>
          <w:rFonts w:cs="Times New Roman"/>
        </w:rPr>
        <w:t>“And remain upon Him.”</w:t>
      </w:r>
    </w:p>
    <w:p w14:paraId="42E6CCD0" w14:textId="77777777" w:rsidR="007D7487" w:rsidRDefault="00E6407B">
      <w:pPr>
        <w:ind w:firstLine="288"/>
      </w:pPr>
      <w:r>
        <w:rPr>
          <w:rFonts w:cs="Times New Roman"/>
        </w:rPr>
        <w:t>“And he bore record.”</w:t>
      </w:r>
    </w:p>
    <w:p w14:paraId="2B4C26B9" w14:textId="77777777" w:rsidR="007D7487" w:rsidRDefault="00E6407B">
      <w:pPr>
        <w:ind w:firstLine="288"/>
      </w:pPr>
      <w:r>
        <w:rPr>
          <w:rFonts w:cs="Times New Roman"/>
        </w:rPr>
        <w:t>John knew the rest because Andrew had carried it from the wilderness into the years that followed.</w:t>
      </w:r>
    </w:p>
    <w:p w14:paraId="237654E9" w14:textId="77777777" w:rsidR="007D7487" w:rsidRDefault="00E6407B">
      <w:pPr>
        <w:ind w:firstLine="288"/>
      </w:pPr>
      <w:r>
        <w:rPr>
          <w:rFonts w:cs="Times New Roman"/>
        </w:rPr>
        <w:t>“That this is the Son of God.”</w:t>
      </w:r>
    </w:p>
    <w:p w14:paraId="0DA42FFC" w14:textId="77777777" w:rsidR="007D7487" w:rsidRDefault="00E6407B">
      <w:pPr>
        <w:ind w:firstLine="288"/>
      </w:pPr>
      <w:r>
        <w:rPr>
          <w:rFonts w:cs="Times New Roman"/>
        </w:rPr>
        <w:t>Andrew nodded.</w:t>
      </w:r>
    </w:p>
    <w:p w14:paraId="6ED19901" w14:textId="77777777" w:rsidR="007D7487" w:rsidRDefault="00E6407B">
      <w:pPr>
        <w:ind w:firstLine="288"/>
      </w:pPr>
      <w:r>
        <w:rPr>
          <w:rFonts w:cs="Times New Roman"/>
        </w:rPr>
        <w:t>The Baptist was dead now.</w:t>
      </w:r>
    </w:p>
    <w:p w14:paraId="79E7BFFC" w14:textId="77777777" w:rsidR="007D7487" w:rsidRDefault="00E6407B">
      <w:pPr>
        <w:ind w:firstLine="288"/>
      </w:pPr>
      <w:r>
        <w:rPr>
          <w:rFonts w:cs="Times New Roman"/>
        </w:rPr>
        <w:t>He could not stand in Galilee and repeat the testimony.</w:t>
      </w:r>
    </w:p>
    <w:p w14:paraId="4ABD13DE" w14:textId="77777777" w:rsidR="007D7487" w:rsidRDefault="00E6407B">
      <w:pPr>
        <w:ind w:firstLine="288"/>
      </w:pPr>
      <w:r>
        <w:rPr>
          <w:rFonts w:cs="Times New Roman"/>
        </w:rPr>
        <w:t>But men who had heard him were alive.</w:t>
      </w:r>
    </w:p>
    <w:p w14:paraId="52B00616" w14:textId="77777777" w:rsidR="007D7487" w:rsidRDefault="00E6407B">
      <w:pPr>
        <w:ind w:firstLine="288"/>
      </w:pPr>
      <w:r>
        <w:rPr>
          <w:rFonts w:cs="Times New Roman"/>
        </w:rPr>
        <w:t>They carried his words.</w:t>
      </w:r>
    </w:p>
    <w:p w14:paraId="45E65D0C" w14:textId="77777777" w:rsidR="007D7487" w:rsidRDefault="00E6407B">
      <w:pPr>
        <w:ind w:firstLine="288"/>
      </w:pPr>
      <w:r>
        <w:rPr>
          <w:rFonts w:cs="Times New Roman"/>
        </w:rPr>
        <w:t>John thought about the unnamed disciple who had stood with Andrew in the account of those first days.</w:t>
      </w:r>
    </w:p>
    <w:p w14:paraId="318C7425" w14:textId="77777777" w:rsidR="007D7487" w:rsidRDefault="00E6407B">
      <w:pPr>
        <w:ind w:firstLine="288"/>
      </w:pPr>
      <w:r>
        <w:rPr>
          <w:rFonts w:cs="Times New Roman"/>
        </w:rPr>
        <w:t>The testimony did not name him.</w:t>
      </w:r>
    </w:p>
    <w:p w14:paraId="745080A9" w14:textId="77777777" w:rsidR="007D7487" w:rsidRDefault="00E6407B">
      <w:pPr>
        <w:ind w:firstLine="288"/>
      </w:pPr>
      <w:r>
        <w:rPr>
          <w:rFonts w:cs="Times New Roman"/>
        </w:rPr>
        <w:t>John did not need to make the silence say more than it said.</w:t>
      </w:r>
    </w:p>
    <w:p w14:paraId="4F64CFB3" w14:textId="77777777" w:rsidR="007D7487" w:rsidRDefault="00E6407B">
      <w:pPr>
        <w:ind w:firstLine="288"/>
      </w:pPr>
      <w:r>
        <w:rPr>
          <w:rFonts w:cs="Times New Roman"/>
        </w:rPr>
        <w:t>Andrew was enough.</w:t>
      </w:r>
    </w:p>
    <w:p w14:paraId="6980ED0D" w14:textId="77777777" w:rsidR="007D7487" w:rsidRDefault="00E6407B">
      <w:pPr>
        <w:ind w:firstLine="288"/>
      </w:pPr>
      <w:r>
        <w:rPr>
          <w:rFonts w:cs="Times New Roman"/>
        </w:rPr>
        <w:t>The witness was enough.</w:t>
      </w:r>
    </w:p>
    <w:p w14:paraId="12130290" w14:textId="77777777" w:rsidR="007D7487" w:rsidRDefault="00E6407B">
      <w:pPr>
        <w:ind w:firstLine="288"/>
      </w:pPr>
      <w:r>
        <w:rPr>
          <w:rFonts w:cs="Times New Roman"/>
        </w:rPr>
        <w:t>“Did you understand him?” John asked.</w:t>
      </w:r>
    </w:p>
    <w:p w14:paraId="7E5604EF" w14:textId="77777777" w:rsidR="007D7487" w:rsidRDefault="00E6407B">
      <w:pPr>
        <w:ind w:firstLine="288"/>
      </w:pPr>
      <w:r>
        <w:rPr>
          <w:rFonts w:cs="Times New Roman"/>
        </w:rPr>
        <w:t>Andrew laughed softly.</w:t>
      </w:r>
    </w:p>
    <w:p w14:paraId="45082E9F" w14:textId="77777777" w:rsidR="007D7487" w:rsidRDefault="00E6407B">
      <w:pPr>
        <w:ind w:firstLine="288"/>
      </w:pPr>
      <w:r>
        <w:rPr>
          <w:rFonts w:cs="Times New Roman"/>
        </w:rPr>
        <w:t>“No.”</w:t>
      </w:r>
    </w:p>
    <w:p w14:paraId="65F175E2" w14:textId="77777777" w:rsidR="007D7487" w:rsidRDefault="00E6407B">
      <w:pPr>
        <w:ind w:firstLine="288"/>
      </w:pPr>
      <w:r>
        <w:rPr>
          <w:rFonts w:cs="Times New Roman"/>
        </w:rPr>
        <w:t>“None of it?”</w:t>
      </w:r>
    </w:p>
    <w:p w14:paraId="7B443D0F" w14:textId="77777777" w:rsidR="007D7487" w:rsidRDefault="00E6407B">
      <w:pPr>
        <w:ind w:firstLine="288"/>
      </w:pPr>
      <w:r>
        <w:rPr>
          <w:rFonts w:cs="Times New Roman"/>
        </w:rPr>
        <w:t>“I understood enough to follow Jesus.”</w:t>
      </w:r>
    </w:p>
    <w:p w14:paraId="03E7601D" w14:textId="77777777" w:rsidR="007D7487" w:rsidRDefault="00E6407B">
      <w:pPr>
        <w:ind w:firstLine="288"/>
      </w:pPr>
      <w:r>
        <w:rPr>
          <w:rFonts w:cs="Times New Roman"/>
        </w:rPr>
        <w:t>“That is not the same thing.”</w:t>
      </w:r>
    </w:p>
    <w:p w14:paraId="5E5EEF28" w14:textId="77777777" w:rsidR="007D7487" w:rsidRDefault="00E6407B">
      <w:pPr>
        <w:ind w:firstLine="288"/>
      </w:pPr>
      <w:r>
        <w:rPr>
          <w:rFonts w:cs="Times New Roman"/>
        </w:rPr>
        <w:t>“No.”</w:t>
      </w:r>
    </w:p>
    <w:p w14:paraId="7B09BB54" w14:textId="77777777" w:rsidR="007D7487" w:rsidRDefault="00E6407B">
      <w:pPr>
        <w:ind w:firstLine="288"/>
      </w:pPr>
      <w:r>
        <w:rPr>
          <w:rFonts w:cs="Times New Roman"/>
        </w:rPr>
        <w:t>Andrew shook his head.</w:t>
      </w:r>
    </w:p>
    <w:p w14:paraId="3F6471A3" w14:textId="77777777" w:rsidR="007D7487" w:rsidRDefault="00E6407B">
      <w:pPr>
        <w:ind w:firstLine="288"/>
      </w:pPr>
      <w:r>
        <w:rPr>
          <w:rFonts w:cs="Times New Roman"/>
        </w:rPr>
        <w:t>“I heard all of that before I understood any of it.”</w:t>
      </w:r>
    </w:p>
    <w:p w14:paraId="0B685841" w14:textId="77777777" w:rsidR="007D7487" w:rsidRDefault="00E6407B">
      <w:pPr>
        <w:ind w:firstLine="288"/>
      </w:pPr>
      <w:r>
        <w:rPr>
          <w:rFonts w:cs="Times New Roman"/>
        </w:rPr>
        <w:t>John gave him a tired smile.</w:t>
      </w:r>
    </w:p>
    <w:p w14:paraId="3D0E6784" w14:textId="77777777" w:rsidR="007D7487" w:rsidRDefault="00E6407B">
      <w:pPr>
        <w:ind w:firstLine="288"/>
      </w:pPr>
      <w:r>
        <w:rPr>
          <w:rFonts w:cs="Times New Roman"/>
        </w:rPr>
        <w:t>“That has become a theme.”</w:t>
      </w:r>
    </w:p>
    <w:p w14:paraId="6CA60BBE" w14:textId="77777777" w:rsidR="007D7487" w:rsidRDefault="00E6407B">
      <w:pPr>
        <w:ind w:firstLine="288"/>
      </w:pPr>
      <w:r>
        <w:rPr>
          <w:rFonts w:cs="Times New Roman"/>
        </w:rPr>
        <w:t>They walked on.</w:t>
      </w:r>
    </w:p>
    <w:p w14:paraId="391D5B3B" w14:textId="77777777" w:rsidR="007D7487" w:rsidRDefault="00E6407B">
      <w:pPr>
        <w:ind w:firstLine="288"/>
      </w:pPr>
      <w:r>
        <w:rPr>
          <w:rFonts w:cs="Times New Roman"/>
        </w:rPr>
        <w:t>The Baptist did not need to occupy the whole story.</w:t>
      </w:r>
    </w:p>
    <w:p w14:paraId="3641ACCB" w14:textId="77777777" w:rsidR="007D7487" w:rsidRDefault="00E6407B">
      <w:pPr>
        <w:ind w:firstLine="288"/>
      </w:pPr>
      <w:r>
        <w:rPr>
          <w:rFonts w:cs="Times New Roman"/>
        </w:rPr>
        <w:t>He had done what Isaiah’s voice was supposed to do.</w:t>
      </w:r>
    </w:p>
    <w:p w14:paraId="108EB0BB" w14:textId="77777777" w:rsidR="007D7487" w:rsidRDefault="00E6407B">
      <w:pPr>
        <w:ind w:firstLine="288"/>
      </w:pPr>
      <w:r>
        <w:rPr>
          <w:rFonts w:cs="Times New Roman"/>
        </w:rPr>
        <w:t>He had cried in the wilderness.</w:t>
      </w:r>
    </w:p>
    <w:p w14:paraId="4D1EA643" w14:textId="77777777" w:rsidR="007D7487" w:rsidRDefault="00E6407B">
      <w:pPr>
        <w:ind w:firstLine="288"/>
      </w:pPr>
      <w:r>
        <w:rPr>
          <w:rFonts w:cs="Times New Roman"/>
        </w:rPr>
        <w:t>He had prepared the way.</w:t>
      </w:r>
    </w:p>
    <w:p w14:paraId="2BDD3840" w14:textId="77777777" w:rsidR="007D7487" w:rsidRDefault="00E6407B">
      <w:pPr>
        <w:ind w:firstLine="288"/>
      </w:pPr>
      <w:r>
        <w:rPr>
          <w:rFonts w:cs="Times New Roman"/>
        </w:rPr>
        <w:t>Then he had pointed away from himself.</w:t>
      </w:r>
    </w:p>
    <w:p w14:paraId="60C3B5E8" w14:textId="77777777" w:rsidR="007D7487" w:rsidRDefault="00E6407B">
      <w:pPr>
        <w:ind w:firstLine="288"/>
      </w:pPr>
      <w:r>
        <w:rPr>
          <w:rFonts w:cs="Times New Roman"/>
        </w:rPr>
        <w:t>The Lamb of God.</w:t>
      </w:r>
    </w:p>
    <w:p w14:paraId="4F266A22" w14:textId="77777777" w:rsidR="007D7487" w:rsidRDefault="00E6407B">
      <w:pPr>
        <w:ind w:firstLine="288"/>
      </w:pPr>
      <w:r>
        <w:rPr>
          <w:rFonts w:cs="Times New Roman"/>
        </w:rPr>
        <w:t>The Son of God.</w:t>
      </w:r>
    </w:p>
    <w:p w14:paraId="0FC286ED" w14:textId="77777777" w:rsidR="007D7487" w:rsidRDefault="00E6407B">
      <w:pPr>
        <w:ind w:firstLine="288"/>
      </w:pPr>
      <w:r>
        <w:rPr>
          <w:rFonts w:cs="Times New Roman"/>
        </w:rPr>
        <w:lastRenderedPageBreak/>
        <w:t>The Spirit descending.</w:t>
      </w:r>
    </w:p>
    <w:p w14:paraId="34BEED24" w14:textId="77777777" w:rsidR="007D7487" w:rsidRDefault="00E6407B">
      <w:pPr>
        <w:ind w:firstLine="288"/>
      </w:pPr>
      <w:r>
        <w:rPr>
          <w:rFonts w:cs="Times New Roman"/>
        </w:rPr>
        <w:t>Remaining.</w:t>
      </w:r>
    </w:p>
    <w:p w14:paraId="1B9C5D04" w14:textId="77777777" w:rsidR="007D7487" w:rsidRDefault="00E6407B">
      <w:pPr>
        <w:ind w:firstLine="288"/>
      </w:pPr>
      <w:r>
        <w:rPr>
          <w:rFonts w:cs="Times New Roman"/>
        </w:rPr>
        <w:t>Witness.</w:t>
      </w:r>
    </w:p>
    <w:p w14:paraId="58A91B3F" w14:textId="77777777" w:rsidR="007D7487" w:rsidRDefault="00E6407B">
      <w:pPr>
        <w:ind w:firstLine="288"/>
      </w:pPr>
      <w:r>
        <w:rPr>
          <w:rFonts w:cs="Times New Roman"/>
        </w:rPr>
        <w:t>John wondered how many things had been spoken plainly before they possessed the categories to hear them.</w:t>
      </w:r>
    </w:p>
    <w:p w14:paraId="6A8733F3" w14:textId="77777777" w:rsidR="007D7487" w:rsidRDefault="00E6407B">
      <w:pPr>
        <w:suppressLineNumbers/>
        <w:spacing w:before="100" w:after="100"/>
        <w:jc w:val="center"/>
      </w:pPr>
      <w:r>
        <w:rPr>
          <w:rFonts w:cs="Times New Roman"/>
          <w:sz w:val="20"/>
        </w:rPr>
        <w:t>* * *</w:t>
      </w:r>
    </w:p>
    <w:p w14:paraId="5FE0D8FA" w14:textId="77777777" w:rsidR="007D7487" w:rsidRDefault="00E6407B">
      <w:pPr>
        <w:ind w:firstLine="288"/>
      </w:pPr>
      <w:r>
        <w:rPr>
          <w:rFonts w:cs="Times New Roman"/>
        </w:rPr>
        <w:t>Later that day John fell into step behind Nicodemus and Joseph.</w:t>
      </w:r>
    </w:p>
    <w:p w14:paraId="4FF0D7A5" w14:textId="77777777" w:rsidR="007D7487" w:rsidRDefault="00E6407B">
      <w:pPr>
        <w:ind w:firstLine="288"/>
      </w:pPr>
      <w:r>
        <w:rPr>
          <w:rFonts w:cs="Times New Roman"/>
        </w:rPr>
        <w:t>The two older men had been arguing quietly.</w:t>
      </w:r>
    </w:p>
    <w:p w14:paraId="658DB333" w14:textId="77777777" w:rsidR="007D7487" w:rsidRDefault="00E6407B">
      <w:pPr>
        <w:ind w:firstLine="288"/>
      </w:pPr>
      <w:r>
        <w:rPr>
          <w:rFonts w:cs="Times New Roman"/>
        </w:rPr>
        <w:t>Or perhaps Nicodemus had been arguing while Joseph endured it.</w:t>
      </w:r>
    </w:p>
    <w:p w14:paraId="082098B4" w14:textId="77777777" w:rsidR="007D7487" w:rsidRDefault="00E6407B">
      <w:pPr>
        <w:ind w:firstLine="288"/>
      </w:pPr>
      <w:r>
        <w:rPr>
          <w:rFonts w:cs="Times New Roman"/>
        </w:rPr>
        <w:t>“You are doing it again,” Joseph said.</w:t>
      </w:r>
    </w:p>
    <w:p w14:paraId="658ED774" w14:textId="77777777" w:rsidR="007D7487" w:rsidRDefault="00E6407B">
      <w:pPr>
        <w:ind w:firstLine="288"/>
      </w:pPr>
      <w:r>
        <w:rPr>
          <w:rFonts w:cs="Times New Roman"/>
        </w:rPr>
        <w:t>“I am thinking.”</w:t>
      </w:r>
    </w:p>
    <w:p w14:paraId="33EC6178" w14:textId="77777777" w:rsidR="007D7487" w:rsidRDefault="00E6407B">
      <w:pPr>
        <w:ind w:firstLine="288"/>
      </w:pPr>
      <w:r>
        <w:rPr>
          <w:rFonts w:cs="Times New Roman"/>
        </w:rPr>
        <w:t>“You think with your mouth.”</w:t>
      </w:r>
    </w:p>
    <w:p w14:paraId="0E641AC1" w14:textId="77777777" w:rsidR="007D7487" w:rsidRDefault="00E6407B">
      <w:pPr>
        <w:ind w:firstLine="288"/>
      </w:pPr>
      <w:r>
        <w:rPr>
          <w:rFonts w:cs="Times New Roman"/>
        </w:rPr>
        <w:t>“It is efficient.”</w:t>
      </w:r>
    </w:p>
    <w:p w14:paraId="31630FA4" w14:textId="77777777" w:rsidR="007D7487" w:rsidRDefault="00E6407B">
      <w:pPr>
        <w:ind w:firstLine="288"/>
      </w:pPr>
      <w:r>
        <w:rPr>
          <w:rFonts w:cs="Times New Roman"/>
        </w:rPr>
        <w:t>John smiled.</w:t>
      </w:r>
    </w:p>
    <w:p w14:paraId="405BE2E4" w14:textId="77777777" w:rsidR="007D7487" w:rsidRDefault="00E6407B">
      <w:pPr>
        <w:ind w:firstLine="288"/>
      </w:pPr>
      <w:r>
        <w:rPr>
          <w:rFonts w:cs="Times New Roman"/>
        </w:rPr>
        <w:t>Nicodemus noticed.</w:t>
      </w:r>
    </w:p>
    <w:p w14:paraId="201C1647" w14:textId="77777777" w:rsidR="007D7487" w:rsidRDefault="00E6407B">
      <w:pPr>
        <w:ind w:firstLine="288"/>
      </w:pPr>
      <w:r>
        <w:rPr>
          <w:rFonts w:cs="Times New Roman"/>
        </w:rPr>
        <w:t>“John, perhaps you can settle something.”</w:t>
      </w:r>
    </w:p>
    <w:p w14:paraId="708F6646" w14:textId="77777777" w:rsidR="007D7487" w:rsidRDefault="00E6407B">
      <w:pPr>
        <w:ind w:firstLine="288"/>
      </w:pPr>
      <w:r>
        <w:rPr>
          <w:rFonts w:cs="Times New Roman"/>
        </w:rPr>
        <w:t>“No.”</w:t>
      </w:r>
    </w:p>
    <w:p w14:paraId="48538C62" w14:textId="77777777" w:rsidR="007D7487" w:rsidRDefault="00E6407B">
      <w:pPr>
        <w:ind w:firstLine="288"/>
      </w:pPr>
      <w:r>
        <w:rPr>
          <w:rFonts w:cs="Times New Roman"/>
        </w:rPr>
        <w:t>Nicodemus looked offended.</w:t>
      </w:r>
    </w:p>
    <w:p w14:paraId="483D564E" w14:textId="77777777" w:rsidR="007D7487" w:rsidRDefault="00E6407B">
      <w:pPr>
        <w:ind w:firstLine="288"/>
      </w:pPr>
      <w:r>
        <w:rPr>
          <w:rFonts w:cs="Times New Roman"/>
        </w:rPr>
        <w:t>“I have not asked.”</w:t>
      </w:r>
    </w:p>
    <w:p w14:paraId="7424CBD8" w14:textId="77777777" w:rsidR="007D7487" w:rsidRDefault="00E6407B">
      <w:pPr>
        <w:ind w:firstLine="288"/>
      </w:pPr>
      <w:r>
        <w:rPr>
          <w:rFonts w:cs="Times New Roman"/>
        </w:rPr>
        <w:t>“I know.”</w:t>
      </w:r>
    </w:p>
    <w:p w14:paraId="42AD11AF" w14:textId="77777777" w:rsidR="007D7487" w:rsidRDefault="00E6407B">
      <w:pPr>
        <w:ind w:firstLine="288"/>
      </w:pPr>
      <w:r>
        <w:rPr>
          <w:rFonts w:cs="Times New Roman"/>
        </w:rPr>
        <w:t>Joseph laughed.</w:t>
      </w:r>
    </w:p>
    <w:p w14:paraId="048C35ED" w14:textId="77777777" w:rsidR="007D7487" w:rsidRDefault="00E6407B">
      <w:pPr>
        <w:ind w:firstLine="288"/>
      </w:pPr>
      <w:r>
        <w:rPr>
          <w:rFonts w:cs="Times New Roman"/>
        </w:rPr>
        <w:t>Nicodemus ignored him.</w:t>
      </w:r>
    </w:p>
    <w:p w14:paraId="11FD864A" w14:textId="77777777" w:rsidR="007D7487" w:rsidRDefault="00E6407B">
      <w:pPr>
        <w:ind w:firstLine="288"/>
      </w:pPr>
      <w:r>
        <w:rPr>
          <w:rFonts w:cs="Times New Roman"/>
        </w:rPr>
        <w:t>“Isaiah.”</w:t>
      </w:r>
    </w:p>
    <w:p w14:paraId="46157968" w14:textId="77777777" w:rsidR="007D7487" w:rsidRDefault="00E6407B">
      <w:pPr>
        <w:ind w:firstLine="288"/>
      </w:pPr>
      <w:r>
        <w:rPr>
          <w:rFonts w:cs="Times New Roman"/>
        </w:rPr>
        <w:t>John’s smile disappeared.</w:t>
      </w:r>
    </w:p>
    <w:p w14:paraId="40DF7149" w14:textId="77777777" w:rsidR="007D7487" w:rsidRDefault="00E6407B">
      <w:pPr>
        <w:ind w:firstLine="288"/>
      </w:pPr>
      <w:r>
        <w:rPr>
          <w:rFonts w:cs="Times New Roman"/>
        </w:rPr>
        <w:t>“The Servant.”</w:t>
      </w:r>
    </w:p>
    <w:p w14:paraId="5709C394" w14:textId="77777777" w:rsidR="007D7487" w:rsidRDefault="00E6407B">
      <w:pPr>
        <w:ind w:firstLine="288"/>
      </w:pPr>
      <w:r>
        <w:rPr>
          <w:rFonts w:cs="Times New Roman"/>
        </w:rPr>
        <w:t>Joseph continued walking.</w:t>
      </w:r>
    </w:p>
    <w:p w14:paraId="2CA0D83D" w14:textId="77777777" w:rsidR="007D7487" w:rsidRDefault="00E6407B">
      <w:pPr>
        <w:ind w:firstLine="288"/>
      </w:pPr>
      <w:r>
        <w:rPr>
          <w:rFonts w:cs="Times New Roman"/>
        </w:rPr>
        <w:t>Nicodemus’s voice slowed.</w:t>
      </w:r>
    </w:p>
    <w:p w14:paraId="31945CF9" w14:textId="77777777" w:rsidR="007D7487" w:rsidRDefault="00E6407B">
      <w:pPr>
        <w:ind w:firstLine="288"/>
      </w:pPr>
      <w:r>
        <w:rPr>
          <w:rFonts w:cs="Times New Roman"/>
        </w:rPr>
        <w:t>“Numbered with transgressors.”</w:t>
      </w:r>
    </w:p>
    <w:p w14:paraId="23BF9ADE" w14:textId="77777777" w:rsidR="007D7487" w:rsidRDefault="00E6407B">
      <w:pPr>
        <w:ind w:firstLine="288"/>
      </w:pPr>
      <w:r>
        <w:rPr>
          <w:rFonts w:cs="Times New Roman"/>
        </w:rPr>
        <w:t>John saw Golgotha again.</w:t>
      </w:r>
    </w:p>
    <w:p w14:paraId="08A50B65" w14:textId="77777777" w:rsidR="007D7487" w:rsidRDefault="00E6407B">
      <w:pPr>
        <w:ind w:firstLine="288"/>
      </w:pPr>
      <w:r>
        <w:rPr>
          <w:rFonts w:cs="Times New Roman"/>
        </w:rPr>
        <w:t>The criminals on either side.</w:t>
      </w:r>
    </w:p>
    <w:p w14:paraId="3EB2E5E0" w14:textId="77777777" w:rsidR="007D7487" w:rsidRDefault="00E6407B">
      <w:pPr>
        <w:ind w:firstLine="288"/>
      </w:pPr>
      <w:r>
        <w:rPr>
          <w:rFonts w:cs="Times New Roman"/>
        </w:rPr>
        <w:t>Nicodemus continued.</w:t>
      </w:r>
    </w:p>
    <w:p w14:paraId="7029A773" w14:textId="77777777" w:rsidR="007D7487" w:rsidRDefault="00E6407B">
      <w:pPr>
        <w:ind w:firstLine="288"/>
      </w:pPr>
      <w:r>
        <w:rPr>
          <w:rFonts w:cs="Times New Roman"/>
        </w:rPr>
        <w:t>“Yet His grave…”</w:t>
      </w:r>
    </w:p>
    <w:p w14:paraId="0909E842" w14:textId="77777777" w:rsidR="007D7487" w:rsidRDefault="00E6407B">
      <w:pPr>
        <w:ind w:firstLine="288"/>
      </w:pPr>
      <w:r>
        <w:rPr>
          <w:rFonts w:cs="Times New Roman"/>
        </w:rPr>
        <w:t>Joseph slowed.</w:t>
      </w:r>
    </w:p>
    <w:p w14:paraId="5C1FDAA8" w14:textId="77777777" w:rsidR="007D7487" w:rsidRDefault="00E6407B">
      <w:pPr>
        <w:ind w:firstLine="288"/>
      </w:pPr>
      <w:r>
        <w:rPr>
          <w:rFonts w:cs="Times New Roman"/>
        </w:rPr>
        <w:t>Nicodemus stopped speaking.</w:t>
      </w:r>
    </w:p>
    <w:p w14:paraId="4D143F17" w14:textId="77777777" w:rsidR="007D7487" w:rsidRDefault="00E6407B">
      <w:pPr>
        <w:ind w:firstLine="288"/>
      </w:pPr>
      <w:r>
        <w:rPr>
          <w:rFonts w:cs="Times New Roman"/>
        </w:rPr>
        <w:t>The road seemed quieter.</w:t>
      </w:r>
    </w:p>
    <w:p w14:paraId="1CC529F4" w14:textId="77777777" w:rsidR="007D7487" w:rsidRDefault="00E6407B">
      <w:pPr>
        <w:ind w:firstLine="288"/>
      </w:pPr>
      <w:r>
        <w:rPr>
          <w:rFonts w:cs="Times New Roman"/>
        </w:rPr>
        <w:t>Joseph looked ahead.</w:t>
      </w:r>
    </w:p>
    <w:p w14:paraId="52E72BE3" w14:textId="77777777" w:rsidR="007D7487" w:rsidRDefault="00E6407B">
      <w:pPr>
        <w:ind w:firstLine="288"/>
      </w:pPr>
      <w:r>
        <w:rPr>
          <w:rFonts w:cs="Times New Roman"/>
        </w:rPr>
        <w:t>“With the wicked.”</w:t>
      </w:r>
    </w:p>
    <w:p w14:paraId="098B90CA" w14:textId="77777777" w:rsidR="007D7487" w:rsidRDefault="00E6407B">
      <w:pPr>
        <w:ind w:firstLine="288"/>
      </w:pPr>
      <w:r>
        <w:rPr>
          <w:rFonts w:cs="Times New Roman"/>
        </w:rPr>
        <w:t>His voice was low.</w:t>
      </w:r>
    </w:p>
    <w:p w14:paraId="4A3E4962" w14:textId="77777777" w:rsidR="007D7487" w:rsidRDefault="00E6407B">
      <w:pPr>
        <w:ind w:firstLine="288"/>
      </w:pPr>
      <w:r>
        <w:rPr>
          <w:rFonts w:cs="Times New Roman"/>
        </w:rPr>
        <w:lastRenderedPageBreak/>
        <w:t>“And with the rich in his death.”</w:t>
      </w:r>
    </w:p>
    <w:p w14:paraId="529210B0" w14:textId="77777777" w:rsidR="007D7487" w:rsidRDefault="00E6407B">
      <w:pPr>
        <w:ind w:firstLine="288"/>
      </w:pPr>
      <w:r>
        <w:rPr>
          <w:rFonts w:cs="Times New Roman"/>
        </w:rPr>
        <w:t>John felt the fragment from the tomb return.</w:t>
      </w:r>
    </w:p>
    <w:p w14:paraId="489712D8" w14:textId="77777777" w:rsidR="007D7487" w:rsidRDefault="00E6407B">
      <w:pPr>
        <w:ind w:firstLine="288"/>
      </w:pPr>
      <w:r>
        <w:rPr>
          <w:rFonts w:cs="Times New Roman"/>
        </w:rPr>
        <w:t>The wealthy garden.</w:t>
      </w:r>
    </w:p>
    <w:p w14:paraId="66BAB950" w14:textId="77777777" w:rsidR="007D7487" w:rsidRDefault="00E6407B">
      <w:pPr>
        <w:ind w:firstLine="288"/>
      </w:pPr>
      <w:r>
        <w:rPr>
          <w:rFonts w:cs="Times New Roman"/>
        </w:rPr>
        <w:t>The cut stone.</w:t>
      </w:r>
    </w:p>
    <w:p w14:paraId="246431E4" w14:textId="77777777" w:rsidR="007D7487" w:rsidRDefault="00E6407B">
      <w:pPr>
        <w:ind w:firstLine="288"/>
      </w:pPr>
      <w:r>
        <w:rPr>
          <w:rFonts w:cs="Times New Roman"/>
        </w:rPr>
        <w:t>Joseph’s new sepulcher.</w:t>
      </w:r>
    </w:p>
    <w:p w14:paraId="32DACD06" w14:textId="77777777" w:rsidR="007D7487" w:rsidRDefault="00E6407B">
      <w:pPr>
        <w:ind w:firstLine="288"/>
      </w:pPr>
      <w:r>
        <w:rPr>
          <w:rFonts w:cs="Times New Roman"/>
        </w:rPr>
        <w:t>The phrase had come to John while he stood at the entrance, but it had refused to assemble.</w:t>
      </w:r>
    </w:p>
    <w:p w14:paraId="0EF826D1" w14:textId="77777777" w:rsidR="007D7487" w:rsidRDefault="00E6407B">
      <w:pPr>
        <w:ind w:firstLine="288"/>
      </w:pPr>
      <w:r>
        <w:rPr>
          <w:rFonts w:cs="Times New Roman"/>
        </w:rPr>
        <w:t>Now the rich man himself was walking beside him.</w:t>
      </w:r>
    </w:p>
    <w:p w14:paraId="60F5C5EA" w14:textId="77777777" w:rsidR="007D7487" w:rsidRDefault="00E6407B">
      <w:pPr>
        <w:ind w:firstLine="288"/>
      </w:pPr>
      <w:r>
        <w:rPr>
          <w:rFonts w:cs="Times New Roman"/>
        </w:rPr>
        <w:t>Joseph’s mouth tightened.</w:t>
      </w:r>
    </w:p>
    <w:p w14:paraId="4FB67F5E" w14:textId="77777777" w:rsidR="007D7487" w:rsidRDefault="00E6407B">
      <w:pPr>
        <w:ind w:firstLine="288"/>
      </w:pPr>
      <w:r>
        <w:rPr>
          <w:rFonts w:cs="Times New Roman"/>
        </w:rPr>
        <w:t>“He was in my tomb.”</w:t>
      </w:r>
    </w:p>
    <w:p w14:paraId="27411F6D" w14:textId="77777777" w:rsidR="007D7487" w:rsidRDefault="00E6407B">
      <w:pPr>
        <w:ind w:firstLine="288"/>
      </w:pPr>
      <w:r>
        <w:rPr>
          <w:rFonts w:cs="Times New Roman"/>
        </w:rPr>
        <w:t>Nicodemus’s excitement vanished.</w:t>
      </w:r>
    </w:p>
    <w:p w14:paraId="085F701E" w14:textId="77777777" w:rsidR="007D7487" w:rsidRDefault="00E6407B">
      <w:pPr>
        <w:ind w:firstLine="288"/>
      </w:pPr>
      <w:r>
        <w:rPr>
          <w:rFonts w:cs="Times New Roman"/>
        </w:rPr>
        <w:t>For a moment the scholar did not reach for another passage.</w:t>
      </w:r>
    </w:p>
    <w:p w14:paraId="505CE85E" w14:textId="77777777" w:rsidR="007D7487" w:rsidRDefault="00E6407B">
      <w:pPr>
        <w:ind w:firstLine="288"/>
      </w:pPr>
      <w:r>
        <w:rPr>
          <w:rFonts w:cs="Times New Roman"/>
        </w:rPr>
        <w:t>He simply looked at his friend.</w:t>
      </w:r>
    </w:p>
    <w:p w14:paraId="174B4434" w14:textId="77777777" w:rsidR="007D7487" w:rsidRDefault="00E6407B">
      <w:pPr>
        <w:ind w:firstLine="288"/>
      </w:pPr>
      <w:r>
        <w:rPr>
          <w:rFonts w:cs="Times New Roman"/>
        </w:rPr>
        <w:t>Joseph’s throat moved.</w:t>
      </w:r>
    </w:p>
    <w:p w14:paraId="3D844181" w14:textId="77777777" w:rsidR="007D7487" w:rsidRDefault="00E6407B">
      <w:pPr>
        <w:ind w:firstLine="288"/>
      </w:pPr>
      <w:r>
        <w:rPr>
          <w:rFonts w:cs="Times New Roman"/>
        </w:rPr>
        <w:t>“I thought I was giving Him the only thing I had left to give.”</w:t>
      </w:r>
    </w:p>
    <w:p w14:paraId="15D1B7B3" w14:textId="77777777" w:rsidR="007D7487" w:rsidRDefault="00E6407B">
      <w:pPr>
        <w:ind w:firstLine="288"/>
      </w:pPr>
      <w:r>
        <w:rPr>
          <w:rFonts w:cs="Times New Roman"/>
        </w:rPr>
        <w:t>Nicodemus reached toward him, hesitated, then touched his arm.</w:t>
      </w:r>
    </w:p>
    <w:p w14:paraId="29810C98" w14:textId="77777777" w:rsidR="007D7487" w:rsidRDefault="00E6407B">
      <w:pPr>
        <w:ind w:firstLine="288"/>
      </w:pPr>
      <w:r>
        <w:rPr>
          <w:rFonts w:cs="Times New Roman"/>
        </w:rPr>
        <w:t>John remembered the empty place.</w:t>
      </w:r>
    </w:p>
    <w:p w14:paraId="56CCF065" w14:textId="77777777" w:rsidR="007D7487" w:rsidRDefault="00E6407B">
      <w:pPr>
        <w:ind w:firstLine="288"/>
      </w:pPr>
      <w:r>
        <w:rPr>
          <w:rFonts w:cs="Times New Roman"/>
        </w:rPr>
        <w:t>“He did not need it very long.”</w:t>
      </w:r>
    </w:p>
    <w:p w14:paraId="0F2F2FFB" w14:textId="77777777" w:rsidR="007D7487" w:rsidRDefault="00E6407B">
      <w:pPr>
        <w:ind w:firstLine="288"/>
      </w:pPr>
      <w:r>
        <w:rPr>
          <w:rFonts w:cs="Times New Roman"/>
        </w:rPr>
        <w:t>Joseph looked at him.</w:t>
      </w:r>
    </w:p>
    <w:p w14:paraId="20506922" w14:textId="77777777" w:rsidR="007D7487" w:rsidRDefault="00E6407B">
      <w:pPr>
        <w:ind w:firstLine="288"/>
      </w:pPr>
      <w:r>
        <w:rPr>
          <w:rFonts w:cs="Times New Roman"/>
        </w:rPr>
        <w:t>A laugh escaped before he could stop it.</w:t>
      </w:r>
    </w:p>
    <w:p w14:paraId="47DDF2A0" w14:textId="77777777" w:rsidR="007D7487" w:rsidRDefault="00E6407B">
      <w:pPr>
        <w:ind w:firstLine="288"/>
      </w:pPr>
      <w:r>
        <w:rPr>
          <w:rFonts w:cs="Times New Roman"/>
        </w:rPr>
        <w:t>The laugh became tears.</w:t>
      </w:r>
    </w:p>
    <w:p w14:paraId="28B1C396" w14:textId="77777777" w:rsidR="007D7487" w:rsidRDefault="00E6407B">
      <w:pPr>
        <w:ind w:firstLine="288"/>
      </w:pPr>
      <w:r>
        <w:rPr>
          <w:rFonts w:cs="Times New Roman"/>
        </w:rPr>
        <w:t>Nicodemus began crying too, which seemed to irritate him.</w:t>
      </w:r>
    </w:p>
    <w:p w14:paraId="46A914B4" w14:textId="77777777" w:rsidR="007D7487" w:rsidRDefault="00E6407B">
      <w:pPr>
        <w:ind w:firstLine="288"/>
      </w:pPr>
      <w:r>
        <w:rPr>
          <w:rFonts w:cs="Times New Roman"/>
        </w:rPr>
        <w:t>He wiped his face with the back of his hand.</w:t>
      </w:r>
    </w:p>
    <w:p w14:paraId="5F8C149B" w14:textId="77777777" w:rsidR="007D7487" w:rsidRDefault="00E6407B">
      <w:pPr>
        <w:ind w:firstLine="288"/>
      </w:pPr>
      <w:r>
        <w:rPr>
          <w:rFonts w:cs="Times New Roman"/>
        </w:rPr>
        <w:t>“This journey is becoming undignified.”</w:t>
      </w:r>
    </w:p>
    <w:p w14:paraId="1BFF68A2" w14:textId="77777777" w:rsidR="007D7487" w:rsidRDefault="00E6407B">
      <w:pPr>
        <w:ind w:firstLine="288"/>
      </w:pPr>
      <w:r>
        <w:rPr>
          <w:rFonts w:cs="Times New Roman"/>
        </w:rPr>
        <w:t>Joseph laughed harder.</w:t>
      </w:r>
    </w:p>
    <w:p w14:paraId="305DDF07" w14:textId="77777777" w:rsidR="007D7487" w:rsidRDefault="00E6407B">
      <w:pPr>
        <w:ind w:firstLine="288"/>
      </w:pPr>
      <w:r>
        <w:rPr>
          <w:rFonts w:cs="Times New Roman"/>
        </w:rPr>
        <w:t>John smiled.</w:t>
      </w:r>
    </w:p>
    <w:p w14:paraId="1C41D0A8" w14:textId="77777777" w:rsidR="007D7487" w:rsidRDefault="00E6407B">
      <w:pPr>
        <w:ind w:firstLine="288"/>
      </w:pPr>
      <w:r>
        <w:rPr>
          <w:rFonts w:cs="Times New Roman"/>
        </w:rPr>
        <w:t>Nicodemus looked at both of them.</w:t>
      </w:r>
    </w:p>
    <w:p w14:paraId="23EE90F4" w14:textId="77777777" w:rsidR="007D7487" w:rsidRDefault="00E6407B">
      <w:pPr>
        <w:ind w:firstLine="288"/>
      </w:pPr>
      <w:r>
        <w:rPr>
          <w:rFonts w:cs="Times New Roman"/>
        </w:rPr>
        <w:t>“You realize this passage still does not answer everything.”</w:t>
      </w:r>
    </w:p>
    <w:p w14:paraId="123BA4E7" w14:textId="77777777" w:rsidR="007D7487" w:rsidRDefault="00E6407B">
      <w:pPr>
        <w:ind w:firstLine="288"/>
      </w:pPr>
      <w:r>
        <w:rPr>
          <w:rFonts w:cs="Times New Roman"/>
        </w:rPr>
        <w:t>Joseph recovered enough to speak.</w:t>
      </w:r>
    </w:p>
    <w:p w14:paraId="1531F79B" w14:textId="77777777" w:rsidR="007D7487" w:rsidRDefault="00E6407B">
      <w:pPr>
        <w:ind w:firstLine="288"/>
      </w:pPr>
      <w:r>
        <w:rPr>
          <w:rFonts w:cs="Times New Roman"/>
        </w:rPr>
        <w:t>“I would have been disappointed if it did.”</w:t>
      </w:r>
    </w:p>
    <w:p w14:paraId="38F4A5F0" w14:textId="77777777" w:rsidR="007D7487" w:rsidRDefault="00E6407B">
      <w:pPr>
        <w:ind w:firstLine="288"/>
      </w:pPr>
      <w:r>
        <w:rPr>
          <w:rFonts w:cs="Times New Roman"/>
        </w:rPr>
        <w:t>Nicodemus resumed walking.</w:t>
      </w:r>
    </w:p>
    <w:p w14:paraId="1C8EBD9C" w14:textId="77777777" w:rsidR="007D7487" w:rsidRDefault="00E6407B">
      <w:pPr>
        <w:ind w:firstLine="288"/>
      </w:pPr>
      <w:r>
        <w:rPr>
          <w:rFonts w:cs="Times New Roman"/>
        </w:rPr>
        <w:t>“Cut off from the land of the living.”</w:t>
      </w:r>
    </w:p>
    <w:p w14:paraId="2B0CBFD9" w14:textId="77777777" w:rsidR="007D7487" w:rsidRDefault="00E6407B">
      <w:pPr>
        <w:ind w:firstLine="288"/>
      </w:pPr>
      <w:r>
        <w:rPr>
          <w:rFonts w:cs="Times New Roman"/>
        </w:rPr>
        <w:t>John listened.</w:t>
      </w:r>
    </w:p>
    <w:p w14:paraId="2328A7D3" w14:textId="77777777" w:rsidR="007D7487" w:rsidRDefault="00E6407B">
      <w:pPr>
        <w:ind w:firstLine="288"/>
      </w:pPr>
      <w:r>
        <w:rPr>
          <w:rFonts w:cs="Times New Roman"/>
        </w:rPr>
        <w:t>“With the rich in His death.”</w:t>
      </w:r>
    </w:p>
    <w:p w14:paraId="69BB01C5" w14:textId="77777777" w:rsidR="007D7487" w:rsidRDefault="00E6407B">
      <w:pPr>
        <w:ind w:firstLine="288"/>
      </w:pPr>
      <w:r>
        <w:rPr>
          <w:rFonts w:cs="Times New Roman"/>
        </w:rPr>
        <w:t>Joseph nodded.</w:t>
      </w:r>
    </w:p>
    <w:p w14:paraId="463FE4A4" w14:textId="77777777" w:rsidR="007D7487" w:rsidRDefault="00E6407B">
      <w:pPr>
        <w:ind w:firstLine="288"/>
      </w:pPr>
      <w:r>
        <w:rPr>
          <w:rFonts w:cs="Times New Roman"/>
        </w:rPr>
        <w:t>“And then?”</w:t>
      </w:r>
    </w:p>
    <w:p w14:paraId="1C334E02" w14:textId="77777777" w:rsidR="007D7487" w:rsidRDefault="00E6407B">
      <w:pPr>
        <w:ind w:firstLine="288"/>
      </w:pPr>
      <w:r>
        <w:rPr>
          <w:rFonts w:cs="Times New Roman"/>
        </w:rPr>
        <w:t>Nicodemus stopped again.</w:t>
      </w:r>
    </w:p>
    <w:p w14:paraId="774461D0" w14:textId="77777777" w:rsidR="007D7487" w:rsidRDefault="00E6407B">
      <w:pPr>
        <w:ind w:firstLine="288"/>
      </w:pPr>
      <w:r>
        <w:rPr>
          <w:rFonts w:cs="Times New Roman"/>
        </w:rPr>
        <w:t>John looked at him.</w:t>
      </w:r>
    </w:p>
    <w:p w14:paraId="15696685" w14:textId="77777777" w:rsidR="007D7487" w:rsidRDefault="00E6407B">
      <w:pPr>
        <w:ind w:firstLine="288"/>
      </w:pPr>
      <w:r>
        <w:rPr>
          <w:rFonts w:cs="Times New Roman"/>
        </w:rPr>
        <w:t>The old teacher’s brow tightened.</w:t>
      </w:r>
    </w:p>
    <w:p w14:paraId="078EBCD5" w14:textId="77777777" w:rsidR="007D7487" w:rsidRDefault="00E6407B">
      <w:pPr>
        <w:ind w:firstLine="288"/>
      </w:pPr>
      <w:r>
        <w:rPr>
          <w:rFonts w:cs="Times New Roman"/>
        </w:rPr>
        <w:lastRenderedPageBreak/>
        <w:t>“He shall see…”</w:t>
      </w:r>
    </w:p>
    <w:p w14:paraId="09EEF9EB" w14:textId="77777777" w:rsidR="007D7487" w:rsidRDefault="00E6407B">
      <w:pPr>
        <w:ind w:firstLine="288"/>
      </w:pPr>
      <w:r>
        <w:rPr>
          <w:rFonts w:cs="Times New Roman"/>
        </w:rPr>
        <w:t>He did not finish.</w:t>
      </w:r>
    </w:p>
    <w:p w14:paraId="2FF66B3D" w14:textId="77777777" w:rsidR="007D7487" w:rsidRDefault="00E6407B">
      <w:pPr>
        <w:ind w:firstLine="288"/>
      </w:pPr>
      <w:r>
        <w:rPr>
          <w:rFonts w:cs="Times New Roman"/>
        </w:rPr>
        <w:t>Not because he did not remember the words.</w:t>
      </w:r>
    </w:p>
    <w:p w14:paraId="1B7CC5D9" w14:textId="77777777" w:rsidR="007D7487" w:rsidRDefault="00E6407B">
      <w:pPr>
        <w:ind w:firstLine="288"/>
      </w:pPr>
      <w:r>
        <w:rPr>
          <w:rFonts w:cs="Times New Roman"/>
        </w:rPr>
        <w:t>Because he did.</w:t>
      </w:r>
    </w:p>
    <w:p w14:paraId="1CBEE2A3" w14:textId="77777777" w:rsidR="007D7487" w:rsidRDefault="00E6407B">
      <w:pPr>
        <w:ind w:firstLine="288"/>
      </w:pPr>
      <w:r>
        <w:rPr>
          <w:rFonts w:cs="Times New Roman"/>
        </w:rPr>
        <w:t>Seed.</w:t>
      </w:r>
    </w:p>
    <w:p w14:paraId="620941A8" w14:textId="77777777" w:rsidR="007D7487" w:rsidRDefault="00E6407B">
      <w:pPr>
        <w:ind w:firstLine="288"/>
      </w:pPr>
      <w:r>
        <w:rPr>
          <w:rFonts w:cs="Times New Roman"/>
        </w:rPr>
        <w:t>Prolong days.</w:t>
      </w:r>
    </w:p>
    <w:p w14:paraId="1828BDF3" w14:textId="77777777" w:rsidR="007D7487" w:rsidRDefault="00E6407B">
      <w:pPr>
        <w:ind w:firstLine="288"/>
      </w:pPr>
      <w:r>
        <w:rPr>
          <w:rFonts w:cs="Times New Roman"/>
        </w:rPr>
        <w:t>The pleasure of the LORD prospering in His hand.</w:t>
      </w:r>
    </w:p>
    <w:p w14:paraId="6E0BC6AD" w14:textId="77777777" w:rsidR="007D7487" w:rsidRDefault="00E6407B">
      <w:pPr>
        <w:ind w:firstLine="288"/>
      </w:pPr>
      <w:r>
        <w:rPr>
          <w:rFonts w:cs="Times New Roman"/>
        </w:rPr>
        <w:t>Joseph looked at Jesus’ absence from the road around them, then toward the north.</w:t>
      </w:r>
    </w:p>
    <w:p w14:paraId="54D1CBEA" w14:textId="77777777" w:rsidR="007D7487" w:rsidRDefault="00E6407B">
      <w:pPr>
        <w:ind w:firstLine="288"/>
      </w:pPr>
      <w:r>
        <w:rPr>
          <w:rFonts w:cs="Times New Roman"/>
        </w:rPr>
        <w:t>“Alive.”</w:t>
      </w:r>
    </w:p>
    <w:p w14:paraId="0F88AD99" w14:textId="77777777" w:rsidR="007D7487" w:rsidRDefault="00E6407B">
      <w:pPr>
        <w:ind w:firstLine="288"/>
      </w:pPr>
      <w:r>
        <w:rPr>
          <w:rFonts w:cs="Times New Roman"/>
        </w:rPr>
        <w:t>Nicodemus exhaled.</w:t>
      </w:r>
    </w:p>
    <w:p w14:paraId="0978750B" w14:textId="77777777" w:rsidR="007D7487" w:rsidRDefault="00E6407B">
      <w:pPr>
        <w:ind w:firstLine="288"/>
      </w:pPr>
      <w:r>
        <w:rPr>
          <w:rFonts w:cs="Times New Roman"/>
        </w:rPr>
        <w:t>“Yes.”</w:t>
      </w:r>
    </w:p>
    <w:p w14:paraId="6D2ECBC9" w14:textId="77777777" w:rsidR="007D7487" w:rsidRDefault="00E6407B">
      <w:pPr>
        <w:ind w:firstLine="288"/>
      </w:pPr>
      <w:r>
        <w:rPr>
          <w:rFonts w:cs="Times New Roman"/>
        </w:rPr>
        <w:t>They did not force the conclusion.</w:t>
      </w:r>
    </w:p>
    <w:p w14:paraId="374CBEFA" w14:textId="77777777" w:rsidR="007D7487" w:rsidRDefault="00E6407B">
      <w:pPr>
        <w:ind w:firstLine="288"/>
      </w:pPr>
      <w:r>
        <w:rPr>
          <w:rFonts w:cs="Times New Roman"/>
        </w:rPr>
        <w:t>They had seen Jesus alive.</w:t>
      </w:r>
    </w:p>
    <w:p w14:paraId="16475876" w14:textId="77777777" w:rsidR="007D7487" w:rsidRDefault="00E6407B">
      <w:pPr>
        <w:ind w:firstLine="288"/>
      </w:pPr>
      <w:r>
        <w:rPr>
          <w:rFonts w:cs="Times New Roman"/>
        </w:rPr>
        <w:t>They had Isaiah’s words.</w:t>
      </w:r>
    </w:p>
    <w:p w14:paraId="4A195FF6" w14:textId="77777777" w:rsidR="007D7487" w:rsidRDefault="00E6407B">
      <w:pPr>
        <w:ind w:firstLine="288"/>
      </w:pPr>
      <w:r>
        <w:rPr>
          <w:rFonts w:cs="Times New Roman"/>
        </w:rPr>
        <w:t>They still did not know precisely how the suffering Servant, the rich grave, the Seed, and prolonged days fit together.</w:t>
      </w:r>
    </w:p>
    <w:p w14:paraId="4A8349F1" w14:textId="77777777" w:rsidR="007D7487" w:rsidRDefault="00E6407B">
      <w:pPr>
        <w:ind w:firstLine="288"/>
      </w:pPr>
      <w:r>
        <w:rPr>
          <w:rFonts w:cs="Times New Roman"/>
        </w:rPr>
        <w:t>The road was giving them clues.</w:t>
      </w:r>
    </w:p>
    <w:p w14:paraId="29B879C5" w14:textId="77777777" w:rsidR="007D7487" w:rsidRDefault="00E6407B">
      <w:pPr>
        <w:ind w:firstLine="288"/>
      </w:pPr>
      <w:r>
        <w:rPr>
          <w:rFonts w:cs="Times New Roman"/>
        </w:rPr>
        <w:t>Galilee would have to give them the Teacher.</w:t>
      </w:r>
    </w:p>
    <w:p w14:paraId="25243E87" w14:textId="77777777" w:rsidR="007D7487" w:rsidRDefault="00E6407B">
      <w:pPr>
        <w:ind w:firstLine="288"/>
      </w:pPr>
      <w:r>
        <w:rPr>
          <w:rFonts w:cs="Times New Roman"/>
        </w:rPr>
        <w:t>John looked from Joseph to Nicodemus.</w:t>
      </w:r>
    </w:p>
    <w:p w14:paraId="7A7F9137" w14:textId="77777777" w:rsidR="007D7487" w:rsidRDefault="00E6407B">
      <w:pPr>
        <w:ind w:firstLine="288"/>
      </w:pPr>
      <w:r>
        <w:rPr>
          <w:rFonts w:cs="Times New Roman"/>
        </w:rPr>
        <w:t>“So we ask Him.”</w:t>
      </w:r>
    </w:p>
    <w:p w14:paraId="0AF2D276" w14:textId="77777777" w:rsidR="007D7487" w:rsidRDefault="00E6407B">
      <w:pPr>
        <w:ind w:firstLine="288"/>
      </w:pPr>
      <w:r>
        <w:rPr>
          <w:rFonts w:cs="Times New Roman"/>
        </w:rPr>
        <w:t>Nicodemus nodded.</w:t>
      </w:r>
    </w:p>
    <w:p w14:paraId="2080A680" w14:textId="77777777" w:rsidR="007D7487" w:rsidRDefault="00E6407B">
      <w:pPr>
        <w:ind w:firstLine="288"/>
      </w:pPr>
      <w:r>
        <w:rPr>
          <w:rFonts w:cs="Times New Roman"/>
        </w:rPr>
        <w:t>“Yes.”</w:t>
      </w:r>
    </w:p>
    <w:p w14:paraId="028047BB" w14:textId="77777777" w:rsidR="007D7487" w:rsidRDefault="00E6407B">
      <w:pPr>
        <w:ind w:firstLine="288"/>
      </w:pPr>
      <w:r>
        <w:rPr>
          <w:rFonts w:cs="Times New Roman"/>
        </w:rPr>
        <w:t>Joseph smiled.</w:t>
      </w:r>
    </w:p>
    <w:p w14:paraId="0E4C9280" w14:textId="77777777" w:rsidR="007D7487" w:rsidRDefault="00E6407B">
      <w:pPr>
        <w:ind w:firstLine="288"/>
      </w:pPr>
      <w:r>
        <w:rPr>
          <w:rFonts w:cs="Times New Roman"/>
        </w:rPr>
        <w:t>“That was your plan from the moment Mary said He was alive.”</w:t>
      </w:r>
    </w:p>
    <w:p w14:paraId="2A9CE982" w14:textId="77777777" w:rsidR="007D7487" w:rsidRDefault="00E6407B">
      <w:pPr>
        <w:ind w:firstLine="288"/>
      </w:pPr>
      <w:r>
        <w:rPr>
          <w:rFonts w:cs="Times New Roman"/>
        </w:rPr>
        <w:t>Nicodemus considered.</w:t>
      </w:r>
    </w:p>
    <w:p w14:paraId="60B6E2C3" w14:textId="77777777" w:rsidR="007D7487" w:rsidRDefault="00E6407B">
      <w:pPr>
        <w:ind w:firstLine="288"/>
      </w:pPr>
      <w:r>
        <w:rPr>
          <w:rFonts w:cs="Times New Roman"/>
        </w:rPr>
        <w:t>“Yes.”</w:t>
      </w:r>
    </w:p>
    <w:p w14:paraId="63263811" w14:textId="77777777" w:rsidR="007D7487" w:rsidRDefault="00E6407B">
      <w:pPr>
        <w:ind w:firstLine="288"/>
      </w:pPr>
      <w:r>
        <w:rPr>
          <w:rFonts w:cs="Times New Roman"/>
        </w:rPr>
        <w:t>“Every question?”</w:t>
      </w:r>
    </w:p>
    <w:p w14:paraId="4C41CD3A" w14:textId="77777777" w:rsidR="007D7487" w:rsidRDefault="00E6407B">
      <w:pPr>
        <w:ind w:firstLine="288"/>
      </w:pPr>
      <w:r>
        <w:rPr>
          <w:rFonts w:cs="Times New Roman"/>
        </w:rPr>
        <w:t>“As many as time permits.”</w:t>
      </w:r>
    </w:p>
    <w:p w14:paraId="136AF6E0" w14:textId="77777777" w:rsidR="007D7487" w:rsidRDefault="00E6407B">
      <w:pPr>
        <w:ind w:firstLine="288"/>
      </w:pPr>
      <w:r>
        <w:rPr>
          <w:rFonts w:cs="Times New Roman"/>
        </w:rPr>
        <w:t>Joseph sighed.</w:t>
      </w:r>
    </w:p>
    <w:p w14:paraId="098DA9D3" w14:textId="77777777" w:rsidR="007D7487" w:rsidRDefault="00E6407B">
      <w:pPr>
        <w:ind w:firstLine="288"/>
      </w:pPr>
      <w:r>
        <w:rPr>
          <w:rFonts w:cs="Times New Roman"/>
        </w:rPr>
        <w:t>“Galilee may not be far enough.”</w:t>
      </w:r>
    </w:p>
    <w:p w14:paraId="1AB8AAD8" w14:textId="77777777" w:rsidR="007D7487" w:rsidRDefault="00E6407B">
      <w:pPr>
        <w:ind w:firstLine="288"/>
      </w:pPr>
      <w:r>
        <w:rPr>
          <w:rFonts w:cs="Times New Roman"/>
        </w:rPr>
        <w:t>John laughed.</w:t>
      </w:r>
    </w:p>
    <w:p w14:paraId="397ED3DF" w14:textId="77777777" w:rsidR="007D7487" w:rsidRDefault="00E6407B">
      <w:pPr>
        <w:ind w:firstLine="288"/>
      </w:pPr>
      <w:r>
        <w:rPr>
          <w:rFonts w:cs="Times New Roman"/>
        </w:rPr>
        <w:t>The road carried them north.</w:t>
      </w:r>
    </w:p>
    <w:p w14:paraId="5192DCB7" w14:textId="77777777" w:rsidR="007D7487" w:rsidRDefault="00E6407B">
      <w:pPr>
        <w:ind w:firstLine="288"/>
      </w:pPr>
      <w:r>
        <w:rPr>
          <w:rFonts w:cs="Times New Roman"/>
        </w:rPr>
        <w:t>The prophecy remained unfinished in their understanding.</w:t>
      </w:r>
    </w:p>
    <w:p w14:paraId="0A2A35FF" w14:textId="77777777" w:rsidR="007D7487" w:rsidRDefault="00E6407B">
      <w:pPr>
        <w:ind w:firstLine="288"/>
      </w:pPr>
      <w:r>
        <w:rPr>
          <w:rFonts w:cs="Times New Roman"/>
        </w:rPr>
        <w:t>Cut off.</w:t>
      </w:r>
    </w:p>
    <w:p w14:paraId="10661F21" w14:textId="77777777" w:rsidR="007D7487" w:rsidRDefault="00E6407B">
      <w:pPr>
        <w:ind w:firstLine="288"/>
      </w:pPr>
      <w:r>
        <w:rPr>
          <w:rFonts w:cs="Times New Roman"/>
        </w:rPr>
        <w:t>Rich in His death.</w:t>
      </w:r>
    </w:p>
    <w:p w14:paraId="38C4DDE6" w14:textId="77777777" w:rsidR="007D7487" w:rsidRDefault="00E6407B">
      <w:pPr>
        <w:ind w:firstLine="288"/>
      </w:pPr>
      <w:r>
        <w:rPr>
          <w:rFonts w:cs="Times New Roman"/>
        </w:rPr>
        <w:t>Yet alive.</w:t>
      </w:r>
    </w:p>
    <w:p w14:paraId="7381A122" w14:textId="77777777" w:rsidR="007D7487" w:rsidRDefault="00E6407B">
      <w:pPr>
        <w:ind w:firstLine="288"/>
      </w:pPr>
      <w:r>
        <w:rPr>
          <w:rFonts w:cs="Times New Roman"/>
        </w:rPr>
        <w:t>They would have to ask Jesus.</w:t>
      </w:r>
    </w:p>
    <w:p w14:paraId="4F0F9AB9" w14:textId="77777777" w:rsidR="007D7487" w:rsidRDefault="00E6407B">
      <w:pPr>
        <w:suppressLineNumbers/>
        <w:spacing w:before="100" w:after="100"/>
        <w:jc w:val="center"/>
      </w:pPr>
      <w:r>
        <w:rPr>
          <w:rFonts w:cs="Times New Roman"/>
          <w:sz w:val="20"/>
        </w:rPr>
        <w:t>* * *</w:t>
      </w:r>
    </w:p>
    <w:p w14:paraId="24AF9156" w14:textId="77777777" w:rsidR="007D7487" w:rsidRDefault="00E6407B">
      <w:pPr>
        <w:ind w:firstLine="288"/>
      </w:pPr>
      <w:r>
        <w:rPr>
          <w:rFonts w:cs="Times New Roman"/>
        </w:rPr>
        <w:lastRenderedPageBreak/>
        <w:t>Farther back, the women had fallen into a smaller group.</w:t>
      </w:r>
    </w:p>
    <w:p w14:paraId="7E6759D1" w14:textId="77777777" w:rsidR="007D7487" w:rsidRDefault="00E6407B">
      <w:pPr>
        <w:ind w:firstLine="288"/>
      </w:pPr>
      <w:r>
        <w:rPr>
          <w:rFonts w:cs="Times New Roman"/>
        </w:rPr>
        <w:t>Several men walked well ahead.</w:t>
      </w:r>
    </w:p>
    <w:p w14:paraId="5DEDB55D" w14:textId="77777777" w:rsidR="007D7487" w:rsidRDefault="00E6407B">
      <w:pPr>
        <w:ind w:firstLine="288"/>
      </w:pPr>
      <w:r>
        <w:rPr>
          <w:rFonts w:cs="Times New Roman"/>
        </w:rPr>
        <w:t>Others trailed behind.</w:t>
      </w:r>
    </w:p>
    <w:p w14:paraId="0353962B" w14:textId="77777777" w:rsidR="007D7487" w:rsidRDefault="00E6407B">
      <w:pPr>
        <w:ind w:firstLine="288"/>
      </w:pPr>
      <w:r>
        <w:rPr>
          <w:rFonts w:cs="Times New Roman"/>
        </w:rPr>
        <w:t>Between them Mary, Joanna, Susanna, and a few of the others could speak without competing with louder conversations.</w:t>
      </w:r>
    </w:p>
    <w:p w14:paraId="38B499E2" w14:textId="77777777" w:rsidR="007D7487" w:rsidRDefault="00E6407B">
      <w:pPr>
        <w:ind w:firstLine="288"/>
      </w:pPr>
      <w:r>
        <w:rPr>
          <w:rFonts w:cs="Times New Roman"/>
        </w:rPr>
        <w:t>For a while Joanna simply listened.</w:t>
      </w:r>
    </w:p>
    <w:p w14:paraId="038037AB" w14:textId="77777777" w:rsidR="007D7487" w:rsidRDefault="00E6407B">
      <w:pPr>
        <w:ind w:firstLine="288"/>
      </w:pPr>
      <w:r>
        <w:rPr>
          <w:rFonts w:cs="Times New Roman"/>
        </w:rPr>
        <w:t>There was something she had been turning over in her mind since Jerusalem.</w:t>
      </w:r>
    </w:p>
    <w:p w14:paraId="68E446F4" w14:textId="77777777" w:rsidR="007D7487" w:rsidRDefault="00E6407B">
      <w:pPr>
        <w:ind w:firstLine="288"/>
      </w:pPr>
      <w:r>
        <w:rPr>
          <w:rFonts w:cs="Times New Roman"/>
        </w:rPr>
        <w:t>Everyone called Jesus the Son of David.</w:t>
      </w:r>
    </w:p>
    <w:p w14:paraId="1882E273" w14:textId="77777777" w:rsidR="007D7487" w:rsidRDefault="00E6407B">
      <w:pPr>
        <w:ind w:firstLine="288"/>
      </w:pPr>
      <w:r>
        <w:rPr>
          <w:rFonts w:cs="Times New Roman"/>
        </w:rPr>
        <w:t>Joseph was of David’s house.</w:t>
      </w:r>
    </w:p>
    <w:p w14:paraId="70360727" w14:textId="77777777" w:rsidR="007D7487" w:rsidRDefault="00E6407B">
      <w:pPr>
        <w:ind w:firstLine="288"/>
      </w:pPr>
      <w:r>
        <w:rPr>
          <w:rFonts w:cs="Times New Roman"/>
        </w:rPr>
        <w:t>That much was familiar.</w:t>
      </w:r>
    </w:p>
    <w:p w14:paraId="63BD57E8" w14:textId="77777777" w:rsidR="007D7487" w:rsidRDefault="00E6407B">
      <w:pPr>
        <w:ind w:firstLine="288"/>
      </w:pPr>
      <w:r>
        <w:rPr>
          <w:rFonts w:cs="Times New Roman"/>
        </w:rPr>
        <w:t>But Joanna also knew what Mary had told them concerning Jesus’ birth.</w:t>
      </w:r>
    </w:p>
    <w:p w14:paraId="71E2391E" w14:textId="77777777" w:rsidR="007D7487" w:rsidRDefault="00E6407B">
      <w:pPr>
        <w:ind w:firstLine="288"/>
      </w:pPr>
      <w:r>
        <w:rPr>
          <w:rFonts w:cs="Times New Roman"/>
        </w:rPr>
        <w:t>Joseph had not fathered Him.</w:t>
      </w:r>
    </w:p>
    <w:p w14:paraId="0EB62BF0" w14:textId="77777777" w:rsidR="007D7487" w:rsidRDefault="00E6407B">
      <w:pPr>
        <w:ind w:firstLine="288"/>
      </w:pPr>
      <w:r>
        <w:rPr>
          <w:rFonts w:cs="Times New Roman"/>
        </w:rPr>
        <w:t>At last Joanna looked toward Mary.</w:t>
      </w:r>
    </w:p>
    <w:p w14:paraId="7DC0495C" w14:textId="77777777" w:rsidR="007D7487" w:rsidRDefault="00E6407B">
      <w:pPr>
        <w:ind w:firstLine="288"/>
      </w:pPr>
      <w:r>
        <w:rPr>
          <w:rFonts w:cs="Times New Roman"/>
        </w:rPr>
        <w:t>“May I ask you something?”</w:t>
      </w:r>
    </w:p>
    <w:p w14:paraId="54CB50F2" w14:textId="77777777" w:rsidR="007D7487" w:rsidRDefault="00E6407B">
      <w:pPr>
        <w:ind w:firstLine="288"/>
      </w:pPr>
      <w:r>
        <w:rPr>
          <w:rFonts w:cs="Times New Roman"/>
        </w:rPr>
        <w:t>Mary smiled.</w:t>
      </w:r>
    </w:p>
    <w:p w14:paraId="16ED3DF1" w14:textId="77777777" w:rsidR="007D7487" w:rsidRDefault="00E6407B">
      <w:pPr>
        <w:ind w:firstLine="288"/>
      </w:pPr>
      <w:r>
        <w:rPr>
          <w:rFonts w:cs="Times New Roman"/>
        </w:rPr>
        <w:t>“Of course.”</w:t>
      </w:r>
    </w:p>
    <w:p w14:paraId="266DFADA" w14:textId="77777777" w:rsidR="007D7487" w:rsidRDefault="00E6407B">
      <w:pPr>
        <w:ind w:firstLine="288"/>
      </w:pPr>
      <w:r>
        <w:rPr>
          <w:rFonts w:cs="Times New Roman"/>
        </w:rPr>
        <w:t>“Your family. Your own family. Were you also of David?”</w:t>
      </w:r>
    </w:p>
    <w:p w14:paraId="643D4ECA" w14:textId="77777777" w:rsidR="007D7487" w:rsidRDefault="00E6407B">
      <w:pPr>
        <w:ind w:firstLine="288"/>
      </w:pPr>
      <w:r>
        <w:rPr>
          <w:rFonts w:cs="Times New Roman"/>
        </w:rPr>
        <w:t>Mary nodded.</w:t>
      </w:r>
    </w:p>
    <w:p w14:paraId="1F04942B" w14:textId="77777777" w:rsidR="007D7487" w:rsidRDefault="00E6407B">
      <w:pPr>
        <w:ind w:firstLine="288"/>
      </w:pPr>
      <w:r>
        <w:rPr>
          <w:rFonts w:cs="Times New Roman"/>
        </w:rPr>
        <w:t>Joanna’s brow tightened.</w:t>
      </w:r>
    </w:p>
    <w:p w14:paraId="0DB507F8" w14:textId="77777777" w:rsidR="007D7487" w:rsidRDefault="00E6407B">
      <w:pPr>
        <w:ind w:firstLine="288"/>
      </w:pPr>
      <w:r>
        <w:rPr>
          <w:rFonts w:cs="Times New Roman"/>
        </w:rPr>
        <w:t>“Through Solomon?”</w:t>
      </w:r>
    </w:p>
    <w:p w14:paraId="74FF8078" w14:textId="77777777" w:rsidR="007D7487" w:rsidRDefault="00E6407B">
      <w:pPr>
        <w:ind w:firstLine="288"/>
      </w:pPr>
      <w:r>
        <w:rPr>
          <w:rFonts w:cs="Times New Roman"/>
        </w:rPr>
        <w:t>“No.”</w:t>
      </w:r>
    </w:p>
    <w:p w14:paraId="08F07176" w14:textId="77777777" w:rsidR="007D7487" w:rsidRDefault="00E6407B">
      <w:pPr>
        <w:ind w:firstLine="288"/>
      </w:pPr>
      <w:r>
        <w:rPr>
          <w:rFonts w:cs="Times New Roman"/>
        </w:rPr>
        <w:t>Mary watched the road beneath her feet for another few steps.</w:t>
      </w:r>
    </w:p>
    <w:p w14:paraId="0B3D64B5" w14:textId="77777777" w:rsidR="007D7487" w:rsidRDefault="00E6407B">
      <w:pPr>
        <w:ind w:firstLine="288"/>
      </w:pPr>
      <w:r>
        <w:rPr>
          <w:rFonts w:cs="Times New Roman"/>
        </w:rPr>
        <w:t>“Through Nathan.”</w:t>
      </w:r>
    </w:p>
    <w:p w14:paraId="4D4D2701" w14:textId="77777777" w:rsidR="007D7487" w:rsidRDefault="00E6407B">
      <w:pPr>
        <w:ind w:firstLine="288"/>
      </w:pPr>
      <w:r>
        <w:rPr>
          <w:rFonts w:cs="Times New Roman"/>
        </w:rPr>
        <w:t>Joanna slowed.</w:t>
      </w:r>
    </w:p>
    <w:p w14:paraId="23DE347F" w14:textId="77777777" w:rsidR="007D7487" w:rsidRDefault="00E6407B">
      <w:pPr>
        <w:ind w:firstLine="288"/>
      </w:pPr>
      <w:r>
        <w:rPr>
          <w:rFonts w:cs="Times New Roman"/>
        </w:rPr>
        <w:t>“Nathan?”</w:t>
      </w:r>
    </w:p>
    <w:p w14:paraId="1E90AB87" w14:textId="77777777" w:rsidR="007D7487" w:rsidRDefault="00E6407B">
      <w:pPr>
        <w:ind w:firstLine="288"/>
      </w:pPr>
      <w:r>
        <w:rPr>
          <w:rFonts w:cs="Times New Roman"/>
        </w:rPr>
        <w:t>“David’s son.”</w:t>
      </w:r>
    </w:p>
    <w:p w14:paraId="2F112725" w14:textId="77777777" w:rsidR="007D7487" w:rsidRDefault="00E6407B">
      <w:pPr>
        <w:ind w:firstLine="288"/>
      </w:pPr>
      <w:r>
        <w:rPr>
          <w:rFonts w:cs="Times New Roman"/>
        </w:rPr>
        <w:t>“I know who Nathan was.”</w:t>
      </w:r>
    </w:p>
    <w:p w14:paraId="40178CC2" w14:textId="77777777" w:rsidR="007D7487" w:rsidRDefault="00E6407B">
      <w:pPr>
        <w:ind w:firstLine="288"/>
      </w:pPr>
      <w:r>
        <w:rPr>
          <w:rFonts w:cs="Times New Roman"/>
        </w:rPr>
        <w:t>Mary laughed softly.</w:t>
      </w:r>
    </w:p>
    <w:p w14:paraId="627FD1E8" w14:textId="77777777" w:rsidR="007D7487" w:rsidRDefault="00E6407B">
      <w:pPr>
        <w:ind w:firstLine="288"/>
      </w:pPr>
      <w:r>
        <w:rPr>
          <w:rFonts w:cs="Times New Roman"/>
        </w:rPr>
        <w:t>“Then why did you ask?”</w:t>
      </w:r>
    </w:p>
    <w:p w14:paraId="5CA48C8B" w14:textId="77777777" w:rsidR="007D7487" w:rsidRDefault="00E6407B">
      <w:pPr>
        <w:ind w:firstLine="288"/>
      </w:pPr>
      <w:r>
        <w:rPr>
          <w:rFonts w:cs="Times New Roman"/>
        </w:rPr>
        <w:t>“Because I was hoping I had misunderstood you.”</w:t>
      </w:r>
    </w:p>
    <w:p w14:paraId="2FB0937A" w14:textId="77777777" w:rsidR="007D7487" w:rsidRDefault="00E6407B">
      <w:pPr>
        <w:ind w:firstLine="288"/>
      </w:pPr>
      <w:r>
        <w:rPr>
          <w:rFonts w:cs="Times New Roman"/>
        </w:rPr>
        <w:t>Susanna glanced between them.</w:t>
      </w:r>
    </w:p>
    <w:p w14:paraId="24168723" w14:textId="77777777" w:rsidR="007D7487" w:rsidRDefault="00E6407B">
      <w:pPr>
        <w:ind w:firstLine="288"/>
      </w:pPr>
      <w:r>
        <w:rPr>
          <w:rFonts w:cs="Times New Roman"/>
        </w:rPr>
        <w:t>Joanna was no longer merely curious.</w:t>
      </w:r>
    </w:p>
    <w:p w14:paraId="0F4B1F10" w14:textId="77777777" w:rsidR="007D7487" w:rsidRDefault="00E6407B">
      <w:pPr>
        <w:ind w:firstLine="288"/>
      </w:pPr>
      <w:r>
        <w:rPr>
          <w:rFonts w:cs="Times New Roman"/>
        </w:rPr>
        <w:t>Names had begun arranging themselves in her mind.</w:t>
      </w:r>
    </w:p>
    <w:p w14:paraId="4FF35804" w14:textId="77777777" w:rsidR="007D7487" w:rsidRDefault="00E6407B">
      <w:pPr>
        <w:ind w:firstLine="288"/>
      </w:pPr>
      <w:r>
        <w:rPr>
          <w:rFonts w:cs="Times New Roman"/>
        </w:rPr>
        <w:t>“And your father?”</w:t>
      </w:r>
    </w:p>
    <w:p w14:paraId="45847BED" w14:textId="77777777" w:rsidR="007D7487" w:rsidRDefault="00E6407B">
      <w:pPr>
        <w:ind w:firstLine="288"/>
      </w:pPr>
      <w:r>
        <w:rPr>
          <w:rFonts w:cs="Times New Roman"/>
        </w:rPr>
        <w:t>“Heli.”</w:t>
      </w:r>
    </w:p>
    <w:p w14:paraId="06931136" w14:textId="77777777" w:rsidR="007D7487" w:rsidRDefault="00E6407B">
      <w:pPr>
        <w:ind w:firstLine="288"/>
      </w:pPr>
      <w:r>
        <w:rPr>
          <w:rFonts w:cs="Times New Roman"/>
        </w:rPr>
        <w:t>Joanna repeated the name under her breath.</w:t>
      </w:r>
    </w:p>
    <w:p w14:paraId="5307FD7D" w14:textId="77777777" w:rsidR="007D7487" w:rsidRDefault="00E6407B">
      <w:pPr>
        <w:ind w:firstLine="288"/>
      </w:pPr>
      <w:r>
        <w:rPr>
          <w:rFonts w:cs="Times New Roman"/>
        </w:rPr>
        <w:t>“Heli.”</w:t>
      </w:r>
    </w:p>
    <w:p w14:paraId="74947914" w14:textId="77777777" w:rsidR="007D7487" w:rsidRDefault="00E6407B">
      <w:pPr>
        <w:ind w:firstLine="288"/>
      </w:pPr>
      <w:r>
        <w:rPr>
          <w:rFonts w:cs="Times New Roman"/>
        </w:rPr>
        <w:t>Mary nodded.</w:t>
      </w:r>
    </w:p>
    <w:p w14:paraId="7EF5D7D8" w14:textId="77777777" w:rsidR="007D7487" w:rsidRDefault="00E6407B">
      <w:pPr>
        <w:ind w:firstLine="288"/>
      </w:pPr>
      <w:r>
        <w:rPr>
          <w:rFonts w:cs="Times New Roman"/>
        </w:rPr>
        <w:lastRenderedPageBreak/>
        <w:t>“And Heli was of Nathan?”</w:t>
      </w:r>
    </w:p>
    <w:p w14:paraId="386662BE" w14:textId="77777777" w:rsidR="007D7487" w:rsidRDefault="00E6407B">
      <w:pPr>
        <w:ind w:firstLine="288"/>
      </w:pPr>
      <w:r>
        <w:rPr>
          <w:rFonts w:cs="Times New Roman"/>
        </w:rPr>
        <w:t>“Yes.”</w:t>
      </w:r>
    </w:p>
    <w:p w14:paraId="4AE6F4CE" w14:textId="77777777" w:rsidR="007D7487" w:rsidRDefault="00E6407B">
      <w:pPr>
        <w:ind w:firstLine="288"/>
      </w:pPr>
      <w:r>
        <w:rPr>
          <w:rFonts w:cs="Times New Roman"/>
        </w:rPr>
        <w:t>Joanna walked several more paces in silence.</w:t>
      </w:r>
    </w:p>
    <w:p w14:paraId="194A5E40" w14:textId="77777777" w:rsidR="007D7487" w:rsidRDefault="00E6407B">
      <w:pPr>
        <w:ind w:firstLine="288"/>
      </w:pPr>
      <w:r>
        <w:rPr>
          <w:rFonts w:cs="Times New Roman"/>
        </w:rPr>
        <w:t>Then:</w:t>
      </w:r>
    </w:p>
    <w:p w14:paraId="550E87CD" w14:textId="77777777" w:rsidR="007D7487" w:rsidRDefault="00E6407B">
      <w:pPr>
        <w:ind w:firstLine="288"/>
      </w:pPr>
      <w:r>
        <w:rPr>
          <w:rFonts w:cs="Times New Roman"/>
        </w:rPr>
        <w:t>“And Joseph?”</w:t>
      </w:r>
    </w:p>
    <w:p w14:paraId="297CB969" w14:textId="77777777" w:rsidR="007D7487" w:rsidRDefault="00E6407B">
      <w:pPr>
        <w:ind w:firstLine="288"/>
      </w:pPr>
      <w:r>
        <w:rPr>
          <w:rFonts w:cs="Times New Roman"/>
        </w:rPr>
        <w:t>“Joseph was of David also.”</w:t>
      </w:r>
    </w:p>
    <w:p w14:paraId="30E1C73D" w14:textId="77777777" w:rsidR="007D7487" w:rsidRDefault="00E6407B">
      <w:pPr>
        <w:ind w:firstLine="288"/>
      </w:pPr>
      <w:r>
        <w:rPr>
          <w:rFonts w:cs="Times New Roman"/>
        </w:rPr>
        <w:t>“Through Nathan?”</w:t>
      </w:r>
    </w:p>
    <w:p w14:paraId="60A53DAF" w14:textId="77777777" w:rsidR="007D7487" w:rsidRDefault="00E6407B">
      <w:pPr>
        <w:ind w:firstLine="288"/>
      </w:pPr>
      <w:r>
        <w:rPr>
          <w:rFonts w:cs="Times New Roman"/>
        </w:rPr>
        <w:t>“No. Through Solomon.”</w:t>
      </w:r>
    </w:p>
    <w:p w14:paraId="3E3C4A33" w14:textId="77777777" w:rsidR="007D7487" w:rsidRDefault="00E6407B">
      <w:pPr>
        <w:ind w:firstLine="288"/>
      </w:pPr>
      <w:r>
        <w:rPr>
          <w:rFonts w:cs="Times New Roman"/>
        </w:rPr>
        <w:t>Joanna stopped walking.</w:t>
      </w:r>
    </w:p>
    <w:p w14:paraId="29F76863" w14:textId="77777777" w:rsidR="007D7487" w:rsidRDefault="00E6407B">
      <w:pPr>
        <w:ind w:firstLine="288"/>
      </w:pPr>
      <w:r>
        <w:rPr>
          <w:rFonts w:cs="Times New Roman"/>
        </w:rPr>
        <w:t>Mary took two more steps before realizing she was no longer beside her.</w:t>
      </w:r>
    </w:p>
    <w:p w14:paraId="136C59FC" w14:textId="77777777" w:rsidR="007D7487" w:rsidRDefault="00E6407B">
      <w:pPr>
        <w:ind w:firstLine="288"/>
      </w:pPr>
      <w:r>
        <w:rPr>
          <w:rFonts w:cs="Times New Roman"/>
        </w:rPr>
        <w:t>Susanna turned.</w:t>
      </w:r>
    </w:p>
    <w:p w14:paraId="3EC4DEFB" w14:textId="77777777" w:rsidR="007D7487" w:rsidRDefault="00E6407B">
      <w:pPr>
        <w:ind w:firstLine="288"/>
      </w:pPr>
      <w:r>
        <w:rPr>
          <w:rFonts w:cs="Times New Roman"/>
        </w:rPr>
        <w:t>Joanna stood in the road staring at Mary as though she had been handed two pieces of a puzzle that should not fit.</w:t>
      </w:r>
    </w:p>
    <w:p w14:paraId="21AB1322" w14:textId="77777777" w:rsidR="007D7487" w:rsidRDefault="00E6407B">
      <w:pPr>
        <w:ind w:firstLine="288"/>
      </w:pPr>
      <w:r>
        <w:rPr>
          <w:rFonts w:cs="Times New Roman"/>
        </w:rPr>
        <w:t>“Two lines.”</w:t>
      </w:r>
    </w:p>
    <w:p w14:paraId="3B09D1EC" w14:textId="77777777" w:rsidR="007D7487" w:rsidRDefault="00E6407B">
      <w:pPr>
        <w:ind w:firstLine="288"/>
      </w:pPr>
      <w:r>
        <w:rPr>
          <w:rFonts w:cs="Times New Roman"/>
        </w:rPr>
        <w:t>Mary looked back at her.</w:t>
      </w:r>
    </w:p>
    <w:p w14:paraId="02C72B05" w14:textId="77777777" w:rsidR="007D7487" w:rsidRDefault="00E6407B">
      <w:pPr>
        <w:ind w:firstLine="288"/>
      </w:pPr>
      <w:r>
        <w:rPr>
          <w:rFonts w:cs="Times New Roman"/>
        </w:rPr>
        <w:t>“Two lines from David.”</w:t>
      </w:r>
    </w:p>
    <w:p w14:paraId="2DCA21F4" w14:textId="77777777" w:rsidR="007D7487" w:rsidRDefault="00E6407B">
      <w:pPr>
        <w:ind w:firstLine="288"/>
      </w:pPr>
      <w:r>
        <w:rPr>
          <w:rFonts w:cs="Times New Roman"/>
        </w:rPr>
        <w:t>Mary nodded.</w:t>
      </w:r>
    </w:p>
    <w:p w14:paraId="3E855DE4" w14:textId="77777777" w:rsidR="007D7487" w:rsidRDefault="00E6407B">
      <w:pPr>
        <w:ind w:firstLine="288"/>
      </w:pPr>
      <w:r>
        <w:rPr>
          <w:rFonts w:cs="Times New Roman"/>
        </w:rPr>
        <w:t>Joanna caught up.</w:t>
      </w:r>
    </w:p>
    <w:p w14:paraId="1D6FD2EA" w14:textId="77777777" w:rsidR="007D7487" w:rsidRDefault="00E6407B">
      <w:pPr>
        <w:ind w:firstLine="288"/>
      </w:pPr>
      <w:r>
        <w:rPr>
          <w:rFonts w:cs="Times New Roman"/>
        </w:rPr>
        <w:t>“Joseph through Solomon. You through Nathan.”</w:t>
      </w:r>
    </w:p>
    <w:p w14:paraId="65FB21BD" w14:textId="77777777" w:rsidR="007D7487" w:rsidRDefault="00E6407B">
      <w:pPr>
        <w:ind w:firstLine="288"/>
      </w:pPr>
      <w:r>
        <w:rPr>
          <w:rFonts w:cs="Times New Roman"/>
        </w:rPr>
        <w:t>“Yes.”</w:t>
      </w:r>
    </w:p>
    <w:p w14:paraId="6E4A3B7B" w14:textId="77777777" w:rsidR="007D7487" w:rsidRDefault="00E6407B">
      <w:pPr>
        <w:ind w:firstLine="288"/>
      </w:pPr>
      <w:r>
        <w:rPr>
          <w:rFonts w:cs="Times New Roman"/>
        </w:rPr>
        <w:t>“And Joseph did not father Jesus.”</w:t>
      </w:r>
    </w:p>
    <w:p w14:paraId="30D8C623" w14:textId="77777777" w:rsidR="007D7487" w:rsidRDefault="00E6407B">
      <w:pPr>
        <w:ind w:firstLine="288"/>
      </w:pPr>
      <w:r>
        <w:rPr>
          <w:rFonts w:cs="Times New Roman"/>
        </w:rPr>
        <w:t>“No.”</w:t>
      </w:r>
    </w:p>
    <w:p w14:paraId="0735E849" w14:textId="77777777" w:rsidR="007D7487" w:rsidRDefault="00E6407B">
      <w:pPr>
        <w:ind w:firstLine="288"/>
      </w:pPr>
      <w:r>
        <w:rPr>
          <w:rFonts w:cs="Times New Roman"/>
        </w:rPr>
        <w:t>Joanna became quiet again.</w:t>
      </w:r>
    </w:p>
    <w:p w14:paraId="3A1CFB82" w14:textId="77777777" w:rsidR="007D7487" w:rsidRDefault="00E6407B">
      <w:pPr>
        <w:ind w:firstLine="288"/>
      </w:pPr>
      <w:r>
        <w:rPr>
          <w:rFonts w:cs="Times New Roman"/>
        </w:rPr>
        <w:t>Susanna smiled.</w:t>
      </w:r>
    </w:p>
    <w:p w14:paraId="04E96C8B" w14:textId="77777777" w:rsidR="007D7487" w:rsidRDefault="00E6407B">
      <w:pPr>
        <w:ind w:firstLine="288"/>
      </w:pPr>
      <w:r>
        <w:rPr>
          <w:rFonts w:cs="Times New Roman"/>
        </w:rPr>
        <w:t>She had seen that look before.</w:t>
      </w:r>
    </w:p>
    <w:p w14:paraId="09F5BA76" w14:textId="77777777" w:rsidR="007D7487" w:rsidRDefault="00E6407B">
      <w:pPr>
        <w:ind w:firstLine="288"/>
      </w:pPr>
      <w:r>
        <w:rPr>
          <w:rFonts w:cs="Times New Roman"/>
        </w:rPr>
        <w:t>Joanna had reached the point where conversation had become investigation.</w:t>
      </w:r>
    </w:p>
    <w:p w14:paraId="32FEE98E" w14:textId="77777777" w:rsidR="007D7487" w:rsidRDefault="00E6407B">
      <w:pPr>
        <w:ind w:firstLine="288"/>
      </w:pPr>
      <w:r>
        <w:rPr>
          <w:rFonts w:cs="Times New Roman"/>
        </w:rPr>
        <w:t>“What are you doing?” Susanna asked.</w:t>
      </w:r>
    </w:p>
    <w:p w14:paraId="7852B843" w14:textId="77777777" w:rsidR="007D7487" w:rsidRDefault="00E6407B">
      <w:pPr>
        <w:ind w:firstLine="288"/>
      </w:pPr>
      <w:r>
        <w:rPr>
          <w:rFonts w:cs="Times New Roman"/>
        </w:rPr>
        <w:t>“Getting confused.”</w:t>
      </w:r>
    </w:p>
    <w:p w14:paraId="1873CDB7" w14:textId="77777777" w:rsidR="007D7487" w:rsidRDefault="00E6407B">
      <w:pPr>
        <w:ind w:firstLine="288"/>
      </w:pPr>
      <w:r>
        <w:rPr>
          <w:rFonts w:cs="Times New Roman"/>
        </w:rPr>
        <w:t>“That looks much more serious than confusion.”</w:t>
      </w:r>
    </w:p>
    <w:p w14:paraId="2DA7A432" w14:textId="77777777" w:rsidR="007D7487" w:rsidRDefault="00E6407B">
      <w:pPr>
        <w:ind w:firstLine="288"/>
      </w:pPr>
      <w:r>
        <w:rPr>
          <w:rFonts w:cs="Times New Roman"/>
        </w:rPr>
        <w:t>Joanna ignored her.</w:t>
      </w:r>
    </w:p>
    <w:p w14:paraId="1352ED48" w14:textId="77777777" w:rsidR="007D7487" w:rsidRDefault="00E6407B">
      <w:pPr>
        <w:ind w:firstLine="288"/>
      </w:pPr>
      <w:r>
        <w:rPr>
          <w:rFonts w:cs="Times New Roman"/>
        </w:rPr>
        <w:t>“Mary, did your father have a son?”</w:t>
      </w:r>
    </w:p>
    <w:p w14:paraId="6F6591D6" w14:textId="77777777" w:rsidR="007D7487" w:rsidRDefault="00E6407B">
      <w:pPr>
        <w:ind w:firstLine="288"/>
      </w:pPr>
      <w:r>
        <w:rPr>
          <w:rFonts w:cs="Times New Roman"/>
        </w:rPr>
        <w:t>Mary shook her head.</w:t>
      </w:r>
    </w:p>
    <w:p w14:paraId="26989ECD" w14:textId="77777777" w:rsidR="007D7487" w:rsidRDefault="00E6407B">
      <w:pPr>
        <w:ind w:firstLine="288"/>
      </w:pPr>
      <w:r>
        <w:rPr>
          <w:rFonts w:cs="Times New Roman"/>
        </w:rPr>
        <w:t>“No son to carry his line?”</w:t>
      </w:r>
    </w:p>
    <w:p w14:paraId="4810F337" w14:textId="77777777" w:rsidR="007D7487" w:rsidRDefault="00E6407B">
      <w:pPr>
        <w:ind w:firstLine="288"/>
      </w:pPr>
      <w:r>
        <w:rPr>
          <w:rFonts w:cs="Times New Roman"/>
        </w:rPr>
        <w:t>“No.”</w:t>
      </w:r>
    </w:p>
    <w:p w14:paraId="4D4F6F87" w14:textId="77777777" w:rsidR="007D7487" w:rsidRDefault="00E6407B">
      <w:pPr>
        <w:ind w:firstLine="288"/>
      </w:pPr>
      <w:r>
        <w:rPr>
          <w:rFonts w:cs="Times New Roman"/>
        </w:rPr>
        <w:t>Joanna drew a long breath.</w:t>
      </w:r>
    </w:p>
    <w:p w14:paraId="7B76731E" w14:textId="77777777" w:rsidR="007D7487" w:rsidRDefault="00E6407B">
      <w:pPr>
        <w:ind w:firstLine="288"/>
      </w:pPr>
      <w:r>
        <w:rPr>
          <w:rFonts w:cs="Times New Roman"/>
        </w:rPr>
        <w:t>“I do not have answers for this.”</w:t>
      </w:r>
    </w:p>
    <w:p w14:paraId="0A2B4761" w14:textId="77777777" w:rsidR="007D7487" w:rsidRDefault="00E6407B">
      <w:pPr>
        <w:ind w:firstLine="288"/>
      </w:pPr>
      <w:r>
        <w:rPr>
          <w:rFonts w:cs="Times New Roman"/>
        </w:rPr>
        <w:t>Mary gave her a sympathetic smile.</w:t>
      </w:r>
    </w:p>
    <w:p w14:paraId="395E02EB" w14:textId="77777777" w:rsidR="007D7487" w:rsidRDefault="00E6407B">
      <w:pPr>
        <w:ind w:firstLine="288"/>
      </w:pPr>
      <w:r>
        <w:rPr>
          <w:rFonts w:cs="Times New Roman"/>
        </w:rPr>
        <w:t>“Neither do I.”</w:t>
      </w:r>
    </w:p>
    <w:p w14:paraId="66A2D16D" w14:textId="77777777" w:rsidR="007D7487" w:rsidRDefault="00E6407B">
      <w:pPr>
        <w:ind w:firstLine="288"/>
      </w:pPr>
      <w:r>
        <w:rPr>
          <w:rFonts w:cs="Times New Roman"/>
        </w:rPr>
        <w:lastRenderedPageBreak/>
        <w:t>Susanna looked from one woman to the other.</w:t>
      </w:r>
    </w:p>
    <w:p w14:paraId="0F493D8F" w14:textId="77777777" w:rsidR="007D7487" w:rsidRDefault="00E6407B">
      <w:pPr>
        <w:ind w:firstLine="288"/>
      </w:pPr>
      <w:r>
        <w:rPr>
          <w:rFonts w:cs="Times New Roman"/>
        </w:rPr>
        <w:t>“I know someone who will.”</w:t>
      </w:r>
    </w:p>
    <w:p w14:paraId="07CB4D33" w14:textId="77777777" w:rsidR="007D7487" w:rsidRDefault="00E6407B">
      <w:pPr>
        <w:ind w:firstLine="288"/>
      </w:pPr>
      <w:r>
        <w:rPr>
          <w:rFonts w:cs="Times New Roman"/>
        </w:rPr>
        <w:t>Joanna immediately knew what she meant.</w:t>
      </w:r>
    </w:p>
    <w:p w14:paraId="1D5D647D" w14:textId="77777777" w:rsidR="007D7487" w:rsidRDefault="00E6407B">
      <w:pPr>
        <w:ind w:firstLine="288"/>
      </w:pPr>
      <w:r>
        <w:rPr>
          <w:rFonts w:cs="Times New Roman"/>
        </w:rPr>
        <w:t>“Susanna—”</w:t>
      </w:r>
    </w:p>
    <w:p w14:paraId="22E4C36A" w14:textId="77777777" w:rsidR="007D7487" w:rsidRDefault="00E6407B">
      <w:pPr>
        <w:ind w:firstLine="288"/>
      </w:pPr>
      <w:r>
        <w:rPr>
          <w:rFonts w:cs="Times New Roman"/>
        </w:rPr>
        <w:t>But Susanna had already lifted the edge of her garment clear of the dust and hurried up the road.</w:t>
      </w:r>
    </w:p>
    <w:p w14:paraId="3D296F3B" w14:textId="77777777" w:rsidR="007D7487" w:rsidRDefault="00E6407B">
      <w:pPr>
        <w:ind w:firstLine="288"/>
      </w:pPr>
      <w:r>
        <w:rPr>
          <w:rFonts w:cs="Times New Roman"/>
        </w:rPr>
        <w:t>“Susanna!”</w:t>
      </w:r>
    </w:p>
    <w:p w14:paraId="799D0D56" w14:textId="77777777" w:rsidR="007D7487" w:rsidRDefault="00E6407B">
      <w:pPr>
        <w:ind w:firstLine="288"/>
      </w:pPr>
      <w:r>
        <w:rPr>
          <w:rFonts w:cs="Times New Roman"/>
        </w:rPr>
        <w:t>She waved once without turning around.</w:t>
      </w:r>
    </w:p>
    <w:p w14:paraId="19159375" w14:textId="77777777" w:rsidR="007D7487" w:rsidRDefault="00E6407B">
      <w:pPr>
        <w:ind w:firstLine="288"/>
      </w:pPr>
      <w:r>
        <w:rPr>
          <w:rFonts w:cs="Times New Roman"/>
        </w:rPr>
        <w:t>Mary laughed.</w:t>
      </w:r>
    </w:p>
    <w:p w14:paraId="6BC6A2AD" w14:textId="77777777" w:rsidR="007D7487" w:rsidRDefault="00E6407B">
      <w:pPr>
        <w:ind w:firstLine="288"/>
      </w:pPr>
      <w:r>
        <w:rPr>
          <w:rFonts w:cs="Times New Roman"/>
        </w:rPr>
        <w:t>Joanna covered her face.</w:t>
      </w:r>
    </w:p>
    <w:p w14:paraId="3E5BC960" w14:textId="77777777" w:rsidR="007D7487" w:rsidRDefault="00E6407B">
      <w:pPr>
        <w:ind w:firstLine="288"/>
      </w:pPr>
      <w:r>
        <w:rPr>
          <w:rFonts w:cs="Times New Roman"/>
        </w:rPr>
        <w:t>“I was not asking for a council of Israel.”</w:t>
      </w:r>
    </w:p>
    <w:p w14:paraId="62492B89" w14:textId="77777777" w:rsidR="007D7487" w:rsidRDefault="00E6407B">
      <w:pPr>
        <w:ind w:firstLine="288"/>
      </w:pPr>
      <w:r>
        <w:rPr>
          <w:rFonts w:cs="Times New Roman"/>
        </w:rPr>
        <w:t>“No,” Mary answered. “You were only asking about my father.”</w:t>
      </w:r>
    </w:p>
    <w:p w14:paraId="2C18016F" w14:textId="77777777" w:rsidR="007D7487" w:rsidRDefault="00E6407B">
      <w:pPr>
        <w:ind w:firstLine="288"/>
      </w:pPr>
      <w:r>
        <w:rPr>
          <w:rFonts w:cs="Times New Roman"/>
        </w:rPr>
        <w:t>“That was apparently enough.”</w:t>
      </w:r>
    </w:p>
    <w:p w14:paraId="2FFBD0EC" w14:textId="77777777" w:rsidR="007D7487" w:rsidRDefault="00E6407B">
      <w:pPr>
        <w:ind w:firstLine="288"/>
      </w:pPr>
      <w:r>
        <w:rPr>
          <w:rFonts w:cs="Times New Roman"/>
        </w:rPr>
        <w:t>Farther ahead, Susanna threaded her way through two groups of disciples until she found the man she wanted.</w:t>
      </w:r>
    </w:p>
    <w:p w14:paraId="6A8AC027" w14:textId="77777777" w:rsidR="007D7487" w:rsidRDefault="00E6407B">
      <w:pPr>
        <w:ind w:firstLine="288"/>
      </w:pPr>
      <w:r>
        <w:rPr>
          <w:rFonts w:cs="Times New Roman"/>
        </w:rPr>
        <w:t>Not long afterward Joanna saw Nicodemus step away from the company ahead.</w:t>
      </w:r>
    </w:p>
    <w:p w14:paraId="67FA90E0" w14:textId="77777777" w:rsidR="007D7487" w:rsidRDefault="00E6407B">
      <w:pPr>
        <w:ind w:firstLine="288"/>
      </w:pPr>
      <w:r>
        <w:rPr>
          <w:rFonts w:cs="Times New Roman"/>
        </w:rPr>
        <w:t>He moved to the side of the road and waited beneath the thin shade of an olive tree until the women caught up.</w:t>
      </w:r>
    </w:p>
    <w:p w14:paraId="1294D31F" w14:textId="77777777" w:rsidR="007D7487" w:rsidRDefault="00E6407B">
      <w:pPr>
        <w:suppressLineNumbers/>
      </w:pPr>
      <w:r>
        <w:br w:type="page"/>
      </w:r>
    </w:p>
    <w:p w14:paraId="7273F565" w14:textId="77777777" w:rsidR="007D7487" w:rsidRDefault="00E6407B">
      <w:pPr>
        <w:pStyle w:val="Heading1"/>
        <w:suppressLineNumbers/>
      </w:pPr>
      <w:r>
        <w:rPr>
          <w:rFonts w:ascii="Times New Roman" w:hAnsi="Times New Roman" w:cs="Times New Roman"/>
        </w:rPr>
        <w:lastRenderedPageBreak/>
        <w:t>Section 4B — Road North — Genealogies</w:t>
      </w:r>
    </w:p>
    <w:p w14:paraId="659A192D" w14:textId="77777777" w:rsidR="007D7487" w:rsidRDefault="00E6407B">
      <w:pPr>
        <w:ind w:firstLine="288"/>
      </w:pPr>
      <w:r>
        <w:rPr>
          <w:rFonts w:cs="Times New Roman"/>
        </w:rPr>
        <w:t>Nicodemus greeted the women with his usual courtesy.</w:t>
      </w:r>
    </w:p>
    <w:p w14:paraId="63C4CC5B" w14:textId="77777777" w:rsidR="007D7487" w:rsidRDefault="00E6407B">
      <w:pPr>
        <w:ind w:firstLine="288"/>
      </w:pPr>
      <w:r>
        <w:rPr>
          <w:rFonts w:cs="Times New Roman"/>
        </w:rPr>
        <w:t>“Shalom, shalom.”</w:t>
      </w:r>
    </w:p>
    <w:p w14:paraId="0FE0A650" w14:textId="77777777" w:rsidR="007D7487" w:rsidRDefault="00E6407B">
      <w:pPr>
        <w:ind w:firstLine="288"/>
      </w:pPr>
      <w:r>
        <w:rPr>
          <w:rFonts w:cs="Times New Roman"/>
        </w:rPr>
        <w:t>“Shalom, shalom,” they answered.</w:t>
      </w:r>
    </w:p>
    <w:p w14:paraId="38590A14" w14:textId="77777777" w:rsidR="007D7487" w:rsidRDefault="00E6407B">
      <w:pPr>
        <w:ind w:firstLine="288"/>
      </w:pPr>
      <w:r>
        <w:rPr>
          <w:rFonts w:cs="Times New Roman"/>
        </w:rPr>
        <w:t>His eyes moved briefly toward Susanna.</w:t>
      </w:r>
    </w:p>
    <w:p w14:paraId="4AE471E3" w14:textId="77777777" w:rsidR="007D7487" w:rsidRDefault="00E6407B">
      <w:pPr>
        <w:ind w:firstLine="288"/>
      </w:pPr>
      <w:r>
        <w:rPr>
          <w:rFonts w:cs="Times New Roman"/>
        </w:rPr>
        <w:t>“I am told there is a question.”</w:t>
      </w:r>
    </w:p>
    <w:p w14:paraId="38F1FC63" w14:textId="77777777" w:rsidR="007D7487" w:rsidRDefault="00E6407B">
      <w:pPr>
        <w:ind w:firstLine="288"/>
      </w:pPr>
      <w:r>
        <w:rPr>
          <w:rFonts w:cs="Times New Roman"/>
        </w:rPr>
        <w:t>Joanna looked immediately at Mary.</w:t>
      </w:r>
    </w:p>
    <w:p w14:paraId="366C4386" w14:textId="77777777" w:rsidR="007D7487" w:rsidRDefault="00E6407B">
      <w:pPr>
        <w:ind w:firstLine="288"/>
      </w:pPr>
      <w:r>
        <w:rPr>
          <w:rFonts w:cs="Times New Roman"/>
        </w:rPr>
        <w:t>“Mary, may I?”</w:t>
      </w:r>
    </w:p>
    <w:p w14:paraId="7267322F" w14:textId="77777777" w:rsidR="007D7487" w:rsidRDefault="00E6407B">
      <w:pPr>
        <w:ind w:firstLine="288"/>
      </w:pPr>
      <w:r>
        <w:rPr>
          <w:rFonts w:cs="Times New Roman"/>
        </w:rPr>
        <w:t>Mary nodded.</w:t>
      </w:r>
    </w:p>
    <w:p w14:paraId="7BFD325A" w14:textId="77777777" w:rsidR="007D7487" w:rsidRDefault="00E6407B">
      <w:pPr>
        <w:ind w:firstLine="288"/>
      </w:pPr>
      <w:r>
        <w:rPr>
          <w:rFonts w:cs="Times New Roman"/>
        </w:rPr>
        <w:t>“Yes.”</w:t>
      </w:r>
    </w:p>
    <w:p w14:paraId="3B819B82" w14:textId="77777777" w:rsidR="007D7487" w:rsidRDefault="00E6407B">
      <w:pPr>
        <w:ind w:firstLine="288"/>
      </w:pPr>
      <w:r>
        <w:rPr>
          <w:rFonts w:cs="Times New Roman"/>
        </w:rPr>
        <w:t>Joanna began carefully.</w:t>
      </w:r>
    </w:p>
    <w:p w14:paraId="7637AAF5" w14:textId="77777777" w:rsidR="007D7487" w:rsidRDefault="00E6407B">
      <w:pPr>
        <w:ind w:firstLine="288"/>
      </w:pPr>
      <w:r>
        <w:rPr>
          <w:rFonts w:cs="Times New Roman"/>
        </w:rPr>
        <w:t>“We were speaking about David. Mary told me that her father was Heli, and that his line went through Nathan rather than Solomon. Joseph, however, was also of David, but through Solomon.”</w:t>
      </w:r>
    </w:p>
    <w:p w14:paraId="50A665F3" w14:textId="77777777" w:rsidR="007D7487" w:rsidRDefault="00E6407B">
      <w:pPr>
        <w:ind w:firstLine="288"/>
      </w:pPr>
      <w:r>
        <w:rPr>
          <w:rFonts w:cs="Times New Roman"/>
        </w:rPr>
        <w:t>Nicodemus’s expression changed almost imperceptibly.</w:t>
      </w:r>
    </w:p>
    <w:p w14:paraId="1AA1F951" w14:textId="77777777" w:rsidR="007D7487" w:rsidRDefault="00E6407B">
      <w:pPr>
        <w:ind w:firstLine="288"/>
      </w:pPr>
      <w:r>
        <w:rPr>
          <w:rFonts w:cs="Times New Roman"/>
        </w:rPr>
        <w:t>“Through Nathan?”</w:t>
      </w:r>
    </w:p>
    <w:p w14:paraId="52E64A54" w14:textId="77777777" w:rsidR="007D7487" w:rsidRDefault="00E6407B">
      <w:pPr>
        <w:ind w:firstLine="288"/>
      </w:pPr>
      <w:r>
        <w:rPr>
          <w:rFonts w:cs="Times New Roman"/>
        </w:rPr>
        <w:t>Mary nodded.</w:t>
      </w:r>
    </w:p>
    <w:p w14:paraId="67BE514E" w14:textId="77777777" w:rsidR="007D7487" w:rsidRDefault="00E6407B">
      <w:pPr>
        <w:ind w:firstLine="288"/>
      </w:pPr>
      <w:r>
        <w:rPr>
          <w:rFonts w:cs="Times New Roman"/>
        </w:rPr>
        <w:t>He looked at her more directly.</w:t>
      </w:r>
    </w:p>
    <w:p w14:paraId="0B42008B" w14:textId="77777777" w:rsidR="007D7487" w:rsidRDefault="00E6407B">
      <w:pPr>
        <w:ind w:firstLine="288"/>
      </w:pPr>
      <w:r>
        <w:rPr>
          <w:rFonts w:cs="Times New Roman"/>
        </w:rPr>
        <w:t>“Mary, forgive me. Are you certain you wish us to speak of this? This is your family. I would not inquire into something private merely because Susanna has delivered me into the middle of it.”</w:t>
      </w:r>
    </w:p>
    <w:p w14:paraId="7E1B9ADA" w14:textId="77777777" w:rsidR="007D7487" w:rsidRDefault="00E6407B">
      <w:pPr>
        <w:ind w:firstLine="288"/>
      </w:pPr>
      <w:r>
        <w:rPr>
          <w:rFonts w:cs="Times New Roman"/>
        </w:rPr>
        <w:t>Susanna smiled innocently.</w:t>
      </w:r>
    </w:p>
    <w:p w14:paraId="04108C8B" w14:textId="77777777" w:rsidR="007D7487" w:rsidRDefault="00E6407B">
      <w:pPr>
        <w:ind w:firstLine="288"/>
      </w:pPr>
      <w:r>
        <w:rPr>
          <w:rFonts w:cs="Times New Roman"/>
        </w:rPr>
        <w:t>Mary’s eyes warmed.</w:t>
      </w:r>
    </w:p>
    <w:p w14:paraId="09EC60FA" w14:textId="77777777" w:rsidR="007D7487" w:rsidRDefault="00E6407B">
      <w:pPr>
        <w:ind w:firstLine="288"/>
      </w:pPr>
      <w:r>
        <w:rPr>
          <w:rFonts w:cs="Times New Roman"/>
        </w:rPr>
        <w:t>“You may help us, Nicodemus.”</w:t>
      </w:r>
    </w:p>
    <w:p w14:paraId="4C511E4D" w14:textId="77777777" w:rsidR="007D7487" w:rsidRDefault="00E6407B">
      <w:pPr>
        <w:ind w:firstLine="288"/>
      </w:pPr>
      <w:r>
        <w:rPr>
          <w:rFonts w:cs="Times New Roman"/>
        </w:rPr>
        <w:t>He inclined his head.</w:t>
      </w:r>
    </w:p>
    <w:p w14:paraId="5F0454C0" w14:textId="77777777" w:rsidR="007D7487" w:rsidRDefault="00E6407B">
      <w:pPr>
        <w:ind w:firstLine="288"/>
      </w:pPr>
      <w:r>
        <w:rPr>
          <w:rFonts w:cs="Times New Roman"/>
        </w:rPr>
        <w:t>“Then tell me only what you are comfortable telling me.”</w:t>
      </w:r>
    </w:p>
    <w:p w14:paraId="44342F5A" w14:textId="77777777" w:rsidR="007D7487" w:rsidRDefault="00E6407B">
      <w:pPr>
        <w:ind w:firstLine="288"/>
      </w:pPr>
      <w:r>
        <w:rPr>
          <w:rFonts w:cs="Times New Roman"/>
        </w:rPr>
        <w:t>Joanna continued.</w:t>
      </w:r>
    </w:p>
    <w:p w14:paraId="2109753A" w14:textId="77777777" w:rsidR="007D7487" w:rsidRDefault="00E6407B">
      <w:pPr>
        <w:ind w:firstLine="288"/>
      </w:pPr>
      <w:r>
        <w:rPr>
          <w:rFonts w:cs="Times New Roman"/>
        </w:rPr>
        <w:t>“Heli had no son.”</w:t>
      </w:r>
    </w:p>
    <w:p w14:paraId="02E2EA45" w14:textId="77777777" w:rsidR="007D7487" w:rsidRDefault="00E6407B">
      <w:pPr>
        <w:ind w:firstLine="288"/>
      </w:pPr>
      <w:r>
        <w:rPr>
          <w:rFonts w:cs="Times New Roman"/>
        </w:rPr>
        <w:t>Nicodemus’s eyes moved immediately back to Mary.</w:t>
      </w:r>
    </w:p>
    <w:p w14:paraId="56421562" w14:textId="77777777" w:rsidR="007D7487" w:rsidRDefault="00E6407B">
      <w:pPr>
        <w:ind w:firstLine="288"/>
      </w:pPr>
      <w:r>
        <w:rPr>
          <w:rFonts w:cs="Times New Roman"/>
        </w:rPr>
        <w:t>Mary confirmed it.</w:t>
      </w:r>
    </w:p>
    <w:p w14:paraId="403B32E9" w14:textId="77777777" w:rsidR="007D7487" w:rsidRDefault="00E6407B">
      <w:pPr>
        <w:ind w:firstLine="288"/>
      </w:pPr>
      <w:r>
        <w:rPr>
          <w:rFonts w:cs="Times New Roman"/>
        </w:rPr>
        <w:t>“And Joseph?”</w:t>
      </w:r>
    </w:p>
    <w:p w14:paraId="3A1CEB1D" w14:textId="77777777" w:rsidR="007D7487" w:rsidRDefault="00E6407B">
      <w:pPr>
        <w:ind w:firstLine="288"/>
      </w:pPr>
      <w:r>
        <w:rPr>
          <w:rFonts w:cs="Times New Roman"/>
        </w:rPr>
        <w:t>“His father was Jacob,” Mary answered.</w:t>
      </w:r>
    </w:p>
    <w:p w14:paraId="0274828B" w14:textId="77777777" w:rsidR="007D7487" w:rsidRDefault="00E6407B">
      <w:pPr>
        <w:ind w:firstLine="288"/>
      </w:pPr>
      <w:r>
        <w:rPr>
          <w:rFonts w:cs="Times New Roman"/>
        </w:rPr>
        <w:t>Nicodemus’s brow tightened.</w:t>
      </w:r>
    </w:p>
    <w:p w14:paraId="4AC0BB27" w14:textId="77777777" w:rsidR="007D7487" w:rsidRDefault="00E6407B">
      <w:pPr>
        <w:ind w:firstLine="288"/>
      </w:pPr>
      <w:r>
        <w:rPr>
          <w:rFonts w:cs="Times New Roman"/>
        </w:rPr>
        <w:t>“Jacob.”</w:t>
      </w:r>
    </w:p>
    <w:p w14:paraId="5ED8AAE6" w14:textId="77777777" w:rsidR="007D7487" w:rsidRDefault="00E6407B">
      <w:pPr>
        <w:ind w:firstLine="288"/>
      </w:pPr>
      <w:r>
        <w:rPr>
          <w:rFonts w:cs="Times New Roman"/>
        </w:rPr>
        <w:t>“Yes.”</w:t>
      </w:r>
    </w:p>
    <w:p w14:paraId="39212155" w14:textId="77777777" w:rsidR="007D7487" w:rsidRDefault="00E6407B">
      <w:pPr>
        <w:ind w:firstLine="288"/>
      </w:pPr>
      <w:r>
        <w:rPr>
          <w:rFonts w:cs="Times New Roman"/>
        </w:rPr>
        <w:t>“And Jacob’s line?”</w:t>
      </w:r>
    </w:p>
    <w:p w14:paraId="4708834F" w14:textId="77777777" w:rsidR="007D7487" w:rsidRDefault="00E6407B">
      <w:pPr>
        <w:ind w:firstLine="288"/>
      </w:pPr>
      <w:r>
        <w:rPr>
          <w:rFonts w:cs="Times New Roman"/>
        </w:rPr>
        <w:t>“Through Solomon.”</w:t>
      </w:r>
    </w:p>
    <w:p w14:paraId="2CA247D7" w14:textId="77777777" w:rsidR="007D7487" w:rsidRDefault="00E6407B">
      <w:pPr>
        <w:ind w:firstLine="288"/>
      </w:pPr>
      <w:r>
        <w:rPr>
          <w:rFonts w:cs="Times New Roman"/>
        </w:rPr>
        <w:t>The old teacher began walking again.</w:t>
      </w:r>
    </w:p>
    <w:p w14:paraId="68AACA49" w14:textId="77777777" w:rsidR="007D7487" w:rsidRDefault="00E6407B">
      <w:pPr>
        <w:ind w:firstLine="288"/>
      </w:pPr>
      <w:r>
        <w:rPr>
          <w:rFonts w:cs="Times New Roman"/>
        </w:rPr>
        <w:t>Slowly at first.</w:t>
      </w:r>
    </w:p>
    <w:p w14:paraId="7B1F41C9" w14:textId="77777777" w:rsidR="007D7487" w:rsidRDefault="00E6407B">
      <w:pPr>
        <w:ind w:firstLine="288"/>
      </w:pPr>
      <w:r>
        <w:rPr>
          <w:rFonts w:cs="Times New Roman"/>
        </w:rPr>
        <w:lastRenderedPageBreak/>
        <w:t>“Solomon…”</w:t>
      </w:r>
    </w:p>
    <w:p w14:paraId="792BB21A" w14:textId="77777777" w:rsidR="007D7487" w:rsidRDefault="00E6407B">
      <w:pPr>
        <w:ind w:firstLine="288"/>
      </w:pPr>
      <w:r>
        <w:rPr>
          <w:rFonts w:cs="Times New Roman"/>
        </w:rPr>
        <w:t>His lips moved silently.</w:t>
      </w:r>
    </w:p>
    <w:p w14:paraId="1C5C99D7" w14:textId="77777777" w:rsidR="007D7487" w:rsidRDefault="00E6407B">
      <w:pPr>
        <w:ind w:firstLine="288"/>
      </w:pPr>
      <w:r>
        <w:rPr>
          <w:rFonts w:cs="Times New Roman"/>
        </w:rPr>
        <w:t>“David. Solomon. The kings…”</w:t>
      </w:r>
    </w:p>
    <w:p w14:paraId="27869377" w14:textId="77777777" w:rsidR="007D7487" w:rsidRDefault="00E6407B">
      <w:pPr>
        <w:ind w:firstLine="288"/>
      </w:pPr>
      <w:r>
        <w:rPr>
          <w:rFonts w:cs="Times New Roman"/>
        </w:rPr>
        <w:t>Then he stopped.</w:t>
      </w:r>
    </w:p>
    <w:p w14:paraId="70D40535" w14:textId="77777777" w:rsidR="007D7487" w:rsidRDefault="00E6407B">
      <w:pPr>
        <w:ind w:firstLine="288"/>
      </w:pPr>
      <w:r>
        <w:rPr>
          <w:rFonts w:cs="Times New Roman"/>
        </w:rPr>
        <w:t>“Jeconiah.”</w:t>
      </w:r>
    </w:p>
    <w:p w14:paraId="10D8BF50" w14:textId="77777777" w:rsidR="007D7487" w:rsidRDefault="00E6407B">
      <w:pPr>
        <w:ind w:firstLine="288"/>
      </w:pPr>
      <w:r>
        <w:rPr>
          <w:rFonts w:cs="Times New Roman"/>
        </w:rPr>
        <w:t>Joanna had been waiting for that.</w:t>
      </w:r>
    </w:p>
    <w:p w14:paraId="663019AE" w14:textId="77777777" w:rsidR="007D7487" w:rsidRDefault="00E6407B">
      <w:pPr>
        <w:ind w:firstLine="288"/>
      </w:pPr>
      <w:r>
        <w:rPr>
          <w:rFonts w:cs="Times New Roman"/>
        </w:rPr>
        <w:t>“Yes.”</w:t>
      </w:r>
    </w:p>
    <w:p w14:paraId="5E561C33" w14:textId="77777777" w:rsidR="007D7487" w:rsidRDefault="00E6407B">
      <w:pPr>
        <w:ind w:firstLine="288"/>
      </w:pPr>
      <w:r>
        <w:rPr>
          <w:rFonts w:cs="Times New Roman"/>
        </w:rPr>
        <w:t>Nicodemus stared down the road.</w:t>
      </w:r>
    </w:p>
    <w:p w14:paraId="2884B143" w14:textId="77777777" w:rsidR="007D7487" w:rsidRDefault="00E6407B">
      <w:pPr>
        <w:ind w:firstLine="288"/>
      </w:pPr>
      <w:r>
        <w:rPr>
          <w:rFonts w:cs="Times New Roman"/>
        </w:rPr>
        <w:t>Jeremiah.</w:t>
      </w:r>
    </w:p>
    <w:p w14:paraId="05911DED" w14:textId="77777777" w:rsidR="007D7487" w:rsidRDefault="00E6407B">
      <w:pPr>
        <w:ind w:firstLine="288"/>
      </w:pPr>
      <w:r>
        <w:rPr>
          <w:rFonts w:cs="Times New Roman"/>
        </w:rPr>
        <w:t>The judgment against the king.</w:t>
      </w:r>
    </w:p>
    <w:p w14:paraId="2B35C49F" w14:textId="77777777" w:rsidR="007D7487" w:rsidRDefault="00E6407B">
      <w:pPr>
        <w:ind w:firstLine="288"/>
      </w:pPr>
      <w:r>
        <w:rPr>
          <w:rFonts w:cs="Times New Roman"/>
        </w:rPr>
        <w:t>A man written childless—not because no children had been born to him, but because none of his seed would prosper sitting upon David’s throne and ruling in Judah.</w:t>
      </w:r>
    </w:p>
    <w:p w14:paraId="48C4D217" w14:textId="77777777" w:rsidR="007D7487" w:rsidRDefault="00E6407B">
      <w:pPr>
        <w:ind w:firstLine="288"/>
      </w:pPr>
      <w:r>
        <w:rPr>
          <w:rFonts w:cs="Times New Roman"/>
        </w:rPr>
        <w:t>Nicodemus lifted one finger.</w:t>
      </w:r>
    </w:p>
    <w:p w14:paraId="41BC9D63" w14:textId="77777777" w:rsidR="007D7487" w:rsidRDefault="00E6407B">
      <w:pPr>
        <w:ind w:firstLine="288"/>
      </w:pPr>
      <w:r>
        <w:rPr>
          <w:rFonts w:cs="Times New Roman"/>
        </w:rPr>
        <w:t>“No man of his seed…”</w:t>
      </w:r>
    </w:p>
    <w:p w14:paraId="7BEEC16B" w14:textId="77777777" w:rsidR="007D7487" w:rsidRDefault="00E6407B">
      <w:pPr>
        <w:ind w:firstLine="288"/>
      </w:pPr>
      <w:r>
        <w:rPr>
          <w:rFonts w:cs="Times New Roman"/>
        </w:rPr>
        <w:t>He turned toward Mary.</w:t>
      </w:r>
    </w:p>
    <w:p w14:paraId="117F19A3" w14:textId="77777777" w:rsidR="007D7487" w:rsidRDefault="00E6407B">
      <w:pPr>
        <w:ind w:firstLine="288"/>
      </w:pPr>
      <w:r>
        <w:rPr>
          <w:rFonts w:cs="Times New Roman"/>
        </w:rPr>
        <w:t>Then toward Joanna.</w:t>
      </w:r>
    </w:p>
    <w:p w14:paraId="54074E1E" w14:textId="77777777" w:rsidR="007D7487" w:rsidRDefault="00E6407B">
      <w:pPr>
        <w:ind w:firstLine="288"/>
      </w:pPr>
      <w:r>
        <w:rPr>
          <w:rFonts w:cs="Times New Roman"/>
        </w:rPr>
        <w:t>Then back to Mary.</w:t>
      </w:r>
    </w:p>
    <w:p w14:paraId="374CAED0" w14:textId="77777777" w:rsidR="007D7487" w:rsidRDefault="00E6407B">
      <w:pPr>
        <w:ind w:firstLine="288"/>
      </w:pPr>
      <w:r>
        <w:rPr>
          <w:rFonts w:cs="Times New Roman"/>
        </w:rPr>
        <w:t>“But Joseph did not beget Him.”</w:t>
      </w:r>
    </w:p>
    <w:p w14:paraId="13DB3A35" w14:textId="77777777" w:rsidR="007D7487" w:rsidRDefault="00E6407B">
      <w:pPr>
        <w:ind w:firstLine="288"/>
      </w:pPr>
      <w:r>
        <w:rPr>
          <w:rFonts w:cs="Times New Roman"/>
        </w:rPr>
        <w:t>Nobody answered.</w:t>
      </w:r>
    </w:p>
    <w:p w14:paraId="5C54B228" w14:textId="77777777" w:rsidR="007D7487" w:rsidRDefault="00E6407B">
      <w:pPr>
        <w:ind w:firstLine="288"/>
      </w:pPr>
      <w:r>
        <w:rPr>
          <w:rFonts w:cs="Times New Roman"/>
        </w:rPr>
        <w:t>They did not need to.</w:t>
      </w:r>
    </w:p>
    <w:p w14:paraId="38439D7F" w14:textId="77777777" w:rsidR="007D7487" w:rsidRDefault="00E6407B">
      <w:pPr>
        <w:ind w:firstLine="288"/>
      </w:pPr>
      <w:r>
        <w:rPr>
          <w:rFonts w:cs="Times New Roman"/>
        </w:rPr>
        <w:t>Nicodemus’s eyes widened.</w:t>
      </w:r>
    </w:p>
    <w:p w14:paraId="14FDD95F" w14:textId="77777777" w:rsidR="007D7487" w:rsidRDefault="00E6407B">
      <w:pPr>
        <w:ind w:firstLine="288"/>
      </w:pPr>
      <w:r>
        <w:rPr>
          <w:rFonts w:cs="Times New Roman"/>
        </w:rPr>
        <w:t>“Joseph did not beget Him.”</w:t>
      </w:r>
    </w:p>
    <w:p w14:paraId="6988C8E2" w14:textId="77777777" w:rsidR="007D7487" w:rsidRDefault="00E6407B">
      <w:pPr>
        <w:ind w:firstLine="288"/>
      </w:pPr>
      <w:r>
        <w:rPr>
          <w:rFonts w:cs="Times New Roman"/>
        </w:rPr>
        <w:t>Susanna glanced at Joanna.</w:t>
      </w:r>
    </w:p>
    <w:p w14:paraId="3F8F68DB" w14:textId="77777777" w:rsidR="007D7487" w:rsidRDefault="00E6407B">
      <w:pPr>
        <w:ind w:firstLine="288"/>
      </w:pPr>
      <w:r>
        <w:rPr>
          <w:rFonts w:cs="Times New Roman"/>
        </w:rPr>
        <w:t>Joanna was already smiling.</w:t>
      </w:r>
    </w:p>
    <w:p w14:paraId="7BB682D4" w14:textId="77777777" w:rsidR="007D7487" w:rsidRDefault="00E6407B">
      <w:pPr>
        <w:ind w:firstLine="288"/>
      </w:pPr>
      <w:r>
        <w:rPr>
          <w:rFonts w:cs="Times New Roman"/>
        </w:rPr>
        <w:t>She whispered:</w:t>
      </w:r>
    </w:p>
    <w:p w14:paraId="23C60716" w14:textId="77777777" w:rsidR="007D7487" w:rsidRDefault="00E6407B">
      <w:pPr>
        <w:ind w:firstLine="288"/>
      </w:pPr>
      <w:r>
        <w:rPr>
          <w:rFonts w:cs="Times New Roman"/>
        </w:rPr>
        <w:t>“It has begun.”</w:t>
      </w:r>
    </w:p>
    <w:p w14:paraId="7F0AAB6F" w14:textId="77777777" w:rsidR="007D7487" w:rsidRDefault="00E6407B">
      <w:pPr>
        <w:ind w:firstLine="288"/>
      </w:pPr>
      <w:r>
        <w:rPr>
          <w:rFonts w:cs="Times New Roman"/>
        </w:rPr>
        <w:t>Nicodemus heard neither of them.</w:t>
      </w:r>
    </w:p>
    <w:p w14:paraId="575FB65C" w14:textId="77777777" w:rsidR="007D7487" w:rsidRDefault="00E6407B">
      <w:pPr>
        <w:ind w:firstLine="288"/>
      </w:pPr>
      <w:r>
        <w:rPr>
          <w:rFonts w:cs="Times New Roman"/>
        </w:rPr>
        <w:t>“He can belong to Joseph’s house without being Joseph’s seed.”</w:t>
      </w:r>
    </w:p>
    <w:p w14:paraId="0DE3DD23" w14:textId="77777777" w:rsidR="007D7487" w:rsidRDefault="00E6407B">
      <w:pPr>
        <w:ind w:firstLine="288"/>
      </w:pPr>
      <w:r>
        <w:rPr>
          <w:rFonts w:cs="Times New Roman"/>
        </w:rPr>
        <w:t>He started walking again, faster now.</w:t>
      </w:r>
    </w:p>
    <w:p w14:paraId="79A748E6" w14:textId="77777777" w:rsidR="007D7487" w:rsidRDefault="00E6407B">
      <w:pPr>
        <w:ind w:firstLine="288"/>
      </w:pPr>
      <w:r>
        <w:rPr>
          <w:rFonts w:cs="Times New Roman"/>
        </w:rPr>
        <w:t>“Joseph is of David. Solomon. The royal house. Jeconiah. Jacob. Joseph.”</w:t>
      </w:r>
    </w:p>
    <w:p w14:paraId="21A4A0CF" w14:textId="77777777" w:rsidR="007D7487" w:rsidRDefault="00E6407B">
      <w:pPr>
        <w:ind w:firstLine="288"/>
      </w:pPr>
      <w:r>
        <w:rPr>
          <w:rFonts w:cs="Times New Roman"/>
        </w:rPr>
        <w:t>Another finger rose.</w:t>
      </w:r>
    </w:p>
    <w:p w14:paraId="43B9E56A" w14:textId="77777777" w:rsidR="007D7487" w:rsidRDefault="00E6407B">
      <w:pPr>
        <w:ind w:firstLine="288"/>
      </w:pPr>
      <w:r>
        <w:rPr>
          <w:rFonts w:cs="Times New Roman"/>
        </w:rPr>
        <w:t>“But the child is not begotten of Joseph.”</w:t>
      </w:r>
    </w:p>
    <w:p w14:paraId="4DA2E089" w14:textId="77777777" w:rsidR="007D7487" w:rsidRDefault="00E6407B">
      <w:pPr>
        <w:ind w:firstLine="288"/>
      </w:pPr>
      <w:r>
        <w:rPr>
          <w:rFonts w:cs="Times New Roman"/>
        </w:rPr>
        <w:t>He turned sharply toward Mary.</w:t>
      </w:r>
    </w:p>
    <w:p w14:paraId="7C8CB71D" w14:textId="77777777" w:rsidR="007D7487" w:rsidRDefault="00E6407B">
      <w:pPr>
        <w:ind w:firstLine="288"/>
      </w:pPr>
      <w:r>
        <w:rPr>
          <w:rFonts w:cs="Times New Roman"/>
        </w:rPr>
        <w:t>“His flesh is yours.”</w:t>
      </w:r>
    </w:p>
    <w:p w14:paraId="3D59E173" w14:textId="77777777" w:rsidR="007D7487" w:rsidRDefault="00E6407B">
      <w:pPr>
        <w:ind w:firstLine="288"/>
      </w:pPr>
      <w:r>
        <w:rPr>
          <w:rFonts w:cs="Times New Roman"/>
        </w:rPr>
        <w:t>Mary’s expression softened.</w:t>
      </w:r>
    </w:p>
    <w:p w14:paraId="3C2AD3D1" w14:textId="77777777" w:rsidR="007D7487" w:rsidRDefault="00E6407B">
      <w:pPr>
        <w:ind w:firstLine="288"/>
      </w:pPr>
      <w:r>
        <w:rPr>
          <w:rFonts w:cs="Times New Roman"/>
        </w:rPr>
        <w:t>“Yes.”</w:t>
      </w:r>
    </w:p>
    <w:p w14:paraId="520CC700" w14:textId="77777777" w:rsidR="007D7487" w:rsidRDefault="00E6407B">
      <w:pPr>
        <w:ind w:firstLine="288"/>
      </w:pPr>
      <w:r>
        <w:rPr>
          <w:rFonts w:cs="Times New Roman"/>
        </w:rPr>
        <w:t>Nicodemus stopped again.</w:t>
      </w:r>
    </w:p>
    <w:p w14:paraId="4F3B2F2E" w14:textId="77777777" w:rsidR="007D7487" w:rsidRDefault="00E6407B">
      <w:pPr>
        <w:ind w:firstLine="288"/>
      </w:pPr>
      <w:r>
        <w:rPr>
          <w:rFonts w:cs="Times New Roman"/>
        </w:rPr>
        <w:t>The excitement disappeared from his face for just a moment, replaced by something quieter.</w:t>
      </w:r>
    </w:p>
    <w:p w14:paraId="2C8DCBEF" w14:textId="77777777" w:rsidR="007D7487" w:rsidRDefault="00E6407B">
      <w:pPr>
        <w:ind w:firstLine="288"/>
      </w:pPr>
      <w:r>
        <w:rPr>
          <w:rFonts w:cs="Times New Roman"/>
        </w:rPr>
        <w:lastRenderedPageBreak/>
        <w:t>“Of course.”</w:t>
      </w:r>
    </w:p>
    <w:p w14:paraId="56D54998" w14:textId="77777777" w:rsidR="007D7487" w:rsidRDefault="00E6407B">
      <w:pPr>
        <w:ind w:firstLine="288"/>
      </w:pPr>
      <w:r>
        <w:rPr>
          <w:rFonts w:cs="Times New Roman"/>
        </w:rPr>
        <w:t>He looked almost embarrassed that the simplicity of it had escaped him.</w:t>
      </w:r>
    </w:p>
    <w:p w14:paraId="4F7527C8" w14:textId="77777777" w:rsidR="007D7487" w:rsidRDefault="00E6407B">
      <w:pPr>
        <w:ind w:firstLine="288"/>
      </w:pPr>
      <w:r>
        <w:rPr>
          <w:rFonts w:cs="Times New Roman"/>
        </w:rPr>
        <w:t>“Of course His flesh is yours.”</w:t>
      </w:r>
    </w:p>
    <w:p w14:paraId="5C83FC25" w14:textId="77777777" w:rsidR="007D7487" w:rsidRDefault="00E6407B">
      <w:pPr>
        <w:ind w:firstLine="288"/>
      </w:pPr>
      <w:r>
        <w:rPr>
          <w:rFonts w:cs="Times New Roman"/>
        </w:rPr>
        <w:t>Then the scholar returned.</w:t>
      </w:r>
    </w:p>
    <w:p w14:paraId="4E6D0523" w14:textId="77777777" w:rsidR="007D7487" w:rsidRDefault="00E6407B">
      <w:pPr>
        <w:ind w:firstLine="288"/>
      </w:pPr>
      <w:r>
        <w:rPr>
          <w:rFonts w:cs="Times New Roman"/>
        </w:rPr>
        <w:t>“Heli. Nathan. David.”</w:t>
      </w:r>
    </w:p>
    <w:p w14:paraId="476AE68E" w14:textId="77777777" w:rsidR="007D7487" w:rsidRDefault="00E6407B">
      <w:pPr>
        <w:ind w:firstLine="288"/>
      </w:pPr>
      <w:r>
        <w:rPr>
          <w:rFonts w:cs="Times New Roman"/>
        </w:rPr>
        <w:t>He began counting backward through remembered names and promises.</w:t>
      </w:r>
    </w:p>
    <w:p w14:paraId="6B1BC36E" w14:textId="77777777" w:rsidR="007D7487" w:rsidRDefault="00E6407B">
      <w:pPr>
        <w:ind w:firstLine="288"/>
      </w:pPr>
      <w:r>
        <w:rPr>
          <w:rFonts w:cs="Times New Roman"/>
        </w:rPr>
        <w:t>“Jesse. Judah…”</w:t>
      </w:r>
    </w:p>
    <w:p w14:paraId="232537BE" w14:textId="77777777" w:rsidR="007D7487" w:rsidRDefault="00E6407B">
      <w:pPr>
        <w:ind w:firstLine="288"/>
      </w:pPr>
      <w:r>
        <w:rPr>
          <w:rFonts w:cs="Times New Roman"/>
        </w:rPr>
        <w:t>Joanna watched him.</w:t>
      </w:r>
    </w:p>
    <w:p w14:paraId="65D83356" w14:textId="77777777" w:rsidR="007D7487" w:rsidRDefault="00E6407B">
      <w:pPr>
        <w:ind w:firstLine="288"/>
      </w:pPr>
      <w:r>
        <w:rPr>
          <w:rFonts w:cs="Times New Roman"/>
        </w:rPr>
        <w:t>“But there is still the daughter.”</w:t>
      </w:r>
    </w:p>
    <w:p w14:paraId="323656BD" w14:textId="77777777" w:rsidR="007D7487" w:rsidRDefault="00E6407B">
      <w:pPr>
        <w:ind w:firstLine="288"/>
      </w:pPr>
      <w:r>
        <w:rPr>
          <w:rFonts w:cs="Times New Roman"/>
        </w:rPr>
        <w:t>Nicodemus looked at her.</w:t>
      </w:r>
    </w:p>
    <w:p w14:paraId="69AA6B19" w14:textId="77777777" w:rsidR="007D7487" w:rsidRDefault="00E6407B">
      <w:pPr>
        <w:ind w:firstLine="288"/>
      </w:pPr>
      <w:r>
        <w:rPr>
          <w:rFonts w:cs="Times New Roman"/>
        </w:rPr>
        <w:t>“Yes.”</w:t>
      </w:r>
    </w:p>
    <w:p w14:paraId="49DB8123" w14:textId="77777777" w:rsidR="007D7487" w:rsidRDefault="00E6407B">
      <w:pPr>
        <w:ind w:firstLine="288"/>
      </w:pPr>
      <w:r>
        <w:rPr>
          <w:rFonts w:cs="Times New Roman"/>
        </w:rPr>
        <w:t>“If Heli had no son, the line reaches Mary. But if someone writes the genealogy in the ordinary manner, what happens when the line passes through a daughter?”</w:t>
      </w:r>
    </w:p>
    <w:p w14:paraId="04F5FA81" w14:textId="77777777" w:rsidR="007D7487" w:rsidRDefault="00E6407B">
      <w:pPr>
        <w:ind w:firstLine="288"/>
      </w:pPr>
      <w:r>
        <w:rPr>
          <w:rFonts w:cs="Times New Roman"/>
        </w:rPr>
        <w:t>Nicodemus opened his mouth.</w:t>
      </w:r>
    </w:p>
    <w:p w14:paraId="6B97D1B8" w14:textId="77777777" w:rsidR="007D7487" w:rsidRDefault="00E6407B">
      <w:pPr>
        <w:ind w:firstLine="288"/>
      </w:pPr>
      <w:r>
        <w:rPr>
          <w:rFonts w:cs="Times New Roman"/>
        </w:rPr>
        <w:t>Stopped.</w:t>
      </w:r>
    </w:p>
    <w:p w14:paraId="3A557C27" w14:textId="77777777" w:rsidR="007D7487" w:rsidRDefault="00E6407B">
      <w:pPr>
        <w:ind w:firstLine="288"/>
      </w:pPr>
      <w:r>
        <w:rPr>
          <w:rFonts w:cs="Times New Roman"/>
        </w:rPr>
        <w:t>Closed it.</w:t>
      </w:r>
    </w:p>
    <w:p w14:paraId="7C88A4D4" w14:textId="77777777" w:rsidR="007D7487" w:rsidRDefault="00E6407B">
      <w:pPr>
        <w:ind w:firstLine="288"/>
      </w:pPr>
      <w:r>
        <w:rPr>
          <w:rFonts w:cs="Times New Roman"/>
        </w:rPr>
        <w:t>His eyes narrowed.</w:t>
      </w:r>
    </w:p>
    <w:p w14:paraId="21284FDB" w14:textId="77777777" w:rsidR="007D7487" w:rsidRDefault="00E6407B">
      <w:pPr>
        <w:ind w:firstLine="288"/>
      </w:pPr>
      <w:r>
        <w:rPr>
          <w:rFonts w:cs="Times New Roman"/>
        </w:rPr>
        <w:t>Then suddenly he looked toward the hills as though an answer had appeared upon them.</w:t>
      </w:r>
    </w:p>
    <w:p w14:paraId="228C3B55" w14:textId="77777777" w:rsidR="007D7487" w:rsidRDefault="00E6407B">
      <w:pPr>
        <w:ind w:firstLine="288"/>
      </w:pPr>
      <w:r>
        <w:rPr>
          <w:rFonts w:cs="Times New Roman"/>
        </w:rPr>
        <w:t>“Sheshan.”</w:t>
      </w:r>
    </w:p>
    <w:p w14:paraId="78CCFD3F" w14:textId="77777777" w:rsidR="007D7487" w:rsidRDefault="00E6407B">
      <w:pPr>
        <w:ind w:firstLine="288"/>
      </w:pPr>
      <w:r>
        <w:rPr>
          <w:rFonts w:cs="Times New Roman"/>
        </w:rPr>
        <w:t>Susanna blinked.</w:t>
      </w:r>
    </w:p>
    <w:p w14:paraId="6B1C6421" w14:textId="77777777" w:rsidR="007D7487" w:rsidRDefault="00E6407B">
      <w:pPr>
        <w:ind w:firstLine="288"/>
      </w:pPr>
      <w:r>
        <w:rPr>
          <w:rFonts w:cs="Times New Roman"/>
        </w:rPr>
        <w:t>“Who?”</w:t>
      </w:r>
    </w:p>
    <w:p w14:paraId="3B3A24C6" w14:textId="77777777" w:rsidR="007D7487" w:rsidRDefault="00E6407B">
      <w:pPr>
        <w:ind w:firstLine="288"/>
      </w:pPr>
      <w:r>
        <w:rPr>
          <w:rFonts w:cs="Times New Roman"/>
        </w:rPr>
        <w:t>“Sheshan!”</w:t>
      </w:r>
    </w:p>
    <w:p w14:paraId="40A1913A" w14:textId="77777777" w:rsidR="007D7487" w:rsidRDefault="00E6407B">
      <w:pPr>
        <w:ind w:firstLine="288"/>
      </w:pPr>
      <w:r>
        <w:rPr>
          <w:rFonts w:cs="Times New Roman"/>
        </w:rPr>
        <w:t>Nicodemus was smiling now.</w:t>
      </w:r>
    </w:p>
    <w:p w14:paraId="114D3AFC" w14:textId="77777777" w:rsidR="007D7487" w:rsidRDefault="00E6407B">
      <w:pPr>
        <w:ind w:firstLine="288"/>
      </w:pPr>
      <w:r>
        <w:rPr>
          <w:rFonts w:cs="Times New Roman"/>
        </w:rPr>
        <w:t>Joanna looked at Mary.</w:t>
      </w:r>
    </w:p>
    <w:p w14:paraId="5ADC9203" w14:textId="77777777" w:rsidR="007D7487" w:rsidRDefault="00E6407B">
      <w:pPr>
        <w:ind w:firstLine="288"/>
      </w:pPr>
      <w:r>
        <w:rPr>
          <w:rFonts w:cs="Times New Roman"/>
        </w:rPr>
        <w:t>Mary bit her lower lip, trying not to laugh.</w:t>
      </w:r>
    </w:p>
    <w:p w14:paraId="5ADA6D55" w14:textId="77777777" w:rsidR="007D7487" w:rsidRDefault="00E6407B">
      <w:pPr>
        <w:ind w:firstLine="288"/>
      </w:pPr>
      <w:r>
        <w:rPr>
          <w:rFonts w:cs="Times New Roman"/>
        </w:rPr>
        <w:t>Susanna whispered:</w:t>
      </w:r>
    </w:p>
    <w:p w14:paraId="08A13378" w14:textId="77777777" w:rsidR="007D7487" w:rsidRDefault="00E6407B">
      <w:pPr>
        <w:ind w:firstLine="288"/>
      </w:pPr>
      <w:r>
        <w:rPr>
          <w:rFonts w:cs="Times New Roman"/>
        </w:rPr>
        <w:t>“Is Sheshan someone we should know?”</w:t>
      </w:r>
    </w:p>
    <w:p w14:paraId="2B40310D" w14:textId="77777777" w:rsidR="007D7487" w:rsidRDefault="00E6407B">
      <w:pPr>
        <w:ind w:firstLine="288"/>
      </w:pPr>
      <w:r>
        <w:rPr>
          <w:rFonts w:cs="Times New Roman"/>
        </w:rPr>
        <w:t>Nicodemus turned toward them with the delighted expression of a man who had just found treasure buried in a passage everyone else had walked over.</w:t>
      </w:r>
    </w:p>
    <w:p w14:paraId="58A68AE0" w14:textId="77777777" w:rsidR="007D7487" w:rsidRDefault="00E6407B">
      <w:pPr>
        <w:ind w:firstLine="288"/>
      </w:pPr>
      <w:r>
        <w:rPr>
          <w:rFonts w:cs="Times New Roman"/>
        </w:rPr>
        <w:t>“Judah.”</w:t>
      </w:r>
    </w:p>
    <w:p w14:paraId="082A9456" w14:textId="77777777" w:rsidR="007D7487" w:rsidRDefault="00E6407B">
      <w:pPr>
        <w:ind w:firstLine="288"/>
      </w:pPr>
      <w:r>
        <w:rPr>
          <w:rFonts w:cs="Times New Roman"/>
        </w:rPr>
        <w:t>That did not help them.</w:t>
      </w:r>
    </w:p>
    <w:p w14:paraId="64895C5D" w14:textId="77777777" w:rsidR="007D7487" w:rsidRDefault="00E6407B">
      <w:pPr>
        <w:ind w:firstLine="288"/>
      </w:pPr>
      <w:r>
        <w:rPr>
          <w:rFonts w:cs="Times New Roman"/>
        </w:rPr>
        <w:t>He continued anyway.</w:t>
      </w:r>
    </w:p>
    <w:p w14:paraId="04A953AD" w14:textId="77777777" w:rsidR="007D7487" w:rsidRDefault="00E6407B">
      <w:pPr>
        <w:ind w:firstLine="288"/>
      </w:pPr>
      <w:r>
        <w:rPr>
          <w:rFonts w:cs="Times New Roman"/>
        </w:rPr>
        <w:t>“Sheshan was of Judah. The record says plainly that he had no sons—only daughters.”</w:t>
      </w:r>
    </w:p>
    <w:p w14:paraId="6EFBB8EF" w14:textId="77777777" w:rsidR="007D7487" w:rsidRDefault="00E6407B">
      <w:pPr>
        <w:ind w:firstLine="288"/>
      </w:pPr>
      <w:r>
        <w:rPr>
          <w:rFonts w:cs="Times New Roman"/>
        </w:rPr>
        <w:t>Joanna’s smile vanished.</w:t>
      </w:r>
    </w:p>
    <w:p w14:paraId="49F2A5A8" w14:textId="77777777" w:rsidR="007D7487" w:rsidRDefault="00E6407B">
      <w:pPr>
        <w:ind w:firstLine="288"/>
      </w:pPr>
      <w:r>
        <w:rPr>
          <w:rFonts w:cs="Times New Roman"/>
        </w:rPr>
        <w:t>Now she understood.</w:t>
      </w:r>
    </w:p>
    <w:p w14:paraId="7CC9E92E" w14:textId="77777777" w:rsidR="007D7487" w:rsidRDefault="00E6407B">
      <w:pPr>
        <w:ind w:firstLine="288"/>
      </w:pPr>
      <w:r>
        <w:rPr>
          <w:rFonts w:cs="Times New Roman"/>
        </w:rPr>
        <w:t>Nicodemus pointed toward her.</w:t>
      </w:r>
    </w:p>
    <w:p w14:paraId="69039107" w14:textId="77777777" w:rsidR="007D7487" w:rsidRDefault="00E6407B">
      <w:pPr>
        <w:ind w:firstLine="288"/>
      </w:pPr>
      <w:r>
        <w:rPr>
          <w:rFonts w:cs="Times New Roman"/>
        </w:rPr>
        <w:t>“Yes. Exactly.”</w:t>
      </w:r>
    </w:p>
    <w:p w14:paraId="48DFBB8B" w14:textId="77777777" w:rsidR="007D7487" w:rsidRDefault="00E6407B">
      <w:pPr>
        <w:ind w:firstLine="288"/>
      </w:pPr>
      <w:r>
        <w:rPr>
          <w:rFonts w:cs="Times New Roman"/>
        </w:rPr>
        <w:t>“I did not say anything.”</w:t>
      </w:r>
    </w:p>
    <w:p w14:paraId="4A2AA2F4" w14:textId="77777777" w:rsidR="007D7487" w:rsidRDefault="00E6407B">
      <w:pPr>
        <w:ind w:firstLine="288"/>
      </w:pPr>
      <w:r>
        <w:rPr>
          <w:rFonts w:cs="Times New Roman"/>
        </w:rPr>
        <w:lastRenderedPageBreak/>
        <w:t>“You did not need to.”</w:t>
      </w:r>
    </w:p>
    <w:p w14:paraId="60BA5437" w14:textId="77777777" w:rsidR="007D7487" w:rsidRDefault="00E6407B">
      <w:pPr>
        <w:ind w:firstLine="288"/>
      </w:pPr>
      <w:r>
        <w:rPr>
          <w:rFonts w:cs="Times New Roman"/>
        </w:rPr>
        <w:t>He was moving his hands now, all of his old reserve forgotten.</w:t>
      </w:r>
    </w:p>
    <w:p w14:paraId="673D9932" w14:textId="77777777" w:rsidR="007D7487" w:rsidRDefault="00E6407B">
      <w:pPr>
        <w:ind w:firstLine="288"/>
      </w:pPr>
      <w:r>
        <w:rPr>
          <w:rFonts w:cs="Times New Roman"/>
        </w:rPr>
        <w:t>“Sheshan gives his daughter in marriage. She bears Attai. And what does the genealogy do?”</w:t>
      </w:r>
    </w:p>
    <w:p w14:paraId="412AFD7D" w14:textId="77777777" w:rsidR="007D7487" w:rsidRDefault="00E6407B">
      <w:pPr>
        <w:ind w:firstLine="288"/>
      </w:pPr>
      <w:r>
        <w:rPr>
          <w:rFonts w:cs="Times New Roman"/>
        </w:rPr>
        <w:t>The women waited.</w:t>
      </w:r>
    </w:p>
    <w:p w14:paraId="294B7496" w14:textId="77777777" w:rsidR="007D7487" w:rsidRDefault="00E6407B">
      <w:pPr>
        <w:ind w:firstLine="288"/>
      </w:pPr>
      <w:r>
        <w:rPr>
          <w:rFonts w:cs="Times New Roman"/>
        </w:rPr>
        <w:t>“It continues.”</w:t>
      </w:r>
    </w:p>
    <w:p w14:paraId="4EC45F9B" w14:textId="77777777" w:rsidR="007D7487" w:rsidRDefault="00E6407B">
      <w:pPr>
        <w:ind w:firstLine="288"/>
      </w:pPr>
      <w:r>
        <w:rPr>
          <w:rFonts w:cs="Times New Roman"/>
        </w:rPr>
        <w:t>Nicodemus struck one palm lightly with the other.</w:t>
      </w:r>
    </w:p>
    <w:p w14:paraId="5E94913A" w14:textId="77777777" w:rsidR="007D7487" w:rsidRDefault="00E6407B">
      <w:pPr>
        <w:ind w:firstLine="288"/>
      </w:pPr>
      <w:r>
        <w:rPr>
          <w:rFonts w:cs="Times New Roman"/>
        </w:rPr>
        <w:t>“The daughter is absolutely necessary to the descent—and yet when the genealogy resumes, the record returns to the men.”</w:t>
      </w:r>
    </w:p>
    <w:p w14:paraId="049448B2" w14:textId="77777777" w:rsidR="007D7487" w:rsidRDefault="00E6407B">
      <w:pPr>
        <w:ind w:firstLine="288"/>
      </w:pPr>
      <w:r>
        <w:rPr>
          <w:rFonts w:cs="Times New Roman"/>
        </w:rPr>
        <w:t>Joanna looked at Mary.</w:t>
      </w:r>
    </w:p>
    <w:p w14:paraId="47B59A59" w14:textId="77777777" w:rsidR="007D7487" w:rsidRDefault="00E6407B">
      <w:pPr>
        <w:ind w:firstLine="288"/>
      </w:pPr>
      <w:r>
        <w:rPr>
          <w:rFonts w:cs="Times New Roman"/>
        </w:rPr>
        <w:t>“The daughter is there.”</w:t>
      </w:r>
    </w:p>
    <w:p w14:paraId="1CEF1F54" w14:textId="77777777" w:rsidR="007D7487" w:rsidRDefault="00E6407B">
      <w:pPr>
        <w:ind w:firstLine="288"/>
      </w:pPr>
      <w:r>
        <w:rPr>
          <w:rFonts w:cs="Times New Roman"/>
        </w:rPr>
        <w:t>“Yes,” Nicodemus answered.</w:t>
      </w:r>
    </w:p>
    <w:p w14:paraId="1C918893" w14:textId="77777777" w:rsidR="007D7487" w:rsidRDefault="00E6407B">
      <w:pPr>
        <w:ind w:firstLine="288"/>
      </w:pPr>
      <w:r>
        <w:rPr>
          <w:rFonts w:cs="Times New Roman"/>
        </w:rPr>
        <w:t>“But her name does not have to stand in the chain.”</w:t>
      </w:r>
    </w:p>
    <w:p w14:paraId="16312594" w14:textId="77777777" w:rsidR="007D7487" w:rsidRDefault="00E6407B">
      <w:pPr>
        <w:ind w:firstLine="288"/>
      </w:pPr>
      <w:r>
        <w:rPr>
          <w:rFonts w:cs="Times New Roman"/>
        </w:rPr>
        <w:t>“Yes!”</w:t>
      </w:r>
    </w:p>
    <w:p w14:paraId="767B5EC0" w14:textId="77777777" w:rsidR="007D7487" w:rsidRDefault="00E6407B">
      <w:pPr>
        <w:ind w:firstLine="288"/>
      </w:pPr>
      <w:r>
        <w:rPr>
          <w:rFonts w:cs="Times New Roman"/>
        </w:rPr>
        <w:t>Susanna could no longer contain herself.</w:t>
      </w:r>
    </w:p>
    <w:p w14:paraId="75EEF098" w14:textId="77777777" w:rsidR="007D7487" w:rsidRDefault="00E6407B">
      <w:pPr>
        <w:ind w:firstLine="288"/>
      </w:pPr>
      <w:r>
        <w:rPr>
          <w:rFonts w:cs="Times New Roman"/>
        </w:rPr>
        <w:t>She laughed.</w:t>
      </w:r>
    </w:p>
    <w:p w14:paraId="6A90F95E" w14:textId="77777777" w:rsidR="007D7487" w:rsidRDefault="00E6407B">
      <w:pPr>
        <w:ind w:firstLine="288"/>
      </w:pPr>
      <w:r>
        <w:rPr>
          <w:rFonts w:cs="Times New Roman"/>
        </w:rPr>
        <w:t>Nicodemus looked at her.</w:t>
      </w:r>
    </w:p>
    <w:p w14:paraId="56BB789E" w14:textId="77777777" w:rsidR="007D7487" w:rsidRDefault="00E6407B">
      <w:pPr>
        <w:ind w:firstLine="288"/>
      </w:pPr>
      <w:r>
        <w:rPr>
          <w:rFonts w:cs="Times New Roman"/>
        </w:rPr>
        <w:t>“What?”</w:t>
      </w:r>
    </w:p>
    <w:p w14:paraId="710F2DB2" w14:textId="77777777" w:rsidR="007D7487" w:rsidRDefault="00E6407B">
      <w:pPr>
        <w:ind w:firstLine="288"/>
      </w:pPr>
      <w:r>
        <w:rPr>
          <w:rFonts w:cs="Times New Roman"/>
        </w:rPr>
        <w:t>“Nothing.”</w:t>
      </w:r>
    </w:p>
    <w:p w14:paraId="6E58FFDF" w14:textId="77777777" w:rsidR="007D7487" w:rsidRDefault="00E6407B">
      <w:pPr>
        <w:ind w:firstLine="288"/>
      </w:pPr>
      <w:r>
        <w:rPr>
          <w:rFonts w:cs="Times New Roman"/>
        </w:rPr>
        <w:t>“There is plainly something.”</w:t>
      </w:r>
    </w:p>
    <w:p w14:paraId="675CF1BD" w14:textId="77777777" w:rsidR="007D7487" w:rsidRDefault="00E6407B">
      <w:pPr>
        <w:ind w:firstLine="288"/>
      </w:pPr>
      <w:r>
        <w:rPr>
          <w:rFonts w:cs="Times New Roman"/>
        </w:rPr>
        <w:t>Joanna shook her head.</w:t>
      </w:r>
    </w:p>
    <w:p w14:paraId="73B2D6DE" w14:textId="77777777" w:rsidR="007D7487" w:rsidRDefault="00E6407B">
      <w:pPr>
        <w:ind w:firstLine="288"/>
      </w:pPr>
      <w:r>
        <w:rPr>
          <w:rFonts w:cs="Times New Roman"/>
        </w:rPr>
        <w:t>“Please continue.”</w:t>
      </w:r>
    </w:p>
    <w:p w14:paraId="2EEA027A" w14:textId="77777777" w:rsidR="007D7487" w:rsidRDefault="00E6407B">
      <w:pPr>
        <w:ind w:firstLine="288"/>
      </w:pPr>
      <w:r>
        <w:rPr>
          <w:rFonts w:cs="Times New Roman"/>
        </w:rPr>
        <w:t>Nicodemus regarded them suspiciously for half a moment, then returned to the problem.</w:t>
      </w:r>
    </w:p>
    <w:p w14:paraId="626DD7A9" w14:textId="77777777" w:rsidR="007D7487" w:rsidRDefault="00E6407B">
      <w:pPr>
        <w:ind w:firstLine="288"/>
      </w:pPr>
      <w:r>
        <w:rPr>
          <w:rFonts w:cs="Times New Roman"/>
        </w:rPr>
        <w:t>“But Sheshan tells us how a genealogy can pass through a daughter. It does not yet answer the inheritance.”</w:t>
      </w:r>
    </w:p>
    <w:p w14:paraId="2AF76A54" w14:textId="77777777" w:rsidR="007D7487" w:rsidRDefault="00E6407B">
      <w:pPr>
        <w:ind w:firstLine="288"/>
      </w:pPr>
      <w:r>
        <w:rPr>
          <w:rFonts w:cs="Times New Roman"/>
        </w:rPr>
        <w:t>This time Mary spoke.</w:t>
      </w:r>
    </w:p>
    <w:p w14:paraId="70B6DC9F" w14:textId="77777777" w:rsidR="007D7487" w:rsidRDefault="00E6407B">
      <w:pPr>
        <w:ind w:firstLine="288"/>
      </w:pPr>
      <w:r>
        <w:rPr>
          <w:rFonts w:cs="Times New Roman"/>
        </w:rPr>
        <w:t>“The daughters of Zelophehad.”</w:t>
      </w:r>
    </w:p>
    <w:p w14:paraId="323AC43C" w14:textId="77777777" w:rsidR="007D7487" w:rsidRDefault="00E6407B">
      <w:pPr>
        <w:ind w:firstLine="288"/>
      </w:pPr>
      <w:r>
        <w:rPr>
          <w:rFonts w:cs="Times New Roman"/>
        </w:rPr>
        <w:t>Nicodemus froze.</w:t>
      </w:r>
    </w:p>
    <w:p w14:paraId="13871109" w14:textId="77777777" w:rsidR="007D7487" w:rsidRDefault="00E6407B">
      <w:pPr>
        <w:ind w:firstLine="288"/>
      </w:pPr>
      <w:r>
        <w:rPr>
          <w:rFonts w:cs="Times New Roman"/>
        </w:rPr>
        <w:t>For perhaps two heartbeats he simply stared at her.</w:t>
      </w:r>
    </w:p>
    <w:p w14:paraId="3FA53493" w14:textId="77777777" w:rsidR="007D7487" w:rsidRDefault="00E6407B">
      <w:pPr>
        <w:ind w:firstLine="288"/>
      </w:pPr>
      <w:r>
        <w:rPr>
          <w:rFonts w:cs="Times New Roman"/>
        </w:rPr>
        <w:t>Then his mouth opened.</w:t>
      </w:r>
    </w:p>
    <w:p w14:paraId="3FDECEFB" w14:textId="77777777" w:rsidR="007D7487" w:rsidRDefault="00E6407B">
      <w:pPr>
        <w:ind w:firstLine="288"/>
      </w:pPr>
      <w:r>
        <w:rPr>
          <w:rFonts w:cs="Times New Roman"/>
        </w:rPr>
        <w:t>“Manasseh.”</w:t>
      </w:r>
    </w:p>
    <w:p w14:paraId="61B75C62" w14:textId="77777777" w:rsidR="007D7487" w:rsidRDefault="00E6407B">
      <w:pPr>
        <w:ind w:firstLine="288"/>
      </w:pPr>
      <w:r>
        <w:rPr>
          <w:rFonts w:cs="Times New Roman"/>
        </w:rPr>
        <w:t>Mary nodded.</w:t>
      </w:r>
    </w:p>
    <w:p w14:paraId="525FF657" w14:textId="77777777" w:rsidR="007D7487" w:rsidRDefault="00E6407B">
      <w:pPr>
        <w:ind w:firstLine="288"/>
      </w:pPr>
      <w:r>
        <w:rPr>
          <w:rFonts w:cs="Times New Roman"/>
        </w:rPr>
        <w:t>“Five daughters.”</w:t>
      </w:r>
    </w:p>
    <w:p w14:paraId="467A402C" w14:textId="77777777" w:rsidR="007D7487" w:rsidRDefault="00E6407B">
      <w:pPr>
        <w:ind w:firstLine="288"/>
      </w:pPr>
      <w:r>
        <w:rPr>
          <w:rFonts w:cs="Times New Roman"/>
        </w:rPr>
        <w:t>He put both hands on his head.</w:t>
      </w:r>
    </w:p>
    <w:p w14:paraId="5AFCA648" w14:textId="77777777" w:rsidR="007D7487" w:rsidRDefault="00E6407B">
      <w:pPr>
        <w:ind w:firstLine="288"/>
      </w:pPr>
      <w:r>
        <w:rPr>
          <w:rFonts w:cs="Times New Roman"/>
        </w:rPr>
        <w:t>Susanna laughed again.</w:t>
      </w:r>
    </w:p>
    <w:p w14:paraId="2984113E" w14:textId="77777777" w:rsidR="007D7487" w:rsidRDefault="00E6407B">
      <w:pPr>
        <w:ind w:firstLine="288"/>
      </w:pPr>
      <w:r>
        <w:rPr>
          <w:rFonts w:cs="Times New Roman"/>
        </w:rPr>
        <w:t>Joanna turned away because seeing Nicodemus—the careful, dignified teacher who once measured every word—standing in the road with both hands on his head over the daughters of Zelophehad was simply too much.</w:t>
      </w:r>
    </w:p>
    <w:p w14:paraId="4A963F61" w14:textId="77777777" w:rsidR="007D7487" w:rsidRDefault="00E6407B">
      <w:pPr>
        <w:ind w:firstLine="288"/>
      </w:pPr>
      <w:r>
        <w:rPr>
          <w:rFonts w:cs="Times New Roman"/>
        </w:rPr>
        <w:t>Nicodemus lowered his hands.</w:t>
      </w:r>
    </w:p>
    <w:p w14:paraId="010A4D80" w14:textId="77777777" w:rsidR="007D7487" w:rsidRDefault="00E6407B">
      <w:pPr>
        <w:ind w:firstLine="288"/>
      </w:pPr>
      <w:r>
        <w:rPr>
          <w:rFonts w:cs="Times New Roman"/>
        </w:rPr>
        <w:lastRenderedPageBreak/>
        <w:t>“Why are you laughing?”</w:t>
      </w:r>
    </w:p>
    <w:p w14:paraId="034BD223" w14:textId="77777777" w:rsidR="007D7487" w:rsidRDefault="00E6407B">
      <w:pPr>
        <w:ind w:firstLine="288"/>
      </w:pPr>
      <w:r>
        <w:rPr>
          <w:rFonts w:cs="Times New Roman"/>
        </w:rPr>
        <w:t>Mary answered gently.</w:t>
      </w:r>
    </w:p>
    <w:p w14:paraId="0EC949C2" w14:textId="77777777" w:rsidR="007D7487" w:rsidRDefault="00E6407B">
      <w:pPr>
        <w:ind w:firstLine="288"/>
      </w:pPr>
      <w:r>
        <w:rPr>
          <w:rFonts w:cs="Times New Roman"/>
        </w:rPr>
        <w:t>“Because we have never seen you quite like this.”</w:t>
      </w:r>
    </w:p>
    <w:p w14:paraId="5B1F4990" w14:textId="77777777" w:rsidR="007D7487" w:rsidRDefault="00E6407B">
      <w:pPr>
        <w:ind w:firstLine="288"/>
      </w:pPr>
      <w:r>
        <w:rPr>
          <w:rFonts w:cs="Times New Roman"/>
        </w:rPr>
        <w:t>He tried to recover some dignity.</w:t>
      </w:r>
    </w:p>
    <w:p w14:paraId="5A55FFB3" w14:textId="77777777" w:rsidR="007D7487" w:rsidRDefault="00E6407B">
      <w:pPr>
        <w:ind w:firstLine="288"/>
      </w:pPr>
      <w:r>
        <w:rPr>
          <w:rFonts w:cs="Times New Roman"/>
        </w:rPr>
        <w:t>“I am discussing Torah.”</w:t>
      </w:r>
    </w:p>
    <w:p w14:paraId="303F6B37" w14:textId="77777777" w:rsidR="007D7487" w:rsidRDefault="00E6407B">
      <w:pPr>
        <w:ind w:firstLine="288"/>
      </w:pPr>
      <w:r>
        <w:rPr>
          <w:rFonts w:cs="Times New Roman"/>
        </w:rPr>
        <w:t>“That is what makes it so enjoyable,” Joanna replied.</w:t>
      </w:r>
    </w:p>
    <w:p w14:paraId="0C00FA1F" w14:textId="77777777" w:rsidR="007D7487" w:rsidRDefault="00E6407B">
      <w:pPr>
        <w:ind w:firstLine="288"/>
      </w:pPr>
      <w:r>
        <w:rPr>
          <w:rFonts w:cs="Times New Roman"/>
        </w:rPr>
        <w:t>For an instant the old Nicodemus returned—the ruler, the teacher, the man accustomed to being treated with solemn respect.</w:t>
      </w:r>
    </w:p>
    <w:p w14:paraId="1C882246" w14:textId="77777777" w:rsidR="007D7487" w:rsidRDefault="00E6407B">
      <w:pPr>
        <w:ind w:firstLine="288"/>
      </w:pPr>
      <w:r>
        <w:rPr>
          <w:rFonts w:cs="Times New Roman"/>
        </w:rPr>
        <w:t>Then even he laughed.</w:t>
      </w:r>
    </w:p>
    <w:p w14:paraId="2D9794F3" w14:textId="77777777" w:rsidR="007D7487" w:rsidRDefault="00E6407B">
      <w:pPr>
        <w:ind w:firstLine="288"/>
      </w:pPr>
      <w:r>
        <w:rPr>
          <w:rFonts w:cs="Times New Roman"/>
        </w:rPr>
        <w:t>Only briefly.</w:t>
      </w:r>
    </w:p>
    <w:p w14:paraId="2B39E6A0" w14:textId="77777777" w:rsidR="007D7487" w:rsidRDefault="00E6407B">
      <w:pPr>
        <w:ind w:firstLine="288"/>
      </w:pPr>
      <w:r>
        <w:rPr>
          <w:rFonts w:cs="Times New Roman"/>
        </w:rPr>
        <w:t>Then he pointed down the road.</w:t>
      </w:r>
    </w:p>
    <w:p w14:paraId="67515260" w14:textId="77777777" w:rsidR="007D7487" w:rsidRDefault="00E6407B">
      <w:pPr>
        <w:ind w:firstLine="288"/>
      </w:pPr>
      <w:r>
        <w:rPr>
          <w:rFonts w:cs="Times New Roman"/>
        </w:rPr>
        <w:t>“Moses did not invent the ruling.”</w:t>
      </w:r>
    </w:p>
    <w:p w14:paraId="35D22D4E" w14:textId="77777777" w:rsidR="007D7487" w:rsidRDefault="00E6407B">
      <w:pPr>
        <w:ind w:firstLine="288"/>
      </w:pPr>
      <w:r>
        <w:rPr>
          <w:rFonts w:cs="Times New Roman"/>
        </w:rPr>
        <w:t>The laughter quieted.</w:t>
      </w:r>
    </w:p>
    <w:p w14:paraId="5B20C98C" w14:textId="77777777" w:rsidR="007D7487" w:rsidRDefault="00E6407B">
      <w:pPr>
        <w:ind w:firstLine="288"/>
      </w:pPr>
      <w:r>
        <w:rPr>
          <w:rFonts w:cs="Times New Roman"/>
        </w:rPr>
        <w:t>“The daughters came because their father had died without a son. Their question was about his name and his inheritance. Moses brought their cause before the LORD.”</w:t>
      </w:r>
    </w:p>
    <w:p w14:paraId="13E0F341" w14:textId="77777777" w:rsidR="007D7487" w:rsidRDefault="00E6407B">
      <w:pPr>
        <w:ind w:firstLine="288"/>
      </w:pPr>
      <w:r>
        <w:rPr>
          <w:rFonts w:cs="Times New Roman"/>
        </w:rPr>
        <w:t>Nicodemus’s voice slowed.</w:t>
      </w:r>
    </w:p>
    <w:p w14:paraId="37E0AD9A" w14:textId="77777777" w:rsidR="007D7487" w:rsidRDefault="00E6407B">
      <w:pPr>
        <w:ind w:firstLine="288"/>
      </w:pPr>
      <w:r>
        <w:rPr>
          <w:rFonts w:cs="Times New Roman"/>
        </w:rPr>
        <w:t>“And God answered.”</w:t>
      </w:r>
    </w:p>
    <w:p w14:paraId="4170AE22" w14:textId="77777777" w:rsidR="007D7487" w:rsidRDefault="00E6407B">
      <w:pPr>
        <w:ind w:firstLine="288"/>
      </w:pPr>
      <w:r>
        <w:rPr>
          <w:rFonts w:cs="Times New Roman"/>
        </w:rPr>
        <w:t>He looked at Mary.</w:t>
      </w:r>
    </w:p>
    <w:p w14:paraId="1AD5293E" w14:textId="77777777" w:rsidR="007D7487" w:rsidRDefault="00E6407B">
      <w:pPr>
        <w:ind w:firstLine="288"/>
      </w:pPr>
      <w:r>
        <w:rPr>
          <w:rFonts w:cs="Times New Roman"/>
        </w:rPr>
        <w:t>“If a man dies and has no son, his inheritance passes to his daughter.”</w:t>
      </w:r>
    </w:p>
    <w:p w14:paraId="7E9BEFA9" w14:textId="77777777" w:rsidR="007D7487" w:rsidRDefault="00E6407B">
      <w:pPr>
        <w:ind w:firstLine="288"/>
      </w:pPr>
      <w:r>
        <w:rPr>
          <w:rFonts w:cs="Times New Roman"/>
        </w:rPr>
        <w:t>The women were silent.</w:t>
      </w:r>
    </w:p>
    <w:p w14:paraId="3F4612D1" w14:textId="77777777" w:rsidR="007D7487" w:rsidRDefault="00E6407B">
      <w:pPr>
        <w:ind w:firstLine="288"/>
      </w:pPr>
      <w:r>
        <w:rPr>
          <w:rFonts w:cs="Times New Roman"/>
        </w:rPr>
        <w:t>“Manasseh gives us the ruling,” Joanna said quietly.</w:t>
      </w:r>
    </w:p>
    <w:p w14:paraId="7E4CAF78" w14:textId="77777777" w:rsidR="007D7487" w:rsidRDefault="00E6407B">
      <w:pPr>
        <w:ind w:firstLine="288"/>
      </w:pPr>
      <w:r>
        <w:rPr>
          <w:rFonts w:cs="Times New Roman"/>
        </w:rPr>
        <w:t>Nicodemus nodded.</w:t>
      </w:r>
    </w:p>
    <w:p w14:paraId="5EF47CBD" w14:textId="77777777" w:rsidR="007D7487" w:rsidRDefault="00E6407B">
      <w:pPr>
        <w:ind w:firstLine="288"/>
      </w:pPr>
      <w:r>
        <w:rPr>
          <w:rFonts w:cs="Times New Roman"/>
        </w:rPr>
        <w:t>“And Judah gives us Sheshan.”</w:t>
      </w:r>
    </w:p>
    <w:p w14:paraId="64623919" w14:textId="77777777" w:rsidR="007D7487" w:rsidRDefault="00E6407B">
      <w:pPr>
        <w:ind w:firstLine="288"/>
      </w:pPr>
      <w:r>
        <w:rPr>
          <w:rFonts w:cs="Times New Roman"/>
        </w:rPr>
        <w:t>“The example.”</w:t>
      </w:r>
    </w:p>
    <w:p w14:paraId="27355724" w14:textId="77777777" w:rsidR="007D7487" w:rsidRDefault="00E6407B">
      <w:pPr>
        <w:ind w:firstLine="288"/>
      </w:pPr>
      <w:r>
        <w:rPr>
          <w:rFonts w:cs="Times New Roman"/>
        </w:rPr>
        <w:t>“Yes.”</w:t>
      </w:r>
    </w:p>
    <w:p w14:paraId="445CB880" w14:textId="77777777" w:rsidR="007D7487" w:rsidRDefault="00E6407B">
      <w:pPr>
        <w:ind w:firstLine="288"/>
      </w:pPr>
      <w:r>
        <w:rPr>
          <w:rFonts w:cs="Times New Roman"/>
        </w:rPr>
        <w:t>Joanna looked again at Mary.</w:t>
      </w:r>
    </w:p>
    <w:p w14:paraId="341ED7B9" w14:textId="77777777" w:rsidR="007D7487" w:rsidRDefault="00E6407B">
      <w:pPr>
        <w:ind w:firstLine="288"/>
      </w:pPr>
      <w:r>
        <w:rPr>
          <w:rFonts w:cs="Times New Roman"/>
        </w:rPr>
        <w:t>“Then a daughter can actually carry the inheritance…”</w:t>
      </w:r>
    </w:p>
    <w:p w14:paraId="1E46AA27" w14:textId="77777777" w:rsidR="007D7487" w:rsidRDefault="00E6407B">
      <w:pPr>
        <w:ind w:firstLine="288"/>
      </w:pPr>
      <w:r>
        <w:rPr>
          <w:rFonts w:cs="Times New Roman"/>
        </w:rPr>
        <w:t>“…and a genealogy can actually continue through her,” Nicodemus finished.</w:t>
      </w:r>
    </w:p>
    <w:p w14:paraId="17FA5AC2" w14:textId="77777777" w:rsidR="007D7487" w:rsidRDefault="00E6407B">
      <w:pPr>
        <w:ind w:firstLine="288"/>
      </w:pPr>
      <w:r>
        <w:rPr>
          <w:rFonts w:cs="Times New Roman"/>
        </w:rPr>
        <w:t>Mary looked ahead toward the north.</w:t>
      </w:r>
    </w:p>
    <w:p w14:paraId="7A788DFA" w14:textId="77777777" w:rsidR="007D7487" w:rsidRDefault="00E6407B">
      <w:pPr>
        <w:ind w:firstLine="288"/>
      </w:pPr>
      <w:r>
        <w:rPr>
          <w:rFonts w:cs="Times New Roman"/>
        </w:rPr>
        <w:t>Toward Galilee.</w:t>
      </w:r>
    </w:p>
    <w:p w14:paraId="7DEBB74A" w14:textId="77777777" w:rsidR="007D7487" w:rsidRDefault="00E6407B">
      <w:pPr>
        <w:ind w:firstLine="288"/>
      </w:pPr>
      <w:r>
        <w:rPr>
          <w:rFonts w:cs="Times New Roman"/>
        </w:rPr>
        <w:t>“And Joseph?”</w:t>
      </w:r>
    </w:p>
    <w:p w14:paraId="56E37B4E" w14:textId="77777777" w:rsidR="007D7487" w:rsidRDefault="00E6407B">
      <w:pPr>
        <w:ind w:firstLine="288"/>
      </w:pPr>
      <w:r>
        <w:rPr>
          <w:rFonts w:cs="Times New Roman"/>
        </w:rPr>
        <w:t>Nicodemus’s excitement settled into thoughtfulness.</w:t>
      </w:r>
    </w:p>
    <w:p w14:paraId="6FFE4F0D" w14:textId="77777777" w:rsidR="007D7487" w:rsidRDefault="00E6407B">
      <w:pPr>
        <w:ind w:firstLine="288"/>
      </w:pPr>
      <w:r>
        <w:rPr>
          <w:rFonts w:cs="Times New Roman"/>
        </w:rPr>
        <w:t>“Joseph gives us another question.”</w:t>
      </w:r>
    </w:p>
    <w:p w14:paraId="0A2B9F43" w14:textId="77777777" w:rsidR="007D7487" w:rsidRDefault="00E6407B">
      <w:pPr>
        <w:ind w:firstLine="288"/>
      </w:pPr>
      <w:r>
        <w:rPr>
          <w:rFonts w:cs="Times New Roman"/>
        </w:rPr>
        <w:t>He walked a few steps before continuing.</w:t>
      </w:r>
    </w:p>
    <w:p w14:paraId="4689726E" w14:textId="77777777" w:rsidR="007D7487" w:rsidRDefault="00E6407B">
      <w:pPr>
        <w:ind w:firstLine="288"/>
      </w:pPr>
      <w:r>
        <w:rPr>
          <w:rFonts w:cs="Times New Roman"/>
        </w:rPr>
        <w:t>“If his descent comes through Solomon and the royal house, yet he did not beget Jesus, then Jesus may stand within Joseph’s household without being the biological seed of the condemned king.”</w:t>
      </w:r>
    </w:p>
    <w:p w14:paraId="21F7BC6E" w14:textId="77777777" w:rsidR="007D7487" w:rsidRDefault="00E6407B">
      <w:pPr>
        <w:ind w:firstLine="288"/>
      </w:pPr>
      <w:r>
        <w:rPr>
          <w:rFonts w:cs="Times New Roman"/>
        </w:rPr>
        <w:t>Joanna looked at him sharply.</w:t>
      </w:r>
    </w:p>
    <w:p w14:paraId="380492F7" w14:textId="77777777" w:rsidR="007D7487" w:rsidRDefault="00E6407B">
      <w:pPr>
        <w:ind w:firstLine="288"/>
      </w:pPr>
      <w:r>
        <w:rPr>
          <w:rFonts w:cs="Times New Roman"/>
        </w:rPr>
        <w:t>“The throne without the cursed seed.”</w:t>
      </w:r>
    </w:p>
    <w:p w14:paraId="2286E0C1" w14:textId="77777777" w:rsidR="007D7487" w:rsidRDefault="00E6407B">
      <w:pPr>
        <w:ind w:firstLine="288"/>
      </w:pPr>
      <w:r>
        <w:rPr>
          <w:rFonts w:cs="Times New Roman"/>
        </w:rPr>
        <w:lastRenderedPageBreak/>
        <w:t>Nicodemus did not answer immediately.</w:t>
      </w:r>
    </w:p>
    <w:p w14:paraId="2B69097B" w14:textId="77777777" w:rsidR="007D7487" w:rsidRDefault="00E6407B">
      <w:pPr>
        <w:ind w:firstLine="288"/>
      </w:pPr>
      <w:r>
        <w:rPr>
          <w:rFonts w:cs="Times New Roman"/>
        </w:rPr>
        <w:t>He was too careful for that.</w:t>
      </w:r>
    </w:p>
    <w:p w14:paraId="779D8474" w14:textId="77777777" w:rsidR="007D7487" w:rsidRDefault="00E6407B">
      <w:pPr>
        <w:ind w:firstLine="288"/>
      </w:pPr>
      <w:r>
        <w:rPr>
          <w:rFonts w:cs="Times New Roman"/>
        </w:rPr>
        <w:t>“At least,” he finally said, “the two things are no longer the same question.”</w:t>
      </w:r>
    </w:p>
    <w:p w14:paraId="70EF4EFF" w14:textId="77777777" w:rsidR="007D7487" w:rsidRDefault="00E6407B">
      <w:pPr>
        <w:ind w:firstLine="288"/>
      </w:pPr>
      <w:r>
        <w:rPr>
          <w:rFonts w:cs="Times New Roman"/>
        </w:rPr>
        <w:t>That was enough.</w:t>
      </w:r>
    </w:p>
    <w:p w14:paraId="27B68C64" w14:textId="77777777" w:rsidR="007D7487" w:rsidRDefault="00E6407B">
      <w:pPr>
        <w:ind w:firstLine="288"/>
      </w:pPr>
      <w:r>
        <w:rPr>
          <w:rFonts w:cs="Times New Roman"/>
        </w:rPr>
        <w:t>They walked on.</w:t>
      </w:r>
    </w:p>
    <w:p w14:paraId="2134A6A1" w14:textId="77777777" w:rsidR="007D7487" w:rsidRDefault="00E6407B">
      <w:pPr>
        <w:ind w:firstLine="288"/>
      </w:pPr>
      <w:r>
        <w:rPr>
          <w:rFonts w:cs="Times New Roman"/>
        </w:rPr>
        <w:t>After a time Joanna spoke again.</w:t>
      </w:r>
    </w:p>
    <w:p w14:paraId="7BE94135" w14:textId="77777777" w:rsidR="007D7487" w:rsidRDefault="00E6407B">
      <w:pPr>
        <w:ind w:firstLine="288"/>
      </w:pPr>
      <w:r>
        <w:rPr>
          <w:rFonts w:cs="Times New Roman"/>
        </w:rPr>
        <w:t>“If someone were to record the other line—the line through Mary—how would it be written?”</w:t>
      </w:r>
    </w:p>
    <w:p w14:paraId="3E777C79" w14:textId="77777777" w:rsidR="007D7487" w:rsidRDefault="00E6407B">
      <w:pPr>
        <w:ind w:firstLine="288"/>
      </w:pPr>
      <w:r>
        <w:rPr>
          <w:rFonts w:cs="Times New Roman"/>
        </w:rPr>
        <w:t>Nicodemus looked at her.</w:t>
      </w:r>
    </w:p>
    <w:p w14:paraId="08EF0F4B" w14:textId="77777777" w:rsidR="007D7487" w:rsidRDefault="00E6407B">
      <w:pPr>
        <w:ind w:firstLine="288"/>
      </w:pPr>
      <w:r>
        <w:rPr>
          <w:rFonts w:cs="Times New Roman"/>
        </w:rPr>
        <w:t>She continued.</w:t>
      </w:r>
    </w:p>
    <w:p w14:paraId="562A61D9" w14:textId="77777777" w:rsidR="007D7487" w:rsidRDefault="00E6407B">
      <w:pPr>
        <w:ind w:firstLine="288"/>
      </w:pPr>
      <w:r>
        <w:rPr>
          <w:rFonts w:cs="Times New Roman"/>
        </w:rPr>
        <w:t>“Would the woman have to be named?”</w:t>
      </w:r>
    </w:p>
    <w:p w14:paraId="32F8A51D" w14:textId="77777777" w:rsidR="007D7487" w:rsidRDefault="00E6407B">
      <w:pPr>
        <w:ind w:firstLine="288"/>
      </w:pPr>
      <w:r>
        <w:rPr>
          <w:rFonts w:cs="Times New Roman"/>
        </w:rPr>
        <w:t>“No.”</w:t>
      </w:r>
    </w:p>
    <w:p w14:paraId="07E316DD" w14:textId="77777777" w:rsidR="007D7487" w:rsidRDefault="00E6407B">
      <w:pPr>
        <w:ind w:firstLine="288"/>
      </w:pPr>
      <w:r>
        <w:rPr>
          <w:rFonts w:cs="Times New Roman"/>
        </w:rPr>
        <w:t>“Sheshan proves that.”</w:t>
      </w:r>
    </w:p>
    <w:p w14:paraId="2DF0E125" w14:textId="77777777" w:rsidR="007D7487" w:rsidRDefault="00E6407B">
      <w:pPr>
        <w:ind w:firstLine="288"/>
      </w:pPr>
      <w:r>
        <w:rPr>
          <w:rFonts w:cs="Times New Roman"/>
        </w:rPr>
        <w:t>Nicodemus slowed.</w:t>
      </w:r>
    </w:p>
    <w:p w14:paraId="0CFA1F83" w14:textId="77777777" w:rsidR="007D7487" w:rsidRDefault="00E6407B">
      <w:pPr>
        <w:ind w:firstLine="288"/>
      </w:pPr>
      <w:r>
        <w:rPr>
          <w:rFonts w:cs="Times New Roman"/>
        </w:rPr>
        <w:t>“He shows that Scripture itself can preserve a real descent through a daughter while the written chain returns to the men.”</w:t>
      </w:r>
    </w:p>
    <w:p w14:paraId="72979A9C" w14:textId="77777777" w:rsidR="007D7487" w:rsidRDefault="00E6407B">
      <w:pPr>
        <w:ind w:firstLine="288"/>
      </w:pPr>
      <w:r>
        <w:rPr>
          <w:rFonts w:cs="Times New Roman"/>
        </w:rPr>
        <w:t>Joanna considered this.</w:t>
      </w:r>
    </w:p>
    <w:p w14:paraId="3D135173" w14:textId="77777777" w:rsidR="007D7487" w:rsidRDefault="00E6407B">
      <w:pPr>
        <w:ind w:firstLine="288"/>
      </w:pPr>
      <w:r>
        <w:rPr>
          <w:rFonts w:cs="Times New Roman"/>
        </w:rPr>
        <w:t>“So one might write the ancestry as belonging to Heli, and Matthat before him, and those before them…”</w:t>
      </w:r>
    </w:p>
    <w:p w14:paraId="29288F81" w14:textId="77777777" w:rsidR="007D7487" w:rsidRDefault="00E6407B">
      <w:pPr>
        <w:ind w:firstLine="288"/>
      </w:pPr>
      <w:r>
        <w:rPr>
          <w:rFonts w:cs="Times New Roman"/>
        </w:rPr>
        <w:t>Nicodemus nodded slowly.</w:t>
      </w:r>
    </w:p>
    <w:p w14:paraId="141622D4" w14:textId="77777777" w:rsidR="007D7487" w:rsidRDefault="00E6407B">
      <w:pPr>
        <w:ind w:firstLine="288"/>
      </w:pPr>
      <w:r>
        <w:rPr>
          <w:rFonts w:cs="Times New Roman"/>
        </w:rPr>
        <w:t>“Of Heli. Of Matthat. Of the fathers before them.”</w:t>
      </w:r>
    </w:p>
    <w:p w14:paraId="3042E620" w14:textId="77777777" w:rsidR="007D7487" w:rsidRDefault="00E6407B">
      <w:pPr>
        <w:ind w:firstLine="288"/>
      </w:pPr>
      <w:r>
        <w:rPr>
          <w:rFonts w:cs="Times New Roman"/>
        </w:rPr>
        <w:t>Mary listened.</w:t>
      </w:r>
    </w:p>
    <w:p w14:paraId="11831B91" w14:textId="77777777" w:rsidR="007D7487" w:rsidRDefault="00E6407B">
      <w:pPr>
        <w:ind w:firstLine="288"/>
      </w:pPr>
      <w:r>
        <w:rPr>
          <w:rFonts w:cs="Times New Roman"/>
        </w:rPr>
        <w:t>Joanna continued thinking aloud.</w:t>
      </w:r>
    </w:p>
    <w:p w14:paraId="6DC53728" w14:textId="77777777" w:rsidR="007D7487" w:rsidRDefault="00E6407B">
      <w:pPr>
        <w:ind w:firstLine="288"/>
      </w:pPr>
      <w:r>
        <w:rPr>
          <w:rFonts w:cs="Times New Roman"/>
        </w:rPr>
        <w:t>“And Joseph?”</w:t>
      </w:r>
    </w:p>
    <w:p w14:paraId="41E1DD30" w14:textId="77777777" w:rsidR="007D7487" w:rsidRDefault="00E6407B">
      <w:pPr>
        <w:ind w:firstLine="288"/>
      </w:pPr>
      <w:r>
        <w:rPr>
          <w:rFonts w:cs="Times New Roman"/>
        </w:rPr>
        <w:t>That brought them all back to the beginning.</w:t>
      </w:r>
    </w:p>
    <w:p w14:paraId="10EF4465" w14:textId="77777777" w:rsidR="007D7487" w:rsidRDefault="00E6407B">
      <w:pPr>
        <w:ind w:firstLine="288"/>
      </w:pPr>
      <w:r>
        <w:rPr>
          <w:rFonts w:cs="Times New Roman"/>
        </w:rPr>
        <w:t>The publicly recognized father.</w:t>
      </w:r>
    </w:p>
    <w:p w14:paraId="461F94E2" w14:textId="77777777" w:rsidR="007D7487" w:rsidRDefault="00E6407B">
      <w:pPr>
        <w:ind w:firstLine="288"/>
      </w:pPr>
      <w:r>
        <w:rPr>
          <w:rFonts w:cs="Times New Roman"/>
        </w:rPr>
        <w:t>The man everyone had supposed to be Jesus’ father.</w:t>
      </w:r>
    </w:p>
    <w:p w14:paraId="449F72CD" w14:textId="77777777" w:rsidR="007D7487" w:rsidRDefault="00E6407B">
      <w:pPr>
        <w:ind w:firstLine="288"/>
      </w:pPr>
      <w:r>
        <w:rPr>
          <w:rFonts w:cs="Times New Roman"/>
        </w:rPr>
        <w:t>But not the man who had begotten Him.</w:t>
      </w:r>
    </w:p>
    <w:p w14:paraId="3403EE00" w14:textId="77777777" w:rsidR="007D7487" w:rsidRDefault="00E6407B">
      <w:pPr>
        <w:ind w:firstLine="288"/>
      </w:pPr>
      <w:r>
        <w:rPr>
          <w:rFonts w:cs="Times New Roman"/>
        </w:rPr>
        <w:t>Nicodemus’s expression changed again.</w:t>
      </w:r>
    </w:p>
    <w:p w14:paraId="15CE5370" w14:textId="77777777" w:rsidR="007D7487" w:rsidRDefault="00E6407B">
      <w:pPr>
        <w:ind w:firstLine="288"/>
      </w:pPr>
      <w:r>
        <w:rPr>
          <w:rFonts w:cs="Times New Roman"/>
        </w:rPr>
        <w:t>“Then anyone recording it carefully would need to guard that distinction.”</w:t>
      </w:r>
    </w:p>
    <w:p w14:paraId="2763B692" w14:textId="77777777" w:rsidR="007D7487" w:rsidRDefault="00E6407B">
      <w:pPr>
        <w:ind w:firstLine="288"/>
      </w:pPr>
      <w:r>
        <w:rPr>
          <w:rFonts w:cs="Times New Roman"/>
        </w:rPr>
        <w:t>Mary looked at him.</w:t>
      </w:r>
    </w:p>
    <w:p w14:paraId="375FD26F" w14:textId="77777777" w:rsidR="007D7487" w:rsidRDefault="00E6407B">
      <w:pPr>
        <w:ind w:firstLine="288"/>
      </w:pPr>
      <w:r>
        <w:rPr>
          <w:rFonts w:cs="Times New Roman"/>
        </w:rPr>
        <w:t>“How?”</w:t>
      </w:r>
    </w:p>
    <w:p w14:paraId="7218CC88" w14:textId="77777777" w:rsidR="007D7487" w:rsidRDefault="00E6407B">
      <w:pPr>
        <w:ind w:firstLine="288"/>
      </w:pPr>
      <w:r>
        <w:rPr>
          <w:rFonts w:cs="Times New Roman"/>
        </w:rPr>
        <w:t>“I do not know.”</w:t>
      </w:r>
    </w:p>
    <w:p w14:paraId="3C6B5FF0" w14:textId="77777777" w:rsidR="007D7487" w:rsidRDefault="00E6407B">
      <w:pPr>
        <w:ind w:firstLine="288"/>
      </w:pPr>
      <w:r>
        <w:rPr>
          <w:rFonts w:cs="Times New Roman"/>
        </w:rPr>
        <w:t>For once he seemed pleased to admit it.</w:t>
      </w:r>
    </w:p>
    <w:p w14:paraId="7E4C4EA1" w14:textId="77777777" w:rsidR="007D7487" w:rsidRDefault="00E6407B">
      <w:pPr>
        <w:ind w:firstLine="288"/>
      </w:pPr>
      <w:r>
        <w:rPr>
          <w:rFonts w:cs="Times New Roman"/>
        </w:rPr>
        <w:t>“But I would make certain no one mistook Joseph for the source of His flesh.”</w:t>
      </w:r>
    </w:p>
    <w:p w14:paraId="50716B87" w14:textId="77777777" w:rsidR="007D7487" w:rsidRDefault="00E6407B">
      <w:pPr>
        <w:ind w:firstLine="288"/>
      </w:pPr>
      <w:r>
        <w:rPr>
          <w:rFonts w:cs="Times New Roman"/>
        </w:rPr>
        <w:t>They walked quietly for several moments.</w:t>
      </w:r>
    </w:p>
    <w:p w14:paraId="2A36E965" w14:textId="77777777" w:rsidR="007D7487" w:rsidRDefault="00E6407B">
      <w:pPr>
        <w:ind w:firstLine="288"/>
      </w:pPr>
      <w:r>
        <w:rPr>
          <w:rFonts w:cs="Times New Roman"/>
        </w:rPr>
        <w:t>The conversation had reached the point where possibility had to remain possibility.</w:t>
      </w:r>
    </w:p>
    <w:p w14:paraId="17A488E2" w14:textId="77777777" w:rsidR="007D7487" w:rsidRDefault="00E6407B">
      <w:pPr>
        <w:ind w:firstLine="288"/>
      </w:pPr>
      <w:r>
        <w:rPr>
          <w:rFonts w:cs="Times New Roman"/>
        </w:rPr>
        <w:t>No one among them possessed a written Gospel of Luke explaining how a later reader should construe the genealogy.</w:t>
      </w:r>
    </w:p>
    <w:p w14:paraId="1E23FAA1" w14:textId="77777777" w:rsidR="007D7487" w:rsidRDefault="00E6407B">
      <w:pPr>
        <w:ind w:firstLine="288"/>
      </w:pPr>
      <w:r>
        <w:rPr>
          <w:rFonts w:cs="Times New Roman"/>
        </w:rPr>
        <w:lastRenderedPageBreak/>
        <w:t>No one could turn a plausible legal structure into an explicit statement Moses or the Evangelists had not made.</w:t>
      </w:r>
    </w:p>
    <w:p w14:paraId="6552B2A0" w14:textId="77777777" w:rsidR="007D7487" w:rsidRDefault="00E6407B">
      <w:pPr>
        <w:ind w:firstLine="288"/>
      </w:pPr>
      <w:r>
        <w:rPr>
          <w:rFonts w:cs="Times New Roman"/>
        </w:rPr>
        <w:t>Nicodemus seemed to feel the boundary.</w:t>
      </w:r>
    </w:p>
    <w:p w14:paraId="309B908C" w14:textId="77777777" w:rsidR="007D7487" w:rsidRDefault="00E6407B">
      <w:pPr>
        <w:ind w:firstLine="288"/>
      </w:pPr>
      <w:r>
        <w:rPr>
          <w:rFonts w:cs="Times New Roman"/>
        </w:rPr>
        <w:t>“Sheshan shows us that descent through a daughter can be preserved in Scripture.”</w:t>
      </w:r>
    </w:p>
    <w:p w14:paraId="5B051E54" w14:textId="77777777" w:rsidR="007D7487" w:rsidRDefault="00E6407B">
      <w:pPr>
        <w:ind w:firstLine="288"/>
      </w:pPr>
      <w:r>
        <w:rPr>
          <w:rFonts w:cs="Times New Roman"/>
        </w:rPr>
        <w:t>He looked toward Mary.</w:t>
      </w:r>
    </w:p>
    <w:p w14:paraId="6E6963B0" w14:textId="77777777" w:rsidR="007D7487" w:rsidRDefault="00E6407B">
      <w:pPr>
        <w:ind w:firstLine="288"/>
      </w:pPr>
      <w:r>
        <w:rPr>
          <w:rFonts w:cs="Times New Roman"/>
        </w:rPr>
        <w:t>“Zelophehad shows that God Himself gave an inheritance ruling when there was no son.”</w:t>
      </w:r>
    </w:p>
    <w:p w14:paraId="5C225BB6" w14:textId="77777777" w:rsidR="007D7487" w:rsidRDefault="00E6407B">
      <w:pPr>
        <w:ind w:firstLine="288"/>
      </w:pPr>
      <w:r>
        <w:rPr>
          <w:rFonts w:cs="Times New Roman"/>
        </w:rPr>
        <w:t>Then toward Joanna.</w:t>
      </w:r>
    </w:p>
    <w:p w14:paraId="2D2529DD" w14:textId="77777777" w:rsidR="007D7487" w:rsidRDefault="00E6407B">
      <w:pPr>
        <w:ind w:firstLine="288"/>
      </w:pPr>
      <w:r>
        <w:rPr>
          <w:rFonts w:cs="Times New Roman"/>
        </w:rPr>
        <w:t>“But neither passage names Mary.”</w:t>
      </w:r>
    </w:p>
    <w:p w14:paraId="05C3C779" w14:textId="77777777" w:rsidR="007D7487" w:rsidRDefault="00E6407B">
      <w:pPr>
        <w:ind w:firstLine="288"/>
      </w:pPr>
      <w:r>
        <w:rPr>
          <w:rFonts w:cs="Times New Roman"/>
        </w:rPr>
        <w:t>Joanna nodded.</w:t>
      </w:r>
    </w:p>
    <w:p w14:paraId="42C82BAC" w14:textId="77777777" w:rsidR="007D7487" w:rsidRDefault="00E6407B">
      <w:pPr>
        <w:ind w:firstLine="288"/>
      </w:pPr>
      <w:r>
        <w:rPr>
          <w:rFonts w:cs="Times New Roman"/>
        </w:rPr>
        <w:t>“And neither passage tells us how a future genealogy must be written.”</w:t>
      </w:r>
    </w:p>
    <w:p w14:paraId="1440409A" w14:textId="77777777" w:rsidR="007D7487" w:rsidRDefault="00E6407B">
      <w:pPr>
        <w:ind w:firstLine="288"/>
      </w:pPr>
      <w:r>
        <w:rPr>
          <w:rFonts w:cs="Times New Roman"/>
        </w:rPr>
        <w:t>“No.”</w:t>
      </w:r>
    </w:p>
    <w:p w14:paraId="7FFB029F" w14:textId="77777777" w:rsidR="007D7487" w:rsidRDefault="00E6407B">
      <w:pPr>
        <w:ind w:firstLine="288"/>
      </w:pPr>
      <w:r>
        <w:rPr>
          <w:rFonts w:cs="Times New Roman"/>
        </w:rPr>
        <w:t>Mary smiled faintly.</w:t>
      </w:r>
    </w:p>
    <w:p w14:paraId="5BA0942F" w14:textId="77777777" w:rsidR="007D7487" w:rsidRDefault="00E6407B">
      <w:pPr>
        <w:ind w:firstLine="288"/>
      </w:pPr>
      <w:r>
        <w:rPr>
          <w:rFonts w:cs="Times New Roman"/>
        </w:rPr>
        <w:t>“You are becoming cautious again.”</w:t>
      </w:r>
    </w:p>
    <w:p w14:paraId="3A61A3D2" w14:textId="77777777" w:rsidR="007D7487" w:rsidRDefault="00E6407B">
      <w:pPr>
        <w:ind w:firstLine="288"/>
      </w:pPr>
      <w:r>
        <w:rPr>
          <w:rFonts w:cs="Times New Roman"/>
        </w:rPr>
        <w:t>Nicodemus gave her a dignified look.</w:t>
      </w:r>
    </w:p>
    <w:p w14:paraId="4ED67379" w14:textId="77777777" w:rsidR="007D7487" w:rsidRDefault="00E6407B">
      <w:pPr>
        <w:ind w:firstLine="288"/>
      </w:pPr>
      <w:r>
        <w:rPr>
          <w:rFonts w:cs="Times New Roman"/>
        </w:rPr>
        <w:t>“I was always cautious.”</w:t>
      </w:r>
    </w:p>
    <w:p w14:paraId="1418CE0A" w14:textId="77777777" w:rsidR="007D7487" w:rsidRDefault="00E6407B">
      <w:pPr>
        <w:ind w:firstLine="288"/>
      </w:pPr>
      <w:r>
        <w:rPr>
          <w:rFonts w:cs="Times New Roman"/>
        </w:rPr>
        <w:t>Susanna coughed.</w:t>
      </w:r>
    </w:p>
    <w:p w14:paraId="16A50A63" w14:textId="77777777" w:rsidR="007D7487" w:rsidRDefault="00E6407B">
      <w:pPr>
        <w:ind w:firstLine="288"/>
      </w:pPr>
      <w:r>
        <w:rPr>
          <w:rFonts w:cs="Times New Roman"/>
        </w:rPr>
        <w:t>Joanna laughed.</w:t>
      </w:r>
    </w:p>
    <w:p w14:paraId="548C26A5" w14:textId="77777777" w:rsidR="007D7487" w:rsidRDefault="00E6407B">
      <w:pPr>
        <w:ind w:firstLine="288"/>
      </w:pPr>
      <w:r>
        <w:rPr>
          <w:rFonts w:cs="Times New Roman"/>
        </w:rPr>
        <w:t>Nicodemus ignored them.</w:t>
      </w:r>
    </w:p>
    <w:p w14:paraId="1FB36800" w14:textId="77777777" w:rsidR="007D7487" w:rsidRDefault="00E6407B">
      <w:pPr>
        <w:ind w:firstLine="288"/>
      </w:pPr>
      <w:r>
        <w:rPr>
          <w:rFonts w:cs="Times New Roman"/>
        </w:rPr>
        <w:t>“I am saying the pieces show that what seemed impossible is not impossible.”</w:t>
      </w:r>
    </w:p>
    <w:p w14:paraId="40A99C98" w14:textId="77777777" w:rsidR="007D7487" w:rsidRDefault="00E6407B">
      <w:pPr>
        <w:ind w:firstLine="288"/>
      </w:pPr>
      <w:r>
        <w:rPr>
          <w:rFonts w:cs="Times New Roman"/>
        </w:rPr>
        <w:t>Mary nodded.</w:t>
      </w:r>
    </w:p>
    <w:p w14:paraId="45E94FD5" w14:textId="77777777" w:rsidR="007D7487" w:rsidRDefault="00E6407B">
      <w:pPr>
        <w:ind w:firstLine="288"/>
      </w:pPr>
      <w:r>
        <w:rPr>
          <w:rFonts w:cs="Times New Roman"/>
        </w:rPr>
        <w:t>“That is enough.”</w:t>
      </w:r>
    </w:p>
    <w:p w14:paraId="22A86557" w14:textId="77777777" w:rsidR="007D7487" w:rsidRDefault="00E6407B">
      <w:pPr>
        <w:ind w:firstLine="288"/>
      </w:pPr>
      <w:r>
        <w:rPr>
          <w:rFonts w:cs="Times New Roman"/>
        </w:rPr>
        <w:t>It was.</w:t>
      </w:r>
    </w:p>
    <w:p w14:paraId="31446E9B" w14:textId="77777777" w:rsidR="007D7487" w:rsidRDefault="00E6407B">
      <w:pPr>
        <w:ind w:firstLine="288"/>
      </w:pPr>
      <w:r>
        <w:rPr>
          <w:rFonts w:cs="Times New Roman"/>
        </w:rPr>
        <w:t>The discovery did not need to become a verdict.</w:t>
      </w:r>
    </w:p>
    <w:p w14:paraId="29540C66" w14:textId="77777777" w:rsidR="007D7487" w:rsidRDefault="00E6407B">
      <w:pPr>
        <w:ind w:firstLine="288"/>
      </w:pPr>
      <w:r>
        <w:rPr>
          <w:rFonts w:cs="Times New Roman"/>
        </w:rPr>
        <w:t>Then Nicodemus began speaking names almost under his breath.</w:t>
      </w:r>
    </w:p>
    <w:p w14:paraId="186C6199" w14:textId="77777777" w:rsidR="007D7487" w:rsidRDefault="00E6407B">
      <w:pPr>
        <w:ind w:firstLine="288"/>
      </w:pPr>
      <w:r>
        <w:rPr>
          <w:rFonts w:cs="Times New Roman"/>
        </w:rPr>
        <w:t>“Heli… Nathan… David… Jesse… Judah… Jacob… Isaac… Abraham…”</w:t>
      </w:r>
    </w:p>
    <w:p w14:paraId="10E8FB6F" w14:textId="77777777" w:rsidR="007D7487" w:rsidRDefault="00E6407B">
      <w:pPr>
        <w:ind w:firstLine="288"/>
      </w:pPr>
      <w:r>
        <w:rPr>
          <w:rFonts w:cs="Times New Roman"/>
        </w:rPr>
        <w:t>Joanna listened as the line stretched farther backward.</w:t>
      </w:r>
    </w:p>
    <w:p w14:paraId="5502846D" w14:textId="77777777" w:rsidR="007D7487" w:rsidRDefault="00E6407B">
      <w:pPr>
        <w:ind w:firstLine="288"/>
      </w:pPr>
      <w:r>
        <w:rPr>
          <w:rFonts w:cs="Times New Roman"/>
        </w:rPr>
        <w:t>Beyond kings.</w:t>
      </w:r>
    </w:p>
    <w:p w14:paraId="5C9F1ECA" w14:textId="77777777" w:rsidR="007D7487" w:rsidRDefault="00E6407B">
      <w:pPr>
        <w:ind w:firstLine="288"/>
      </w:pPr>
      <w:r>
        <w:rPr>
          <w:rFonts w:cs="Times New Roman"/>
        </w:rPr>
        <w:t>Beyond Israel.</w:t>
      </w:r>
    </w:p>
    <w:p w14:paraId="5F6D1960" w14:textId="77777777" w:rsidR="007D7487" w:rsidRDefault="00E6407B">
      <w:pPr>
        <w:ind w:firstLine="288"/>
      </w:pPr>
      <w:r>
        <w:rPr>
          <w:rFonts w:cs="Times New Roman"/>
        </w:rPr>
        <w:t>Beyond Abraham.</w:t>
      </w:r>
    </w:p>
    <w:p w14:paraId="77736A96" w14:textId="77777777" w:rsidR="007D7487" w:rsidRDefault="00E6407B">
      <w:pPr>
        <w:ind w:firstLine="288"/>
      </w:pPr>
      <w:r>
        <w:rPr>
          <w:rFonts w:cs="Times New Roman"/>
        </w:rPr>
        <w:t>Nicodemus finally stopped.</w:t>
      </w:r>
    </w:p>
    <w:p w14:paraId="21CD0038" w14:textId="77777777" w:rsidR="007D7487" w:rsidRDefault="00E6407B">
      <w:pPr>
        <w:ind w:firstLine="288"/>
      </w:pPr>
      <w:r>
        <w:rPr>
          <w:rFonts w:cs="Times New Roman"/>
        </w:rPr>
        <w:t>“Adam.”</w:t>
      </w:r>
    </w:p>
    <w:p w14:paraId="508E2468" w14:textId="77777777" w:rsidR="007D7487" w:rsidRDefault="00E6407B">
      <w:pPr>
        <w:ind w:firstLine="288"/>
      </w:pPr>
      <w:r>
        <w:rPr>
          <w:rFonts w:cs="Times New Roman"/>
        </w:rPr>
        <w:t>The humor left his face.</w:t>
      </w:r>
    </w:p>
    <w:p w14:paraId="78178F3B" w14:textId="77777777" w:rsidR="007D7487" w:rsidRDefault="00E6407B">
      <w:pPr>
        <w:ind w:firstLine="288"/>
      </w:pPr>
      <w:r>
        <w:rPr>
          <w:rFonts w:cs="Times New Roman"/>
        </w:rPr>
        <w:t>Mary looked at him.</w:t>
      </w:r>
    </w:p>
    <w:p w14:paraId="3ADEC864" w14:textId="77777777" w:rsidR="007D7487" w:rsidRDefault="00E6407B">
      <w:pPr>
        <w:ind w:firstLine="288"/>
      </w:pPr>
      <w:r>
        <w:rPr>
          <w:rFonts w:cs="Times New Roman"/>
        </w:rPr>
        <w:t>Nicodemus’s eyes were wet.</w:t>
      </w:r>
    </w:p>
    <w:p w14:paraId="0FBA64D8" w14:textId="77777777" w:rsidR="007D7487" w:rsidRDefault="00E6407B">
      <w:pPr>
        <w:ind w:firstLine="288"/>
      </w:pPr>
      <w:r>
        <w:rPr>
          <w:rFonts w:cs="Times New Roman"/>
        </w:rPr>
        <w:t>“If the line truly runs through you all the way back…”</w:t>
      </w:r>
    </w:p>
    <w:p w14:paraId="7CBB7500" w14:textId="77777777" w:rsidR="007D7487" w:rsidRDefault="00E6407B">
      <w:pPr>
        <w:ind w:firstLine="288"/>
      </w:pPr>
      <w:r>
        <w:rPr>
          <w:rFonts w:cs="Times New Roman"/>
        </w:rPr>
        <w:t>He did not finish.</w:t>
      </w:r>
    </w:p>
    <w:p w14:paraId="3E848C98" w14:textId="77777777" w:rsidR="007D7487" w:rsidRDefault="00E6407B">
      <w:pPr>
        <w:ind w:firstLine="288"/>
      </w:pPr>
      <w:r>
        <w:rPr>
          <w:rFonts w:cs="Times New Roman"/>
        </w:rPr>
        <w:t>Joanna did.</w:t>
      </w:r>
    </w:p>
    <w:p w14:paraId="7E1265FA" w14:textId="77777777" w:rsidR="007D7487" w:rsidRDefault="00E6407B">
      <w:pPr>
        <w:ind w:firstLine="288"/>
      </w:pPr>
      <w:r>
        <w:rPr>
          <w:rFonts w:cs="Times New Roman"/>
        </w:rPr>
        <w:t>“Then He is truly one of us.”</w:t>
      </w:r>
    </w:p>
    <w:p w14:paraId="22DF21F5" w14:textId="77777777" w:rsidR="007D7487" w:rsidRDefault="00E6407B">
      <w:pPr>
        <w:ind w:firstLine="288"/>
      </w:pPr>
      <w:r>
        <w:rPr>
          <w:rFonts w:cs="Times New Roman"/>
        </w:rPr>
        <w:lastRenderedPageBreak/>
        <w:t>Nicodemus nodded.</w:t>
      </w:r>
    </w:p>
    <w:p w14:paraId="65266A7A" w14:textId="77777777" w:rsidR="007D7487" w:rsidRDefault="00E6407B">
      <w:pPr>
        <w:ind w:firstLine="288"/>
      </w:pPr>
      <w:r>
        <w:rPr>
          <w:rFonts w:cs="Times New Roman"/>
        </w:rPr>
        <w:t>“A son of man.”</w:t>
      </w:r>
    </w:p>
    <w:p w14:paraId="0DCFA630" w14:textId="77777777" w:rsidR="007D7487" w:rsidRDefault="00E6407B">
      <w:pPr>
        <w:ind w:firstLine="288"/>
      </w:pPr>
      <w:r>
        <w:rPr>
          <w:rFonts w:cs="Times New Roman"/>
        </w:rPr>
        <w:t>The wind moved softly through the grass beside the road.</w:t>
      </w:r>
    </w:p>
    <w:p w14:paraId="72272712" w14:textId="77777777" w:rsidR="007D7487" w:rsidRDefault="00E6407B">
      <w:pPr>
        <w:ind w:firstLine="288"/>
      </w:pPr>
      <w:r>
        <w:rPr>
          <w:rFonts w:cs="Times New Roman"/>
        </w:rPr>
        <w:t>Mary lowered her eyes.</w:t>
      </w:r>
    </w:p>
    <w:p w14:paraId="6312E11C" w14:textId="77777777" w:rsidR="007D7487" w:rsidRDefault="00E6407B">
      <w:pPr>
        <w:ind w:firstLine="288"/>
      </w:pPr>
      <w:r>
        <w:rPr>
          <w:rFonts w:cs="Times New Roman"/>
        </w:rPr>
        <w:t>“And yet,” she said, “the angel told me before He was conceived that He would be called the Son of God.”</w:t>
      </w:r>
    </w:p>
    <w:p w14:paraId="6652EDE0" w14:textId="77777777" w:rsidR="007D7487" w:rsidRDefault="00E6407B">
      <w:pPr>
        <w:ind w:firstLine="288"/>
      </w:pPr>
      <w:r>
        <w:rPr>
          <w:rFonts w:cs="Times New Roman"/>
        </w:rPr>
        <w:t>Nicodemus stood perfectly still.</w:t>
      </w:r>
    </w:p>
    <w:p w14:paraId="167C8A23" w14:textId="77777777" w:rsidR="007D7487" w:rsidRDefault="00E6407B">
      <w:pPr>
        <w:ind w:firstLine="288"/>
      </w:pPr>
      <w:r>
        <w:rPr>
          <w:rFonts w:cs="Times New Roman"/>
        </w:rPr>
        <w:t>A human line reaching backward to Adam.</w:t>
      </w:r>
    </w:p>
    <w:p w14:paraId="42CC1970" w14:textId="77777777" w:rsidR="007D7487" w:rsidRDefault="00E6407B">
      <w:pPr>
        <w:ind w:firstLine="288"/>
      </w:pPr>
      <w:r>
        <w:rPr>
          <w:rFonts w:cs="Times New Roman"/>
        </w:rPr>
        <w:t>No human father.</w:t>
      </w:r>
    </w:p>
    <w:p w14:paraId="2AF8A46C" w14:textId="77777777" w:rsidR="007D7487" w:rsidRDefault="00E6407B">
      <w:pPr>
        <w:ind w:firstLine="288"/>
      </w:pPr>
      <w:r>
        <w:rPr>
          <w:rFonts w:cs="Times New Roman"/>
        </w:rPr>
        <w:t>The royal house of David standing beside it.</w:t>
      </w:r>
    </w:p>
    <w:p w14:paraId="1FC888B2" w14:textId="77777777" w:rsidR="007D7487" w:rsidRDefault="00E6407B">
      <w:pPr>
        <w:ind w:firstLine="288"/>
      </w:pPr>
      <w:r>
        <w:rPr>
          <w:rFonts w:cs="Times New Roman"/>
        </w:rPr>
        <w:t>A daughter capable of carrying inheritance when God gave the ruling.</w:t>
      </w:r>
    </w:p>
    <w:p w14:paraId="6B30D6C0" w14:textId="77777777" w:rsidR="007D7487" w:rsidRDefault="00E6407B">
      <w:pPr>
        <w:ind w:firstLine="288"/>
      </w:pPr>
      <w:r>
        <w:rPr>
          <w:rFonts w:cs="Times New Roman"/>
        </w:rPr>
        <w:t>A genealogy capable of passing through a woman without requiring every woman’s name to remain at the written center of the chain.</w:t>
      </w:r>
    </w:p>
    <w:p w14:paraId="4BAB6588" w14:textId="77777777" w:rsidR="007D7487" w:rsidRDefault="00E6407B">
      <w:pPr>
        <w:ind w:firstLine="288"/>
      </w:pPr>
      <w:r>
        <w:rPr>
          <w:rFonts w:cs="Times New Roman"/>
        </w:rPr>
        <w:t>And the child conceived by the Spirit of God.</w:t>
      </w:r>
    </w:p>
    <w:p w14:paraId="0962EDE6" w14:textId="77777777" w:rsidR="007D7487" w:rsidRDefault="00E6407B">
      <w:pPr>
        <w:ind w:firstLine="288"/>
      </w:pPr>
      <w:r>
        <w:rPr>
          <w:rFonts w:cs="Times New Roman"/>
        </w:rPr>
        <w:t>For once Nicodemus had no verse ready.</w:t>
      </w:r>
    </w:p>
    <w:p w14:paraId="334D3BB7" w14:textId="77777777" w:rsidR="007D7487" w:rsidRDefault="00E6407B">
      <w:pPr>
        <w:ind w:firstLine="288"/>
      </w:pPr>
      <w:r>
        <w:rPr>
          <w:rFonts w:cs="Times New Roman"/>
        </w:rPr>
        <w:t>No argument.</w:t>
      </w:r>
    </w:p>
    <w:p w14:paraId="34F8A6EF" w14:textId="77777777" w:rsidR="007D7487" w:rsidRDefault="00E6407B">
      <w:pPr>
        <w:ind w:firstLine="288"/>
      </w:pPr>
      <w:r>
        <w:rPr>
          <w:rFonts w:cs="Times New Roman"/>
        </w:rPr>
        <w:t>No question.</w:t>
      </w:r>
    </w:p>
    <w:p w14:paraId="4228F54B" w14:textId="77777777" w:rsidR="007D7487" w:rsidRDefault="00E6407B">
      <w:pPr>
        <w:ind w:firstLine="288"/>
      </w:pPr>
      <w:r>
        <w:rPr>
          <w:rFonts w:cs="Times New Roman"/>
        </w:rPr>
        <w:t>Only wonder.</w:t>
      </w:r>
    </w:p>
    <w:p w14:paraId="38570940" w14:textId="77777777" w:rsidR="007D7487" w:rsidRDefault="00E6407B">
      <w:pPr>
        <w:ind w:firstLine="288"/>
      </w:pPr>
      <w:r>
        <w:rPr>
          <w:rFonts w:cs="Times New Roman"/>
        </w:rPr>
        <w:t>Behind them Susanna leaned close to Joanna.</w:t>
      </w:r>
    </w:p>
    <w:p w14:paraId="7E0AAF44" w14:textId="77777777" w:rsidR="007D7487" w:rsidRDefault="00E6407B">
      <w:pPr>
        <w:ind w:firstLine="288"/>
      </w:pPr>
      <w:r>
        <w:rPr>
          <w:rFonts w:cs="Times New Roman"/>
        </w:rPr>
        <w:t>“Should I go find someone else?”</w:t>
      </w:r>
    </w:p>
    <w:p w14:paraId="7AF2CDCB" w14:textId="77777777" w:rsidR="007D7487" w:rsidRDefault="00E6407B">
      <w:pPr>
        <w:ind w:firstLine="288"/>
      </w:pPr>
      <w:r>
        <w:rPr>
          <w:rFonts w:cs="Times New Roman"/>
        </w:rPr>
        <w:t>Joanna whispered back:</w:t>
      </w:r>
    </w:p>
    <w:p w14:paraId="4FCDDBF5" w14:textId="77777777" w:rsidR="007D7487" w:rsidRDefault="00E6407B">
      <w:pPr>
        <w:ind w:firstLine="288"/>
      </w:pPr>
      <w:r>
        <w:rPr>
          <w:rFonts w:cs="Times New Roman"/>
        </w:rPr>
        <w:t>“No. I think you have done enough.”</w:t>
      </w:r>
    </w:p>
    <w:p w14:paraId="277C1F8C" w14:textId="77777777" w:rsidR="007D7487" w:rsidRDefault="00E6407B">
      <w:pPr>
        <w:ind w:firstLine="288"/>
      </w:pPr>
      <w:r>
        <w:rPr>
          <w:rFonts w:cs="Times New Roman"/>
        </w:rPr>
        <w:t>Mary laughed.</w:t>
      </w:r>
    </w:p>
    <w:p w14:paraId="5FD2F3A8" w14:textId="77777777" w:rsidR="007D7487" w:rsidRDefault="00E6407B">
      <w:pPr>
        <w:ind w:firstLine="288"/>
      </w:pPr>
      <w:r>
        <w:rPr>
          <w:rFonts w:cs="Times New Roman"/>
        </w:rPr>
        <w:t>And this time Nicodemus heard them.</w:t>
      </w:r>
    </w:p>
    <w:p w14:paraId="3ADA5DE8" w14:textId="77777777" w:rsidR="007D7487" w:rsidRDefault="00E6407B">
      <w:pPr>
        <w:ind w:firstLine="288"/>
      </w:pPr>
      <w:r>
        <w:rPr>
          <w:rFonts w:cs="Times New Roman"/>
        </w:rPr>
        <w:t>He turned.</w:t>
      </w:r>
    </w:p>
    <w:p w14:paraId="66515A01" w14:textId="77777777" w:rsidR="007D7487" w:rsidRDefault="00E6407B">
      <w:pPr>
        <w:ind w:firstLine="288"/>
      </w:pPr>
      <w:r>
        <w:rPr>
          <w:rFonts w:cs="Times New Roman"/>
        </w:rPr>
        <w:t>“I heard that.”</w:t>
      </w:r>
    </w:p>
    <w:p w14:paraId="59F6D890" w14:textId="77777777" w:rsidR="007D7487" w:rsidRDefault="00E6407B">
      <w:pPr>
        <w:ind w:firstLine="288"/>
      </w:pPr>
      <w:r>
        <w:rPr>
          <w:rFonts w:cs="Times New Roman"/>
        </w:rPr>
        <w:t>Susanna smiled.</w:t>
      </w:r>
    </w:p>
    <w:p w14:paraId="6DDF0458" w14:textId="77777777" w:rsidR="007D7487" w:rsidRDefault="00E6407B">
      <w:pPr>
        <w:ind w:firstLine="288"/>
      </w:pPr>
      <w:r>
        <w:rPr>
          <w:rFonts w:cs="Times New Roman"/>
        </w:rPr>
        <w:t>“Good.”</w:t>
      </w:r>
    </w:p>
    <w:p w14:paraId="1FB6A3B9" w14:textId="77777777" w:rsidR="007D7487" w:rsidRDefault="00E6407B">
      <w:pPr>
        <w:ind w:firstLine="288"/>
      </w:pPr>
      <w:r>
        <w:rPr>
          <w:rFonts w:cs="Times New Roman"/>
        </w:rPr>
        <w:t>Nicodemus looked toward the road ahead.</w:t>
      </w:r>
    </w:p>
    <w:p w14:paraId="3CB3BE82" w14:textId="77777777" w:rsidR="007D7487" w:rsidRDefault="00E6407B">
      <w:pPr>
        <w:ind w:firstLine="288"/>
      </w:pPr>
      <w:r>
        <w:rPr>
          <w:rFonts w:cs="Times New Roman"/>
        </w:rPr>
        <w:t>Galilee still waited.</w:t>
      </w:r>
    </w:p>
    <w:p w14:paraId="56A053F2" w14:textId="77777777" w:rsidR="007D7487" w:rsidRDefault="00E6407B">
      <w:pPr>
        <w:ind w:firstLine="288"/>
      </w:pPr>
      <w:r>
        <w:rPr>
          <w:rFonts w:cs="Times New Roman"/>
        </w:rPr>
        <w:t>So did Jesus.</w:t>
      </w:r>
    </w:p>
    <w:p w14:paraId="5FC15922" w14:textId="77777777" w:rsidR="007D7487" w:rsidRDefault="00E6407B">
      <w:pPr>
        <w:ind w:firstLine="288"/>
      </w:pPr>
      <w:r>
        <w:rPr>
          <w:rFonts w:cs="Times New Roman"/>
        </w:rPr>
        <w:t>And for once the teacher who had spent years collecting answers seemed content to carry a question a little farther before trying to solve it.</w:t>
      </w:r>
    </w:p>
    <w:p w14:paraId="17854E9C" w14:textId="77777777" w:rsidR="007D7487" w:rsidRDefault="00E6407B">
      <w:pPr>
        <w:suppressLineNumbers/>
      </w:pPr>
      <w:r>
        <w:br w:type="page"/>
      </w:r>
    </w:p>
    <w:p w14:paraId="702587AB" w14:textId="77777777" w:rsidR="007D7487" w:rsidRDefault="00E6407B">
      <w:pPr>
        <w:pStyle w:val="Heading1"/>
        <w:suppressLineNumbers/>
      </w:pPr>
      <w:r>
        <w:rPr>
          <w:rFonts w:ascii="Times New Roman" w:hAnsi="Times New Roman" w:cs="Times New Roman"/>
        </w:rPr>
        <w:lastRenderedPageBreak/>
        <w:t>Section 5A — Road North — Rome and Peter</w:t>
      </w:r>
    </w:p>
    <w:p w14:paraId="6AD29285" w14:textId="77777777" w:rsidR="007D7487" w:rsidRDefault="00E6407B">
      <w:pPr>
        <w:ind w:firstLine="288"/>
      </w:pPr>
      <w:r>
        <w:rPr>
          <w:rFonts w:cs="Times New Roman"/>
        </w:rPr>
        <w:t>The road kept carrying them north.</w:t>
      </w:r>
    </w:p>
    <w:p w14:paraId="2B4BEBA2" w14:textId="77777777" w:rsidR="007D7487" w:rsidRDefault="00E6407B">
      <w:pPr>
        <w:ind w:firstLine="288"/>
      </w:pPr>
      <w:r>
        <w:rPr>
          <w:rFonts w:cs="Times New Roman"/>
        </w:rPr>
        <w:t>Behind them lay Jerusalem.</w:t>
      </w:r>
    </w:p>
    <w:p w14:paraId="1A9B6E4F" w14:textId="77777777" w:rsidR="007D7487" w:rsidRDefault="00E6407B">
      <w:pPr>
        <w:ind w:firstLine="288"/>
      </w:pPr>
      <w:r>
        <w:rPr>
          <w:rFonts w:cs="Times New Roman"/>
        </w:rPr>
        <w:t>Ahead lay Galilee.</w:t>
      </w:r>
    </w:p>
    <w:p w14:paraId="57E398FA" w14:textId="77777777" w:rsidR="007D7487" w:rsidRDefault="00E6407B">
      <w:pPr>
        <w:ind w:firstLine="288"/>
      </w:pPr>
      <w:r>
        <w:rPr>
          <w:rFonts w:cs="Times New Roman"/>
        </w:rPr>
        <w:t>Between the two, the disciples had too much time to think.</w:t>
      </w:r>
    </w:p>
    <w:p w14:paraId="51708536" w14:textId="77777777" w:rsidR="007D7487" w:rsidRDefault="00E6407B">
      <w:pPr>
        <w:ind w:firstLine="288"/>
      </w:pPr>
      <w:r>
        <w:rPr>
          <w:rFonts w:cs="Times New Roman"/>
        </w:rPr>
        <w:t>The genealogy conversation spread only in fragments. Joanna did not turn Mary’s family into public entertainment. Nicodemus, despite his excitement, understood the difference between discovery and gossip. The women stayed together for a while afterward, and the old teacher eventually moved ahead to Joseph, still muttering names under his breath.</w:t>
      </w:r>
    </w:p>
    <w:p w14:paraId="64B35303" w14:textId="77777777" w:rsidR="007D7487" w:rsidRDefault="00E6407B">
      <w:pPr>
        <w:ind w:firstLine="288"/>
      </w:pPr>
      <w:r>
        <w:rPr>
          <w:rFonts w:cs="Times New Roman"/>
        </w:rPr>
        <w:t>Thomas found Matthew sometime later.</w:t>
      </w:r>
    </w:p>
    <w:p w14:paraId="4E849798" w14:textId="77777777" w:rsidR="007D7487" w:rsidRDefault="00E6407B">
      <w:pPr>
        <w:ind w:firstLine="288"/>
      </w:pPr>
      <w:r>
        <w:rPr>
          <w:rFonts w:cs="Times New Roman"/>
        </w:rPr>
        <w:t>Simon the Zealot was several paces ahead.</w:t>
      </w:r>
    </w:p>
    <w:p w14:paraId="4FB88593" w14:textId="77777777" w:rsidR="007D7487" w:rsidRDefault="00E6407B">
      <w:pPr>
        <w:ind w:firstLine="288"/>
      </w:pPr>
      <w:r>
        <w:rPr>
          <w:rFonts w:cs="Times New Roman"/>
        </w:rPr>
        <w:t>The road narrowed, and the three gradually found themselves close enough that one conversation became unavoidable.</w:t>
      </w:r>
    </w:p>
    <w:p w14:paraId="74E92CB2" w14:textId="77777777" w:rsidR="007D7487" w:rsidRDefault="00E6407B">
      <w:pPr>
        <w:ind w:firstLine="288"/>
      </w:pPr>
      <w:r>
        <w:rPr>
          <w:rFonts w:cs="Times New Roman"/>
        </w:rPr>
        <w:t>Thomas kicked a loose stone.</w:t>
      </w:r>
    </w:p>
    <w:p w14:paraId="30648FC4" w14:textId="77777777" w:rsidR="007D7487" w:rsidRDefault="00E6407B">
      <w:pPr>
        <w:ind w:firstLine="288"/>
      </w:pPr>
      <w:r>
        <w:rPr>
          <w:rFonts w:cs="Times New Roman"/>
        </w:rPr>
        <w:t>“They are still there.”</w:t>
      </w:r>
    </w:p>
    <w:p w14:paraId="1CEC29A6" w14:textId="77777777" w:rsidR="007D7487" w:rsidRDefault="00E6407B">
      <w:pPr>
        <w:ind w:firstLine="288"/>
      </w:pPr>
      <w:r>
        <w:rPr>
          <w:rFonts w:cs="Times New Roman"/>
        </w:rPr>
        <w:t>Matthew knew who he meant.</w:t>
      </w:r>
    </w:p>
    <w:p w14:paraId="2B0677CF" w14:textId="77777777" w:rsidR="007D7487" w:rsidRDefault="00E6407B">
      <w:pPr>
        <w:ind w:firstLine="288"/>
      </w:pPr>
      <w:r>
        <w:rPr>
          <w:rFonts w:cs="Times New Roman"/>
        </w:rPr>
        <w:t>“Rome?”</w:t>
      </w:r>
    </w:p>
    <w:p w14:paraId="322F0403" w14:textId="77777777" w:rsidR="007D7487" w:rsidRDefault="00E6407B">
      <w:pPr>
        <w:ind w:firstLine="288"/>
      </w:pPr>
      <w:r>
        <w:rPr>
          <w:rFonts w:cs="Times New Roman"/>
        </w:rPr>
        <w:t>Thomas nodded.</w:t>
      </w:r>
    </w:p>
    <w:p w14:paraId="50B9A953" w14:textId="77777777" w:rsidR="007D7487" w:rsidRDefault="00E6407B">
      <w:pPr>
        <w:ind w:firstLine="288"/>
      </w:pPr>
      <w:r>
        <w:rPr>
          <w:rFonts w:cs="Times New Roman"/>
        </w:rPr>
        <w:t>“The council too.”</w:t>
      </w:r>
    </w:p>
    <w:p w14:paraId="7DA1C4DE" w14:textId="77777777" w:rsidR="007D7487" w:rsidRDefault="00E6407B">
      <w:pPr>
        <w:ind w:firstLine="288"/>
      </w:pPr>
      <w:r>
        <w:rPr>
          <w:rFonts w:cs="Times New Roman"/>
        </w:rPr>
        <w:t>Matthew looked toward him.</w:t>
      </w:r>
    </w:p>
    <w:p w14:paraId="420A722F" w14:textId="77777777" w:rsidR="007D7487" w:rsidRDefault="00E6407B">
      <w:pPr>
        <w:ind w:firstLine="288"/>
      </w:pPr>
      <w:r>
        <w:rPr>
          <w:rFonts w:cs="Times New Roman"/>
        </w:rPr>
        <w:t>“And?”</w:t>
      </w:r>
    </w:p>
    <w:p w14:paraId="25CB4087" w14:textId="77777777" w:rsidR="007D7487" w:rsidRDefault="00E6407B">
      <w:pPr>
        <w:ind w:firstLine="288"/>
      </w:pPr>
      <w:r>
        <w:rPr>
          <w:rFonts w:cs="Times New Roman"/>
        </w:rPr>
        <w:t>Thomas stopped walking.</w:t>
      </w:r>
    </w:p>
    <w:p w14:paraId="01775184" w14:textId="77777777" w:rsidR="007D7487" w:rsidRDefault="00E6407B">
      <w:pPr>
        <w:ind w:firstLine="288"/>
      </w:pPr>
      <w:r>
        <w:rPr>
          <w:rFonts w:cs="Times New Roman"/>
        </w:rPr>
        <w:t>“What does resurrection mean if the men who killed Him still have power?”</w:t>
      </w:r>
    </w:p>
    <w:p w14:paraId="597ED998" w14:textId="77777777" w:rsidR="007D7487" w:rsidRDefault="00E6407B">
      <w:pPr>
        <w:ind w:firstLine="288"/>
      </w:pPr>
      <w:r>
        <w:rPr>
          <w:rFonts w:cs="Times New Roman"/>
        </w:rPr>
        <w:t>Simon slowed.</w:t>
      </w:r>
    </w:p>
    <w:p w14:paraId="726E6F3D" w14:textId="77777777" w:rsidR="007D7487" w:rsidRDefault="00E6407B">
      <w:pPr>
        <w:ind w:firstLine="288"/>
      </w:pPr>
      <w:r>
        <w:rPr>
          <w:rFonts w:cs="Times New Roman"/>
        </w:rPr>
        <w:t>Then turned.</w:t>
      </w:r>
    </w:p>
    <w:p w14:paraId="11AE665B" w14:textId="77777777" w:rsidR="007D7487" w:rsidRDefault="00E6407B">
      <w:pPr>
        <w:ind w:firstLine="288"/>
      </w:pPr>
      <w:r>
        <w:rPr>
          <w:rFonts w:cs="Times New Roman"/>
        </w:rPr>
        <w:t>“That is what I want to know.”</w:t>
      </w:r>
    </w:p>
    <w:p w14:paraId="6A9979D0" w14:textId="77777777" w:rsidR="007D7487" w:rsidRDefault="00E6407B">
      <w:pPr>
        <w:ind w:firstLine="288"/>
      </w:pPr>
      <w:r>
        <w:rPr>
          <w:rFonts w:cs="Times New Roman"/>
        </w:rPr>
        <w:t>Matthew’s eyes moved between them.</w:t>
      </w:r>
    </w:p>
    <w:p w14:paraId="1CE308B7" w14:textId="77777777" w:rsidR="007D7487" w:rsidRDefault="00E6407B">
      <w:pPr>
        <w:ind w:firstLine="288"/>
      </w:pPr>
      <w:r>
        <w:rPr>
          <w:rFonts w:cs="Times New Roman"/>
        </w:rPr>
        <w:t>Simon folded his arms.</w:t>
      </w:r>
    </w:p>
    <w:p w14:paraId="4CD21A63" w14:textId="77777777" w:rsidR="007D7487" w:rsidRDefault="00E6407B">
      <w:pPr>
        <w:ind w:firstLine="288"/>
      </w:pPr>
      <w:r>
        <w:rPr>
          <w:rFonts w:cs="Times New Roman"/>
        </w:rPr>
        <w:t>“We thought redemption meant Israel free.”</w:t>
      </w:r>
    </w:p>
    <w:p w14:paraId="334B33DD" w14:textId="77777777" w:rsidR="007D7487" w:rsidRDefault="00E6407B">
      <w:pPr>
        <w:ind w:firstLine="288"/>
      </w:pPr>
      <w:r>
        <w:rPr>
          <w:rFonts w:cs="Times New Roman"/>
        </w:rPr>
        <w:t>“Free from Rome,” Matthew said.</w:t>
      </w:r>
    </w:p>
    <w:p w14:paraId="67116E57" w14:textId="77777777" w:rsidR="007D7487" w:rsidRDefault="00E6407B">
      <w:pPr>
        <w:ind w:firstLine="288"/>
      </w:pPr>
      <w:r>
        <w:rPr>
          <w:rFonts w:cs="Times New Roman"/>
        </w:rPr>
        <w:t>Simon gave him a look.</w:t>
      </w:r>
    </w:p>
    <w:p w14:paraId="22C2DD45" w14:textId="77777777" w:rsidR="007D7487" w:rsidRDefault="00E6407B">
      <w:pPr>
        <w:ind w:firstLine="288"/>
      </w:pPr>
      <w:r>
        <w:rPr>
          <w:rFonts w:cs="Times New Roman"/>
        </w:rPr>
        <w:t>“What else would it mean?”</w:t>
      </w:r>
    </w:p>
    <w:p w14:paraId="28AF557E" w14:textId="77777777" w:rsidR="007D7487" w:rsidRDefault="00E6407B">
      <w:pPr>
        <w:ind w:firstLine="288"/>
      </w:pPr>
      <w:r>
        <w:rPr>
          <w:rFonts w:cs="Times New Roman"/>
        </w:rPr>
        <w:t>Matthew did not answer immediately.</w:t>
      </w:r>
    </w:p>
    <w:p w14:paraId="696F89CE" w14:textId="77777777" w:rsidR="007D7487" w:rsidRDefault="00E6407B">
      <w:pPr>
        <w:ind w:firstLine="288"/>
      </w:pPr>
      <w:r>
        <w:rPr>
          <w:rFonts w:cs="Times New Roman"/>
        </w:rPr>
        <w:t>He had once collected Rome’s money.</w:t>
      </w:r>
    </w:p>
    <w:p w14:paraId="7706852A" w14:textId="77777777" w:rsidR="007D7487" w:rsidRDefault="00E6407B">
      <w:pPr>
        <w:ind w:firstLine="288"/>
      </w:pPr>
      <w:r>
        <w:rPr>
          <w:rFonts w:cs="Times New Roman"/>
        </w:rPr>
        <w:t>He knew what imperial authority looked like when it entered a village.</w:t>
      </w:r>
    </w:p>
    <w:p w14:paraId="502F9A96" w14:textId="77777777" w:rsidR="007D7487" w:rsidRDefault="00E6407B">
      <w:pPr>
        <w:ind w:firstLine="288"/>
      </w:pPr>
      <w:r>
        <w:rPr>
          <w:rFonts w:cs="Times New Roman"/>
        </w:rPr>
        <w:t>A soldier did not need to explain power.</w:t>
      </w:r>
    </w:p>
    <w:p w14:paraId="4D4A4FEC" w14:textId="77777777" w:rsidR="007D7487" w:rsidRDefault="00E6407B">
      <w:pPr>
        <w:ind w:firstLine="288"/>
      </w:pPr>
      <w:r>
        <w:rPr>
          <w:rFonts w:cs="Times New Roman"/>
        </w:rPr>
        <w:t>A tax table did not need a parable.</w:t>
      </w:r>
    </w:p>
    <w:p w14:paraId="36E8EBFF" w14:textId="77777777" w:rsidR="007D7487" w:rsidRDefault="00E6407B">
      <w:pPr>
        <w:ind w:firstLine="288"/>
      </w:pPr>
      <w:r>
        <w:rPr>
          <w:rFonts w:cs="Times New Roman"/>
        </w:rPr>
        <w:t>Men knew.</w:t>
      </w:r>
    </w:p>
    <w:p w14:paraId="20B2789F" w14:textId="77777777" w:rsidR="007D7487" w:rsidRDefault="00E6407B">
      <w:pPr>
        <w:ind w:firstLine="288"/>
      </w:pPr>
      <w:r>
        <w:rPr>
          <w:rFonts w:cs="Times New Roman"/>
        </w:rPr>
        <w:lastRenderedPageBreak/>
        <w:t>Thomas looked north.</w:t>
      </w:r>
    </w:p>
    <w:p w14:paraId="79CA1D36" w14:textId="77777777" w:rsidR="007D7487" w:rsidRDefault="00E6407B">
      <w:pPr>
        <w:ind w:firstLine="288"/>
      </w:pPr>
      <w:r>
        <w:rPr>
          <w:rFonts w:cs="Times New Roman"/>
        </w:rPr>
        <w:t>“He is alive.”</w:t>
      </w:r>
    </w:p>
    <w:p w14:paraId="59CF9C53" w14:textId="77777777" w:rsidR="007D7487" w:rsidRDefault="00E6407B">
      <w:pPr>
        <w:ind w:firstLine="288"/>
      </w:pPr>
      <w:r>
        <w:rPr>
          <w:rFonts w:cs="Times New Roman"/>
        </w:rPr>
        <w:t>“Yes,” Matthew said.</w:t>
      </w:r>
    </w:p>
    <w:p w14:paraId="0CACF1CD" w14:textId="77777777" w:rsidR="007D7487" w:rsidRDefault="00E6407B">
      <w:pPr>
        <w:ind w:firstLine="288"/>
      </w:pPr>
      <w:r>
        <w:rPr>
          <w:rFonts w:cs="Times New Roman"/>
        </w:rPr>
        <w:t>“Pilate is still governor.”</w:t>
      </w:r>
    </w:p>
    <w:p w14:paraId="61C4EA30" w14:textId="77777777" w:rsidR="007D7487" w:rsidRDefault="00E6407B">
      <w:pPr>
        <w:ind w:firstLine="288"/>
      </w:pPr>
      <w:r>
        <w:rPr>
          <w:rFonts w:cs="Times New Roman"/>
        </w:rPr>
        <w:t>“Yes.”</w:t>
      </w:r>
    </w:p>
    <w:p w14:paraId="5A590D6D" w14:textId="77777777" w:rsidR="007D7487" w:rsidRDefault="00E6407B">
      <w:pPr>
        <w:ind w:firstLine="288"/>
      </w:pPr>
      <w:r>
        <w:rPr>
          <w:rFonts w:cs="Times New Roman"/>
        </w:rPr>
        <w:t>“Caiaphas did not vanish.”</w:t>
      </w:r>
    </w:p>
    <w:p w14:paraId="2564EE35" w14:textId="77777777" w:rsidR="007D7487" w:rsidRDefault="00E6407B">
      <w:pPr>
        <w:ind w:firstLine="288"/>
      </w:pPr>
      <w:r>
        <w:rPr>
          <w:rFonts w:cs="Times New Roman"/>
        </w:rPr>
        <w:t>“No.”</w:t>
      </w:r>
    </w:p>
    <w:p w14:paraId="2C133867" w14:textId="77777777" w:rsidR="007D7487" w:rsidRDefault="00E6407B">
      <w:pPr>
        <w:ind w:firstLine="288"/>
      </w:pPr>
      <w:r>
        <w:rPr>
          <w:rFonts w:cs="Times New Roman"/>
        </w:rPr>
        <w:t>Thomas’s jaw tightened.</w:t>
      </w:r>
    </w:p>
    <w:p w14:paraId="78679664" w14:textId="77777777" w:rsidR="007D7487" w:rsidRDefault="00E6407B">
      <w:pPr>
        <w:ind w:firstLine="288"/>
      </w:pPr>
      <w:r>
        <w:rPr>
          <w:rFonts w:cs="Times New Roman"/>
        </w:rPr>
        <w:t>“Then something about the victory is not what we thought.”</w:t>
      </w:r>
    </w:p>
    <w:p w14:paraId="39016567" w14:textId="77777777" w:rsidR="007D7487" w:rsidRDefault="00E6407B">
      <w:pPr>
        <w:ind w:firstLine="288"/>
      </w:pPr>
      <w:r>
        <w:rPr>
          <w:rFonts w:cs="Times New Roman"/>
        </w:rPr>
        <w:t>Simon exhaled through his nose.</w:t>
      </w:r>
    </w:p>
    <w:p w14:paraId="059BE9A0" w14:textId="77777777" w:rsidR="007D7487" w:rsidRDefault="00E6407B">
      <w:pPr>
        <w:ind w:firstLine="288"/>
      </w:pPr>
      <w:r>
        <w:rPr>
          <w:rFonts w:cs="Times New Roman"/>
        </w:rPr>
        <w:t>“I thought the Son of David would break the oppressor.”</w:t>
      </w:r>
    </w:p>
    <w:p w14:paraId="495E645C" w14:textId="77777777" w:rsidR="007D7487" w:rsidRDefault="00E6407B">
      <w:pPr>
        <w:ind w:firstLine="288"/>
      </w:pPr>
      <w:r>
        <w:rPr>
          <w:rFonts w:cs="Times New Roman"/>
        </w:rPr>
        <w:t>Matthew looked at him.</w:t>
      </w:r>
    </w:p>
    <w:p w14:paraId="453CF0F8" w14:textId="77777777" w:rsidR="007D7487" w:rsidRDefault="00E6407B">
      <w:pPr>
        <w:ind w:firstLine="288"/>
      </w:pPr>
      <w:r>
        <w:rPr>
          <w:rFonts w:cs="Times New Roman"/>
        </w:rPr>
        <w:t>“You thought that very loudly.”</w:t>
      </w:r>
    </w:p>
    <w:p w14:paraId="4DF521E0" w14:textId="77777777" w:rsidR="007D7487" w:rsidRDefault="00E6407B">
      <w:pPr>
        <w:ind w:firstLine="288"/>
      </w:pPr>
      <w:r>
        <w:rPr>
          <w:rFonts w:cs="Times New Roman"/>
        </w:rPr>
        <w:t>Simon almost smiled.</w:t>
      </w:r>
    </w:p>
    <w:p w14:paraId="502168AA" w14:textId="77777777" w:rsidR="007D7487" w:rsidRDefault="00E6407B">
      <w:pPr>
        <w:ind w:firstLine="288"/>
      </w:pPr>
      <w:r>
        <w:rPr>
          <w:rFonts w:cs="Times New Roman"/>
        </w:rPr>
        <w:t>“And you helped collect for the oppressor.”</w:t>
      </w:r>
    </w:p>
    <w:p w14:paraId="2CB916E1" w14:textId="77777777" w:rsidR="007D7487" w:rsidRDefault="00E6407B">
      <w:pPr>
        <w:ind w:firstLine="288"/>
      </w:pPr>
      <w:r>
        <w:rPr>
          <w:rFonts w:cs="Times New Roman"/>
        </w:rPr>
        <w:t>“I did that loudly too.”</w:t>
      </w:r>
    </w:p>
    <w:p w14:paraId="53AF7667" w14:textId="77777777" w:rsidR="007D7487" w:rsidRDefault="00E6407B">
      <w:pPr>
        <w:ind w:firstLine="288"/>
      </w:pPr>
      <w:r>
        <w:rPr>
          <w:rFonts w:cs="Times New Roman"/>
        </w:rPr>
        <w:t>Thomas laughed.</w:t>
      </w:r>
    </w:p>
    <w:p w14:paraId="0D5E1DE5" w14:textId="77777777" w:rsidR="007D7487" w:rsidRDefault="00E6407B">
      <w:pPr>
        <w:ind w:firstLine="288"/>
      </w:pPr>
      <w:r>
        <w:rPr>
          <w:rFonts w:cs="Times New Roman"/>
        </w:rPr>
        <w:t>For a moment the political tension loosened.</w:t>
      </w:r>
    </w:p>
    <w:p w14:paraId="6EAD90D0" w14:textId="77777777" w:rsidR="007D7487" w:rsidRDefault="00E6407B">
      <w:pPr>
        <w:ind w:firstLine="288"/>
      </w:pPr>
      <w:r>
        <w:rPr>
          <w:rFonts w:cs="Times New Roman"/>
        </w:rPr>
        <w:t>Then Matthew’s expression became serious.</w:t>
      </w:r>
    </w:p>
    <w:p w14:paraId="1399655D" w14:textId="77777777" w:rsidR="007D7487" w:rsidRDefault="00E6407B">
      <w:pPr>
        <w:ind w:firstLine="288"/>
      </w:pPr>
      <w:r>
        <w:rPr>
          <w:rFonts w:cs="Times New Roman"/>
        </w:rPr>
        <w:t>“When Rome says it has authority, everybody understands.”</w:t>
      </w:r>
    </w:p>
    <w:p w14:paraId="7ED2668A" w14:textId="77777777" w:rsidR="007D7487" w:rsidRDefault="00E6407B">
      <w:pPr>
        <w:ind w:firstLine="288"/>
      </w:pPr>
      <w:r>
        <w:rPr>
          <w:rFonts w:cs="Times New Roman"/>
        </w:rPr>
        <w:t>Simon nodded.</w:t>
      </w:r>
    </w:p>
    <w:p w14:paraId="68B4C074" w14:textId="77777777" w:rsidR="007D7487" w:rsidRDefault="00E6407B">
      <w:pPr>
        <w:ind w:firstLine="288"/>
      </w:pPr>
      <w:r>
        <w:rPr>
          <w:rFonts w:cs="Times New Roman"/>
        </w:rPr>
        <w:t>“Soldiers.”</w:t>
      </w:r>
    </w:p>
    <w:p w14:paraId="794819F3" w14:textId="77777777" w:rsidR="007D7487" w:rsidRDefault="00E6407B">
      <w:pPr>
        <w:ind w:firstLine="288"/>
      </w:pPr>
      <w:r>
        <w:rPr>
          <w:rFonts w:cs="Times New Roman"/>
        </w:rPr>
        <w:t>“Taxes.”</w:t>
      </w:r>
    </w:p>
    <w:p w14:paraId="5E186A20" w14:textId="77777777" w:rsidR="007D7487" w:rsidRDefault="00E6407B">
      <w:pPr>
        <w:ind w:firstLine="288"/>
      </w:pPr>
      <w:r>
        <w:rPr>
          <w:rFonts w:cs="Times New Roman"/>
        </w:rPr>
        <w:t>“Courts.”</w:t>
      </w:r>
    </w:p>
    <w:p w14:paraId="69AC285C" w14:textId="77777777" w:rsidR="007D7487" w:rsidRDefault="00E6407B">
      <w:pPr>
        <w:ind w:firstLine="288"/>
      </w:pPr>
      <w:r>
        <w:rPr>
          <w:rFonts w:cs="Times New Roman"/>
        </w:rPr>
        <w:t>“Execution,” Thomas added.</w:t>
      </w:r>
    </w:p>
    <w:p w14:paraId="0C95505B" w14:textId="77777777" w:rsidR="007D7487" w:rsidRDefault="00E6407B">
      <w:pPr>
        <w:ind w:firstLine="288"/>
      </w:pPr>
      <w:r>
        <w:rPr>
          <w:rFonts w:cs="Times New Roman"/>
        </w:rPr>
        <w:t>The word quieted all three.</w:t>
      </w:r>
    </w:p>
    <w:p w14:paraId="57385AFF" w14:textId="77777777" w:rsidR="007D7487" w:rsidRDefault="00E6407B">
      <w:pPr>
        <w:ind w:firstLine="288"/>
      </w:pPr>
      <w:r>
        <w:rPr>
          <w:rFonts w:cs="Times New Roman"/>
        </w:rPr>
        <w:t>They had seen what Rome did to Jesus.</w:t>
      </w:r>
    </w:p>
    <w:p w14:paraId="2807BB5C" w14:textId="77777777" w:rsidR="007D7487" w:rsidRDefault="00E6407B">
      <w:pPr>
        <w:ind w:firstLine="288"/>
      </w:pPr>
      <w:r>
        <w:rPr>
          <w:rFonts w:cs="Times New Roman"/>
        </w:rPr>
        <w:t>Not as an idea.</w:t>
      </w:r>
    </w:p>
    <w:p w14:paraId="4BAB8047" w14:textId="77777777" w:rsidR="007D7487" w:rsidRDefault="00E6407B">
      <w:pPr>
        <w:ind w:firstLine="288"/>
      </w:pPr>
      <w:r>
        <w:rPr>
          <w:rFonts w:cs="Times New Roman"/>
        </w:rPr>
        <w:t>Not as something written in a report.</w:t>
      </w:r>
    </w:p>
    <w:p w14:paraId="0D65050E" w14:textId="77777777" w:rsidR="007D7487" w:rsidRDefault="00E6407B">
      <w:pPr>
        <w:ind w:firstLine="288"/>
      </w:pPr>
      <w:r>
        <w:rPr>
          <w:rFonts w:cs="Times New Roman"/>
        </w:rPr>
        <w:t>They had seen the result on His body.</w:t>
      </w:r>
    </w:p>
    <w:p w14:paraId="777F94B8" w14:textId="77777777" w:rsidR="007D7487" w:rsidRDefault="00E6407B">
      <w:pPr>
        <w:ind w:firstLine="288"/>
      </w:pPr>
      <w:r>
        <w:rPr>
          <w:rFonts w:cs="Times New Roman"/>
        </w:rPr>
        <w:t>Simon looked toward the hills.</w:t>
      </w:r>
    </w:p>
    <w:p w14:paraId="74793E3E" w14:textId="77777777" w:rsidR="007D7487" w:rsidRDefault="00E6407B">
      <w:pPr>
        <w:ind w:firstLine="288"/>
      </w:pPr>
      <w:r>
        <w:rPr>
          <w:rFonts w:cs="Times New Roman"/>
        </w:rPr>
        <w:t>“If He has won, I want to know what He won.”</w:t>
      </w:r>
    </w:p>
    <w:p w14:paraId="6A55C3D6" w14:textId="77777777" w:rsidR="007D7487" w:rsidRDefault="00E6407B">
      <w:pPr>
        <w:ind w:firstLine="288"/>
      </w:pPr>
      <w:r>
        <w:rPr>
          <w:rFonts w:cs="Times New Roman"/>
        </w:rPr>
        <w:t>Thomas nodded.</w:t>
      </w:r>
    </w:p>
    <w:p w14:paraId="7746D78F" w14:textId="77777777" w:rsidR="007D7487" w:rsidRDefault="00E6407B">
      <w:pPr>
        <w:ind w:firstLine="288"/>
      </w:pPr>
      <w:r>
        <w:rPr>
          <w:rFonts w:cs="Times New Roman"/>
        </w:rPr>
        <w:t>“And why the people who killed Him are still standing.”</w:t>
      </w:r>
    </w:p>
    <w:p w14:paraId="73C87B96" w14:textId="77777777" w:rsidR="007D7487" w:rsidRDefault="00E6407B">
      <w:pPr>
        <w:ind w:firstLine="288"/>
      </w:pPr>
      <w:r>
        <w:rPr>
          <w:rFonts w:cs="Times New Roman"/>
        </w:rPr>
        <w:t>Matthew resumed walking.</w:t>
      </w:r>
    </w:p>
    <w:p w14:paraId="6D3A2665" w14:textId="77777777" w:rsidR="007D7487" w:rsidRDefault="00E6407B">
      <w:pPr>
        <w:ind w:firstLine="288"/>
      </w:pPr>
      <w:r>
        <w:rPr>
          <w:rFonts w:cs="Times New Roman"/>
        </w:rPr>
        <w:t>“Apparently that is what Galilee is for.”</w:t>
      </w:r>
    </w:p>
    <w:p w14:paraId="6ADFE919" w14:textId="77777777" w:rsidR="007D7487" w:rsidRDefault="00E6407B">
      <w:pPr>
        <w:ind w:firstLine="288"/>
      </w:pPr>
      <w:r>
        <w:rPr>
          <w:rFonts w:cs="Times New Roman"/>
        </w:rPr>
        <w:t>Simon followed.</w:t>
      </w:r>
    </w:p>
    <w:p w14:paraId="2AFE6064" w14:textId="77777777" w:rsidR="007D7487" w:rsidRDefault="00E6407B">
      <w:pPr>
        <w:ind w:firstLine="288"/>
      </w:pPr>
      <w:r>
        <w:rPr>
          <w:rFonts w:cs="Times New Roman"/>
        </w:rPr>
        <w:t>“He had better explain it.”</w:t>
      </w:r>
    </w:p>
    <w:p w14:paraId="7BC49CFD" w14:textId="77777777" w:rsidR="007D7487" w:rsidRDefault="00E6407B">
      <w:pPr>
        <w:ind w:firstLine="288"/>
      </w:pPr>
      <w:r>
        <w:rPr>
          <w:rFonts w:cs="Times New Roman"/>
        </w:rPr>
        <w:lastRenderedPageBreak/>
        <w:t>Matthew glanced at him.</w:t>
      </w:r>
    </w:p>
    <w:p w14:paraId="40C78CBF" w14:textId="77777777" w:rsidR="007D7487" w:rsidRDefault="00E6407B">
      <w:pPr>
        <w:ind w:firstLine="288"/>
      </w:pPr>
      <w:r>
        <w:rPr>
          <w:rFonts w:cs="Times New Roman"/>
        </w:rPr>
        <w:t>“You always did know how to phrase a respectful question.”</w:t>
      </w:r>
    </w:p>
    <w:p w14:paraId="426F5886" w14:textId="77777777" w:rsidR="007D7487" w:rsidRDefault="00E6407B">
      <w:pPr>
        <w:ind w:firstLine="288"/>
      </w:pPr>
      <w:r>
        <w:rPr>
          <w:rFonts w:cs="Times New Roman"/>
        </w:rPr>
        <w:t>Simon looked back.</w:t>
      </w:r>
    </w:p>
    <w:p w14:paraId="44A3DE0D" w14:textId="77777777" w:rsidR="007D7487" w:rsidRDefault="00E6407B">
      <w:pPr>
        <w:ind w:firstLine="288"/>
      </w:pPr>
      <w:r>
        <w:rPr>
          <w:rFonts w:cs="Times New Roman"/>
        </w:rPr>
        <w:t>“Former publicans should not lecture anyone about manners.”</w:t>
      </w:r>
    </w:p>
    <w:p w14:paraId="5D8A7C9A" w14:textId="77777777" w:rsidR="007D7487" w:rsidRDefault="00E6407B">
      <w:pPr>
        <w:ind w:firstLine="288"/>
      </w:pPr>
      <w:r>
        <w:rPr>
          <w:rFonts w:cs="Times New Roman"/>
        </w:rPr>
        <w:t>Thomas laughed again.</w:t>
      </w:r>
    </w:p>
    <w:p w14:paraId="24DAFEA8" w14:textId="77777777" w:rsidR="007D7487" w:rsidRDefault="00E6407B">
      <w:pPr>
        <w:ind w:firstLine="288"/>
      </w:pPr>
      <w:r>
        <w:rPr>
          <w:rFonts w:cs="Times New Roman"/>
        </w:rPr>
        <w:t>They walked on.</w:t>
      </w:r>
    </w:p>
    <w:p w14:paraId="00683D4A" w14:textId="77777777" w:rsidR="007D7487" w:rsidRDefault="00E6407B">
      <w:pPr>
        <w:ind w:firstLine="288"/>
      </w:pPr>
      <w:r>
        <w:rPr>
          <w:rFonts w:cs="Times New Roman"/>
        </w:rPr>
        <w:t>The question remained.</w:t>
      </w:r>
    </w:p>
    <w:p w14:paraId="3A03F396" w14:textId="77777777" w:rsidR="007D7487" w:rsidRDefault="00E6407B">
      <w:pPr>
        <w:ind w:firstLine="288"/>
      </w:pPr>
      <w:r>
        <w:rPr>
          <w:rFonts w:cs="Times New Roman"/>
        </w:rPr>
        <w:t>Jesus was alive.</w:t>
      </w:r>
    </w:p>
    <w:p w14:paraId="44A481B5" w14:textId="77777777" w:rsidR="007D7487" w:rsidRDefault="00E6407B">
      <w:pPr>
        <w:ind w:firstLine="288"/>
      </w:pPr>
      <w:r>
        <w:rPr>
          <w:rFonts w:cs="Times New Roman"/>
        </w:rPr>
        <w:t>Rome still stood.</w:t>
      </w:r>
    </w:p>
    <w:p w14:paraId="7610D82A" w14:textId="77777777" w:rsidR="007D7487" w:rsidRDefault="00E6407B">
      <w:pPr>
        <w:ind w:firstLine="288"/>
      </w:pPr>
      <w:r>
        <w:rPr>
          <w:rFonts w:cs="Times New Roman"/>
        </w:rPr>
        <w:t>How could both be true if Messiah had won?</w:t>
      </w:r>
    </w:p>
    <w:p w14:paraId="7F41B42C" w14:textId="77777777" w:rsidR="007D7487" w:rsidRDefault="00E6407B">
      <w:pPr>
        <w:suppressLineNumbers/>
        <w:spacing w:before="100" w:after="100"/>
        <w:jc w:val="center"/>
      </w:pPr>
      <w:r>
        <w:rPr>
          <w:rFonts w:cs="Times New Roman"/>
          <w:sz w:val="20"/>
        </w:rPr>
        <w:t>* * *</w:t>
      </w:r>
    </w:p>
    <w:p w14:paraId="16A9F200" w14:textId="77777777" w:rsidR="007D7487" w:rsidRDefault="00E6407B">
      <w:pPr>
        <w:ind w:firstLine="288"/>
      </w:pPr>
      <w:r>
        <w:rPr>
          <w:rFonts w:cs="Times New Roman"/>
        </w:rPr>
        <w:t>The conversation did not stay with those three.</w:t>
      </w:r>
    </w:p>
    <w:p w14:paraId="10B5A0C7" w14:textId="77777777" w:rsidR="007D7487" w:rsidRDefault="00E6407B">
      <w:pPr>
        <w:ind w:firstLine="288"/>
      </w:pPr>
      <w:r>
        <w:rPr>
          <w:rFonts w:cs="Times New Roman"/>
        </w:rPr>
        <w:t>Questions rarely did on that road.</w:t>
      </w:r>
    </w:p>
    <w:p w14:paraId="22E59D4E" w14:textId="77777777" w:rsidR="007D7487" w:rsidRDefault="00E6407B">
      <w:pPr>
        <w:ind w:firstLine="288"/>
      </w:pPr>
      <w:r>
        <w:rPr>
          <w:rFonts w:cs="Times New Roman"/>
        </w:rPr>
        <w:t>By evening James had heard part of it.</w:t>
      </w:r>
    </w:p>
    <w:p w14:paraId="5DD076DA" w14:textId="77777777" w:rsidR="007D7487" w:rsidRDefault="00E6407B">
      <w:pPr>
        <w:ind w:firstLine="288"/>
      </w:pPr>
      <w:r>
        <w:rPr>
          <w:rFonts w:cs="Times New Roman"/>
        </w:rPr>
        <w:t>Andrew heard another part.</w:t>
      </w:r>
    </w:p>
    <w:p w14:paraId="216C67E8" w14:textId="77777777" w:rsidR="007D7487" w:rsidRDefault="00E6407B">
      <w:pPr>
        <w:ind w:firstLine="288"/>
      </w:pPr>
      <w:r>
        <w:rPr>
          <w:rFonts w:cs="Times New Roman"/>
        </w:rPr>
        <w:t>Peter heard enough to become irritated without anyone being certain whether the irritation was directed at Rome, the question, himself, or all three.</w:t>
      </w:r>
    </w:p>
    <w:p w14:paraId="56DAF989" w14:textId="77777777" w:rsidR="007D7487" w:rsidRDefault="00E6407B">
      <w:pPr>
        <w:ind w:firstLine="288"/>
      </w:pPr>
      <w:r>
        <w:rPr>
          <w:rFonts w:cs="Times New Roman"/>
        </w:rPr>
        <w:t>They camped where travelers could rest safely enough.</w:t>
      </w:r>
    </w:p>
    <w:p w14:paraId="29A3D6D6" w14:textId="77777777" w:rsidR="007D7487" w:rsidRDefault="00E6407B">
      <w:pPr>
        <w:ind w:firstLine="288"/>
      </w:pPr>
      <w:r>
        <w:rPr>
          <w:rFonts w:cs="Times New Roman"/>
        </w:rPr>
        <w:t>Food was divided.</w:t>
      </w:r>
    </w:p>
    <w:p w14:paraId="0D758FF6" w14:textId="77777777" w:rsidR="007D7487" w:rsidRDefault="00E6407B">
      <w:pPr>
        <w:ind w:firstLine="288"/>
      </w:pPr>
      <w:r>
        <w:rPr>
          <w:rFonts w:cs="Times New Roman"/>
        </w:rPr>
        <w:t>Water passed from hand to hand.</w:t>
      </w:r>
    </w:p>
    <w:p w14:paraId="72207707" w14:textId="77777777" w:rsidR="007D7487" w:rsidRDefault="00E6407B">
      <w:pPr>
        <w:ind w:firstLine="288"/>
      </w:pPr>
      <w:r>
        <w:rPr>
          <w:rFonts w:cs="Times New Roman"/>
        </w:rPr>
        <w:t>The road’s dust settled into clothing, hair, sandals, and every fold of fabric.</w:t>
      </w:r>
    </w:p>
    <w:p w14:paraId="62833D41" w14:textId="77777777" w:rsidR="007D7487" w:rsidRDefault="00E6407B">
      <w:pPr>
        <w:ind w:firstLine="288"/>
      </w:pPr>
      <w:r>
        <w:rPr>
          <w:rFonts w:cs="Times New Roman"/>
        </w:rPr>
        <w:t>Simon sat near Matthew again.</w:t>
      </w:r>
    </w:p>
    <w:p w14:paraId="5FD1CE3D" w14:textId="77777777" w:rsidR="007D7487" w:rsidRDefault="00E6407B">
      <w:pPr>
        <w:ind w:firstLine="288"/>
      </w:pPr>
      <w:r>
        <w:rPr>
          <w:rFonts w:cs="Times New Roman"/>
        </w:rPr>
        <w:t>That alone would once have seemed unlikely.</w:t>
      </w:r>
    </w:p>
    <w:p w14:paraId="0EE1DC05" w14:textId="77777777" w:rsidR="007D7487" w:rsidRDefault="00E6407B">
      <w:pPr>
        <w:ind w:firstLine="288"/>
      </w:pPr>
      <w:r>
        <w:rPr>
          <w:rFonts w:cs="Times New Roman"/>
        </w:rPr>
        <w:t>James lowered himself nearby.</w:t>
      </w:r>
    </w:p>
    <w:p w14:paraId="09C267D6" w14:textId="77777777" w:rsidR="007D7487" w:rsidRDefault="00E6407B">
      <w:pPr>
        <w:ind w:firstLine="288"/>
      </w:pPr>
      <w:r>
        <w:rPr>
          <w:rFonts w:cs="Times New Roman"/>
        </w:rPr>
        <w:t>“So what did you expect?” he asked Simon.</w:t>
      </w:r>
    </w:p>
    <w:p w14:paraId="0216432E" w14:textId="77777777" w:rsidR="007D7487" w:rsidRDefault="00E6407B">
      <w:pPr>
        <w:ind w:firstLine="288"/>
      </w:pPr>
      <w:r>
        <w:rPr>
          <w:rFonts w:cs="Times New Roman"/>
        </w:rPr>
        <w:t>Simon looked at him.</w:t>
      </w:r>
    </w:p>
    <w:p w14:paraId="2B1BE54C" w14:textId="77777777" w:rsidR="007D7487" w:rsidRDefault="00E6407B">
      <w:pPr>
        <w:ind w:firstLine="288"/>
      </w:pPr>
      <w:r>
        <w:rPr>
          <w:rFonts w:cs="Times New Roman"/>
        </w:rPr>
        <w:t>“From Messiah?”</w:t>
      </w:r>
    </w:p>
    <w:p w14:paraId="6838672E" w14:textId="77777777" w:rsidR="007D7487" w:rsidRDefault="00E6407B">
      <w:pPr>
        <w:ind w:firstLine="288"/>
      </w:pPr>
      <w:r>
        <w:rPr>
          <w:rFonts w:cs="Times New Roman"/>
        </w:rPr>
        <w:t>James nodded.</w:t>
      </w:r>
    </w:p>
    <w:p w14:paraId="56DB46FF" w14:textId="77777777" w:rsidR="007D7487" w:rsidRDefault="00E6407B">
      <w:pPr>
        <w:ind w:firstLine="288"/>
      </w:pPr>
      <w:r>
        <w:rPr>
          <w:rFonts w:cs="Times New Roman"/>
        </w:rPr>
        <w:t>Simon stared at the small fire.</w:t>
      </w:r>
    </w:p>
    <w:p w14:paraId="353F8512" w14:textId="77777777" w:rsidR="007D7487" w:rsidRDefault="00E6407B">
      <w:pPr>
        <w:ind w:firstLine="288"/>
      </w:pPr>
      <w:r>
        <w:rPr>
          <w:rFonts w:cs="Times New Roman"/>
        </w:rPr>
        <w:t>“Israel restored.”</w:t>
      </w:r>
    </w:p>
    <w:p w14:paraId="60E0D49C" w14:textId="77777777" w:rsidR="007D7487" w:rsidRDefault="00E6407B">
      <w:pPr>
        <w:ind w:firstLine="288"/>
      </w:pPr>
      <w:r>
        <w:rPr>
          <w:rFonts w:cs="Times New Roman"/>
        </w:rPr>
        <w:t>“That is not strange.”</w:t>
      </w:r>
    </w:p>
    <w:p w14:paraId="2C49530B" w14:textId="77777777" w:rsidR="007D7487" w:rsidRDefault="00E6407B">
      <w:pPr>
        <w:ind w:firstLine="288"/>
      </w:pPr>
      <w:r>
        <w:rPr>
          <w:rFonts w:cs="Times New Roman"/>
        </w:rPr>
        <w:t>“No.”</w:t>
      </w:r>
    </w:p>
    <w:p w14:paraId="140395D4" w14:textId="77777777" w:rsidR="007D7487" w:rsidRDefault="00E6407B">
      <w:pPr>
        <w:ind w:firstLine="288"/>
      </w:pPr>
      <w:r>
        <w:rPr>
          <w:rFonts w:cs="Times New Roman"/>
        </w:rPr>
        <w:t>“The kingdom of David?”</w:t>
      </w:r>
    </w:p>
    <w:p w14:paraId="6897AEC5" w14:textId="77777777" w:rsidR="007D7487" w:rsidRDefault="00E6407B">
      <w:pPr>
        <w:ind w:firstLine="288"/>
      </w:pPr>
      <w:r>
        <w:rPr>
          <w:rFonts w:cs="Times New Roman"/>
        </w:rPr>
        <w:t>“Yes.”</w:t>
      </w:r>
    </w:p>
    <w:p w14:paraId="1E18A3B8" w14:textId="77777777" w:rsidR="007D7487" w:rsidRDefault="00E6407B">
      <w:pPr>
        <w:ind w:firstLine="288"/>
      </w:pPr>
      <w:r>
        <w:rPr>
          <w:rFonts w:cs="Times New Roman"/>
        </w:rPr>
        <w:t>“Justice?”</w:t>
      </w:r>
    </w:p>
    <w:p w14:paraId="324D8FC1" w14:textId="77777777" w:rsidR="007D7487" w:rsidRDefault="00E6407B">
      <w:pPr>
        <w:ind w:firstLine="288"/>
      </w:pPr>
      <w:r>
        <w:rPr>
          <w:rFonts w:cs="Times New Roman"/>
        </w:rPr>
        <w:t>“Yes.”</w:t>
      </w:r>
    </w:p>
    <w:p w14:paraId="6490A4A5" w14:textId="77777777" w:rsidR="007D7487" w:rsidRDefault="00E6407B">
      <w:pPr>
        <w:ind w:firstLine="288"/>
      </w:pPr>
      <w:r>
        <w:rPr>
          <w:rFonts w:cs="Times New Roman"/>
        </w:rPr>
        <w:t>“Enemies judged?”</w:t>
      </w:r>
    </w:p>
    <w:p w14:paraId="1C093D5D" w14:textId="77777777" w:rsidR="007D7487" w:rsidRDefault="00E6407B">
      <w:pPr>
        <w:ind w:firstLine="288"/>
      </w:pPr>
      <w:r>
        <w:rPr>
          <w:rFonts w:cs="Times New Roman"/>
        </w:rPr>
        <w:t>Simon looked at him.</w:t>
      </w:r>
    </w:p>
    <w:p w14:paraId="2983D015" w14:textId="77777777" w:rsidR="007D7487" w:rsidRDefault="00E6407B">
      <w:pPr>
        <w:ind w:firstLine="288"/>
      </w:pPr>
      <w:r>
        <w:rPr>
          <w:rFonts w:cs="Times New Roman"/>
        </w:rPr>
        <w:lastRenderedPageBreak/>
        <w:t>“Yes.”</w:t>
      </w:r>
    </w:p>
    <w:p w14:paraId="40D2916B" w14:textId="77777777" w:rsidR="007D7487" w:rsidRDefault="00E6407B">
      <w:pPr>
        <w:ind w:firstLine="288"/>
      </w:pPr>
      <w:r>
        <w:rPr>
          <w:rFonts w:cs="Times New Roman"/>
        </w:rPr>
        <w:t>James glanced toward Matthew.</w:t>
      </w:r>
    </w:p>
    <w:p w14:paraId="69217CE7" w14:textId="77777777" w:rsidR="007D7487" w:rsidRDefault="00E6407B">
      <w:pPr>
        <w:ind w:firstLine="288"/>
      </w:pPr>
      <w:r>
        <w:rPr>
          <w:rFonts w:cs="Times New Roman"/>
        </w:rPr>
        <w:t>“And you?”</w:t>
      </w:r>
    </w:p>
    <w:p w14:paraId="44C18B40" w14:textId="77777777" w:rsidR="007D7487" w:rsidRDefault="00E6407B">
      <w:pPr>
        <w:ind w:firstLine="288"/>
      </w:pPr>
      <w:r>
        <w:rPr>
          <w:rFonts w:cs="Times New Roman"/>
        </w:rPr>
        <w:t>Matthew’s mouth shifted.</w:t>
      </w:r>
    </w:p>
    <w:p w14:paraId="5007EE37" w14:textId="77777777" w:rsidR="007D7487" w:rsidRDefault="00E6407B">
      <w:pPr>
        <w:ind w:firstLine="288"/>
      </w:pPr>
      <w:r>
        <w:rPr>
          <w:rFonts w:cs="Times New Roman"/>
        </w:rPr>
        <w:t>“I expected to survive my occupation long enough to become respectable.”</w:t>
      </w:r>
    </w:p>
    <w:p w14:paraId="5B4A9742" w14:textId="77777777" w:rsidR="007D7487" w:rsidRDefault="00E6407B">
      <w:pPr>
        <w:ind w:firstLine="288"/>
      </w:pPr>
      <w:r>
        <w:rPr>
          <w:rFonts w:cs="Times New Roman"/>
        </w:rPr>
        <w:t>Simon snorted.</w:t>
      </w:r>
    </w:p>
    <w:p w14:paraId="5799B2AA" w14:textId="77777777" w:rsidR="007D7487" w:rsidRDefault="00E6407B">
      <w:pPr>
        <w:ind w:firstLine="288"/>
      </w:pPr>
      <w:r>
        <w:rPr>
          <w:rFonts w:cs="Times New Roman"/>
        </w:rPr>
        <w:t>Matthew smiled.</w:t>
      </w:r>
    </w:p>
    <w:p w14:paraId="3E680EFB" w14:textId="77777777" w:rsidR="007D7487" w:rsidRDefault="00E6407B">
      <w:pPr>
        <w:ind w:firstLine="288"/>
      </w:pPr>
      <w:r>
        <w:rPr>
          <w:rFonts w:cs="Times New Roman"/>
        </w:rPr>
        <w:t>Then he answered seriously.</w:t>
      </w:r>
    </w:p>
    <w:p w14:paraId="39138A40" w14:textId="77777777" w:rsidR="007D7487" w:rsidRDefault="00E6407B">
      <w:pPr>
        <w:ind w:firstLine="288"/>
      </w:pPr>
      <w:r>
        <w:rPr>
          <w:rFonts w:cs="Times New Roman"/>
        </w:rPr>
        <w:t>“I knew what Israel hoped.”</w:t>
      </w:r>
    </w:p>
    <w:p w14:paraId="3DAB95A3" w14:textId="77777777" w:rsidR="007D7487" w:rsidRDefault="00E6407B">
      <w:pPr>
        <w:ind w:firstLine="288"/>
      </w:pPr>
      <w:r>
        <w:rPr>
          <w:rFonts w:cs="Times New Roman"/>
        </w:rPr>
        <w:t>“But?”</w:t>
      </w:r>
    </w:p>
    <w:p w14:paraId="7A9866A1" w14:textId="77777777" w:rsidR="007D7487" w:rsidRDefault="00E6407B">
      <w:pPr>
        <w:ind w:firstLine="288"/>
      </w:pPr>
      <w:r>
        <w:rPr>
          <w:rFonts w:cs="Times New Roman"/>
        </w:rPr>
        <w:t>“I had spent too much time serving Rome to imagine Rome would simply agree to leave.”</w:t>
      </w:r>
    </w:p>
    <w:p w14:paraId="43A61537" w14:textId="77777777" w:rsidR="007D7487" w:rsidRDefault="00E6407B">
      <w:pPr>
        <w:ind w:firstLine="288"/>
      </w:pPr>
      <w:r>
        <w:rPr>
          <w:rFonts w:cs="Times New Roman"/>
        </w:rPr>
        <w:t>Simon’s face hardened.</w:t>
      </w:r>
    </w:p>
    <w:p w14:paraId="5588BA04" w14:textId="77777777" w:rsidR="007D7487" w:rsidRDefault="00E6407B">
      <w:pPr>
        <w:ind w:firstLine="288"/>
      </w:pPr>
      <w:r>
        <w:rPr>
          <w:rFonts w:cs="Times New Roman"/>
        </w:rPr>
        <w:t>“I did not expect them to agree.”</w:t>
      </w:r>
    </w:p>
    <w:p w14:paraId="79551FE3" w14:textId="77777777" w:rsidR="007D7487" w:rsidRDefault="00E6407B">
      <w:pPr>
        <w:ind w:firstLine="288"/>
      </w:pPr>
      <w:r>
        <w:rPr>
          <w:rFonts w:cs="Times New Roman"/>
        </w:rPr>
        <w:t>“No,” Matthew said. “I gathered that.”</w:t>
      </w:r>
    </w:p>
    <w:p w14:paraId="51B55202" w14:textId="77777777" w:rsidR="007D7487" w:rsidRDefault="00E6407B">
      <w:pPr>
        <w:ind w:firstLine="288"/>
      </w:pPr>
      <w:r>
        <w:rPr>
          <w:rFonts w:cs="Times New Roman"/>
        </w:rPr>
        <w:t>James looked between them.</w:t>
      </w:r>
    </w:p>
    <w:p w14:paraId="3417EB06" w14:textId="77777777" w:rsidR="007D7487" w:rsidRDefault="00E6407B">
      <w:pPr>
        <w:ind w:firstLine="288"/>
      </w:pPr>
      <w:r>
        <w:rPr>
          <w:rFonts w:cs="Times New Roman"/>
        </w:rPr>
        <w:t>“Neither of you expected Messiah to die.”</w:t>
      </w:r>
    </w:p>
    <w:p w14:paraId="14A005EC" w14:textId="77777777" w:rsidR="007D7487" w:rsidRDefault="00E6407B">
      <w:pPr>
        <w:ind w:firstLine="288"/>
      </w:pPr>
      <w:r>
        <w:rPr>
          <w:rFonts w:cs="Times New Roman"/>
        </w:rPr>
        <w:t>Silence.</w:t>
      </w:r>
    </w:p>
    <w:p w14:paraId="5A0FDFD0" w14:textId="77777777" w:rsidR="007D7487" w:rsidRDefault="00E6407B">
      <w:pPr>
        <w:ind w:firstLine="288"/>
      </w:pPr>
      <w:r>
        <w:rPr>
          <w:rFonts w:cs="Times New Roman"/>
        </w:rPr>
        <w:t>“No,” Simon said.</w:t>
      </w:r>
    </w:p>
    <w:p w14:paraId="2E0A076E" w14:textId="77777777" w:rsidR="007D7487" w:rsidRDefault="00E6407B">
      <w:pPr>
        <w:ind w:firstLine="288"/>
      </w:pPr>
      <w:r>
        <w:rPr>
          <w:rFonts w:cs="Times New Roman"/>
        </w:rPr>
        <w:t>Matthew shook his head.</w:t>
      </w:r>
    </w:p>
    <w:p w14:paraId="51CBCAC5" w14:textId="77777777" w:rsidR="007D7487" w:rsidRDefault="00E6407B">
      <w:pPr>
        <w:ind w:firstLine="288"/>
      </w:pPr>
      <w:r>
        <w:rPr>
          <w:rFonts w:cs="Times New Roman"/>
        </w:rPr>
        <w:t>James looked toward Thomas.</w:t>
      </w:r>
    </w:p>
    <w:p w14:paraId="122ED02B" w14:textId="77777777" w:rsidR="007D7487" w:rsidRDefault="00E6407B">
      <w:pPr>
        <w:ind w:firstLine="288"/>
      </w:pPr>
      <w:r>
        <w:rPr>
          <w:rFonts w:cs="Times New Roman"/>
        </w:rPr>
        <w:t>Thomas was listening from the other side of the fire.</w:t>
      </w:r>
    </w:p>
    <w:p w14:paraId="28F4CAFA" w14:textId="77777777" w:rsidR="007D7487" w:rsidRDefault="00E6407B">
      <w:pPr>
        <w:ind w:firstLine="288"/>
      </w:pPr>
      <w:r>
        <w:rPr>
          <w:rFonts w:cs="Times New Roman"/>
        </w:rPr>
        <w:t>“You?”</w:t>
      </w:r>
    </w:p>
    <w:p w14:paraId="521BABFD" w14:textId="77777777" w:rsidR="007D7487" w:rsidRDefault="00E6407B">
      <w:pPr>
        <w:ind w:firstLine="288"/>
      </w:pPr>
      <w:r>
        <w:rPr>
          <w:rFonts w:cs="Times New Roman"/>
        </w:rPr>
        <w:t>“I expected Him not to die.”</w:t>
      </w:r>
    </w:p>
    <w:p w14:paraId="0AA1FA94" w14:textId="77777777" w:rsidR="007D7487" w:rsidRDefault="00E6407B">
      <w:pPr>
        <w:ind w:firstLine="288"/>
      </w:pPr>
      <w:r>
        <w:rPr>
          <w:rFonts w:cs="Times New Roman"/>
        </w:rPr>
        <w:t>Thomas’s answer was immediate.</w:t>
      </w:r>
    </w:p>
    <w:p w14:paraId="0316C84D" w14:textId="77777777" w:rsidR="007D7487" w:rsidRDefault="00E6407B">
      <w:pPr>
        <w:ind w:firstLine="288"/>
      </w:pPr>
      <w:r>
        <w:rPr>
          <w:rFonts w:cs="Times New Roman"/>
        </w:rPr>
        <w:t>“After Lazarus, I thought death had become something He did to other people.”</w:t>
      </w:r>
    </w:p>
    <w:p w14:paraId="1C0EDEDB" w14:textId="77777777" w:rsidR="007D7487" w:rsidRDefault="00E6407B">
      <w:pPr>
        <w:ind w:firstLine="288"/>
      </w:pPr>
      <w:r>
        <w:rPr>
          <w:rFonts w:cs="Times New Roman"/>
        </w:rPr>
        <w:t>John, sitting nearby, looked over.</w:t>
      </w:r>
    </w:p>
    <w:p w14:paraId="018849D6" w14:textId="77777777" w:rsidR="007D7487" w:rsidRDefault="00E6407B">
      <w:pPr>
        <w:ind w:firstLine="288"/>
      </w:pPr>
      <w:r>
        <w:rPr>
          <w:rFonts w:cs="Times New Roman"/>
        </w:rPr>
        <w:t>Thomas continued.</w:t>
      </w:r>
    </w:p>
    <w:p w14:paraId="64854BCA" w14:textId="77777777" w:rsidR="007D7487" w:rsidRDefault="00E6407B">
      <w:pPr>
        <w:ind w:firstLine="288"/>
      </w:pPr>
      <w:r>
        <w:rPr>
          <w:rFonts w:cs="Times New Roman"/>
        </w:rPr>
        <w:t>“He called a man out of a tomb.”</w:t>
      </w:r>
    </w:p>
    <w:p w14:paraId="68B9754C" w14:textId="77777777" w:rsidR="007D7487" w:rsidRDefault="00E6407B">
      <w:pPr>
        <w:ind w:firstLine="288"/>
      </w:pPr>
      <w:r>
        <w:rPr>
          <w:rFonts w:cs="Times New Roman"/>
        </w:rPr>
        <w:t>“He walked into danger knowing exactly what they wanted.”</w:t>
      </w:r>
    </w:p>
    <w:p w14:paraId="2DD5E603" w14:textId="77777777" w:rsidR="007D7487" w:rsidRDefault="00E6407B">
      <w:pPr>
        <w:ind w:firstLine="288"/>
      </w:pPr>
      <w:r>
        <w:rPr>
          <w:rFonts w:cs="Times New Roman"/>
        </w:rPr>
        <w:t>“He told us He had power.”</w:t>
      </w:r>
    </w:p>
    <w:p w14:paraId="01E5CF2B" w14:textId="77777777" w:rsidR="007D7487" w:rsidRDefault="00E6407B">
      <w:pPr>
        <w:ind w:firstLine="288"/>
      </w:pPr>
      <w:r>
        <w:rPr>
          <w:rFonts w:cs="Times New Roman"/>
        </w:rPr>
        <w:t>Simon nodded.</w:t>
      </w:r>
    </w:p>
    <w:p w14:paraId="6849626F" w14:textId="77777777" w:rsidR="007D7487" w:rsidRDefault="00E6407B">
      <w:pPr>
        <w:ind w:firstLine="288"/>
      </w:pPr>
      <w:r>
        <w:rPr>
          <w:rFonts w:cs="Times New Roman"/>
        </w:rPr>
        <w:t>“He could have stopped them.”</w:t>
      </w:r>
    </w:p>
    <w:p w14:paraId="625236E8" w14:textId="77777777" w:rsidR="007D7487" w:rsidRDefault="00E6407B">
      <w:pPr>
        <w:ind w:firstLine="288"/>
      </w:pPr>
      <w:r>
        <w:rPr>
          <w:rFonts w:cs="Times New Roman"/>
        </w:rPr>
        <w:t>John remembered the garden.</w:t>
      </w:r>
    </w:p>
    <w:p w14:paraId="0711596C" w14:textId="77777777" w:rsidR="007D7487" w:rsidRDefault="00E6407B">
      <w:pPr>
        <w:ind w:firstLine="288"/>
      </w:pPr>
      <w:r>
        <w:rPr>
          <w:rFonts w:cs="Times New Roman"/>
        </w:rPr>
        <w:t>The soldiers falling backward.</w:t>
      </w:r>
    </w:p>
    <w:p w14:paraId="3FA0305E" w14:textId="77777777" w:rsidR="007D7487" w:rsidRDefault="00E6407B">
      <w:pPr>
        <w:ind w:firstLine="288"/>
      </w:pPr>
      <w:r>
        <w:rPr>
          <w:rFonts w:cs="Times New Roman"/>
        </w:rPr>
        <w:t>Power without a sword.</w:t>
      </w:r>
    </w:p>
    <w:p w14:paraId="7F6C5F76" w14:textId="77777777" w:rsidR="007D7487" w:rsidRDefault="00E6407B">
      <w:pPr>
        <w:ind w:firstLine="288"/>
      </w:pPr>
      <w:r>
        <w:rPr>
          <w:rFonts w:cs="Times New Roman"/>
        </w:rPr>
        <w:t>“He did not lack the power,” John said.</w:t>
      </w:r>
    </w:p>
    <w:p w14:paraId="7B971F7C" w14:textId="77777777" w:rsidR="007D7487" w:rsidRDefault="00E6407B">
      <w:pPr>
        <w:ind w:firstLine="288"/>
      </w:pPr>
      <w:r>
        <w:rPr>
          <w:rFonts w:cs="Times New Roman"/>
        </w:rPr>
        <w:t>Everyone looked toward him.</w:t>
      </w:r>
    </w:p>
    <w:p w14:paraId="6F9FCE5B" w14:textId="77777777" w:rsidR="007D7487" w:rsidRDefault="00E6407B">
      <w:pPr>
        <w:ind w:firstLine="288"/>
      </w:pPr>
      <w:r>
        <w:rPr>
          <w:rFonts w:cs="Times New Roman"/>
        </w:rPr>
        <w:t>“He stepped forward.”</w:t>
      </w:r>
    </w:p>
    <w:p w14:paraId="60BC7211" w14:textId="77777777" w:rsidR="007D7487" w:rsidRDefault="00E6407B">
      <w:pPr>
        <w:ind w:firstLine="288"/>
      </w:pPr>
      <w:r>
        <w:rPr>
          <w:rFonts w:cs="Times New Roman"/>
        </w:rPr>
        <w:lastRenderedPageBreak/>
        <w:t>The torchlight returned in his memory.</w:t>
      </w:r>
    </w:p>
    <w:p w14:paraId="3870DD81" w14:textId="77777777" w:rsidR="007D7487" w:rsidRDefault="00E6407B">
      <w:pPr>
        <w:ind w:firstLine="288"/>
      </w:pPr>
      <w:r>
        <w:rPr>
          <w:rFonts w:cs="Times New Roman"/>
        </w:rPr>
        <w:t>“Whom seek ye?”</w:t>
      </w:r>
    </w:p>
    <w:p w14:paraId="5CEE63D8" w14:textId="77777777" w:rsidR="007D7487" w:rsidRDefault="00E6407B">
      <w:pPr>
        <w:ind w:firstLine="288"/>
      </w:pPr>
      <w:r>
        <w:rPr>
          <w:rFonts w:cs="Times New Roman"/>
        </w:rPr>
        <w:t>Jesus had not been discovered hiding.</w:t>
      </w:r>
    </w:p>
    <w:p w14:paraId="40794856" w14:textId="77777777" w:rsidR="007D7487" w:rsidRDefault="00E6407B">
      <w:pPr>
        <w:ind w:firstLine="288"/>
      </w:pPr>
      <w:r>
        <w:rPr>
          <w:rFonts w:cs="Times New Roman"/>
        </w:rPr>
        <w:t>He had gone out to meet them.</w:t>
      </w:r>
    </w:p>
    <w:p w14:paraId="07D8D02E" w14:textId="77777777" w:rsidR="007D7487" w:rsidRDefault="00E6407B">
      <w:pPr>
        <w:ind w:firstLine="288"/>
      </w:pPr>
      <w:r>
        <w:rPr>
          <w:rFonts w:cs="Times New Roman"/>
        </w:rPr>
        <w:t>Simon stared into the fire.</w:t>
      </w:r>
    </w:p>
    <w:p w14:paraId="23B72C62" w14:textId="77777777" w:rsidR="007D7487" w:rsidRDefault="00E6407B">
      <w:pPr>
        <w:ind w:firstLine="288"/>
      </w:pPr>
      <w:r>
        <w:rPr>
          <w:rFonts w:cs="Times New Roman"/>
        </w:rPr>
        <w:t>“Then that makes the question worse.”</w:t>
      </w:r>
    </w:p>
    <w:p w14:paraId="452E83DE" w14:textId="77777777" w:rsidR="007D7487" w:rsidRDefault="00E6407B">
      <w:pPr>
        <w:ind w:firstLine="288"/>
      </w:pPr>
      <w:r>
        <w:rPr>
          <w:rFonts w:cs="Times New Roman"/>
        </w:rPr>
        <w:t>John understood.</w:t>
      </w:r>
    </w:p>
    <w:p w14:paraId="2485B471" w14:textId="77777777" w:rsidR="007D7487" w:rsidRDefault="00E6407B">
      <w:pPr>
        <w:ind w:firstLine="288"/>
      </w:pPr>
      <w:r>
        <w:rPr>
          <w:rFonts w:cs="Times New Roman"/>
        </w:rPr>
        <w:t>If Jesus had been helpless, the cross could be explained as defeat.</w:t>
      </w:r>
    </w:p>
    <w:p w14:paraId="38680FE5" w14:textId="77777777" w:rsidR="007D7487" w:rsidRDefault="00E6407B">
      <w:pPr>
        <w:ind w:firstLine="288"/>
      </w:pPr>
      <w:r>
        <w:rPr>
          <w:rFonts w:cs="Times New Roman"/>
        </w:rPr>
        <w:t>But He had not been helpless.</w:t>
      </w:r>
    </w:p>
    <w:p w14:paraId="0B368A8D" w14:textId="77777777" w:rsidR="007D7487" w:rsidRDefault="00E6407B">
      <w:pPr>
        <w:ind w:firstLine="288"/>
      </w:pPr>
      <w:r>
        <w:rPr>
          <w:rFonts w:cs="Times New Roman"/>
        </w:rPr>
        <w:t>He had allowed the road to Golgotha to continue.</w:t>
      </w:r>
    </w:p>
    <w:p w14:paraId="466E0C34" w14:textId="77777777" w:rsidR="007D7487" w:rsidRDefault="00E6407B">
      <w:pPr>
        <w:ind w:firstLine="288"/>
      </w:pPr>
      <w:r>
        <w:rPr>
          <w:rFonts w:cs="Times New Roman"/>
        </w:rPr>
        <w:t>Thomas spoke quietly.</w:t>
      </w:r>
    </w:p>
    <w:p w14:paraId="06D6FD96" w14:textId="77777777" w:rsidR="007D7487" w:rsidRDefault="00E6407B">
      <w:pPr>
        <w:ind w:firstLine="288"/>
      </w:pPr>
      <w:r>
        <w:rPr>
          <w:rFonts w:cs="Times New Roman"/>
        </w:rPr>
        <w:t>“He told us it was coming.”</w:t>
      </w:r>
    </w:p>
    <w:p w14:paraId="00CB1D0B" w14:textId="77777777" w:rsidR="007D7487" w:rsidRDefault="00E6407B">
      <w:pPr>
        <w:ind w:firstLine="288"/>
      </w:pPr>
      <w:r>
        <w:rPr>
          <w:rFonts w:cs="Times New Roman"/>
        </w:rPr>
        <w:t>Nobody answered.</w:t>
      </w:r>
    </w:p>
    <w:p w14:paraId="0B25CF4B" w14:textId="77777777" w:rsidR="007D7487" w:rsidRDefault="00E6407B">
      <w:pPr>
        <w:ind w:firstLine="288"/>
      </w:pPr>
      <w:r>
        <w:rPr>
          <w:rFonts w:cs="Times New Roman"/>
        </w:rPr>
        <w:t>That was another problem.</w:t>
      </w:r>
    </w:p>
    <w:p w14:paraId="448E2EBD" w14:textId="77777777" w:rsidR="007D7487" w:rsidRDefault="00E6407B">
      <w:pPr>
        <w:ind w:firstLine="288"/>
      </w:pPr>
      <w:r>
        <w:rPr>
          <w:rFonts w:cs="Times New Roman"/>
        </w:rPr>
        <w:t>Jesus had spoken about suffering and death before Jerusalem.</w:t>
      </w:r>
    </w:p>
    <w:p w14:paraId="1DA3DA5F" w14:textId="77777777" w:rsidR="007D7487" w:rsidRDefault="00E6407B">
      <w:pPr>
        <w:ind w:firstLine="288"/>
      </w:pPr>
      <w:r>
        <w:rPr>
          <w:rFonts w:cs="Times New Roman"/>
        </w:rPr>
        <w:t>They had heard Him.</w:t>
      </w:r>
    </w:p>
    <w:p w14:paraId="31FD383E" w14:textId="77777777" w:rsidR="007D7487" w:rsidRDefault="00E6407B">
      <w:pPr>
        <w:ind w:firstLine="288"/>
      </w:pPr>
      <w:r>
        <w:rPr>
          <w:rFonts w:cs="Times New Roman"/>
        </w:rPr>
        <w:t>They had not understood.</w:t>
      </w:r>
    </w:p>
    <w:p w14:paraId="5A63722C" w14:textId="77777777" w:rsidR="007D7487" w:rsidRDefault="00E6407B">
      <w:pPr>
        <w:ind w:firstLine="288"/>
      </w:pPr>
      <w:r>
        <w:rPr>
          <w:rFonts w:cs="Times New Roman"/>
        </w:rPr>
        <w:t>Peter, a short distance away, went very still.</w:t>
      </w:r>
    </w:p>
    <w:p w14:paraId="341FDF0C" w14:textId="77777777" w:rsidR="007D7487" w:rsidRDefault="00E6407B">
      <w:pPr>
        <w:ind w:firstLine="288"/>
      </w:pPr>
      <w:r>
        <w:rPr>
          <w:rFonts w:cs="Times New Roman"/>
        </w:rPr>
        <w:t>James saw him.</w:t>
      </w:r>
    </w:p>
    <w:p w14:paraId="45BC99C3" w14:textId="77777777" w:rsidR="007D7487" w:rsidRDefault="00E6407B">
      <w:pPr>
        <w:ind w:firstLine="288"/>
      </w:pPr>
      <w:r>
        <w:rPr>
          <w:rFonts w:cs="Times New Roman"/>
        </w:rPr>
        <w:t>John saw James see him.</w:t>
      </w:r>
    </w:p>
    <w:p w14:paraId="6F63B5D6" w14:textId="77777777" w:rsidR="007D7487" w:rsidRDefault="00E6407B">
      <w:pPr>
        <w:ind w:firstLine="288"/>
      </w:pPr>
      <w:r>
        <w:rPr>
          <w:rFonts w:cs="Times New Roman"/>
        </w:rPr>
        <w:t>No one mentioned Caesarea Philippi.</w:t>
      </w:r>
    </w:p>
    <w:p w14:paraId="5F43D770" w14:textId="77777777" w:rsidR="007D7487" w:rsidRDefault="00E6407B">
      <w:pPr>
        <w:ind w:firstLine="288"/>
      </w:pPr>
      <w:r>
        <w:rPr>
          <w:rFonts w:cs="Times New Roman"/>
        </w:rPr>
        <w:t>Not yet.</w:t>
      </w:r>
    </w:p>
    <w:p w14:paraId="48ACD7E7" w14:textId="77777777" w:rsidR="007D7487" w:rsidRDefault="00E6407B">
      <w:pPr>
        <w:ind w:firstLine="288"/>
      </w:pPr>
      <w:r>
        <w:rPr>
          <w:rFonts w:cs="Times New Roman"/>
        </w:rPr>
        <w:t>No one repeated Peter rebuking Jesus for speaking about death.</w:t>
      </w:r>
    </w:p>
    <w:p w14:paraId="29E38832" w14:textId="77777777" w:rsidR="007D7487" w:rsidRDefault="00E6407B">
      <w:pPr>
        <w:ind w:firstLine="288"/>
      </w:pPr>
      <w:r>
        <w:rPr>
          <w:rFonts w:cs="Times New Roman"/>
        </w:rPr>
        <w:t>The wound was still too close.</w:t>
      </w:r>
    </w:p>
    <w:p w14:paraId="18ECA063" w14:textId="77777777" w:rsidR="007D7487" w:rsidRDefault="00E6407B">
      <w:pPr>
        <w:ind w:firstLine="288"/>
      </w:pPr>
      <w:r>
        <w:rPr>
          <w:rFonts w:cs="Times New Roman"/>
        </w:rPr>
        <w:t>Simon finally said:</w:t>
      </w:r>
    </w:p>
    <w:p w14:paraId="48D1AE9C" w14:textId="77777777" w:rsidR="007D7487" w:rsidRDefault="00E6407B">
      <w:pPr>
        <w:ind w:firstLine="288"/>
      </w:pPr>
      <w:r>
        <w:rPr>
          <w:rFonts w:cs="Times New Roman"/>
        </w:rPr>
        <w:t>“Then maybe the question is not only why Rome is still standing.”</w:t>
      </w:r>
    </w:p>
    <w:p w14:paraId="2F247CCD" w14:textId="77777777" w:rsidR="007D7487" w:rsidRDefault="00E6407B">
      <w:pPr>
        <w:ind w:firstLine="288"/>
      </w:pPr>
      <w:r>
        <w:rPr>
          <w:rFonts w:cs="Times New Roman"/>
        </w:rPr>
        <w:t>Matthew looked toward him.</w:t>
      </w:r>
    </w:p>
    <w:p w14:paraId="25D48E0E" w14:textId="77777777" w:rsidR="007D7487" w:rsidRDefault="00E6407B">
      <w:pPr>
        <w:ind w:firstLine="288"/>
      </w:pPr>
      <w:r>
        <w:rPr>
          <w:rFonts w:cs="Times New Roman"/>
        </w:rPr>
        <w:t>“What is it?”</w:t>
      </w:r>
    </w:p>
    <w:p w14:paraId="665A70CC" w14:textId="77777777" w:rsidR="007D7487" w:rsidRDefault="00E6407B">
      <w:pPr>
        <w:ind w:firstLine="288"/>
      </w:pPr>
      <w:r>
        <w:rPr>
          <w:rFonts w:cs="Times New Roman"/>
        </w:rPr>
        <w:t>Simon’s eyes moved toward John.</w:t>
      </w:r>
    </w:p>
    <w:p w14:paraId="36A6276A" w14:textId="77777777" w:rsidR="007D7487" w:rsidRDefault="00E6407B">
      <w:pPr>
        <w:ind w:firstLine="288"/>
      </w:pPr>
      <w:r>
        <w:rPr>
          <w:rFonts w:cs="Times New Roman"/>
        </w:rPr>
        <w:t>“Why did He choose that kind of victory?”</w:t>
      </w:r>
    </w:p>
    <w:p w14:paraId="1F42D72A" w14:textId="77777777" w:rsidR="007D7487" w:rsidRDefault="00E6407B">
      <w:pPr>
        <w:ind w:firstLine="288"/>
      </w:pPr>
      <w:r>
        <w:rPr>
          <w:rFonts w:cs="Times New Roman"/>
        </w:rPr>
        <w:t>John had no answer.</w:t>
      </w:r>
    </w:p>
    <w:p w14:paraId="62452EF0" w14:textId="77777777" w:rsidR="007D7487" w:rsidRDefault="00E6407B">
      <w:pPr>
        <w:ind w:firstLine="288"/>
      </w:pPr>
      <w:r>
        <w:rPr>
          <w:rFonts w:cs="Times New Roman"/>
        </w:rPr>
        <w:t>The fire snapped.</w:t>
      </w:r>
    </w:p>
    <w:p w14:paraId="13268E5F" w14:textId="77777777" w:rsidR="007D7487" w:rsidRDefault="00E6407B">
      <w:pPr>
        <w:ind w:firstLine="288"/>
      </w:pPr>
      <w:r>
        <w:rPr>
          <w:rFonts w:cs="Times New Roman"/>
        </w:rPr>
        <w:t>Somewhere beyond the travelers, an animal moved in the dark.</w:t>
      </w:r>
    </w:p>
    <w:p w14:paraId="49309C8A" w14:textId="77777777" w:rsidR="007D7487" w:rsidRDefault="00E6407B">
      <w:pPr>
        <w:ind w:firstLine="288"/>
      </w:pPr>
      <w:r>
        <w:rPr>
          <w:rFonts w:cs="Times New Roman"/>
        </w:rPr>
        <w:t>The question joined the others.</w:t>
      </w:r>
    </w:p>
    <w:p w14:paraId="68F245A7" w14:textId="77777777" w:rsidR="007D7487" w:rsidRDefault="00E6407B">
      <w:pPr>
        <w:suppressLineNumbers/>
        <w:spacing w:before="100" w:after="100"/>
        <w:jc w:val="center"/>
      </w:pPr>
      <w:r>
        <w:rPr>
          <w:rFonts w:cs="Times New Roman"/>
          <w:sz w:val="20"/>
        </w:rPr>
        <w:t>* * *</w:t>
      </w:r>
    </w:p>
    <w:p w14:paraId="31670A9C" w14:textId="77777777" w:rsidR="007D7487" w:rsidRDefault="00E6407B">
      <w:pPr>
        <w:ind w:firstLine="288"/>
      </w:pPr>
      <w:r>
        <w:rPr>
          <w:rFonts w:cs="Times New Roman"/>
        </w:rPr>
        <w:t>The next morning Peter walked alone.</w:t>
      </w:r>
    </w:p>
    <w:p w14:paraId="590ECE93" w14:textId="77777777" w:rsidR="007D7487" w:rsidRDefault="00E6407B">
      <w:pPr>
        <w:ind w:firstLine="288"/>
      </w:pPr>
      <w:r>
        <w:rPr>
          <w:rFonts w:cs="Times New Roman"/>
        </w:rPr>
        <w:t>John let him.</w:t>
      </w:r>
    </w:p>
    <w:p w14:paraId="2817B751" w14:textId="77777777" w:rsidR="007D7487" w:rsidRDefault="00E6407B">
      <w:pPr>
        <w:ind w:firstLine="288"/>
      </w:pPr>
      <w:r>
        <w:rPr>
          <w:rFonts w:cs="Times New Roman"/>
        </w:rPr>
        <w:t>For a while.</w:t>
      </w:r>
    </w:p>
    <w:p w14:paraId="30E07711" w14:textId="77777777" w:rsidR="007D7487" w:rsidRDefault="00E6407B">
      <w:pPr>
        <w:ind w:firstLine="288"/>
      </w:pPr>
      <w:r>
        <w:rPr>
          <w:rFonts w:cs="Times New Roman"/>
        </w:rPr>
        <w:lastRenderedPageBreak/>
        <w:t>Then Peter slowed just enough that John caught up without making the decision obvious.</w:t>
      </w:r>
    </w:p>
    <w:p w14:paraId="2E449C72" w14:textId="77777777" w:rsidR="007D7487" w:rsidRDefault="00E6407B">
      <w:pPr>
        <w:ind w:firstLine="288"/>
      </w:pPr>
      <w:r>
        <w:rPr>
          <w:rFonts w:cs="Times New Roman"/>
        </w:rPr>
        <w:t>Neither spoke.</w:t>
      </w:r>
    </w:p>
    <w:p w14:paraId="19329004" w14:textId="77777777" w:rsidR="007D7487" w:rsidRDefault="00E6407B">
      <w:pPr>
        <w:ind w:firstLine="288"/>
      </w:pPr>
      <w:r>
        <w:rPr>
          <w:rFonts w:cs="Times New Roman"/>
        </w:rPr>
        <w:t>Peter’s hands opened and closed at his sides.</w:t>
      </w:r>
    </w:p>
    <w:p w14:paraId="43CBB1AF" w14:textId="77777777" w:rsidR="007D7487" w:rsidRDefault="00E6407B">
      <w:pPr>
        <w:ind w:firstLine="288"/>
      </w:pPr>
      <w:r>
        <w:rPr>
          <w:rFonts w:cs="Times New Roman"/>
        </w:rPr>
        <w:t>After several minutes John noticed the right thumb move slowly across the left palm.</w:t>
      </w:r>
    </w:p>
    <w:p w14:paraId="786C644E" w14:textId="77777777" w:rsidR="007D7487" w:rsidRDefault="00E6407B">
      <w:pPr>
        <w:ind w:firstLine="288"/>
      </w:pPr>
      <w:r>
        <w:rPr>
          <w:rFonts w:cs="Times New Roman"/>
        </w:rPr>
        <w:t>Once.</w:t>
      </w:r>
    </w:p>
    <w:p w14:paraId="71510D74" w14:textId="77777777" w:rsidR="007D7487" w:rsidRDefault="00E6407B">
      <w:pPr>
        <w:ind w:firstLine="288"/>
      </w:pPr>
      <w:r>
        <w:rPr>
          <w:rFonts w:cs="Times New Roman"/>
        </w:rPr>
        <w:t>Again.</w:t>
      </w:r>
    </w:p>
    <w:p w14:paraId="4D7E0490" w14:textId="77777777" w:rsidR="007D7487" w:rsidRDefault="00E6407B">
      <w:pPr>
        <w:ind w:firstLine="288"/>
      </w:pPr>
      <w:r>
        <w:rPr>
          <w:rFonts w:cs="Times New Roman"/>
        </w:rPr>
        <w:t>Like a man feeling a rope that was not there.</w:t>
      </w:r>
    </w:p>
    <w:p w14:paraId="7681F807" w14:textId="77777777" w:rsidR="007D7487" w:rsidRDefault="00E6407B">
      <w:pPr>
        <w:ind w:firstLine="288"/>
      </w:pPr>
      <w:r>
        <w:rPr>
          <w:rFonts w:cs="Times New Roman"/>
        </w:rPr>
        <w:t>John knew the motion.</w:t>
      </w:r>
    </w:p>
    <w:p w14:paraId="73151E13" w14:textId="77777777" w:rsidR="007D7487" w:rsidRDefault="00E6407B">
      <w:pPr>
        <w:ind w:firstLine="288"/>
      </w:pPr>
      <w:r>
        <w:rPr>
          <w:rFonts w:cs="Times New Roman"/>
        </w:rPr>
        <w:t>Net.</w:t>
      </w:r>
    </w:p>
    <w:p w14:paraId="0C2FB0B9" w14:textId="77777777" w:rsidR="007D7487" w:rsidRDefault="00E6407B">
      <w:pPr>
        <w:ind w:firstLine="288"/>
      </w:pPr>
      <w:r>
        <w:rPr>
          <w:rFonts w:cs="Times New Roman"/>
        </w:rPr>
        <w:t>Work.</w:t>
      </w:r>
    </w:p>
    <w:p w14:paraId="1C9B5963" w14:textId="77777777" w:rsidR="007D7487" w:rsidRDefault="00E6407B">
      <w:pPr>
        <w:ind w:firstLine="288"/>
      </w:pPr>
      <w:r>
        <w:rPr>
          <w:rFonts w:cs="Times New Roman"/>
        </w:rPr>
        <w:t>Boat.</w:t>
      </w:r>
    </w:p>
    <w:p w14:paraId="0EC0FCF1" w14:textId="77777777" w:rsidR="007D7487" w:rsidRDefault="00E6407B">
      <w:pPr>
        <w:ind w:firstLine="288"/>
      </w:pPr>
      <w:r>
        <w:rPr>
          <w:rFonts w:cs="Times New Roman"/>
        </w:rPr>
        <w:t>Something a fisherman’s hands knew before his mind had to explain it.</w:t>
      </w:r>
    </w:p>
    <w:p w14:paraId="1CB45217" w14:textId="77777777" w:rsidR="007D7487" w:rsidRDefault="00E6407B">
      <w:pPr>
        <w:ind w:firstLine="288"/>
      </w:pPr>
      <w:r>
        <w:rPr>
          <w:rFonts w:cs="Times New Roman"/>
        </w:rPr>
        <w:t>“You miss the lake,” John said.</w:t>
      </w:r>
    </w:p>
    <w:p w14:paraId="4CBDFA19" w14:textId="77777777" w:rsidR="007D7487" w:rsidRDefault="00E6407B">
      <w:pPr>
        <w:ind w:firstLine="288"/>
      </w:pPr>
      <w:r>
        <w:rPr>
          <w:rFonts w:cs="Times New Roman"/>
        </w:rPr>
        <w:t>Peter did not look at him.</w:t>
      </w:r>
    </w:p>
    <w:p w14:paraId="2F305E56" w14:textId="77777777" w:rsidR="007D7487" w:rsidRDefault="00E6407B">
      <w:pPr>
        <w:ind w:firstLine="288"/>
      </w:pPr>
      <w:r>
        <w:rPr>
          <w:rFonts w:cs="Times New Roman"/>
        </w:rPr>
        <w:t>“I miss knowing what to do.”</w:t>
      </w:r>
    </w:p>
    <w:p w14:paraId="6D9FC721" w14:textId="77777777" w:rsidR="007D7487" w:rsidRDefault="00E6407B">
      <w:pPr>
        <w:ind w:firstLine="288"/>
      </w:pPr>
      <w:r>
        <w:rPr>
          <w:rFonts w:cs="Times New Roman"/>
        </w:rPr>
        <w:t>John waited.</w:t>
      </w:r>
    </w:p>
    <w:p w14:paraId="25A73E8B" w14:textId="77777777" w:rsidR="007D7487" w:rsidRDefault="00E6407B">
      <w:pPr>
        <w:ind w:firstLine="288"/>
      </w:pPr>
      <w:r>
        <w:rPr>
          <w:rFonts w:cs="Times New Roman"/>
        </w:rPr>
        <w:t>Peter’s jaw shifted.</w:t>
      </w:r>
    </w:p>
    <w:p w14:paraId="1C171039" w14:textId="77777777" w:rsidR="007D7487" w:rsidRDefault="00E6407B">
      <w:pPr>
        <w:ind w:firstLine="288"/>
      </w:pPr>
      <w:r>
        <w:rPr>
          <w:rFonts w:cs="Times New Roman"/>
        </w:rPr>
        <w:t>“I knew what to do before.”</w:t>
      </w:r>
    </w:p>
    <w:p w14:paraId="3BD61740" w14:textId="77777777" w:rsidR="007D7487" w:rsidRDefault="00E6407B">
      <w:pPr>
        <w:ind w:firstLine="288"/>
      </w:pPr>
      <w:r>
        <w:rPr>
          <w:rFonts w:cs="Times New Roman"/>
        </w:rPr>
        <w:t>“You followed Him.”</w:t>
      </w:r>
    </w:p>
    <w:p w14:paraId="1F46C31A" w14:textId="77777777" w:rsidR="007D7487" w:rsidRDefault="00E6407B">
      <w:pPr>
        <w:ind w:firstLine="288"/>
      </w:pPr>
      <w:r>
        <w:rPr>
          <w:rFonts w:cs="Times New Roman"/>
        </w:rPr>
        <w:t>“Yes.”</w:t>
      </w:r>
    </w:p>
    <w:p w14:paraId="78B76F8B" w14:textId="77777777" w:rsidR="007D7487" w:rsidRDefault="00E6407B">
      <w:pPr>
        <w:ind w:firstLine="288"/>
      </w:pPr>
      <w:r>
        <w:rPr>
          <w:rFonts w:cs="Times New Roman"/>
        </w:rPr>
        <w:t>“That did not always mean you knew what you were doing.”</w:t>
      </w:r>
    </w:p>
    <w:p w14:paraId="303F230E" w14:textId="77777777" w:rsidR="007D7487" w:rsidRDefault="00E6407B">
      <w:pPr>
        <w:ind w:firstLine="288"/>
      </w:pPr>
      <w:r>
        <w:rPr>
          <w:rFonts w:cs="Times New Roman"/>
        </w:rPr>
        <w:t>Peter finally looked at him.</w:t>
      </w:r>
    </w:p>
    <w:p w14:paraId="013097CC" w14:textId="77777777" w:rsidR="007D7487" w:rsidRDefault="00E6407B">
      <w:pPr>
        <w:ind w:firstLine="288"/>
      </w:pPr>
      <w:r>
        <w:rPr>
          <w:rFonts w:cs="Times New Roman"/>
        </w:rPr>
        <w:t>“That is unhelpfully accurate.”</w:t>
      </w:r>
    </w:p>
    <w:p w14:paraId="403C1A11" w14:textId="77777777" w:rsidR="007D7487" w:rsidRDefault="00E6407B">
      <w:pPr>
        <w:ind w:firstLine="288"/>
      </w:pPr>
      <w:r>
        <w:rPr>
          <w:rFonts w:cs="Times New Roman"/>
        </w:rPr>
        <w:t>John smiled.</w:t>
      </w:r>
    </w:p>
    <w:p w14:paraId="5CC0D76A" w14:textId="77777777" w:rsidR="007D7487" w:rsidRDefault="00E6407B">
      <w:pPr>
        <w:ind w:firstLine="288"/>
      </w:pPr>
      <w:r>
        <w:rPr>
          <w:rFonts w:cs="Times New Roman"/>
        </w:rPr>
        <w:t>Peter did not.</w:t>
      </w:r>
    </w:p>
    <w:p w14:paraId="6D14EF9F" w14:textId="77777777" w:rsidR="007D7487" w:rsidRDefault="00E6407B">
      <w:pPr>
        <w:ind w:firstLine="288"/>
      </w:pPr>
      <w:r>
        <w:rPr>
          <w:rFonts w:cs="Times New Roman"/>
        </w:rPr>
        <w:t>“I left the boat because He said follow.”</w:t>
      </w:r>
    </w:p>
    <w:p w14:paraId="5739991A" w14:textId="77777777" w:rsidR="007D7487" w:rsidRDefault="00E6407B">
      <w:pPr>
        <w:ind w:firstLine="288"/>
      </w:pPr>
      <w:r>
        <w:rPr>
          <w:rFonts w:cs="Times New Roman"/>
        </w:rPr>
        <w:t>“Yes.”</w:t>
      </w:r>
    </w:p>
    <w:p w14:paraId="57B35B7A" w14:textId="77777777" w:rsidR="007D7487" w:rsidRDefault="00E6407B">
      <w:pPr>
        <w:ind w:firstLine="288"/>
      </w:pPr>
      <w:r>
        <w:rPr>
          <w:rFonts w:cs="Times New Roman"/>
        </w:rPr>
        <w:t>“I followed.”</w:t>
      </w:r>
    </w:p>
    <w:p w14:paraId="16C939C7" w14:textId="77777777" w:rsidR="007D7487" w:rsidRDefault="00E6407B">
      <w:pPr>
        <w:ind w:firstLine="288"/>
      </w:pPr>
      <w:r>
        <w:rPr>
          <w:rFonts w:cs="Times New Roman"/>
        </w:rPr>
        <w:t>“Yes.”</w:t>
      </w:r>
    </w:p>
    <w:p w14:paraId="40BA54B2" w14:textId="77777777" w:rsidR="007D7487" w:rsidRDefault="00E6407B">
      <w:pPr>
        <w:ind w:firstLine="288"/>
      </w:pPr>
      <w:r>
        <w:rPr>
          <w:rFonts w:cs="Times New Roman"/>
        </w:rPr>
        <w:t>“I said I would die with Him.”</w:t>
      </w:r>
    </w:p>
    <w:p w14:paraId="474FFC7E" w14:textId="77777777" w:rsidR="007D7487" w:rsidRDefault="00E6407B">
      <w:pPr>
        <w:ind w:firstLine="288"/>
      </w:pPr>
      <w:r>
        <w:rPr>
          <w:rFonts w:cs="Times New Roman"/>
        </w:rPr>
        <w:t>John’s smile disappeared.</w:t>
      </w:r>
    </w:p>
    <w:p w14:paraId="629640B8" w14:textId="77777777" w:rsidR="007D7487" w:rsidRDefault="00E6407B">
      <w:pPr>
        <w:ind w:firstLine="288"/>
      </w:pPr>
      <w:r>
        <w:rPr>
          <w:rFonts w:cs="Times New Roman"/>
        </w:rPr>
        <w:t>Peter’s eyes remained on the road.</w:t>
      </w:r>
    </w:p>
    <w:p w14:paraId="393DAF9B" w14:textId="77777777" w:rsidR="007D7487" w:rsidRDefault="00E6407B">
      <w:pPr>
        <w:ind w:firstLine="288"/>
      </w:pPr>
      <w:r>
        <w:rPr>
          <w:rFonts w:cs="Times New Roman"/>
        </w:rPr>
        <w:t>“I said everybody else could be offended and I would not.”</w:t>
      </w:r>
    </w:p>
    <w:p w14:paraId="0E86A235" w14:textId="77777777" w:rsidR="007D7487" w:rsidRDefault="00E6407B">
      <w:pPr>
        <w:ind w:firstLine="288"/>
      </w:pPr>
      <w:r>
        <w:rPr>
          <w:rFonts w:cs="Times New Roman"/>
        </w:rPr>
        <w:t>John said nothing.</w:t>
      </w:r>
    </w:p>
    <w:p w14:paraId="5E097703" w14:textId="77777777" w:rsidR="007D7487" w:rsidRDefault="00E6407B">
      <w:pPr>
        <w:ind w:firstLine="288"/>
      </w:pPr>
      <w:r>
        <w:rPr>
          <w:rFonts w:cs="Times New Roman"/>
        </w:rPr>
        <w:t>Peter’s voice became flatter.</w:t>
      </w:r>
    </w:p>
    <w:p w14:paraId="2C278AED" w14:textId="77777777" w:rsidR="007D7487" w:rsidRDefault="00E6407B">
      <w:pPr>
        <w:ind w:firstLine="288"/>
      </w:pPr>
      <w:r>
        <w:rPr>
          <w:rFonts w:cs="Times New Roman"/>
        </w:rPr>
        <w:t>“He told me what I would do.”</w:t>
      </w:r>
    </w:p>
    <w:p w14:paraId="040981F7" w14:textId="77777777" w:rsidR="007D7487" w:rsidRDefault="00E6407B">
      <w:pPr>
        <w:ind w:firstLine="288"/>
      </w:pPr>
      <w:r>
        <w:rPr>
          <w:rFonts w:cs="Times New Roman"/>
        </w:rPr>
        <w:t>“You did not believe Him.”</w:t>
      </w:r>
    </w:p>
    <w:p w14:paraId="7BCB885D" w14:textId="77777777" w:rsidR="007D7487" w:rsidRDefault="00E6407B">
      <w:pPr>
        <w:ind w:firstLine="288"/>
      </w:pPr>
      <w:r>
        <w:rPr>
          <w:rFonts w:cs="Times New Roman"/>
        </w:rPr>
        <w:t>“No.”</w:t>
      </w:r>
    </w:p>
    <w:p w14:paraId="4A3B5B5C" w14:textId="77777777" w:rsidR="007D7487" w:rsidRDefault="00E6407B">
      <w:pPr>
        <w:ind w:firstLine="288"/>
      </w:pPr>
      <w:r>
        <w:rPr>
          <w:rFonts w:cs="Times New Roman"/>
        </w:rPr>
        <w:lastRenderedPageBreak/>
        <w:t>Peter swallowed.</w:t>
      </w:r>
    </w:p>
    <w:p w14:paraId="622CB0C3" w14:textId="77777777" w:rsidR="007D7487" w:rsidRDefault="00E6407B">
      <w:pPr>
        <w:ind w:firstLine="288"/>
      </w:pPr>
      <w:r>
        <w:rPr>
          <w:rFonts w:cs="Times New Roman"/>
        </w:rPr>
        <w:t>“Then I did exactly what He said.”</w:t>
      </w:r>
    </w:p>
    <w:p w14:paraId="67860899" w14:textId="77777777" w:rsidR="007D7487" w:rsidRDefault="00E6407B">
      <w:pPr>
        <w:ind w:firstLine="288"/>
      </w:pPr>
      <w:r>
        <w:rPr>
          <w:rFonts w:cs="Times New Roman"/>
        </w:rPr>
        <w:t>John could hear the courtyard without Peter describing it.</w:t>
      </w:r>
    </w:p>
    <w:p w14:paraId="1C04B4AB" w14:textId="77777777" w:rsidR="007D7487" w:rsidRDefault="00E6407B">
      <w:pPr>
        <w:ind w:firstLine="288"/>
      </w:pPr>
      <w:r>
        <w:rPr>
          <w:rFonts w:cs="Times New Roman"/>
        </w:rPr>
        <w:t>The fear.</w:t>
      </w:r>
    </w:p>
    <w:p w14:paraId="7B93CADA" w14:textId="77777777" w:rsidR="007D7487" w:rsidRDefault="00E6407B">
      <w:pPr>
        <w:ind w:firstLine="288"/>
      </w:pPr>
      <w:r>
        <w:rPr>
          <w:rFonts w:cs="Times New Roman"/>
        </w:rPr>
        <w:t>The denial.</w:t>
      </w:r>
    </w:p>
    <w:p w14:paraId="6FD9F904" w14:textId="77777777" w:rsidR="007D7487" w:rsidRDefault="00E6407B">
      <w:pPr>
        <w:ind w:firstLine="288"/>
      </w:pPr>
      <w:r>
        <w:rPr>
          <w:rFonts w:cs="Times New Roman"/>
        </w:rPr>
        <w:t>The rooster.</w:t>
      </w:r>
    </w:p>
    <w:p w14:paraId="1832F6FB" w14:textId="77777777" w:rsidR="007D7487" w:rsidRDefault="00E6407B">
      <w:pPr>
        <w:ind w:firstLine="288"/>
      </w:pPr>
      <w:r>
        <w:rPr>
          <w:rFonts w:cs="Times New Roman"/>
        </w:rPr>
        <w:t>Jesus turning.</w:t>
      </w:r>
    </w:p>
    <w:p w14:paraId="7639BDA4" w14:textId="77777777" w:rsidR="007D7487" w:rsidRDefault="00E6407B">
      <w:pPr>
        <w:ind w:firstLine="288"/>
      </w:pPr>
      <w:r>
        <w:rPr>
          <w:rFonts w:cs="Times New Roman"/>
        </w:rPr>
        <w:t>Peter looked away.</w:t>
      </w:r>
    </w:p>
    <w:p w14:paraId="202D4134" w14:textId="77777777" w:rsidR="007D7487" w:rsidRDefault="00E6407B">
      <w:pPr>
        <w:ind w:firstLine="288"/>
      </w:pPr>
      <w:r>
        <w:rPr>
          <w:rFonts w:cs="Times New Roman"/>
        </w:rPr>
        <w:t>“And then He came to me.”</w:t>
      </w:r>
    </w:p>
    <w:p w14:paraId="032B2EDA" w14:textId="77777777" w:rsidR="007D7487" w:rsidRDefault="00E6407B">
      <w:pPr>
        <w:ind w:firstLine="288"/>
      </w:pPr>
      <w:r>
        <w:rPr>
          <w:rFonts w:cs="Times New Roman"/>
        </w:rPr>
        <w:t>The private appearance.</w:t>
      </w:r>
    </w:p>
    <w:p w14:paraId="2AB11532" w14:textId="77777777" w:rsidR="007D7487" w:rsidRDefault="00E6407B">
      <w:pPr>
        <w:ind w:firstLine="288"/>
      </w:pPr>
      <w:r>
        <w:rPr>
          <w:rFonts w:cs="Times New Roman"/>
        </w:rPr>
        <w:t>Peter had never told John the details.</w:t>
      </w:r>
    </w:p>
    <w:p w14:paraId="6686FB40" w14:textId="77777777" w:rsidR="007D7487" w:rsidRDefault="00E6407B">
      <w:pPr>
        <w:ind w:firstLine="288"/>
      </w:pPr>
      <w:r>
        <w:rPr>
          <w:rFonts w:cs="Times New Roman"/>
        </w:rPr>
        <w:t>John would not ask now.</w:t>
      </w:r>
    </w:p>
    <w:p w14:paraId="6361C028" w14:textId="77777777" w:rsidR="007D7487" w:rsidRDefault="00E6407B">
      <w:pPr>
        <w:ind w:firstLine="288"/>
      </w:pPr>
      <w:r>
        <w:rPr>
          <w:rFonts w:cs="Times New Roman"/>
        </w:rPr>
        <w:t>“He came to me,” Peter repeated.</w:t>
      </w:r>
    </w:p>
    <w:p w14:paraId="3815ACAD" w14:textId="77777777" w:rsidR="007D7487" w:rsidRDefault="00E6407B">
      <w:pPr>
        <w:ind w:firstLine="288"/>
      </w:pPr>
      <w:r>
        <w:rPr>
          <w:rFonts w:cs="Times New Roman"/>
        </w:rPr>
        <w:t>His voice roughened.</w:t>
      </w:r>
    </w:p>
    <w:p w14:paraId="328E4323" w14:textId="77777777" w:rsidR="007D7487" w:rsidRDefault="00E6407B">
      <w:pPr>
        <w:ind w:firstLine="288"/>
      </w:pPr>
      <w:r>
        <w:rPr>
          <w:rFonts w:cs="Times New Roman"/>
        </w:rPr>
        <w:t>“He is alive.”</w:t>
      </w:r>
    </w:p>
    <w:p w14:paraId="16B26AD6" w14:textId="77777777" w:rsidR="007D7487" w:rsidRDefault="00E6407B">
      <w:pPr>
        <w:ind w:firstLine="288"/>
      </w:pPr>
      <w:r>
        <w:rPr>
          <w:rFonts w:cs="Times New Roman"/>
        </w:rPr>
        <w:t>“Yes.”</w:t>
      </w:r>
    </w:p>
    <w:p w14:paraId="55B95468" w14:textId="77777777" w:rsidR="007D7487" w:rsidRDefault="00E6407B">
      <w:pPr>
        <w:ind w:firstLine="288"/>
      </w:pPr>
      <w:r>
        <w:rPr>
          <w:rFonts w:cs="Times New Roman"/>
        </w:rPr>
        <w:t>“He spoke to me.”</w:t>
      </w:r>
    </w:p>
    <w:p w14:paraId="41E7EA41" w14:textId="77777777" w:rsidR="007D7487" w:rsidRDefault="00E6407B">
      <w:pPr>
        <w:ind w:firstLine="288"/>
      </w:pPr>
      <w:r>
        <w:rPr>
          <w:rFonts w:cs="Times New Roman"/>
        </w:rPr>
        <w:t>John waited.</w:t>
      </w:r>
    </w:p>
    <w:p w14:paraId="79129C99" w14:textId="77777777" w:rsidR="007D7487" w:rsidRDefault="00E6407B">
      <w:pPr>
        <w:ind w:firstLine="288"/>
      </w:pPr>
      <w:r>
        <w:rPr>
          <w:rFonts w:cs="Times New Roman"/>
        </w:rPr>
        <w:t>Peter’s throat moved.</w:t>
      </w:r>
    </w:p>
    <w:p w14:paraId="5A0E8361" w14:textId="77777777" w:rsidR="007D7487" w:rsidRDefault="00E6407B">
      <w:pPr>
        <w:ind w:firstLine="288"/>
      </w:pPr>
      <w:r>
        <w:rPr>
          <w:rFonts w:cs="Times New Roman"/>
        </w:rPr>
        <w:t>“And I still do not know what I am.”</w:t>
      </w:r>
    </w:p>
    <w:p w14:paraId="79D30C5B" w14:textId="77777777" w:rsidR="007D7487" w:rsidRDefault="00E6407B">
      <w:pPr>
        <w:ind w:firstLine="288"/>
      </w:pPr>
      <w:r>
        <w:rPr>
          <w:rFonts w:cs="Times New Roman"/>
        </w:rPr>
        <w:t>John turned toward him.</w:t>
      </w:r>
    </w:p>
    <w:p w14:paraId="308E0362" w14:textId="77777777" w:rsidR="007D7487" w:rsidRDefault="00E6407B">
      <w:pPr>
        <w:ind w:firstLine="288"/>
      </w:pPr>
      <w:r>
        <w:rPr>
          <w:rFonts w:cs="Times New Roman"/>
        </w:rPr>
        <w:t>Peter laughed once, bitterly.</w:t>
      </w:r>
    </w:p>
    <w:p w14:paraId="5324980C" w14:textId="77777777" w:rsidR="007D7487" w:rsidRDefault="00E6407B">
      <w:pPr>
        <w:ind w:firstLine="288"/>
      </w:pPr>
      <w:r>
        <w:rPr>
          <w:rFonts w:cs="Times New Roman"/>
        </w:rPr>
        <w:t>“That is impressive, isn’t it?”</w:t>
      </w:r>
    </w:p>
    <w:p w14:paraId="3DE9EF35" w14:textId="77777777" w:rsidR="007D7487" w:rsidRDefault="00E6407B">
      <w:pPr>
        <w:ind w:firstLine="288"/>
      </w:pPr>
      <w:r>
        <w:rPr>
          <w:rFonts w:cs="Times New Roman"/>
        </w:rPr>
        <w:t>“What?”</w:t>
      </w:r>
    </w:p>
    <w:p w14:paraId="528A9ED7" w14:textId="77777777" w:rsidR="007D7487" w:rsidRDefault="00E6407B">
      <w:pPr>
        <w:ind w:firstLine="288"/>
      </w:pPr>
      <w:r>
        <w:rPr>
          <w:rFonts w:cs="Times New Roman"/>
        </w:rPr>
        <w:t>“To know Messiah is alive and still not know what to do with yourself.”</w:t>
      </w:r>
    </w:p>
    <w:p w14:paraId="2AFC8F19" w14:textId="77777777" w:rsidR="007D7487" w:rsidRDefault="00E6407B">
      <w:pPr>
        <w:ind w:firstLine="288"/>
      </w:pPr>
      <w:r>
        <w:rPr>
          <w:rFonts w:cs="Times New Roman"/>
        </w:rPr>
        <w:t>John walked beside him.</w:t>
      </w:r>
    </w:p>
    <w:p w14:paraId="360A88A0" w14:textId="77777777" w:rsidR="007D7487" w:rsidRDefault="00E6407B">
      <w:pPr>
        <w:ind w:firstLine="288"/>
      </w:pPr>
      <w:r>
        <w:rPr>
          <w:rFonts w:cs="Times New Roman"/>
        </w:rPr>
        <w:t>Peter’s thumb crossed his palm again.</w:t>
      </w:r>
    </w:p>
    <w:p w14:paraId="4D283419" w14:textId="77777777" w:rsidR="007D7487" w:rsidRDefault="00E6407B">
      <w:pPr>
        <w:ind w:firstLine="288"/>
      </w:pPr>
      <w:r>
        <w:rPr>
          <w:rFonts w:cs="Times New Roman"/>
        </w:rPr>
        <w:t>“I know what a net feels like.”</w:t>
      </w:r>
    </w:p>
    <w:p w14:paraId="1A6371FC" w14:textId="77777777" w:rsidR="007D7487" w:rsidRDefault="00E6407B">
      <w:pPr>
        <w:ind w:firstLine="288"/>
      </w:pPr>
      <w:r>
        <w:rPr>
          <w:rFonts w:cs="Times New Roman"/>
        </w:rPr>
        <w:t>John looked toward his hand.</w:t>
      </w:r>
    </w:p>
    <w:p w14:paraId="74188E49" w14:textId="77777777" w:rsidR="007D7487" w:rsidRDefault="00E6407B">
      <w:pPr>
        <w:ind w:firstLine="288"/>
      </w:pPr>
      <w:r>
        <w:rPr>
          <w:rFonts w:cs="Times New Roman"/>
        </w:rPr>
        <w:t>“I know how weight changes when the fish turn.”</w:t>
      </w:r>
    </w:p>
    <w:p w14:paraId="6D177A22" w14:textId="77777777" w:rsidR="007D7487" w:rsidRDefault="00E6407B">
      <w:pPr>
        <w:ind w:firstLine="288"/>
      </w:pPr>
      <w:r>
        <w:rPr>
          <w:rFonts w:cs="Times New Roman"/>
        </w:rPr>
        <w:t>“I know how a boat leans when men pull from one side.”</w:t>
      </w:r>
    </w:p>
    <w:p w14:paraId="38B54EAE" w14:textId="77777777" w:rsidR="007D7487" w:rsidRDefault="00E6407B">
      <w:pPr>
        <w:ind w:firstLine="288"/>
      </w:pPr>
      <w:r>
        <w:rPr>
          <w:rFonts w:cs="Times New Roman"/>
        </w:rPr>
        <w:t>“I know when weather is changing.”</w:t>
      </w:r>
    </w:p>
    <w:p w14:paraId="1E984B72" w14:textId="77777777" w:rsidR="007D7487" w:rsidRDefault="00E6407B">
      <w:pPr>
        <w:ind w:firstLine="288"/>
      </w:pPr>
      <w:r>
        <w:rPr>
          <w:rFonts w:cs="Times New Roman"/>
        </w:rPr>
        <w:t>“I know what rope does when it is wet.”</w:t>
      </w:r>
    </w:p>
    <w:p w14:paraId="53930CE9" w14:textId="77777777" w:rsidR="007D7487" w:rsidRDefault="00E6407B">
      <w:pPr>
        <w:ind w:firstLine="288"/>
      </w:pPr>
      <w:r>
        <w:rPr>
          <w:rFonts w:cs="Times New Roman"/>
        </w:rPr>
        <w:t>He looked north.</w:t>
      </w:r>
    </w:p>
    <w:p w14:paraId="4B631ED6" w14:textId="77777777" w:rsidR="007D7487" w:rsidRDefault="00E6407B">
      <w:pPr>
        <w:ind w:firstLine="288"/>
      </w:pPr>
      <w:r>
        <w:rPr>
          <w:rFonts w:cs="Times New Roman"/>
        </w:rPr>
        <w:t>“I know how to fish.”</w:t>
      </w:r>
    </w:p>
    <w:p w14:paraId="34A2C991" w14:textId="77777777" w:rsidR="007D7487" w:rsidRDefault="00E6407B">
      <w:pPr>
        <w:ind w:firstLine="288"/>
      </w:pPr>
      <w:r>
        <w:rPr>
          <w:rFonts w:cs="Times New Roman"/>
        </w:rPr>
        <w:t>John heard the ache beneath the ordinary words.</w:t>
      </w:r>
    </w:p>
    <w:p w14:paraId="641B80A3" w14:textId="77777777" w:rsidR="007D7487" w:rsidRDefault="00E6407B">
      <w:pPr>
        <w:ind w:firstLine="288"/>
      </w:pPr>
      <w:r>
        <w:rPr>
          <w:rFonts w:cs="Times New Roman"/>
        </w:rPr>
        <w:t>Fishing was not merely occupation.</w:t>
      </w:r>
    </w:p>
    <w:p w14:paraId="0E22D991" w14:textId="77777777" w:rsidR="007D7487" w:rsidRDefault="00E6407B">
      <w:pPr>
        <w:ind w:firstLine="288"/>
      </w:pPr>
      <w:r>
        <w:rPr>
          <w:rFonts w:cs="Times New Roman"/>
        </w:rPr>
        <w:t>It was an identity Peter could still locate.</w:t>
      </w:r>
    </w:p>
    <w:p w14:paraId="6A0135D0" w14:textId="77777777" w:rsidR="007D7487" w:rsidRDefault="00E6407B">
      <w:pPr>
        <w:ind w:firstLine="288"/>
      </w:pPr>
      <w:r>
        <w:rPr>
          <w:rFonts w:cs="Times New Roman"/>
        </w:rPr>
        <w:lastRenderedPageBreak/>
        <w:t>Jesus had called him away from it.</w:t>
      </w:r>
    </w:p>
    <w:p w14:paraId="4B7A57DC" w14:textId="77777777" w:rsidR="007D7487" w:rsidRDefault="00E6407B">
      <w:pPr>
        <w:ind w:firstLine="288"/>
      </w:pPr>
      <w:r>
        <w:rPr>
          <w:rFonts w:cs="Times New Roman"/>
        </w:rPr>
        <w:t>Jesus was alive.</w:t>
      </w:r>
    </w:p>
    <w:p w14:paraId="2F8970F5" w14:textId="77777777" w:rsidR="007D7487" w:rsidRDefault="00E6407B">
      <w:pPr>
        <w:ind w:firstLine="288"/>
      </w:pPr>
      <w:r>
        <w:rPr>
          <w:rFonts w:cs="Times New Roman"/>
        </w:rPr>
        <w:t>But Peter did not yet know what resurrection meant for the man who had denied Him.</w:t>
      </w:r>
    </w:p>
    <w:p w14:paraId="46BF3F45" w14:textId="77777777" w:rsidR="007D7487" w:rsidRDefault="00E6407B">
      <w:pPr>
        <w:ind w:firstLine="288"/>
      </w:pPr>
      <w:r>
        <w:rPr>
          <w:rFonts w:cs="Times New Roman"/>
        </w:rPr>
        <w:t>John did not tell him.</w:t>
      </w:r>
    </w:p>
    <w:p w14:paraId="31EB12DC" w14:textId="77777777" w:rsidR="007D7487" w:rsidRDefault="00E6407B">
      <w:pPr>
        <w:ind w:firstLine="288"/>
      </w:pPr>
      <w:r>
        <w:rPr>
          <w:rFonts w:cs="Times New Roman"/>
        </w:rPr>
        <w:t>He could not.</w:t>
      </w:r>
    </w:p>
    <w:p w14:paraId="223F3EC4" w14:textId="77777777" w:rsidR="007D7487" w:rsidRDefault="00E6407B">
      <w:pPr>
        <w:ind w:firstLine="288"/>
      </w:pPr>
      <w:r>
        <w:rPr>
          <w:rFonts w:cs="Times New Roman"/>
        </w:rPr>
        <w:t>That answer belonged farther ahead.</w:t>
      </w:r>
    </w:p>
    <w:p w14:paraId="6F57AB8F" w14:textId="77777777" w:rsidR="007D7487" w:rsidRDefault="00E6407B">
      <w:pPr>
        <w:suppressLineNumbers/>
        <w:spacing w:before="100" w:after="100"/>
        <w:jc w:val="center"/>
      </w:pPr>
      <w:r>
        <w:rPr>
          <w:rFonts w:cs="Times New Roman"/>
          <w:sz w:val="20"/>
        </w:rPr>
        <w:t>* * *</w:t>
      </w:r>
    </w:p>
    <w:p w14:paraId="115D7C4C" w14:textId="77777777" w:rsidR="007D7487" w:rsidRDefault="00E6407B">
      <w:pPr>
        <w:suppressLineNumbers/>
      </w:pPr>
      <w:r>
        <w:br w:type="page"/>
      </w:r>
    </w:p>
    <w:p w14:paraId="4A762016" w14:textId="77777777" w:rsidR="007D7487" w:rsidRDefault="00E6407B">
      <w:pPr>
        <w:pStyle w:val="Heading1"/>
        <w:suppressLineNumbers/>
      </w:pPr>
      <w:r>
        <w:rPr>
          <w:rFonts w:ascii="Times New Roman" w:hAnsi="Times New Roman" w:cs="Times New Roman"/>
        </w:rPr>
        <w:lastRenderedPageBreak/>
        <w:t>Section 5B — Road North — Arrival and the Question</w:t>
      </w:r>
    </w:p>
    <w:p w14:paraId="30B9D9D7" w14:textId="77777777" w:rsidR="007D7487" w:rsidRDefault="00E6407B">
      <w:pPr>
        <w:ind w:firstLine="288"/>
      </w:pPr>
      <w:r>
        <w:rPr>
          <w:rFonts w:cs="Times New Roman"/>
        </w:rPr>
        <w:t>As the miles passed, familiar place names returned.</w:t>
      </w:r>
    </w:p>
    <w:p w14:paraId="64E6CB85" w14:textId="77777777" w:rsidR="007D7487" w:rsidRDefault="00E6407B">
      <w:pPr>
        <w:ind w:firstLine="288"/>
      </w:pPr>
      <w:r>
        <w:rPr>
          <w:rFonts w:cs="Times New Roman"/>
        </w:rPr>
        <w:t>Not all at once.</w:t>
      </w:r>
    </w:p>
    <w:p w14:paraId="051A92EC" w14:textId="77777777" w:rsidR="007D7487" w:rsidRDefault="00E6407B">
      <w:pPr>
        <w:ind w:firstLine="288"/>
      </w:pPr>
      <w:r>
        <w:rPr>
          <w:rFonts w:cs="Times New Roman"/>
        </w:rPr>
        <w:t>One traveler would recognize a turn.</w:t>
      </w:r>
    </w:p>
    <w:p w14:paraId="678326E6" w14:textId="77777777" w:rsidR="007D7487" w:rsidRDefault="00E6407B">
      <w:pPr>
        <w:ind w:firstLine="288"/>
      </w:pPr>
      <w:r>
        <w:rPr>
          <w:rFonts w:cs="Times New Roman"/>
        </w:rPr>
        <w:t>Another would mention a village.</w:t>
      </w:r>
    </w:p>
    <w:p w14:paraId="2D78241E" w14:textId="77777777" w:rsidR="007D7487" w:rsidRDefault="00E6407B">
      <w:pPr>
        <w:ind w:firstLine="288"/>
      </w:pPr>
      <w:r>
        <w:rPr>
          <w:rFonts w:cs="Times New Roman"/>
        </w:rPr>
        <w:t>The landscape slowly stopped being Judea and became the country many of them had known before Jesus called them into a life that kept expanding.</w:t>
      </w:r>
    </w:p>
    <w:p w14:paraId="750E4F36" w14:textId="77777777" w:rsidR="007D7487" w:rsidRDefault="00E6407B">
      <w:pPr>
        <w:ind w:firstLine="288"/>
      </w:pPr>
      <w:r>
        <w:rPr>
          <w:rFonts w:cs="Times New Roman"/>
        </w:rPr>
        <w:t>The change worked on Peter visibly.</w:t>
      </w:r>
    </w:p>
    <w:p w14:paraId="4101D349" w14:textId="77777777" w:rsidR="007D7487" w:rsidRDefault="00E6407B">
      <w:pPr>
        <w:ind w:firstLine="288"/>
      </w:pPr>
      <w:r>
        <w:rPr>
          <w:rFonts w:cs="Times New Roman"/>
        </w:rPr>
        <w:t>His shoulders loosened.</w:t>
      </w:r>
    </w:p>
    <w:p w14:paraId="7E137D58" w14:textId="77777777" w:rsidR="007D7487" w:rsidRDefault="00E6407B">
      <w:pPr>
        <w:ind w:firstLine="288"/>
      </w:pPr>
      <w:r>
        <w:rPr>
          <w:rFonts w:cs="Times New Roman"/>
        </w:rPr>
        <w:t>James spoke more.</w:t>
      </w:r>
    </w:p>
    <w:p w14:paraId="4CBC9367" w14:textId="77777777" w:rsidR="007D7487" w:rsidRDefault="00E6407B">
      <w:pPr>
        <w:ind w:firstLine="288"/>
      </w:pPr>
      <w:r>
        <w:rPr>
          <w:rFonts w:cs="Times New Roman"/>
        </w:rPr>
        <w:t>Andrew began pointing out routes nobody needed him to point out.</w:t>
      </w:r>
    </w:p>
    <w:p w14:paraId="796FA8C3" w14:textId="77777777" w:rsidR="007D7487" w:rsidRDefault="00E6407B">
      <w:pPr>
        <w:ind w:firstLine="288"/>
      </w:pPr>
      <w:r>
        <w:rPr>
          <w:rFonts w:cs="Times New Roman"/>
        </w:rPr>
        <w:t>Nathanael argued about which road would be quicker.</w:t>
      </w:r>
    </w:p>
    <w:p w14:paraId="4BAA3295" w14:textId="77777777" w:rsidR="007D7487" w:rsidRDefault="00E6407B">
      <w:pPr>
        <w:ind w:firstLine="288"/>
      </w:pPr>
      <w:r>
        <w:rPr>
          <w:rFonts w:cs="Times New Roman"/>
        </w:rPr>
        <w:t>Matthew, who had spent enough time traveling on official business to have opinions, disagreed.</w:t>
      </w:r>
    </w:p>
    <w:p w14:paraId="5B634DC7" w14:textId="77777777" w:rsidR="007D7487" w:rsidRDefault="00E6407B">
      <w:pPr>
        <w:ind w:firstLine="288"/>
      </w:pPr>
      <w:r>
        <w:rPr>
          <w:rFonts w:cs="Times New Roman"/>
        </w:rPr>
        <w:t>Simon accused him of preferring roads with tax stations.</w:t>
      </w:r>
    </w:p>
    <w:p w14:paraId="0BABA85C" w14:textId="77777777" w:rsidR="007D7487" w:rsidRDefault="00E6407B">
      <w:pPr>
        <w:ind w:firstLine="288"/>
      </w:pPr>
      <w:r>
        <w:rPr>
          <w:rFonts w:cs="Times New Roman"/>
        </w:rPr>
        <w:t>Matthew said he preferred roads where zealots were less likely to start arguments.</w:t>
      </w:r>
    </w:p>
    <w:p w14:paraId="53667576" w14:textId="77777777" w:rsidR="007D7487" w:rsidRDefault="00E6407B">
      <w:pPr>
        <w:ind w:firstLine="288"/>
      </w:pPr>
      <w:r>
        <w:rPr>
          <w:rFonts w:cs="Times New Roman"/>
        </w:rPr>
        <w:t>Thomas asked whether such a road existed.</w:t>
      </w:r>
    </w:p>
    <w:p w14:paraId="1CB517DF" w14:textId="77777777" w:rsidR="007D7487" w:rsidRDefault="00E6407B">
      <w:pPr>
        <w:ind w:firstLine="288"/>
      </w:pPr>
      <w:r>
        <w:rPr>
          <w:rFonts w:cs="Times New Roman"/>
        </w:rPr>
        <w:t>Nobody could identify one.</w:t>
      </w:r>
    </w:p>
    <w:p w14:paraId="6A617DFB" w14:textId="77777777" w:rsidR="007D7487" w:rsidRDefault="00E6407B">
      <w:pPr>
        <w:ind w:firstLine="288"/>
      </w:pPr>
      <w:r>
        <w:rPr>
          <w:rFonts w:cs="Times New Roman"/>
        </w:rPr>
        <w:t>The laughter helped.</w:t>
      </w:r>
    </w:p>
    <w:p w14:paraId="392AFA53" w14:textId="77777777" w:rsidR="007D7487" w:rsidRDefault="00E6407B">
      <w:pPr>
        <w:ind w:firstLine="288"/>
      </w:pPr>
      <w:r>
        <w:rPr>
          <w:rFonts w:cs="Times New Roman"/>
        </w:rPr>
        <w:t>Home was getting closer.</w:t>
      </w:r>
    </w:p>
    <w:p w14:paraId="40D20A75" w14:textId="77777777" w:rsidR="007D7487" w:rsidRDefault="00E6407B">
      <w:pPr>
        <w:ind w:firstLine="288"/>
      </w:pPr>
      <w:r>
        <w:rPr>
          <w:rFonts w:cs="Times New Roman"/>
        </w:rPr>
        <w:t>Yet everything familiar now carried another life inside it.</w:t>
      </w:r>
    </w:p>
    <w:p w14:paraId="54E80F35" w14:textId="77777777" w:rsidR="007D7487" w:rsidRDefault="00E6407B">
      <w:pPr>
        <w:ind w:firstLine="288"/>
      </w:pPr>
      <w:r>
        <w:rPr>
          <w:rFonts w:cs="Times New Roman"/>
        </w:rPr>
        <w:t>A road was not merely a road.</w:t>
      </w:r>
    </w:p>
    <w:p w14:paraId="659C42E3" w14:textId="77777777" w:rsidR="007D7487" w:rsidRDefault="00E6407B">
      <w:pPr>
        <w:ind w:firstLine="288"/>
      </w:pPr>
      <w:r>
        <w:rPr>
          <w:rFonts w:cs="Times New Roman"/>
        </w:rPr>
        <w:t>Jesus had walked it.</w:t>
      </w:r>
    </w:p>
    <w:p w14:paraId="36BEE81D" w14:textId="77777777" w:rsidR="007D7487" w:rsidRDefault="00E6407B">
      <w:pPr>
        <w:ind w:firstLine="288"/>
      </w:pPr>
      <w:r>
        <w:rPr>
          <w:rFonts w:cs="Times New Roman"/>
        </w:rPr>
        <w:t>A hillside had held a crowd.</w:t>
      </w:r>
    </w:p>
    <w:p w14:paraId="54DB7EB8" w14:textId="77777777" w:rsidR="007D7487" w:rsidRDefault="00E6407B">
      <w:pPr>
        <w:ind w:firstLine="288"/>
      </w:pPr>
      <w:r>
        <w:rPr>
          <w:rFonts w:cs="Times New Roman"/>
        </w:rPr>
        <w:t>A synagogue had once filled with shouting when an unclean spirit recognized Him.</w:t>
      </w:r>
    </w:p>
    <w:p w14:paraId="03993F0D" w14:textId="77777777" w:rsidR="007D7487" w:rsidRDefault="00E6407B">
      <w:pPr>
        <w:ind w:firstLine="288"/>
      </w:pPr>
      <w:r>
        <w:rPr>
          <w:rFonts w:cs="Times New Roman"/>
        </w:rPr>
        <w:t>A shoreline remembered nets abandoned.</w:t>
      </w:r>
    </w:p>
    <w:p w14:paraId="29147FE9" w14:textId="77777777" w:rsidR="007D7487" w:rsidRDefault="00E6407B">
      <w:pPr>
        <w:ind w:firstLine="288"/>
      </w:pPr>
      <w:r>
        <w:rPr>
          <w:rFonts w:cs="Times New Roman"/>
        </w:rPr>
        <w:t>A village remembered a paralytic walking.</w:t>
      </w:r>
    </w:p>
    <w:p w14:paraId="127BCB3D" w14:textId="77777777" w:rsidR="007D7487" w:rsidRDefault="00E6407B">
      <w:pPr>
        <w:ind w:firstLine="288"/>
      </w:pPr>
      <w:r>
        <w:rPr>
          <w:rFonts w:cs="Times New Roman"/>
        </w:rPr>
        <w:t>A house remembered a fever leaving.</w:t>
      </w:r>
    </w:p>
    <w:p w14:paraId="3230A27A" w14:textId="77777777" w:rsidR="007D7487" w:rsidRDefault="00E6407B">
      <w:pPr>
        <w:ind w:firstLine="288"/>
      </w:pPr>
      <w:r>
        <w:rPr>
          <w:rFonts w:cs="Times New Roman"/>
        </w:rPr>
        <w:t>A field remembered grain rubbed between fingers while men argued about Sabbath.</w:t>
      </w:r>
    </w:p>
    <w:p w14:paraId="0ED5E875" w14:textId="77777777" w:rsidR="007D7487" w:rsidRDefault="00E6407B">
      <w:pPr>
        <w:ind w:firstLine="288"/>
      </w:pPr>
      <w:r>
        <w:rPr>
          <w:rFonts w:cs="Times New Roman"/>
        </w:rPr>
        <w:t>A boat remembered a storm obeying a voice.</w:t>
      </w:r>
    </w:p>
    <w:p w14:paraId="3F438494" w14:textId="77777777" w:rsidR="007D7487" w:rsidRDefault="00E6407B">
      <w:pPr>
        <w:ind w:firstLine="288"/>
      </w:pPr>
      <w:r>
        <w:rPr>
          <w:rFonts w:cs="Times New Roman"/>
        </w:rPr>
        <w:t>The land itself had become a collection of witnesses.</w:t>
      </w:r>
    </w:p>
    <w:p w14:paraId="1C4204D3" w14:textId="77777777" w:rsidR="007D7487" w:rsidRDefault="00E6407B">
      <w:pPr>
        <w:suppressLineNumbers/>
        <w:spacing w:before="100" w:after="100"/>
        <w:jc w:val="center"/>
      </w:pPr>
      <w:r>
        <w:rPr>
          <w:rFonts w:cs="Times New Roman"/>
          <w:sz w:val="20"/>
        </w:rPr>
        <w:t>* * *</w:t>
      </w:r>
    </w:p>
    <w:p w14:paraId="2BBFCB13" w14:textId="77777777" w:rsidR="007D7487" w:rsidRDefault="00E6407B">
      <w:pPr>
        <w:ind w:firstLine="288"/>
      </w:pPr>
      <w:r>
        <w:rPr>
          <w:rFonts w:cs="Times New Roman"/>
        </w:rPr>
        <w:t>Nathanael joined John during one afternoon stretch.</w:t>
      </w:r>
    </w:p>
    <w:p w14:paraId="77DE691F" w14:textId="77777777" w:rsidR="007D7487" w:rsidRDefault="00E6407B">
      <w:pPr>
        <w:ind w:firstLine="288"/>
      </w:pPr>
      <w:r>
        <w:rPr>
          <w:rFonts w:cs="Times New Roman"/>
        </w:rPr>
        <w:t>He looked toward a ridge in the distance.</w:t>
      </w:r>
    </w:p>
    <w:p w14:paraId="2A73C692" w14:textId="77777777" w:rsidR="007D7487" w:rsidRDefault="00E6407B">
      <w:pPr>
        <w:ind w:firstLine="288"/>
      </w:pPr>
      <w:r>
        <w:rPr>
          <w:rFonts w:cs="Times New Roman"/>
        </w:rPr>
        <w:t>“You know what bothers me?”</w:t>
      </w:r>
    </w:p>
    <w:p w14:paraId="36958FB4" w14:textId="77777777" w:rsidR="007D7487" w:rsidRDefault="00E6407B">
      <w:pPr>
        <w:ind w:firstLine="288"/>
      </w:pPr>
      <w:r>
        <w:rPr>
          <w:rFonts w:cs="Times New Roman"/>
        </w:rPr>
        <w:t>John laughed.</w:t>
      </w:r>
    </w:p>
    <w:p w14:paraId="22B6BCDE" w14:textId="77777777" w:rsidR="007D7487" w:rsidRDefault="00E6407B">
      <w:pPr>
        <w:ind w:firstLine="288"/>
      </w:pPr>
      <w:r>
        <w:rPr>
          <w:rFonts w:cs="Times New Roman"/>
        </w:rPr>
        <w:t>“That question has become dangerous.”</w:t>
      </w:r>
    </w:p>
    <w:p w14:paraId="57784745" w14:textId="77777777" w:rsidR="007D7487" w:rsidRDefault="00E6407B">
      <w:pPr>
        <w:ind w:firstLine="288"/>
      </w:pPr>
      <w:r>
        <w:rPr>
          <w:rFonts w:cs="Times New Roman"/>
        </w:rPr>
        <w:t>Nathanael ignored him.</w:t>
      </w:r>
    </w:p>
    <w:p w14:paraId="3C530BDE" w14:textId="77777777" w:rsidR="007D7487" w:rsidRDefault="00E6407B">
      <w:pPr>
        <w:ind w:firstLine="288"/>
      </w:pPr>
      <w:r>
        <w:rPr>
          <w:rFonts w:cs="Times New Roman"/>
        </w:rPr>
        <w:lastRenderedPageBreak/>
        <w:t>“He kept showing us things.”</w:t>
      </w:r>
    </w:p>
    <w:p w14:paraId="58FB0968" w14:textId="77777777" w:rsidR="007D7487" w:rsidRDefault="00E6407B">
      <w:pPr>
        <w:ind w:firstLine="288"/>
      </w:pPr>
      <w:r>
        <w:rPr>
          <w:rFonts w:cs="Times New Roman"/>
        </w:rPr>
        <w:t>“What things?”</w:t>
      </w:r>
    </w:p>
    <w:p w14:paraId="31A4B8BE" w14:textId="77777777" w:rsidR="007D7487" w:rsidRDefault="00E6407B">
      <w:pPr>
        <w:ind w:firstLine="288"/>
      </w:pPr>
      <w:r>
        <w:rPr>
          <w:rFonts w:cs="Times New Roman"/>
        </w:rPr>
        <w:t>“Signs.”</w:t>
      </w:r>
    </w:p>
    <w:p w14:paraId="17502253" w14:textId="77777777" w:rsidR="007D7487" w:rsidRDefault="00E6407B">
      <w:pPr>
        <w:ind w:firstLine="288"/>
      </w:pPr>
      <w:r>
        <w:rPr>
          <w:rFonts w:cs="Times New Roman"/>
        </w:rPr>
        <w:t>John nodded.</w:t>
      </w:r>
    </w:p>
    <w:p w14:paraId="784180B2" w14:textId="77777777" w:rsidR="007D7487" w:rsidRDefault="00E6407B">
      <w:pPr>
        <w:ind w:firstLine="288"/>
      </w:pPr>
      <w:r>
        <w:rPr>
          <w:rFonts w:cs="Times New Roman"/>
        </w:rPr>
        <w:t>“Water.”</w:t>
      </w:r>
    </w:p>
    <w:p w14:paraId="03F335DD" w14:textId="77777777" w:rsidR="007D7487" w:rsidRDefault="00E6407B">
      <w:pPr>
        <w:ind w:firstLine="288"/>
      </w:pPr>
      <w:r>
        <w:rPr>
          <w:rFonts w:cs="Times New Roman"/>
        </w:rPr>
        <w:t>“Bread.”</w:t>
      </w:r>
    </w:p>
    <w:p w14:paraId="246602E1" w14:textId="77777777" w:rsidR="007D7487" w:rsidRDefault="00E6407B">
      <w:pPr>
        <w:ind w:firstLine="288"/>
      </w:pPr>
      <w:r>
        <w:rPr>
          <w:rFonts w:cs="Times New Roman"/>
        </w:rPr>
        <w:t>“Blind men seeing.”</w:t>
      </w:r>
    </w:p>
    <w:p w14:paraId="78892FED" w14:textId="77777777" w:rsidR="007D7487" w:rsidRDefault="00E6407B">
      <w:pPr>
        <w:ind w:firstLine="288"/>
      </w:pPr>
      <w:r>
        <w:rPr>
          <w:rFonts w:cs="Times New Roman"/>
        </w:rPr>
        <w:t>“Lepers clean.”</w:t>
      </w:r>
    </w:p>
    <w:p w14:paraId="42008E29" w14:textId="77777777" w:rsidR="007D7487" w:rsidRDefault="00E6407B">
      <w:pPr>
        <w:ind w:firstLine="288"/>
      </w:pPr>
      <w:r>
        <w:rPr>
          <w:rFonts w:cs="Times New Roman"/>
        </w:rPr>
        <w:t>“Dead men alive.”</w:t>
      </w:r>
    </w:p>
    <w:p w14:paraId="2A5A8680" w14:textId="77777777" w:rsidR="007D7487" w:rsidRDefault="00E6407B">
      <w:pPr>
        <w:ind w:firstLine="288"/>
      </w:pPr>
      <w:r>
        <w:rPr>
          <w:rFonts w:cs="Times New Roman"/>
        </w:rPr>
        <w:t>“Yes.”</w:t>
      </w:r>
    </w:p>
    <w:p w14:paraId="6DE69A8A" w14:textId="77777777" w:rsidR="007D7487" w:rsidRDefault="00E6407B">
      <w:pPr>
        <w:ind w:firstLine="288"/>
      </w:pPr>
      <w:r>
        <w:rPr>
          <w:rFonts w:cs="Times New Roman"/>
        </w:rPr>
        <w:t>Nathanael looked at him.</w:t>
      </w:r>
    </w:p>
    <w:p w14:paraId="42C38942" w14:textId="77777777" w:rsidR="007D7487" w:rsidRDefault="00E6407B">
      <w:pPr>
        <w:ind w:firstLine="288"/>
      </w:pPr>
      <w:r>
        <w:rPr>
          <w:rFonts w:cs="Times New Roman"/>
        </w:rPr>
        <w:t>“We treated them like separate wonders.”</w:t>
      </w:r>
    </w:p>
    <w:p w14:paraId="62757CD2" w14:textId="77777777" w:rsidR="007D7487" w:rsidRDefault="00E6407B">
      <w:pPr>
        <w:ind w:firstLine="288"/>
      </w:pPr>
      <w:r>
        <w:rPr>
          <w:rFonts w:cs="Times New Roman"/>
        </w:rPr>
        <w:t>John thought about it.</w:t>
      </w:r>
    </w:p>
    <w:p w14:paraId="504267F1" w14:textId="77777777" w:rsidR="007D7487" w:rsidRDefault="00E6407B">
      <w:pPr>
        <w:ind w:firstLine="288"/>
      </w:pPr>
      <w:r>
        <w:rPr>
          <w:rFonts w:cs="Times New Roman"/>
        </w:rPr>
        <w:t>“Were they not?”</w:t>
      </w:r>
    </w:p>
    <w:p w14:paraId="1E9A78B9" w14:textId="77777777" w:rsidR="007D7487" w:rsidRDefault="00E6407B">
      <w:pPr>
        <w:ind w:firstLine="288"/>
      </w:pPr>
      <w:r>
        <w:rPr>
          <w:rFonts w:cs="Times New Roman"/>
        </w:rPr>
        <w:t>“They happened separately.”</w:t>
      </w:r>
    </w:p>
    <w:p w14:paraId="27160176" w14:textId="77777777" w:rsidR="007D7487" w:rsidRDefault="00E6407B">
      <w:pPr>
        <w:ind w:firstLine="288"/>
      </w:pPr>
      <w:r>
        <w:rPr>
          <w:rFonts w:cs="Times New Roman"/>
        </w:rPr>
        <w:t>“That is not what I asked.”</w:t>
      </w:r>
    </w:p>
    <w:p w14:paraId="1242E4CF" w14:textId="77777777" w:rsidR="007D7487" w:rsidRDefault="00E6407B">
      <w:pPr>
        <w:ind w:firstLine="288"/>
      </w:pPr>
      <w:r>
        <w:rPr>
          <w:rFonts w:cs="Times New Roman"/>
        </w:rPr>
        <w:t>Nathanael frowned.</w:t>
      </w:r>
    </w:p>
    <w:p w14:paraId="2B50A3FB" w14:textId="77777777" w:rsidR="007D7487" w:rsidRDefault="00E6407B">
      <w:pPr>
        <w:ind w:firstLine="288"/>
      </w:pPr>
      <w:r>
        <w:rPr>
          <w:rFonts w:cs="Times New Roman"/>
        </w:rPr>
        <w:t>John realized he had begun sounding like Jesus and did not know whether to be pleased or worried.</w:t>
      </w:r>
    </w:p>
    <w:p w14:paraId="4FAF924C" w14:textId="77777777" w:rsidR="007D7487" w:rsidRDefault="00E6407B">
      <w:pPr>
        <w:ind w:firstLine="288"/>
      </w:pPr>
      <w:r>
        <w:rPr>
          <w:rFonts w:cs="Times New Roman"/>
        </w:rPr>
        <w:t>Nathanael continued.</w:t>
      </w:r>
    </w:p>
    <w:p w14:paraId="1D8C5DB4" w14:textId="77777777" w:rsidR="007D7487" w:rsidRDefault="00E6407B">
      <w:pPr>
        <w:ind w:firstLine="288"/>
      </w:pPr>
      <w:r>
        <w:rPr>
          <w:rFonts w:cs="Times New Roman"/>
        </w:rPr>
        <w:t>“What if they were all saying something?”</w:t>
      </w:r>
    </w:p>
    <w:p w14:paraId="2CF3920A" w14:textId="77777777" w:rsidR="007D7487" w:rsidRDefault="00E6407B">
      <w:pPr>
        <w:ind w:firstLine="288"/>
      </w:pPr>
      <w:r>
        <w:rPr>
          <w:rFonts w:cs="Times New Roman"/>
        </w:rPr>
        <w:t>John looked toward the road.</w:t>
      </w:r>
    </w:p>
    <w:p w14:paraId="173666B2" w14:textId="77777777" w:rsidR="007D7487" w:rsidRDefault="00E6407B">
      <w:pPr>
        <w:ind w:firstLine="288"/>
      </w:pPr>
      <w:r>
        <w:rPr>
          <w:rFonts w:cs="Times New Roman"/>
        </w:rPr>
        <w:t>“Then I hope He explains it.”</w:t>
      </w:r>
    </w:p>
    <w:p w14:paraId="1D0E8512" w14:textId="77777777" w:rsidR="007D7487" w:rsidRDefault="00E6407B">
      <w:pPr>
        <w:ind w:firstLine="288"/>
      </w:pPr>
      <w:r>
        <w:rPr>
          <w:rFonts w:cs="Times New Roman"/>
        </w:rPr>
        <w:t>Nathanael smiled.</w:t>
      </w:r>
    </w:p>
    <w:p w14:paraId="5113C52D" w14:textId="77777777" w:rsidR="007D7487" w:rsidRDefault="00E6407B">
      <w:pPr>
        <w:ind w:firstLine="288"/>
      </w:pPr>
      <w:r>
        <w:rPr>
          <w:rFonts w:cs="Times New Roman"/>
        </w:rPr>
        <w:t>“So do I.”</w:t>
      </w:r>
    </w:p>
    <w:p w14:paraId="7E802DAE" w14:textId="77777777" w:rsidR="007D7487" w:rsidRDefault="00E6407B">
      <w:pPr>
        <w:ind w:firstLine="288"/>
      </w:pPr>
      <w:r>
        <w:rPr>
          <w:rFonts w:cs="Times New Roman"/>
        </w:rPr>
        <w:t>A few steps later he added:</w:t>
      </w:r>
    </w:p>
    <w:p w14:paraId="1665605A" w14:textId="77777777" w:rsidR="007D7487" w:rsidRDefault="00E6407B">
      <w:pPr>
        <w:ind w:firstLine="288"/>
      </w:pPr>
      <w:r>
        <w:rPr>
          <w:rFonts w:cs="Times New Roman"/>
        </w:rPr>
        <w:t>“And Jacob.”</w:t>
      </w:r>
    </w:p>
    <w:p w14:paraId="4A2E2527" w14:textId="77777777" w:rsidR="007D7487" w:rsidRDefault="00E6407B">
      <w:pPr>
        <w:ind w:firstLine="288"/>
      </w:pPr>
      <w:r>
        <w:rPr>
          <w:rFonts w:cs="Times New Roman"/>
        </w:rPr>
        <w:t>John turned.</w:t>
      </w:r>
    </w:p>
    <w:p w14:paraId="67541571" w14:textId="77777777" w:rsidR="007D7487" w:rsidRDefault="00E6407B">
      <w:pPr>
        <w:ind w:firstLine="288"/>
      </w:pPr>
      <w:r>
        <w:rPr>
          <w:rFonts w:cs="Times New Roman"/>
        </w:rPr>
        <w:t>“What about Jacob?”</w:t>
      </w:r>
    </w:p>
    <w:p w14:paraId="1FC78CCF" w14:textId="77777777" w:rsidR="007D7487" w:rsidRDefault="00E6407B">
      <w:pPr>
        <w:ind w:firstLine="288"/>
      </w:pPr>
      <w:r>
        <w:rPr>
          <w:rFonts w:cs="Times New Roman"/>
        </w:rPr>
        <w:t>Nathanael’s smile deepened.</w:t>
      </w:r>
    </w:p>
    <w:p w14:paraId="4571A53C" w14:textId="77777777" w:rsidR="007D7487" w:rsidRDefault="00E6407B">
      <w:pPr>
        <w:ind w:firstLine="288"/>
      </w:pPr>
      <w:r>
        <w:rPr>
          <w:rFonts w:cs="Times New Roman"/>
        </w:rPr>
        <w:t>“He told me I would see heaven opened.”</w:t>
      </w:r>
    </w:p>
    <w:p w14:paraId="33DCC5F1" w14:textId="77777777" w:rsidR="007D7487" w:rsidRDefault="00E6407B">
      <w:pPr>
        <w:ind w:firstLine="288"/>
      </w:pPr>
      <w:r>
        <w:rPr>
          <w:rFonts w:cs="Times New Roman"/>
        </w:rPr>
        <w:t>John remembered the first days.</w:t>
      </w:r>
    </w:p>
    <w:p w14:paraId="37A26B8B" w14:textId="77777777" w:rsidR="007D7487" w:rsidRDefault="00E6407B">
      <w:pPr>
        <w:ind w:firstLine="288"/>
      </w:pPr>
      <w:r>
        <w:rPr>
          <w:rFonts w:cs="Times New Roman"/>
        </w:rPr>
        <w:t>Angels ascending and descending upon the Son of Man.</w:t>
      </w:r>
    </w:p>
    <w:p w14:paraId="6D0487CA" w14:textId="77777777" w:rsidR="007D7487" w:rsidRDefault="00E6407B">
      <w:pPr>
        <w:ind w:firstLine="288"/>
      </w:pPr>
      <w:r>
        <w:rPr>
          <w:rFonts w:cs="Times New Roman"/>
        </w:rPr>
        <w:t>Nathanael shook his head.</w:t>
      </w:r>
    </w:p>
    <w:p w14:paraId="61DA377B" w14:textId="77777777" w:rsidR="007D7487" w:rsidRDefault="00E6407B">
      <w:pPr>
        <w:ind w:firstLine="288"/>
      </w:pPr>
      <w:r>
        <w:rPr>
          <w:rFonts w:cs="Times New Roman"/>
        </w:rPr>
        <w:t>“I have carried that sentence for years.”</w:t>
      </w:r>
    </w:p>
    <w:p w14:paraId="0B8F677E" w14:textId="77777777" w:rsidR="007D7487" w:rsidRDefault="00E6407B">
      <w:pPr>
        <w:ind w:firstLine="288"/>
      </w:pPr>
      <w:r>
        <w:rPr>
          <w:rFonts w:cs="Times New Roman"/>
        </w:rPr>
        <w:t>“Understood it?”</w:t>
      </w:r>
    </w:p>
    <w:p w14:paraId="1781FF47" w14:textId="77777777" w:rsidR="007D7487" w:rsidRDefault="00E6407B">
      <w:pPr>
        <w:ind w:firstLine="288"/>
      </w:pPr>
      <w:r>
        <w:rPr>
          <w:rFonts w:cs="Times New Roman"/>
        </w:rPr>
        <w:t>“No.”</w:t>
      </w:r>
    </w:p>
    <w:p w14:paraId="712B0A9A" w14:textId="77777777" w:rsidR="007D7487" w:rsidRDefault="00E6407B">
      <w:pPr>
        <w:ind w:firstLine="288"/>
      </w:pPr>
      <w:r>
        <w:rPr>
          <w:rFonts w:cs="Times New Roman"/>
        </w:rPr>
        <w:t>John laughed.</w:t>
      </w:r>
    </w:p>
    <w:p w14:paraId="1B429E8C" w14:textId="77777777" w:rsidR="007D7487" w:rsidRDefault="00E6407B">
      <w:pPr>
        <w:ind w:firstLine="288"/>
      </w:pPr>
      <w:r>
        <w:rPr>
          <w:rFonts w:cs="Times New Roman"/>
        </w:rPr>
        <w:lastRenderedPageBreak/>
        <w:t>“That has become a theme.”</w:t>
      </w:r>
    </w:p>
    <w:p w14:paraId="65C92A36" w14:textId="77777777" w:rsidR="007D7487" w:rsidRDefault="00E6407B">
      <w:pPr>
        <w:ind w:firstLine="288"/>
      </w:pPr>
      <w:r>
        <w:rPr>
          <w:rFonts w:cs="Times New Roman"/>
        </w:rPr>
        <w:t>Nathanael looked toward him.</w:t>
      </w:r>
    </w:p>
    <w:p w14:paraId="71655326" w14:textId="77777777" w:rsidR="007D7487" w:rsidRDefault="00E6407B">
      <w:pPr>
        <w:ind w:firstLine="288"/>
      </w:pPr>
      <w:r>
        <w:rPr>
          <w:rFonts w:cs="Times New Roman"/>
        </w:rPr>
        <w:t>“Andrew said the same thing.”</w:t>
      </w:r>
    </w:p>
    <w:p w14:paraId="5733CA78" w14:textId="77777777" w:rsidR="007D7487" w:rsidRDefault="00E6407B">
      <w:pPr>
        <w:ind w:firstLine="288"/>
      </w:pPr>
      <w:r>
        <w:rPr>
          <w:rFonts w:cs="Times New Roman"/>
        </w:rPr>
        <w:t>“He should stop stealing my observations.”</w:t>
      </w:r>
    </w:p>
    <w:p w14:paraId="78EB4C8F" w14:textId="77777777" w:rsidR="007D7487" w:rsidRDefault="00E6407B">
      <w:pPr>
        <w:ind w:firstLine="288"/>
      </w:pPr>
      <w:r>
        <w:rPr>
          <w:rFonts w:cs="Times New Roman"/>
        </w:rPr>
        <w:t>The two men walked on.</w:t>
      </w:r>
    </w:p>
    <w:p w14:paraId="75E50A86" w14:textId="77777777" w:rsidR="007D7487" w:rsidRDefault="00E6407B">
      <w:pPr>
        <w:ind w:firstLine="288"/>
      </w:pPr>
      <w:r>
        <w:rPr>
          <w:rFonts w:cs="Times New Roman"/>
        </w:rPr>
        <w:t>Another unopened door traveled with them.</w:t>
      </w:r>
    </w:p>
    <w:p w14:paraId="6ED1AB31" w14:textId="77777777" w:rsidR="007D7487" w:rsidRDefault="00E6407B">
      <w:pPr>
        <w:ind w:firstLine="288"/>
      </w:pPr>
      <w:r>
        <w:rPr>
          <w:rFonts w:cs="Times New Roman"/>
        </w:rPr>
        <w:t>Jacob.</w:t>
      </w:r>
    </w:p>
    <w:p w14:paraId="7CA16205" w14:textId="77777777" w:rsidR="007D7487" w:rsidRDefault="00E6407B">
      <w:pPr>
        <w:ind w:firstLine="288"/>
      </w:pPr>
      <w:r>
        <w:rPr>
          <w:rFonts w:cs="Times New Roman"/>
        </w:rPr>
        <w:t>Open heaven.</w:t>
      </w:r>
    </w:p>
    <w:p w14:paraId="563A5752" w14:textId="77777777" w:rsidR="007D7487" w:rsidRDefault="00E6407B">
      <w:pPr>
        <w:ind w:firstLine="288"/>
      </w:pPr>
      <w:r>
        <w:rPr>
          <w:rFonts w:cs="Times New Roman"/>
        </w:rPr>
        <w:t>Son of Man.</w:t>
      </w:r>
    </w:p>
    <w:p w14:paraId="1734C839" w14:textId="77777777" w:rsidR="007D7487" w:rsidRDefault="00E6407B">
      <w:pPr>
        <w:suppressLineNumbers/>
        <w:spacing w:before="100" w:after="100"/>
        <w:jc w:val="center"/>
      </w:pPr>
      <w:r>
        <w:rPr>
          <w:rFonts w:cs="Times New Roman"/>
          <w:sz w:val="20"/>
        </w:rPr>
        <w:t>* * *</w:t>
      </w:r>
    </w:p>
    <w:p w14:paraId="5EF1E79B" w14:textId="77777777" w:rsidR="007D7487" w:rsidRDefault="00E6407B">
      <w:pPr>
        <w:ind w:firstLine="288"/>
      </w:pPr>
      <w:r>
        <w:rPr>
          <w:rFonts w:cs="Times New Roman"/>
        </w:rPr>
        <w:t>The women carried their own questions.</w:t>
      </w:r>
    </w:p>
    <w:p w14:paraId="014F084B" w14:textId="77777777" w:rsidR="007D7487" w:rsidRDefault="00E6407B">
      <w:pPr>
        <w:ind w:firstLine="288"/>
      </w:pPr>
      <w:r>
        <w:rPr>
          <w:rFonts w:cs="Times New Roman"/>
        </w:rPr>
        <w:t>Joanna had not stopped thinking about the genealogy.</w:t>
      </w:r>
    </w:p>
    <w:p w14:paraId="4FFDD6B3" w14:textId="77777777" w:rsidR="007D7487" w:rsidRDefault="00E6407B">
      <w:pPr>
        <w:ind w:firstLine="288"/>
      </w:pPr>
      <w:r>
        <w:rPr>
          <w:rFonts w:cs="Times New Roman"/>
        </w:rPr>
        <w:t>Mary had not stopped thinking about Simeon.</w:t>
      </w:r>
    </w:p>
    <w:p w14:paraId="5822665F" w14:textId="77777777" w:rsidR="007D7487" w:rsidRDefault="00E6407B">
      <w:pPr>
        <w:ind w:firstLine="288"/>
      </w:pPr>
      <w:r>
        <w:rPr>
          <w:rFonts w:cs="Times New Roman"/>
        </w:rPr>
        <w:t>Mary Magdalene had not stopped hearing her name in the garden.</w:t>
      </w:r>
    </w:p>
    <w:p w14:paraId="3ABE2B8B" w14:textId="77777777" w:rsidR="007D7487" w:rsidRDefault="00E6407B">
      <w:pPr>
        <w:ind w:firstLine="288"/>
      </w:pPr>
      <w:r>
        <w:rPr>
          <w:rFonts w:cs="Times New Roman"/>
        </w:rPr>
        <w:t>Susanna appeared mostly satisfied that she had successfully introduced Nicodemus into at least one conversation that would otherwise have died from lack of a scholar.</w:t>
      </w:r>
    </w:p>
    <w:p w14:paraId="2C9955F4" w14:textId="77777777" w:rsidR="007D7487" w:rsidRDefault="00E6407B">
      <w:pPr>
        <w:ind w:firstLine="288"/>
      </w:pPr>
      <w:r>
        <w:rPr>
          <w:rFonts w:cs="Times New Roman"/>
        </w:rPr>
        <w:t>One afternoon Joanna looked toward Jesus’ mother.</w:t>
      </w:r>
    </w:p>
    <w:p w14:paraId="11833F0B" w14:textId="77777777" w:rsidR="007D7487" w:rsidRDefault="00E6407B">
      <w:pPr>
        <w:ind w:firstLine="288"/>
      </w:pPr>
      <w:r>
        <w:rPr>
          <w:rFonts w:cs="Times New Roman"/>
        </w:rPr>
        <w:t>“Did you expect any of this?”</w:t>
      </w:r>
    </w:p>
    <w:p w14:paraId="731654D2" w14:textId="77777777" w:rsidR="007D7487" w:rsidRDefault="00E6407B">
      <w:pPr>
        <w:ind w:firstLine="288"/>
      </w:pPr>
      <w:r>
        <w:rPr>
          <w:rFonts w:cs="Times New Roman"/>
        </w:rPr>
        <w:t>Mary smiled.</w:t>
      </w:r>
    </w:p>
    <w:p w14:paraId="3AC0F599" w14:textId="77777777" w:rsidR="007D7487" w:rsidRDefault="00E6407B">
      <w:pPr>
        <w:ind w:firstLine="288"/>
      </w:pPr>
      <w:r>
        <w:rPr>
          <w:rFonts w:cs="Times New Roman"/>
        </w:rPr>
        <w:t>“No.”</w:t>
      </w:r>
    </w:p>
    <w:p w14:paraId="179ACB6C" w14:textId="77777777" w:rsidR="007D7487" w:rsidRDefault="00E6407B">
      <w:pPr>
        <w:ind w:firstLine="288"/>
      </w:pPr>
      <w:r>
        <w:rPr>
          <w:rFonts w:cs="Times New Roman"/>
        </w:rPr>
        <w:t>“Not even after the angel?”</w:t>
      </w:r>
    </w:p>
    <w:p w14:paraId="287AA3BC" w14:textId="77777777" w:rsidR="007D7487" w:rsidRDefault="00E6407B">
      <w:pPr>
        <w:ind w:firstLine="288"/>
      </w:pPr>
      <w:r>
        <w:rPr>
          <w:rFonts w:cs="Times New Roman"/>
        </w:rPr>
        <w:t>“Especially after the angel.”</w:t>
      </w:r>
    </w:p>
    <w:p w14:paraId="03E8314D" w14:textId="77777777" w:rsidR="007D7487" w:rsidRDefault="00E6407B">
      <w:pPr>
        <w:ind w:firstLine="288"/>
      </w:pPr>
      <w:r>
        <w:rPr>
          <w:rFonts w:cs="Times New Roman"/>
        </w:rPr>
        <w:t>Joanna laughed.</w:t>
      </w:r>
    </w:p>
    <w:p w14:paraId="7DB80DD1" w14:textId="77777777" w:rsidR="007D7487" w:rsidRDefault="00E6407B">
      <w:pPr>
        <w:ind w:firstLine="288"/>
      </w:pPr>
      <w:r>
        <w:rPr>
          <w:rFonts w:cs="Times New Roman"/>
        </w:rPr>
        <w:t>Mary’s expression softened.</w:t>
      </w:r>
    </w:p>
    <w:p w14:paraId="18F709A2" w14:textId="77777777" w:rsidR="007D7487" w:rsidRDefault="00E6407B">
      <w:pPr>
        <w:ind w:firstLine="288"/>
      </w:pPr>
      <w:r>
        <w:rPr>
          <w:rFonts w:cs="Times New Roman"/>
        </w:rPr>
        <w:t>“I knew promises.”</w:t>
      </w:r>
    </w:p>
    <w:p w14:paraId="58394552" w14:textId="77777777" w:rsidR="007D7487" w:rsidRDefault="00E6407B">
      <w:pPr>
        <w:ind w:firstLine="288"/>
      </w:pPr>
      <w:r>
        <w:rPr>
          <w:rFonts w:cs="Times New Roman"/>
        </w:rPr>
        <w:t>“I knew what I had been told.”</w:t>
      </w:r>
    </w:p>
    <w:p w14:paraId="282540D8" w14:textId="77777777" w:rsidR="007D7487" w:rsidRDefault="00E6407B">
      <w:pPr>
        <w:ind w:firstLine="288"/>
      </w:pPr>
      <w:r>
        <w:rPr>
          <w:rFonts w:cs="Times New Roman"/>
        </w:rPr>
        <w:t>“I knew He was not ordinary.”</w:t>
      </w:r>
    </w:p>
    <w:p w14:paraId="38356115" w14:textId="77777777" w:rsidR="007D7487" w:rsidRDefault="00E6407B">
      <w:pPr>
        <w:ind w:firstLine="288"/>
      </w:pPr>
      <w:r>
        <w:rPr>
          <w:rFonts w:cs="Times New Roman"/>
        </w:rPr>
        <w:t>She looked down.</w:t>
      </w:r>
    </w:p>
    <w:p w14:paraId="72DA2876" w14:textId="77777777" w:rsidR="007D7487" w:rsidRDefault="00E6407B">
      <w:pPr>
        <w:ind w:firstLine="288"/>
      </w:pPr>
      <w:r>
        <w:rPr>
          <w:rFonts w:cs="Times New Roman"/>
        </w:rPr>
        <w:t>“That is not the same thing as knowing how every promise would happen.”</w:t>
      </w:r>
    </w:p>
    <w:p w14:paraId="364F1BCC" w14:textId="77777777" w:rsidR="007D7487" w:rsidRDefault="00E6407B">
      <w:pPr>
        <w:ind w:firstLine="288"/>
      </w:pPr>
      <w:r>
        <w:rPr>
          <w:rFonts w:cs="Times New Roman"/>
        </w:rPr>
        <w:t>Mary Magdalene listened.</w:t>
      </w:r>
    </w:p>
    <w:p w14:paraId="13EA2E5D" w14:textId="77777777" w:rsidR="007D7487" w:rsidRDefault="00E6407B">
      <w:pPr>
        <w:ind w:firstLine="288"/>
      </w:pPr>
      <w:r>
        <w:rPr>
          <w:rFonts w:cs="Times New Roman"/>
        </w:rPr>
        <w:t>Jesus’ mother continued.</w:t>
      </w:r>
    </w:p>
    <w:p w14:paraId="1A0163AE" w14:textId="77777777" w:rsidR="007D7487" w:rsidRDefault="00E6407B">
      <w:pPr>
        <w:ind w:firstLine="288"/>
      </w:pPr>
      <w:r>
        <w:rPr>
          <w:rFonts w:cs="Times New Roman"/>
        </w:rPr>
        <w:t>“When He was a child, people said things over Him I could not fit together.”</w:t>
      </w:r>
    </w:p>
    <w:p w14:paraId="4259BF09" w14:textId="77777777" w:rsidR="007D7487" w:rsidRDefault="00E6407B">
      <w:pPr>
        <w:ind w:firstLine="288"/>
      </w:pPr>
      <w:r>
        <w:rPr>
          <w:rFonts w:cs="Times New Roman"/>
        </w:rPr>
        <w:t>“Simeon?” Joanna asked.</w:t>
      </w:r>
    </w:p>
    <w:p w14:paraId="08029849" w14:textId="77777777" w:rsidR="007D7487" w:rsidRDefault="00E6407B">
      <w:pPr>
        <w:ind w:firstLine="288"/>
      </w:pPr>
      <w:r>
        <w:rPr>
          <w:rFonts w:cs="Times New Roman"/>
        </w:rPr>
        <w:t>Mary nodded.</w:t>
      </w:r>
    </w:p>
    <w:p w14:paraId="6698DE17" w14:textId="77777777" w:rsidR="007D7487" w:rsidRDefault="00E6407B">
      <w:pPr>
        <w:ind w:firstLine="288"/>
      </w:pPr>
      <w:r>
        <w:rPr>
          <w:rFonts w:cs="Times New Roman"/>
        </w:rPr>
        <w:t>“Salvation.”</w:t>
      </w:r>
    </w:p>
    <w:p w14:paraId="118D13B1" w14:textId="77777777" w:rsidR="007D7487" w:rsidRDefault="00E6407B">
      <w:pPr>
        <w:ind w:firstLine="288"/>
      </w:pPr>
      <w:r>
        <w:rPr>
          <w:rFonts w:cs="Times New Roman"/>
        </w:rPr>
        <w:t>“Gentiles.”</w:t>
      </w:r>
    </w:p>
    <w:p w14:paraId="6C392006" w14:textId="77777777" w:rsidR="007D7487" w:rsidRDefault="00E6407B">
      <w:pPr>
        <w:ind w:firstLine="288"/>
      </w:pPr>
      <w:r>
        <w:rPr>
          <w:rFonts w:cs="Times New Roman"/>
        </w:rPr>
        <w:t>“Israel.”</w:t>
      </w:r>
    </w:p>
    <w:p w14:paraId="668E8542" w14:textId="77777777" w:rsidR="007D7487" w:rsidRDefault="00E6407B">
      <w:pPr>
        <w:ind w:firstLine="288"/>
      </w:pPr>
      <w:r>
        <w:rPr>
          <w:rFonts w:cs="Times New Roman"/>
        </w:rPr>
        <w:t>“A sword.”</w:t>
      </w:r>
    </w:p>
    <w:p w14:paraId="049B1138" w14:textId="77777777" w:rsidR="007D7487" w:rsidRDefault="00E6407B">
      <w:pPr>
        <w:ind w:firstLine="288"/>
      </w:pPr>
      <w:r>
        <w:rPr>
          <w:rFonts w:cs="Times New Roman"/>
        </w:rPr>
        <w:lastRenderedPageBreak/>
        <w:t>Joanna’s expression changed.</w:t>
      </w:r>
    </w:p>
    <w:p w14:paraId="4BF03575" w14:textId="77777777" w:rsidR="007D7487" w:rsidRDefault="00E6407B">
      <w:pPr>
        <w:ind w:firstLine="288"/>
      </w:pPr>
      <w:r>
        <w:rPr>
          <w:rFonts w:cs="Times New Roman"/>
        </w:rPr>
        <w:t>“A sword?”</w:t>
      </w:r>
    </w:p>
    <w:p w14:paraId="593FB879" w14:textId="77777777" w:rsidR="007D7487" w:rsidRDefault="00E6407B">
      <w:pPr>
        <w:ind w:firstLine="288"/>
      </w:pPr>
      <w:r>
        <w:rPr>
          <w:rFonts w:cs="Times New Roman"/>
        </w:rPr>
        <w:t>Mary’s hand moved unconsciously toward her chest.</w:t>
      </w:r>
    </w:p>
    <w:p w14:paraId="7C94D42B" w14:textId="77777777" w:rsidR="007D7487" w:rsidRDefault="00E6407B">
      <w:pPr>
        <w:ind w:firstLine="288"/>
      </w:pPr>
      <w:r>
        <w:rPr>
          <w:rFonts w:cs="Times New Roman"/>
        </w:rPr>
        <w:t>“A sword shall pierce through thy own soul also.”</w:t>
      </w:r>
    </w:p>
    <w:p w14:paraId="749C6A22" w14:textId="77777777" w:rsidR="007D7487" w:rsidRDefault="00E6407B">
      <w:pPr>
        <w:ind w:firstLine="288"/>
      </w:pPr>
      <w:r>
        <w:rPr>
          <w:rFonts w:cs="Times New Roman"/>
        </w:rPr>
        <w:t>Silence.</w:t>
      </w:r>
    </w:p>
    <w:p w14:paraId="2FA08593" w14:textId="77777777" w:rsidR="007D7487" w:rsidRDefault="00E6407B">
      <w:pPr>
        <w:ind w:firstLine="288"/>
      </w:pPr>
      <w:r>
        <w:rPr>
          <w:rFonts w:cs="Times New Roman"/>
        </w:rPr>
        <w:t>Golgotha entered the road.</w:t>
      </w:r>
    </w:p>
    <w:p w14:paraId="3C312F8B" w14:textId="77777777" w:rsidR="007D7487" w:rsidRDefault="00E6407B">
      <w:pPr>
        <w:ind w:firstLine="288"/>
      </w:pPr>
      <w:r>
        <w:rPr>
          <w:rFonts w:cs="Times New Roman"/>
        </w:rPr>
        <w:t>Mary looked ahead.</w:t>
      </w:r>
    </w:p>
    <w:p w14:paraId="45F9CADA" w14:textId="77777777" w:rsidR="007D7487" w:rsidRDefault="00E6407B">
      <w:pPr>
        <w:ind w:firstLine="288"/>
      </w:pPr>
      <w:r>
        <w:rPr>
          <w:rFonts w:cs="Times New Roman"/>
        </w:rPr>
        <w:t>“I heard that when He was an infant.”</w:t>
      </w:r>
    </w:p>
    <w:p w14:paraId="1AE7E17E" w14:textId="77777777" w:rsidR="007D7487" w:rsidRDefault="00E6407B">
      <w:pPr>
        <w:ind w:firstLine="288"/>
      </w:pPr>
      <w:r>
        <w:rPr>
          <w:rFonts w:cs="Times New Roman"/>
        </w:rPr>
        <w:t>Mary Magdalene’s eyes filled.</w:t>
      </w:r>
    </w:p>
    <w:p w14:paraId="4CC25F83" w14:textId="77777777" w:rsidR="007D7487" w:rsidRDefault="00E6407B">
      <w:pPr>
        <w:ind w:firstLine="288"/>
      </w:pPr>
      <w:r>
        <w:rPr>
          <w:rFonts w:cs="Times New Roman"/>
        </w:rPr>
        <w:t>“And you remembered at the cross?”</w:t>
      </w:r>
    </w:p>
    <w:p w14:paraId="57D6FC08" w14:textId="77777777" w:rsidR="007D7487" w:rsidRDefault="00E6407B">
      <w:pPr>
        <w:ind w:firstLine="288"/>
      </w:pPr>
      <w:r>
        <w:rPr>
          <w:rFonts w:cs="Times New Roman"/>
        </w:rPr>
        <w:t>Mary’s mouth tightened.</w:t>
      </w:r>
    </w:p>
    <w:p w14:paraId="6D8F97C5" w14:textId="77777777" w:rsidR="007D7487" w:rsidRDefault="00E6407B">
      <w:pPr>
        <w:ind w:firstLine="288"/>
      </w:pPr>
      <w:r>
        <w:rPr>
          <w:rFonts w:cs="Times New Roman"/>
        </w:rPr>
        <w:t>“I remembered many things at the cross.”</w:t>
      </w:r>
    </w:p>
    <w:p w14:paraId="38BE4ABE" w14:textId="77777777" w:rsidR="007D7487" w:rsidRDefault="00E6407B">
      <w:pPr>
        <w:ind w:firstLine="288"/>
      </w:pPr>
      <w:r>
        <w:rPr>
          <w:rFonts w:cs="Times New Roman"/>
        </w:rPr>
        <w:t>No one asked her to list them.</w:t>
      </w:r>
    </w:p>
    <w:p w14:paraId="77461D55" w14:textId="77777777" w:rsidR="007D7487" w:rsidRDefault="00E6407B">
      <w:pPr>
        <w:ind w:firstLine="288"/>
      </w:pPr>
      <w:r>
        <w:rPr>
          <w:rFonts w:cs="Times New Roman"/>
        </w:rPr>
        <w:t>Not yet.</w:t>
      </w:r>
    </w:p>
    <w:p w14:paraId="57E03C90" w14:textId="77777777" w:rsidR="007D7487" w:rsidRDefault="00E6407B">
      <w:pPr>
        <w:ind w:firstLine="288"/>
      </w:pPr>
      <w:r>
        <w:rPr>
          <w:rFonts w:cs="Times New Roman"/>
        </w:rPr>
        <w:t>The words could wait until Galilee made room for them.</w:t>
      </w:r>
    </w:p>
    <w:p w14:paraId="508055B9" w14:textId="77777777" w:rsidR="007D7487" w:rsidRDefault="00E6407B">
      <w:pPr>
        <w:suppressLineNumbers/>
        <w:spacing w:before="100" w:after="100"/>
        <w:jc w:val="center"/>
      </w:pPr>
      <w:r>
        <w:rPr>
          <w:rFonts w:cs="Times New Roman"/>
          <w:sz w:val="20"/>
        </w:rPr>
        <w:t>* * *</w:t>
      </w:r>
    </w:p>
    <w:p w14:paraId="66658C3F" w14:textId="77777777" w:rsidR="007D7487" w:rsidRDefault="00E6407B">
      <w:pPr>
        <w:ind w:firstLine="288"/>
      </w:pPr>
      <w:r>
        <w:rPr>
          <w:rFonts w:cs="Times New Roman"/>
        </w:rPr>
        <w:t>Nicodemus and Joseph were carrying another question.</w:t>
      </w:r>
    </w:p>
    <w:p w14:paraId="60C23842" w14:textId="77777777" w:rsidR="007D7487" w:rsidRDefault="00E6407B">
      <w:pPr>
        <w:ind w:firstLine="288"/>
      </w:pPr>
      <w:r>
        <w:rPr>
          <w:rFonts w:cs="Times New Roman"/>
        </w:rPr>
        <w:t>Kingdom.</w:t>
      </w:r>
    </w:p>
    <w:p w14:paraId="15F520FC" w14:textId="77777777" w:rsidR="007D7487" w:rsidRDefault="00E6407B">
      <w:pPr>
        <w:ind w:firstLine="288"/>
      </w:pPr>
      <w:r>
        <w:rPr>
          <w:rFonts w:cs="Times New Roman"/>
        </w:rPr>
        <w:t>Joseph had waited for the kingdom of God.</w:t>
      </w:r>
    </w:p>
    <w:p w14:paraId="77FF1153" w14:textId="77777777" w:rsidR="007D7487" w:rsidRDefault="00E6407B">
      <w:pPr>
        <w:ind w:firstLine="288"/>
      </w:pPr>
      <w:r>
        <w:rPr>
          <w:rFonts w:cs="Times New Roman"/>
        </w:rPr>
        <w:t>That was not a secret in his own heart.</w:t>
      </w:r>
    </w:p>
    <w:p w14:paraId="0F489CAF" w14:textId="77777777" w:rsidR="007D7487" w:rsidRDefault="00E6407B">
      <w:pPr>
        <w:ind w:firstLine="288"/>
      </w:pPr>
      <w:r>
        <w:rPr>
          <w:rFonts w:cs="Times New Roman"/>
        </w:rPr>
        <w:t>Now the King had been crucified and raised.</w:t>
      </w:r>
    </w:p>
    <w:p w14:paraId="6FAF9F0B" w14:textId="77777777" w:rsidR="007D7487" w:rsidRDefault="00E6407B">
      <w:pPr>
        <w:ind w:firstLine="288"/>
      </w:pPr>
      <w:r>
        <w:rPr>
          <w:rFonts w:cs="Times New Roman"/>
        </w:rPr>
        <w:t>Nicodemus asked:</w:t>
      </w:r>
    </w:p>
    <w:p w14:paraId="3F754F0C" w14:textId="77777777" w:rsidR="007D7487" w:rsidRDefault="00E6407B">
      <w:pPr>
        <w:ind w:firstLine="288"/>
      </w:pPr>
      <w:r>
        <w:rPr>
          <w:rFonts w:cs="Times New Roman"/>
        </w:rPr>
        <w:t>“Does resurrection establish the kingdom?”</w:t>
      </w:r>
    </w:p>
    <w:p w14:paraId="1266687D" w14:textId="77777777" w:rsidR="007D7487" w:rsidRDefault="00E6407B">
      <w:pPr>
        <w:ind w:firstLine="288"/>
      </w:pPr>
      <w:r>
        <w:rPr>
          <w:rFonts w:cs="Times New Roman"/>
        </w:rPr>
        <w:t>Joseph looked at him.</w:t>
      </w:r>
    </w:p>
    <w:p w14:paraId="7DC330D0" w14:textId="77777777" w:rsidR="007D7487" w:rsidRDefault="00E6407B">
      <w:pPr>
        <w:ind w:firstLine="288"/>
      </w:pPr>
      <w:r>
        <w:rPr>
          <w:rFonts w:cs="Times New Roman"/>
        </w:rPr>
        <w:t>“You are asking me?”</w:t>
      </w:r>
    </w:p>
    <w:p w14:paraId="44349E9D" w14:textId="77777777" w:rsidR="007D7487" w:rsidRDefault="00E6407B">
      <w:pPr>
        <w:ind w:firstLine="288"/>
      </w:pPr>
      <w:r>
        <w:rPr>
          <w:rFonts w:cs="Times New Roman"/>
        </w:rPr>
        <w:t>“You were waiting for it.”</w:t>
      </w:r>
    </w:p>
    <w:p w14:paraId="31B5BB09" w14:textId="77777777" w:rsidR="007D7487" w:rsidRDefault="00E6407B">
      <w:pPr>
        <w:ind w:firstLine="288"/>
      </w:pPr>
      <w:r>
        <w:rPr>
          <w:rFonts w:cs="Times New Roman"/>
        </w:rPr>
        <w:t>“So were you.”</w:t>
      </w:r>
    </w:p>
    <w:p w14:paraId="23D5257B" w14:textId="77777777" w:rsidR="007D7487" w:rsidRDefault="00E6407B">
      <w:pPr>
        <w:ind w:firstLine="288"/>
      </w:pPr>
      <w:r>
        <w:rPr>
          <w:rFonts w:cs="Times New Roman"/>
        </w:rPr>
        <w:t>“I was waiting more academically.”</w:t>
      </w:r>
    </w:p>
    <w:p w14:paraId="430BB806" w14:textId="77777777" w:rsidR="007D7487" w:rsidRDefault="00E6407B">
      <w:pPr>
        <w:ind w:firstLine="288"/>
      </w:pPr>
      <w:r>
        <w:rPr>
          <w:rFonts w:cs="Times New Roman"/>
        </w:rPr>
        <w:t>Joseph laughed.</w:t>
      </w:r>
    </w:p>
    <w:p w14:paraId="339F9DF0" w14:textId="77777777" w:rsidR="007D7487" w:rsidRDefault="00E6407B">
      <w:pPr>
        <w:ind w:firstLine="288"/>
      </w:pPr>
      <w:r>
        <w:rPr>
          <w:rFonts w:cs="Times New Roman"/>
        </w:rPr>
        <w:t>“That explains everything.”</w:t>
      </w:r>
    </w:p>
    <w:p w14:paraId="0D7ADF46" w14:textId="77777777" w:rsidR="007D7487" w:rsidRDefault="00E6407B">
      <w:pPr>
        <w:ind w:firstLine="288"/>
      </w:pPr>
      <w:r>
        <w:rPr>
          <w:rFonts w:cs="Times New Roman"/>
        </w:rPr>
        <w:t>Nicodemus continued.</w:t>
      </w:r>
    </w:p>
    <w:p w14:paraId="3DD4472A" w14:textId="77777777" w:rsidR="007D7487" w:rsidRDefault="00E6407B">
      <w:pPr>
        <w:ind w:firstLine="288"/>
      </w:pPr>
      <w:r>
        <w:rPr>
          <w:rFonts w:cs="Times New Roman"/>
        </w:rPr>
        <w:t>“David.”</w:t>
      </w:r>
    </w:p>
    <w:p w14:paraId="13BADBB8" w14:textId="77777777" w:rsidR="007D7487" w:rsidRDefault="00E6407B">
      <w:pPr>
        <w:ind w:firstLine="288"/>
      </w:pPr>
      <w:r>
        <w:rPr>
          <w:rFonts w:cs="Times New Roman"/>
        </w:rPr>
        <w:t>“Solomon.”</w:t>
      </w:r>
    </w:p>
    <w:p w14:paraId="028BE3EF" w14:textId="77777777" w:rsidR="007D7487" w:rsidRDefault="00E6407B">
      <w:pPr>
        <w:ind w:firstLine="288"/>
      </w:pPr>
      <w:r>
        <w:rPr>
          <w:rFonts w:cs="Times New Roman"/>
        </w:rPr>
        <w:t>“The throne.”</w:t>
      </w:r>
    </w:p>
    <w:p w14:paraId="4BB4033E" w14:textId="77777777" w:rsidR="007D7487" w:rsidRDefault="00E6407B">
      <w:pPr>
        <w:ind w:firstLine="288"/>
      </w:pPr>
      <w:r>
        <w:rPr>
          <w:rFonts w:cs="Times New Roman"/>
        </w:rPr>
        <w:t>“The prophets.”</w:t>
      </w:r>
    </w:p>
    <w:p w14:paraId="53ED3CF0" w14:textId="77777777" w:rsidR="007D7487" w:rsidRDefault="00E6407B">
      <w:pPr>
        <w:ind w:firstLine="288"/>
      </w:pPr>
      <w:r>
        <w:rPr>
          <w:rFonts w:cs="Times New Roman"/>
        </w:rPr>
        <w:t>Joseph walked several paces.</w:t>
      </w:r>
    </w:p>
    <w:p w14:paraId="4F47A4BE" w14:textId="77777777" w:rsidR="007D7487" w:rsidRDefault="00E6407B">
      <w:pPr>
        <w:ind w:firstLine="288"/>
      </w:pPr>
      <w:r>
        <w:rPr>
          <w:rFonts w:cs="Times New Roman"/>
        </w:rPr>
        <w:t>“Daniel.”</w:t>
      </w:r>
    </w:p>
    <w:p w14:paraId="0A87F9E6" w14:textId="77777777" w:rsidR="007D7487" w:rsidRDefault="00E6407B">
      <w:pPr>
        <w:ind w:firstLine="288"/>
      </w:pPr>
      <w:r>
        <w:rPr>
          <w:rFonts w:cs="Times New Roman"/>
        </w:rPr>
        <w:t>Nicodemus looked at him.</w:t>
      </w:r>
    </w:p>
    <w:p w14:paraId="1D8A9D1C" w14:textId="77777777" w:rsidR="007D7487" w:rsidRDefault="00E6407B">
      <w:pPr>
        <w:ind w:firstLine="288"/>
      </w:pPr>
      <w:r>
        <w:rPr>
          <w:rFonts w:cs="Times New Roman"/>
        </w:rPr>
        <w:lastRenderedPageBreak/>
        <w:t>“Yes.”</w:t>
      </w:r>
    </w:p>
    <w:p w14:paraId="69BA099F" w14:textId="77777777" w:rsidR="007D7487" w:rsidRDefault="00E6407B">
      <w:pPr>
        <w:ind w:firstLine="288"/>
      </w:pPr>
      <w:r>
        <w:rPr>
          <w:rFonts w:cs="Times New Roman"/>
        </w:rPr>
        <w:t>“Son of Man.”</w:t>
      </w:r>
    </w:p>
    <w:p w14:paraId="210FF96C" w14:textId="77777777" w:rsidR="007D7487" w:rsidRDefault="00E6407B">
      <w:pPr>
        <w:ind w:firstLine="288"/>
      </w:pPr>
      <w:r>
        <w:rPr>
          <w:rFonts w:cs="Times New Roman"/>
        </w:rPr>
        <w:t>“Yes.”</w:t>
      </w:r>
    </w:p>
    <w:p w14:paraId="7CE063D8" w14:textId="77777777" w:rsidR="007D7487" w:rsidRDefault="00E6407B">
      <w:pPr>
        <w:ind w:firstLine="288"/>
      </w:pPr>
      <w:r>
        <w:rPr>
          <w:rFonts w:cs="Times New Roman"/>
        </w:rPr>
        <w:t>“Kingdom given.”</w:t>
      </w:r>
    </w:p>
    <w:p w14:paraId="47635DD7" w14:textId="77777777" w:rsidR="007D7487" w:rsidRDefault="00E6407B">
      <w:pPr>
        <w:ind w:firstLine="288"/>
      </w:pPr>
      <w:r>
        <w:rPr>
          <w:rFonts w:cs="Times New Roman"/>
        </w:rPr>
        <w:t>Nicodemus’s eyes sharpened.</w:t>
      </w:r>
    </w:p>
    <w:p w14:paraId="4A13CB0F" w14:textId="77777777" w:rsidR="007D7487" w:rsidRDefault="00E6407B">
      <w:pPr>
        <w:ind w:firstLine="288"/>
      </w:pPr>
      <w:r>
        <w:rPr>
          <w:rFonts w:cs="Times New Roman"/>
        </w:rPr>
        <w:t>“Given by whom?”</w:t>
      </w:r>
    </w:p>
    <w:p w14:paraId="7461E300" w14:textId="77777777" w:rsidR="007D7487" w:rsidRDefault="00E6407B">
      <w:pPr>
        <w:ind w:firstLine="288"/>
      </w:pPr>
      <w:r>
        <w:rPr>
          <w:rFonts w:cs="Times New Roman"/>
        </w:rPr>
        <w:t>Joseph smiled.</w:t>
      </w:r>
    </w:p>
    <w:p w14:paraId="6A4E6E0F" w14:textId="77777777" w:rsidR="007D7487" w:rsidRDefault="00E6407B">
      <w:pPr>
        <w:ind w:firstLine="288"/>
      </w:pPr>
      <w:r>
        <w:rPr>
          <w:rFonts w:cs="Times New Roman"/>
        </w:rPr>
        <w:t>“You are doing it again.”</w:t>
      </w:r>
    </w:p>
    <w:p w14:paraId="5DE1276A" w14:textId="77777777" w:rsidR="007D7487" w:rsidRDefault="00E6407B">
      <w:pPr>
        <w:ind w:firstLine="288"/>
      </w:pPr>
      <w:r>
        <w:rPr>
          <w:rFonts w:cs="Times New Roman"/>
        </w:rPr>
        <w:t>“Doing what?”</w:t>
      </w:r>
    </w:p>
    <w:p w14:paraId="21B1F1EA" w14:textId="77777777" w:rsidR="007D7487" w:rsidRDefault="00E6407B">
      <w:pPr>
        <w:ind w:firstLine="288"/>
      </w:pPr>
      <w:r>
        <w:rPr>
          <w:rFonts w:cs="Times New Roman"/>
        </w:rPr>
        <w:t>“Having the conversation with Jesus before we reach Him.”</w:t>
      </w:r>
    </w:p>
    <w:p w14:paraId="429A60C5" w14:textId="77777777" w:rsidR="007D7487" w:rsidRDefault="00E6407B">
      <w:pPr>
        <w:ind w:firstLine="288"/>
      </w:pPr>
      <w:r>
        <w:rPr>
          <w:rFonts w:cs="Times New Roman"/>
        </w:rPr>
        <w:t>Nicodemus looked mildly offended.</w:t>
      </w:r>
    </w:p>
    <w:p w14:paraId="377F3956" w14:textId="77777777" w:rsidR="007D7487" w:rsidRDefault="00E6407B">
      <w:pPr>
        <w:ind w:firstLine="288"/>
      </w:pPr>
      <w:r>
        <w:rPr>
          <w:rFonts w:cs="Times New Roman"/>
        </w:rPr>
        <w:t>“I am preparing.”</w:t>
      </w:r>
    </w:p>
    <w:p w14:paraId="26C774EE" w14:textId="77777777" w:rsidR="007D7487" w:rsidRDefault="00E6407B">
      <w:pPr>
        <w:ind w:firstLine="288"/>
      </w:pPr>
      <w:r>
        <w:rPr>
          <w:rFonts w:cs="Times New Roman"/>
        </w:rPr>
        <w:t>Joseph shook his head.</w:t>
      </w:r>
    </w:p>
    <w:p w14:paraId="4CDD9C63" w14:textId="77777777" w:rsidR="007D7487" w:rsidRDefault="00E6407B">
      <w:pPr>
        <w:ind w:firstLine="288"/>
      </w:pPr>
      <w:r>
        <w:rPr>
          <w:rFonts w:cs="Times New Roman"/>
        </w:rPr>
        <w:t>“Then prepare this: if Daniel sees the kingdom given, perhaps the giver matters.”</w:t>
      </w:r>
    </w:p>
    <w:p w14:paraId="6CC55834" w14:textId="77777777" w:rsidR="007D7487" w:rsidRDefault="00E6407B">
      <w:pPr>
        <w:ind w:firstLine="288"/>
      </w:pPr>
      <w:r>
        <w:rPr>
          <w:rFonts w:cs="Times New Roman"/>
        </w:rPr>
        <w:t>Nicodemus stopped walking.</w:t>
      </w:r>
    </w:p>
    <w:p w14:paraId="69D5C5B7" w14:textId="77777777" w:rsidR="007D7487" w:rsidRDefault="00E6407B">
      <w:pPr>
        <w:ind w:firstLine="288"/>
      </w:pPr>
      <w:r>
        <w:rPr>
          <w:rFonts w:cs="Times New Roman"/>
        </w:rPr>
        <w:t>Joseph kept going.</w:t>
      </w:r>
    </w:p>
    <w:p w14:paraId="490EDD04" w14:textId="77777777" w:rsidR="007D7487" w:rsidRDefault="00E6407B">
      <w:pPr>
        <w:ind w:firstLine="288"/>
      </w:pPr>
      <w:r>
        <w:rPr>
          <w:rFonts w:cs="Times New Roman"/>
        </w:rPr>
        <w:t>After several steps he looked back.</w:t>
      </w:r>
    </w:p>
    <w:p w14:paraId="5A41ACA1" w14:textId="77777777" w:rsidR="007D7487" w:rsidRDefault="00E6407B">
      <w:pPr>
        <w:ind w:firstLine="288"/>
      </w:pPr>
      <w:r>
        <w:rPr>
          <w:rFonts w:cs="Times New Roman"/>
        </w:rPr>
        <w:t>Nicodemus was still standing in the road.</w:t>
      </w:r>
    </w:p>
    <w:p w14:paraId="248895F3" w14:textId="77777777" w:rsidR="007D7487" w:rsidRDefault="00E6407B">
      <w:pPr>
        <w:ind w:firstLine="288"/>
      </w:pPr>
      <w:r>
        <w:rPr>
          <w:rFonts w:cs="Times New Roman"/>
        </w:rPr>
        <w:t>Joseph sighed.</w:t>
      </w:r>
    </w:p>
    <w:p w14:paraId="26ED4F9D" w14:textId="77777777" w:rsidR="007D7487" w:rsidRDefault="00E6407B">
      <w:pPr>
        <w:ind w:firstLine="288"/>
      </w:pPr>
      <w:r>
        <w:rPr>
          <w:rFonts w:cs="Times New Roman"/>
        </w:rPr>
        <w:t>“Come along.”</w:t>
      </w:r>
    </w:p>
    <w:p w14:paraId="791406AF" w14:textId="77777777" w:rsidR="007D7487" w:rsidRDefault="00E6407B">
      <w:pPr>
        <w:ind w:firstLine="288"/>
      </w:pPr>
      <w:r>
        <w:rPr>
          <w:rFonts w:cs="Times New Roman"/>
        </w:rPr>
        <w:t>Nicodemus caught up.</w:t>
      </w:r>
    </w:p>
    <w:p w14:paraId="105160D0" w14:textId="77777777" w:rsidR="007D7487" w:rsidRDefault="00E6407B">
      <w:pPr>
        <w:ind w:firstLine="288"/>
      </w:pPr>
      <w:r>
        <w:rPr>
          <w:rFonts w:cs="Times New Roman"/>
        </w:rPr>
        <w:t>“You may have accidentally said something useful.”</w:t>
      </w:r>
    </w:p>
    <w:p w14:paraId="1CFBBB25" w14:textId="77777777" w:rsidR="007D7487" w:rsidRDefault="00E6407B">
      <w:pPr>
        <w:ind w:firstLine="288"/>
      </w:pPr>
      <w:r>
        <w:rPr>
          <w:rFonts w:cs="Times New Roman"/>
        </w:rPr>
        <w:t>“I will try not to repeat the mistake.”</w:t>
      </w:r>
    </w:p>
    <w:p w14:paraId="00473B09" w14:textId="77777777" w:rsidR="007D7487" w:rsidRDefault="00E6407B">
      <w:pPr>
        <w:ind w:firstLine="288"/>
      </w:pPr>
      <w:r>
        <w:rPr>
          <w:rFonts w:cs="Times New Roman"/>
        </w:rPr>
        <w:t>The word stayed with Nicodemus.</w:t>
      </w:r>
    </w:p>
    <w:p w14:paraId="47B06B69" w14:textId="77777777" w:rsidR="007D7487" w:rsidRDefault="00E6407B">
      <w:pPr>
        <w:ind w:firstLine="288"/>
      </w:pPr>
      <w:r>
        <w:rPr>
          <w:rFonts w:cs="Times New Roman"/>
        </w:rPr>
        <w:t>Given.</w:t>
      </w:r>
    </w:p>
    <w:p w14:paraId="56157C41" w14:textId="77777777" w:rsidR="007D7487" w:rsidRDefault="00E6407B">
      <w:pPr>
        <w:ind w:firstLine="288"/>
      </w:pPr>
      <w:r>
        <w:rPr>
          <w:rFonts w:cs="Times New Roman"/>
        </w:rPr>
        <w:t>Not seized.</w:t>
      </w:r>
    </w:p>
    <w:p w14:paraId="114C9B10" w14:textId="77777777" w:rsidR="007D7487" w:rsidRDefault="00E6407B">
      <w:pPr>
        <w:ind w:firstLine="288"/>
      </w:pPr>
      <w:r>
        <w:rPr>
          <w:rFonts w:cs="Times New Roman"/>
        </w:rPr>
        <w:t>Not stolen.</w:t>
      </w:r>
    </w:p>
    <w:p w14:paraId="42E5794C" w14:textId="77777777" w:rsidR="007D7487" w:rsidRDefault="00E6407B">
      <w:pPr>
        <w:ind w:firstLine="288"/>
      </w:pPr>
      <w:r>
        <w:rPr>
          <w:rFonts w:cs="Times New Roman"/>
        </w:rPr>
        <w:t>Not negotiated with Rome.</w:t>
      </w:r>
    </w:p>
    <w:p w14:paraId="786B3332" w14:textId="77777777" w:rsidR="007D7487" w:rsidRDefault="00E6407B">
      <w:pPr>
        <w:ind w:firstLine="288"/>
      </w:pPr>
      <w:r>
        <w:rPr>
          <w:rFonts w:cs="Times New Roman"/>
        </w:rPr>
        <w:t>Given.</w:t>
      </w:r>
    </w:p>
    <w:p w14:paraId="4397F628" w14:textId="77777777" w:rsidR="007D7487" w:rsidRDefault="00E6407B">
      <w:pPr>
        <w:ind w:firstLine="288"/>
      </w:pPr>
      <w:r>
        <w:rPr>
          <w:rFonts w:cs="Times New Roman"/>
        </w:rPr>
        <w:t>He had another question for Galilee.</w:t>
      </w:r>
    </w:p>
    <w:p w14:paraId="37CB3313" w14:textId="77777777" w:rsidR="007D7487" w:rsidRDefault="00E6407B">
      <w:pPr>
        <w:suppressLineNumbers/>
        <w:spacing w:before="100" w:after="100"/>
        <w:jc w:val="center"/>
      </w:pPr>
      <w:r>
        <w:rPr>
          <w:rFonts w:cs="Times New Roman"/>
          <w:sz w:val="20"/>
        </w:rPr>
        <w:t>* * *</w:t>
      </w:r>
    </w:p>
    <w:p w14:paraId="097331E1" w14:textId="77777777" w:rsidR="007D7487" w:rsidRDefault="00E6407B">
      <w:pPr>
        <w:ind w:firstLine="288"/>
      </w:pPr>
      <w:r>
        <w:rPr>
          <w:rFonts w:cs="Times New Roman"/>
        </w:rPr>
        <w:t>Simon the Zealot did not abandon his concern for Israel because Jesus had risen.</w:t>
      </w:r>
    </w:p>
    <w:p w14:paraId="234D2D47" w14:textId="77777777" w:rsidR="007D7487" w:rsidRDefault="00E6407B">
      <w:pPr>
        <w:ind w:firstLine="288"/>
      </w:pPr>
      <w:r>
        <w:rPr>
          <w:rFonts w:cs="Times New Roman"/>
        </w:rPr>
        <w:t>If anything, the resurrection made the concern sharper.</w:t>
      </w:r>
    </w:p>
    <w:p w14:paraId="62CEBA88" w14:textId="77777777" w:rsidR="007D7487" w:rsidRDefault="00E6407B">
      <w:pPr>
        <w:ind w:firstLine="288"/>
      </w:pPr>
      <w:r>
        <w:rPr>
          <w:rFonts w:cs="Times New Roman"/>
        </w:rPr>
        <w:t>One evening he found Peter.</w:t>
      </w:r>
    </w:p>
    <w:p w14:paraId="2FD6E706" w14:textId="77777777" w:rsidR="007D7487" w:rsidRDefault="00E6407B">
      <w:pPr>
        <w:ind w:firstLine="288"/>
      </w:pPr>
      <w:r>
        <w:rPr>
          <w:rFonts w:cs="Times New Roman"/>
        </w:rPr>
        <w:t>“I need to ask you something.”</w:t>
      </w:r>
    </w:p>
    <w:p w14:paraId="62698F12" w14:textId="77777777" w:rsidR="007D7487" w:rsidRDefault="00E6407B">
      <w:pPr>
        <w:ind w:firstLine="288"/>
      </w:pPr>
      <w:r>
        <w:rPr>
          <w:rFonts w:cs="Times New Roman"/>
        </w:rPr>
        <w:t>Peter looked at him.</w:t>
      </w:r>
    </w:p>
    <w:p w14:paraId="06A280BB" w14:textId="77777777" w:rsidR="007D7487" w:rsidRDefault="00E6407B">
      <w:pPr>
        <w:ind w:firstLine="288"/>
      </w:pPr>
      <w:r>
        <w:rPr>
          <w:rFonts w:cs="Times New Roman"/>
        </w:rPr>
        <w:t>“Why?”</w:t>
      </w:r>
    </w:p>
    <w:p w14:paraId="23313B96" w14:textId="77777777" w:rsidR="007D7487" w:rsidRDefault="00E6407B">
      <w:pPr>
        <w:ind w:firstLine="288"/>
      </w:pPr>
      <w:r>
        <w:rPr>
          <w:rFonts w:cs="Times New Roman"/>
        </w:rPr>
        <w:t>Simon frowned.</w:t>
      </w:r>
    </w:p>
    <w:p w14:paraId="32C79F11" w14:textId="77777777" w:rsidR="007D7487" w:rsidRDefault="00E6407B">
      <w:pPr>
        <w:ind w:firstLine="288"/>
      </w:pPr>
      <w:r>
        <w:rPr>
          <w:rFonts w:cs="Times New Roman"/>
        </w:rPr>
        <w:lastRenderedPageBreak/>
        <w:t>“Because you answer questions.”</w:t>
      </w:r>
    </w:p>
    <w:p w14:paraId="2F2E2425" w14:textId="77777777" w:rsidR="007D7487" w:rsidRDefault="00E6407B">
      <w:pPr>
        <w:ind w:firstLine="288"/>
      </w:pPr>
      <w:r>
        <w:rPr>
          <w:rFonts w:cs="Times New Roman"/>
        </w:rPr>
        <w:t>“Poorly.”</w:t>
      </w:r>
    </w:p>
    <w:p w14:paraId="182D7889" w14:textId="77777777" w:rsidR="007D7487" w:rsidRDefault="00E6407B">
      <w:pPr>
        <w:ind w:firstLine="288"/>
      </w:pPr>
      <w:r>
        <w:rPr>
          <w:rFonts w:cs="Times New Roman"/>
        </w:rPr>
        <w:t>“Frequently.”</w:t>
      </w:r>
    </w:p>
    <w:p w14:paraId="2375D220" w14:textId="77777777" w:rsidR="007D7487" w:rsidRDefault="00E6407B">
      <w:pPr>
        <w:ind w:firstLine="288"/>
      </w:pPr>
      <w:r>
        <w:rPr>
          <w:rFonts w:cs="Times New Roman"/>
        </w:rPr>
        <w:t>Peter accepted the correction.</w:t>
      </w:r>
    </w:p>
    <w:p w14:paraId="7A0ACB7F" w14:textId="77777777" w:rsidR="007D7487" w:rsidRDefault="00E6407B">
      <w:pPr>
        <w:ind w:firstLine="288"/>
      </w:pPr>
      <w:r>
        <w:rPr>
          <w:rFonts w:cs="Times New Roman"/>
        </w:rPr>
        <w:t>Simon sat.</w:t>
      </w:r>
    </w:p>
    <w:p w14:paraId="0B2DB7FB" w14:textId="77777777" w:rsidR="007D7487" w:rsidRDefault="00E6407B">
      <w:pPr>
        <w:ind w:firstLine="288"/>
      </w:pPr>
      <w:r>
        <w:rPr>
          <w:rFonts w:cs="Times New Roman"/>
        </w:rPr>
        <w:t>“When He asked us who He was…”</w:t>
      </w:r>
    </w:p>
    <w:p w14:paraId="73F7E0F0" w14:textId="77777777" w:rsidR="007D7487" w:rsidRDefault="00E6407B">
      <w:pPr>
        <w:ind w:firstLine="288"/>
      </w:pPr>
      <w:r>
        <w:rPr>
          <w:rFonts w:cs="Times New Roman"/>
        </w:rPr>
        <w:t>Peter’s face changed.</w:t>
      </w:r>
    </w:p>
    <w:p w14:paraId="077D3F57" w14:textId="77777777" w:rsidR="007D7487" w:rsidRDefault="00E6407B">
      <w:pPr>
        <w:ind w:firstLine="288"/>
      </w:pPr>
      <w:r>
        <w:rPr>
          <w:rFonts w:cs="Times New Roman"/>
        </w:rPr>
        <w:t>Caesarea Philippi.</w:t>
      </w:r>
    </w:p>
    <w:p w14:paraId="6AF3B2A9" w14:textId="77777777" w:rsidR="007D7487" w:rsidRDefault="00E6407B">
      <w:pPr>
        <w:ind w:firstLine="288"/>
      </w:pPr>
      <w:r>
        <w:rPr>
          <w:rFonts w:cs="Times New Roman"/>
        </w:rPr>
        <w:t>“Thou art the Christ.”</w:t>
      </w:r>
    </w:p>
    <w:p w14:paraId="2219F73B" w14:textId="77777777" w:rsidR="007D7487" w:rsidRDefault="00E6407B">
      <w:pPr>
        <w:ind w:firstLine="288"/>
      </w:pPr>
      <w:r>
        <w:rPr>
          <w:rFonts w:cs="Times New Roman"/>
        </w:rPr>
        <w:t>“Yes.”</w:t>
      </w:r>
    </w:p>
    <w:p w14:paraId="592E5365" w14:textId="77777777" w:rsidR="007D7487" w:rsidRDefault="00E6407B">
      <w:pPr>
        <w:ind w:firstLine="288"/>
      </w:pPr>
      <w:r>
        <w:rPr>
          <w:rFonts w:cs="Times New Roman"/>
        </w:rPr>
        <w:t>“The Son of the living God.”</w:t>
      </w:r>
    </w:p>
    <w:p w14:paraId="61423609" w14:textId="77777777" w:rsidR="007D7487" w:rsidRDefault="00E6407B">
      <w:pPr>
        <w:ind w:firstLine="288"/>
      </w:pPr>
      <w:r>
        <w:rPr>
          <w:rFonts w:cs="Times New Roman"/>
        </w:rPr>
        <w:t>“Yes.”</w:t>
      </w:r>
    </w:p>
    <w:p w14:paraId="441FEA22" w14:textId="77777777" w:rsidR="007D7487" w:rsidRDefault="00E6407B">
      <w:pPr>
        <w:ind w:firstLine="288"/>
      </w:pPr>
      <w:r>
        <w:rPr>
          <w:rFonts w:cs="Times New Roman"/>
        </w:rPr>
        <w:t>Simon continued.</w:t>
      </w:r>
    </w:p>
    <w:p w14:paraId="176605A7" w14:textId="77777777" w:rsidR="007D7487" w:rsidRDefault="00E6407B">
      <w:pPr>
        <w:ind w:firstLine="288"/>
      </w:pPr>
      <w:r>
        <w:rPr>
          <w:rFonts w:cs="Times New Roman"/>
        </w:rPr>
        <w:t>“You said it.”</w:t>
      </w:r>
    </w:p>
    <w:p w14:paraId="3FF38F57" w14:textId="77777777" w:rsidR="007D7487" w:rsidRDefault="00E6407B">
      <w:pPr>
        <w:ind w:firstLine="288"/>
      </w:pPr>
      <w:r>
        <w:rPr>
          <w:rFonts w:cs="Times New Roman"/>
        </w:rPr>
        <w:t>“I did.”</w:t>
      </w:r>
    </w:p>
    <w:p w14:paraId="7DCED4DE" w14:textId="77777777" w:rsidR="007D7487" w:rsidRDefault="00E6407B">
      <w:pPr>
        <w:ind w:firstLine="288"/>
      </w:pPr>
      <w:r>
        <w:rPr>
          <w:rFonts w:cs="Times New Roman"/>
        </w:rPr>
        <w:t>“And then He began speaking about Jerusalem.”</w:t>
      </w:r>
    </w:p>
    <w:p w14:paraId="02C947CE" w14:textId="77777777" w:rsidR="007D7487" w:rsidRDefault="00E6407B">
      <w:pPr>
        <w:ind w:firstLine="288"/>
      </w:pPr>
      <w:r>
        <w:rPr>
          <w:rFonts w:cs="Times New Roman"/>
        </w:rPr>
        <w:t>Peter’s jaw tightened.</w:t>
      </w:r>
    </w:p>
    <w:p w14:paraId="7ED466C0" w14:textId="77777777" w:rsidR="007D7487" w:rsidRDefault="00E6407B">
      <w:pPr>
        <w:ind w:firstLine="288"/>
      </w:pPr>
      <w:r>
        <w:rPr>
          <w:rFonts w:cs="Times New Roman"/>
        </w:rPr>
        <w:t>Simon noticed but continued carefully.</w:t>
      </w:r>
    </w:p>
    <w:p w14:paraId="3576C771" w14:textId="77777777" w:rsidR="007D7487" w:rsidRDefault="00E6407B">
      <w:pPr>
        <w:ind w:firstLine="288"/>
      </w:pPr>
      <w:r>
        <w:rPr>
          <w:rFonts w:cs="Times New Roman"/>
        </w:rPr>
        <w:t>“Suffering.”</w:t>
      </w:r>
    </w:p>
    <w:p w14:paraId="28CE15FD" w14:textId="77777777" w:rsidR="007D7487" w:rsidRDefault="00E6407B">
      <w:pPr>
        <w:ind w:firstLine="288"/>
      </w:pPr>
      <w:r>
        <w:rPr>
          <w:rFonts w:cs="Times New Roman"/>
        </w:rPr>
        <w:t>“Yes.”</w:t>
      </w:r>
    </w:p>
    <w:p w14:paraId="052E5FE2" w14:textId="77777777" w:rsidR="007D7487" w:rsidRDefault="00E6407B">
      <w:pPr>
        <w:ind w:firstLine="288"/>
      </w:pPr>
      <w:r>
        <w:rPr>
          <w:rFonts w:cs="Times New Roman"/>
        </w:rPr>
        <w:t>“Death.”</w:t>
      </w:r>
    </w:p>
    <w:p w14:paraId="5F2113D4" w14:textId="77777777" w:rsidR="007D7487" w:rsidRDefault="00E6407B">
      <w:pPr>
        <w:ind w:firstLine="288"/>
      </w:pPr>
      <w:r>
        <w:rPr>
          <w:rFonts w:cs="Times New Roman"/>
        </w:rPr>
        <w:t>Peter looked away.</w:t>
      </w:r>
    </w:p>
    <w:p w14:paraId="130284BC" w14:textId="77777777" w:rsidR="007D7487" w:rsidRDefault="00E6407B">
      <w:pPr>
        <w:ind w:firstLine="288"/>
      </w:pPr>
      <w:r>
        <w:rPr>
          <w:rFonts w:cs="Times New Roman"/>
        </w:rPr>
        <w:t>“And resurrection.”</w:t>
      </w:r>
    </w:p>
    <w:p w14:paraId="62AAD62B" w14:textId="77777777" w:rsidR="007D7487" w:rsidRDefault="00E6407B">
      <w:pPr>
        <w:ind w:firstLine="288"/>
      </w:pPr>
      <w:r>
        <w:rPr>
          <w:rFonts w:cs="Times New Roman"/>
        </w:rPr>
        <w:t>“Yes.”</w:t>
      </w:r>
    </w:p>
    <w:p w14:paraId="4EE72076" w14:textId="77777777" w:rsidR="007D7487" w:rsidRDefault="00E6407B">
      <w:pPr>
        <w:ind w:firstLine="288"/>
      </w:pPr>
      <w:r>
        <w:rPr>
          <w:rFonts w:cs="Times New Roman"/>
        </w:rPr>
        <w:t>Simon paused.</w:t>
      </w:r>
    </w:p>
    <w:p w14:paraId="13D53DD7" w14:textId="77777777" w:rsidR="007D7487" w:rsidRDefault="00E6407B">
      <w:pPr>
        <w:ind w:firstLine="288"/>
      </w:pPr>
      <w:r>
        <w:rPr>
          <w:rFonts w:cs="Times New Roman"/>
        </w:rPr>
        <w:t>“You did not like it.”</w:t>
      </w:r>
    </w:p>
    <w:p w14:paraId="76B214F4" w14:textId="77777777" w:rsidR="007D7487" w:rsidRDefault="00E6407B">
      <w:pPr>
        <w:ind w:firstLine="288"/>
      </w:pPr>
      <w:r>
        <w:rPr>
          <w:rFonts w:cs="Times New Roman"/>
        </w:rPr>
        <w:t>Peter laughed without humor.</w:t>
      </w:r>
    </w:p>
    <w:p w14:paraId="28DAC928" w14:textId="77777777" w:rsidR="007D7487" w:rsidRDefault="00E6407B">
      <w:pPr>
        <w:ind w:firstLine="288"/>
      </w:pPr>
      <w:r>
        <w:rPr>
          <w:rFonts w:cs="Times New Roman"/>
        </w:rPr>
        <w:t>“No.”</w:t>
      </w:r>
    </w:p>
    <w:p w14:paraId="6C63C863" w14:textId="77777777" w:rsidR="007D7487" w:rsidRDefault="00E6407B">
      <w:pPr>
        <w:ind w:firstLine="288"/>
      </w:pPr>
      <w:r>
        <w:rPr>
          <w:rFonts w:cs="Times New Roman"/>
        </w:rPr>
        <w:t>“What did you think Messiah was supposed to do instead?”</w:t>
      </w:r>
    </w:p>
    <w:p w14:paraId="4B0B7B65" w14:textId="77777777" w:rsidR="007D7487" w:rsidRDefault="00E6407B">
      <w:pPr>
        <w:ind w:firstLine="288"/>
      </w:pPr>
      <w:r>
        <w:rPr>
          <w:rFonts w:cs="Times New Roman"/>
        </w:rPr>
        <w:t>Peter looked at him.</w:t>
      </w:r>
    </w:p>
    <w:p w14:paraId="1289AE3B" w14:textId="77777777" w:rsidR="007D7487" w:rsidRDefault="00E6407B">
      <w:pPr>
        <w:ind w:firstLine="288"/>
      </w:pPr>
      <w:r>
        <w:rPr>
          <w:rFonts w:cs="Times New Roman"/>
        </w:rPr>
        <w:t>“The same thing you did.”</w:t>
      </w:r>
    </w:p>
    <w:p w14:paraId="46EDCD6C" w14:textId="77777777" w:rsidR="007D7487" w:rsidRDefault="00E6407B">
      <w:pPr>
        <w:ind w:firstLine="288"/>
      </w:pPr>
      <w:r>
        <w:rPr>
          <w:rFonts w:cs="Times New Roman"/>
        </w:rPr>
        <w:t>Simon nodded.</w:t>
      </w:r>
    </w:p>
    <w:p w14:paraId="2BEE86B8" w14:textId="77777777" w:rsidR="007D7487" w:rsidRDefault="00E6407B">
      <w:pPr>
        <w:ind w:firstLine="288"/>
      </w:pPr>
      <w:r>
        <w:rPr>
          <w:rFonts w:cs="Times New Roman"/>
        </w:rPr>
        <w:t>“Win.”</w:t>
      </w:r>
    </w:p>
    <w:p w14:paraId="78B31C8E" w14:textId="77777777" w:rsidR="007D7487" w:rsidRDefault="00E6407B">
      <w:pPr>
        <w:ind w:firstLine="288"/>
      </w:pPr>
      <w:r>
        <w:rPr>
          <w:rFonts w:cs="Times New Roman"/>
        </w:rPr>
        <w:t>“Yes.”</w:t>
      </w:r>
    </w:p>
    <w:p w14:paraId="0A5B5A04" w14:textId="77777777" w:rsidR="007D7487" w:rsidRDefault="00E6407B">
      <w:pPr>
        <w:ind w:firstLine="288"/>
      </w:pPr>
      <w:r>
        <w:rPr>
          <w:rFonts w:cs="Times New Roman"/>
        </w:rPr>
        <w:t>“Restore Israel.”</w:t>
      </w:r>
    </w:p>
    <w:p w14:paraId="6D990A9D" w14:textId="77777777" w:rsidR="007D7487" w:rsidRDefault="00E6407B">
      <w:pPr>
        <w:ind w:firstLine="288"/>
      </w:pPr>
      <w:r>
        <w:rPr>
          <w:rFonts w:cs="Times New Roman"/>
        </w:rPr>
        <w:t>“Yes.”</w:t>
      </w:r>
    </w:p>
    <w:p w14:paraId="23392DF6" w14:textId="77777777" w:rsidR="007D7487" w:rsidRDefault="00E6407B">
      <w:pPr>
        <w:ind w:firstLine="288"/>
      </w:pPr>
      <w:r>
        <w:rPr>
          <w:rFonts w:cs="Times New Roman"/>
        </w:rPr>
        <w:t>“Defeat the enemies.”</w:t>
      </w:r>
    </w:p>
    <w:p w14:paraId="63A4F2D5" w14:textId="77777777" w:rsidR="007D7487" w:rsidRDefault="00E6407B">
      <w:pPr>
        <w:ind w:firstLine="288"/>
      </w:pPr>
      <w:r>
        <w:rPr>
          <w:rFonts w:cs="Times New Roman"/>
        </w:rPr>
        <w:t>“Yes.”</w:t>
      </w:r>
    </w:p>
    <w:p w14:paraId="4A04C59F" w14:textId="77777777" w:rsidR="007D7487" w:rsidRDefault="00E6407B">
      <w:pPr>
        <w:ind w:firstLine="288"/>
      </w:pPr>
      <w:r>
        <w:rPr>
          <w:rFonts w:cs="Times New Roman"/>
        </w:rPr>
        <w:lastRenderedPageBreak/>
        <w:t>Simon looked toward the fire.</w:t>
      </w:r>
    </w:p>
    <w:p w14:paraId="341E4259" w14:textId="77777777" w:rsidR="007D7487" w:rsidRDefault="00E6407B">
      <w:pPr>
        <w:ind w:firstLine="288"/>
      </w:pPr>
      <w:r>
        <w:rPr>
          <w:rFonts w:cs="Times New Roman"/>
        </w:rPr>
        <w:t>“And now?”</w:t>
      </w:r>
    </w:p>
    <w:p w14:paraId="07E42528" w14:textId="77777777" w:rsidR="007D7487" w:rsidRDefault="00E6407B">
      <w:pPr>
        <w:ind w:firstLine="288"/>
      </w:pPr>
      <w:r>
        <w:rPr>
          <w:rFonts w:cs="Times New Roman"/>
        </w:rPr>
        <w:t>Peter took a long breath.</w:t>
      </w:r>
    </w:p>
    <w:p w14:paraId="56721452" w14:textId="77777777" w:rsidR="007D7487" w:rsidRDefault="00E6407B">
      <w:pPr>
        <w:ind w:firstLine="288"/>
      </w:pPr>
      <w:r>
        <w:rPr>
          <w:rFonts w:cs="Times New Roman"/>
        </w:rPr>
        <w:t>“Now I think I did not know which enemy He meant.”</w:t>
      </w:r>
    </w:p>
    <w:p w14:paraId="71826EBE" w14:textId="77777777" w:rsidR="007D7487" w:rsidRDefault="00E6407B">
      <w:pPr>
        <w:ind w:firstLine="288"/>
      </w:pPr>
      <w:r>
        <w:rPr>
          <w:rFonts w:cs="Times New Roman"/>
        </w:rPr>
        <w:t>Simon looked up.</w:t>
      </w:r>
    </w:p>
    <w:p w14:paraId="33DF70E0" w14:textId="77777777" w:rsidR="007D7487" w:rsidRDefault="00E6407B">
      <w:pPr>
        <w:ind w:firstLine="288"/>
      </w:pPr>
      <w:r>
        <w:rPr>
          <w:rFonts w:cs="Times New Roman"/>
        </w:rPr>
        <w:t>Peter shook his head.</w:t>
      </w:r>
    </w:p>
    <w:p w14:paraId="1DFA12F9" w14:textId="77777777" w:rsidR="007D7487" w:rsidRDefault="00E6407B">
      <w:pPr>
        <w:ind w:firstLine="288"/>
      </w:pPr>
      <w:r>
        <w:rPr>
          <w:rFonts w:cs="Times New Roman"/>
        </w:rPr>
        <w:t>“That is all I have.”</w:t>
      </w:r>
    </w:p>
    <w:p w14:paraId="1DB6ACE1" w14:textId="77777777" w:rsidR="007D7487" w:rsidRDefault="00E6407B">
      <w:pPr>
        <w:ind w:firstLine="288"/>
      </w:pPr>
      <w:r>
        <w:rPr>
          <w:rFonts w:cs="Times New Roman"/>
        </w:rPr>
        <w:t>It was more than Simon had expected.</w:t>
      </w:r>
    </w:p>
    <w:p w14:paraId="04130617" w14:textId="77777777" w:rsidR="007D7487" w:rsidRDefault="00E6407B">
      <w:pPr>
        <w:ind w:firstLine="288"/>
      </w:pPr>
      <w:r>
        <w:rPr>
          <w:rFonts w:cs="Times New Roman"/>
        </w:rPr>
        <w:t>Peter stood.</w:t>
      </w:r>
    </w:p>
    <w:p w14:paraId="68DD455E" w14:textId="77777777" w:rsidR="007D7487" w:rsidRDefault="00E6407B">
      <w:pPr>
        <w:ind w:firstLine="288"/>
      </w:pPr>
      <w:r>
        <w:rPr>
          <w:rFonts w:cs="Times New Roman"/>
        </w:rPr>
        <w:t>“Ask Him in Galilee.”</w:t>
      </w:r>
    </w:p>
    <w:p w14:paraId="0BBB1D04" w14:textId="77777777" w:rsidR="007D7487" w:rsidRDefault="00E6407B">
      <w:pPr>
        <w:ind w:firstLine="288"/>
      </w:pPr>
      <w:r>
        <w:rPr>
          <w:rFonts w:cs="Times New Roman"/>
        </w:rPr>
        <w:t>Simon smiled faintly.</w:t>
      </w:r>
    </w:p>
    <w:p w14:paraId="2454CB37" w14:textId="77777777" w:rsidR="007D7487" w:rsidRDefault="00E6407B">
      <w:pPr>
        <w:ind w:firstLine="288"/>
      </w:pPr>
      <w:r>
        <w:rPr>
          <w:rFonts w:cs="Times New Roman"/>
        </w:rPr>
        <w:t>“That seems to be everybody’s answer.”</w:t>
      </w:r>
    </w:p>
    <w:p w14:paraId="6404CFA0" w14:textId="77777777" w:rsidR="007D7487" w:rsidRDefault="00E6407B">
      <w:pPr>
        <w:ind w:firstLine="288"/>
      </w:pPr>
      <w:r>
        <w:rPr>
          <w:rFonts w:cs="Times New Roman"/>
        </w:rPr>
        <w:t>Peter started away.</w:t>
      </w:r>
    </w:p>
    <w:p w14:paraId="279E1461" w14:textId="77777777" w:rsidR="007D7487" w:rsidRDefault="00E6407B">
      <w:pPr>
        <w:ind w:firstLine="288"/>
      </w:pPr>
      <w:r>
        <w:rPr>
          <w:rFonts w:cs="Times New Roman"/>
        </w:rPr>
        <w:t>Then turned.</w:t>
      </w:r>
    </w:p>
    <w:p w14:paraId="76808C40" w14:textId="77777777" w:rsidR="007D7487" w:rsidRDefault="00E6407B">
      <w:pPr>
        <w:ind w:firstLine="288"/>
      </w:pPr>
      <w:r>
        <w:rPr>
          <w:rFonts w:cs="Times New Roman"/>
        </w:rPr>
        <w:t>“It is a good answer.”</w:t>
      </w:r>
    </w:p>
    <w:p w14:paraId="3C916A3D" w14:textId="77777777" w:rsidR="007D7487" w:rsidRDefault="00E6407B">
      <w:pPr>
        <w:suppressLineNumbers/>
        <w:spacing w:before="100" w:after="100"/>
        <w:jc w:val="center"/>
      </w:pPr>
      <w:r>
        <w:rPr>
          <w:rFonts w:cs="Times New Roman"/>
          <w:sz w:val="20"/>
        </w:rPr>
        <w:t>* * *</w:t>
      </w:r>
    </w:p>
    <w:p w14:paraId="31A56AB9" w14:textId="77777777" w:rsidR="007D7487" w:rsidRDefault="00E6407B">
      <w:pPr>
        <w:ind w:firstLine="288"/>
      </w:pPr>
      <w:r>
        <w:rPr>
          <w:rFonts w:cs="Times New Roman"/>
        </w:rPr>
        <w:t>The farther north they went, the more the questions began to converge.</w:t>
      </w:r>
    </w:p>
    <w:p w14:paraId="31FBF667" w14:textId="77777777" w:rsidR="007D7487" w:rsidRDefault="00E6407B">
      <w:pPr>
        <w:ind w:firstLine="288"/>
      </w:pPr>
      <w:r>
        <w:rPr>
          <w:rFonts w:cs="Times New Roman"/>
        </w:rPr>
        <w:t>Not answers.</w:t>
      </w:r>
    </w:p>
    <w:p w14:paraId="2A2893ED" w14:textId="77777777" w:rsidR="007D7487" w:rsidRDefault="00E6407B">
      <w:pPr>
        <w:ind w:firstLine="288"/>
      </w:pPr>
      <w:r>
        <w:rPr>
          <w:rFonts w:cs="Times New Roman"/>
        </w:rPr>
        <w:t>Questions.</w:t>
      </w:r>
    </w:p>
    <w:p w14:paraId="71BFC203" w14:textId="77777777" w:rsidR="007D7487" w:rsidRDefault="00E6407B">
      <w:pPr>
        <w:ind w:firstLine="288"/>
      </w:pPr>
      <w:r>
        <w:rPr>
          <w:rFonts w:cs="Times New Roman"/>
        </w:rPr>
        <w:t>Why did Messiah suffer?</w:t>
      </w:r>
    </w:p>
    <w:p w14:paraId="6482E1E7" w14:textId="77777777" w:rsidR="007D7487" w:rsidRDefault="00E6407B">
      <w:pPr>
        <w:ind w:firstLine="288"/>
      </w:pPr>
      <w:r>
        <w:rPr>
          <w:rFonts w:cs="Times New Roman"/>
        </w:rPr>
        <w:t>Why did He permit His own death?</w:t>
      </w:r>
    </w:p>
    <w:p w14:paraId="0C213BA7" w14:textId="77777777" w:rsidR="007D7487" w:rsidRDefault="00E6407B">
      <w:pPr>
        <w:ind w:firstLine="288"/>
      </w:pPr>
      <w:r>
        <w:rPr>
          <w:rFonts w:cs="Times New Roman"/>
        </w:rPr>
        <w:t>What kingdom had He won if Rome remained?</w:t>
      </w:r>
    </w:p>
    <w:p w14:paraId="71FA3C3F" w14:textId="77777777" w:rsidR="007D7487" w:rsidRDefault="00E6407B">
      <w:pPr>
        <w:ind w:firstLine="288"/>
      </w:pPr>
      <w:r>
        <w:rPr>
          <w:rFonts w:cs="Times New Roman"/>
        </w:rPr>
        <w:t>What did Daniel mean by dominion given to the Son of Man?</w:t>
      </w:r>
    </w:p>
    <w:p w14:paraId="27E64123" w14:textId="77777777" w:rsidR="007D7487" w:rsidRDefault="00E6407B">
      <w:pPr>
        <w:ind w:firstLine="288"/>
      </w:pPr>
      <w:r>
        <w:rPr>
          <w:rFonts w:cs="Times New Roman"/>
        </w:rPr>
        <w:t>What had the Baptist meant by Lamb?</w:t>
      </w:r>
    </w:p>
    <w:p w14:paraId="475DA61E" w14:textId="77777777" w:rsidR="007D7487" w:rsidRDefault="00E6407B">
      <w:pPr>
        <w:ind w:firstLine="288"/>
      </w:pPr>
      <w:r>
        <w:rPr>
          <w:rFonts w:cs="Times New Roman"/>
        </w:rPr>
        <w:t>Why had the Spirit descended and remained?</w:t>
      </w:r>
    </w:p>
    <w:p w14:paraId="6EBAB4E5" w14:textId="77777777" w:rsidR="007D7487" w:rsidRDefault="00E6407B">
      <w:pPr>
        <w:ind w:firstLine="288"/>
      </w:pPr>
      <w:r>
        <w:rPr>
          <w:rFonts w:cs="Times New Roman"/>
        </w:rPr>
        <w:t>Why did Isaiah speak of a Servant cut off and then seeing seed?</w:t>
      </w:r>
    </w:p>
    <w:p w14:paraId="0BBAB9E5" w14:textId="77777777" w:rsidR="007D7487" w:rsidRDefault="00E6407B">
      <w:pPr>
        <w:ind w:firstLine="288"/>
      </w:pPr>
      <w:r>
        <w:rPr>
          <w:rFonts w:cs="Times New Roman"/>
        </w:rPr>
        <w:t>Why did Jesus call His body a temple?</w:t>
      </w:r>
    </w:p>
    <w:p w14:paraId="157A2DAE" w14:textId="77777777" w:rsidR="007D7487" w:rsidRDefault="00E6407B">
      <w:pPr>
        <w:ind w:firstLine="288"/>
      </w:pPr>
      <w:r>
        <w:rPr>
          <w:rFonts w:cs="Times New Roman"/>
        </w:rPr>
        <w:t>Why Galilee?</w:t>
      </w:r>
    </w:p>
    <w:p w14:paraId="0B373B7D" w14:textId="77777777" w:rsidR="007D7487" w:rsidRDefault="00E6407B">
      <w:pPr>
        <w:ind w:firstLine="288"/>
      </w:pPr>
      <w:r>
        <w:rPr>
          <w:rFonts w:cs="Times New Roman"/>
        </w:rPr>
        <w:t>Why had unclean spirits recognized Him before many men did?</w:t>
      </w:r>
    </w:p>
    <w:p w14:paraId="60F1E4A1" w14:textId="77777777" w:rsidR="007D7487" w:rsidRDefault="00E6407B">
      <w:pPr>
        <w:ind w:firstLine="288"/>
      </w:pPr>
      <w:r>
        <w:rPr>
          <w:rFonts w:cs="Times New Roman"/>
        </w:rPr>
        <w:t>Why had He spoken of binding a strong man?</w:t>
      </w:r>
    </w:p>
    <w:p w14:paraId="3ADCD37F" w14:textId="77777777" w:rsidR="007D7487" w:rsidRDefault="00E6407B">
      <w:pPr>
        <w:ind w:firstLine="288"/>
      </w:pPr>
      <w:r>
        <w:rPr>
          <w:rFonts w:cs="Times New Roman"/>
        </w:rPr>
        <w:t>Why had He repeatedly told them He would rise when none of them possessed the category to understand Him?</w:t>
      </w:r>
    </w:p>
    <w:p w14:paraId="44AA9544" w14:textId="77777777" w:rsidR="007D7487" w:rsidRDefault="00E6407B">
      <w:pPr>
        <w:ind w:firstLine="288"/>
      </w:pPr>
      <w:r>
        <w:rPr>
          <w:rFonts w:cs="Times New Roman"/>
        </w:rPr>
        <w:t>And under all of it:</w:t>
      </w:r>
    </w:p>
    <w:p w14:paraId="5F2D1B48" w14:textId="77777777" w:rsidR="007D7487" w:rsidRDefault="00E6407B">
      <w:pPr>
        <w:ind w:firstLine="288"/>
      </w:pPr>
      <w:r>
        <w:rPr>
          <w:rFonts w:cs="Times New Roman"/>
        </w:rPr>
        <w:t>What war had they actually been watching?</w:t>
      </w:r>
    </w:p>
    <w:p w14:paraId="607C813B" w14:textId="77777777" w:rsidR="007D7487" w:rsidRDefault="00E6407B">
      <w:pPr>
        <w:ind w:firstLine="288"/>
      </w:pPr>
      <w:r>
        <w:rPr>
          <w:rFonts w:cs="Times New Roman"/>
        </w:rPr>
        <w:t>They did not yet phrase the question that way.</w:t>
      </w:r>
    </w:p>
    <w:p w14:paraId="237699BD" w14:textId="77777777" w:rsidR="007D7487" w:rsidRDefault="00E6407B">
      <w:pPr>
        <w:ind w:firstLine="288"/>
      </w:pPr>
      <w:r>
        <w:rPr>
          <w:rFonts w:cs="Times New Roman"/>
        </w:rPr>
        <w:t>Jesus would.</w:t>
      </w:r>
    </w:p>
    <w:p w14:paraId="17F4B151" w14:textId="77777777" w:rsidR="007D7487" w:rsidRDefault="00E6407B">
      <w:pPr>
        <w:suppressLineNumbers/>
        <w:spacing w:before="100" w:after="100"/>
        <w:jc w:val="center"/>
      </w:pPr>
      <w:r>
        <w:rPr>
          <w:rFonts w:cs="Times New Roman"/>
          <w:sz w:val="20"/>
        </w:rPr>
        <w:t>* * *</w:t>
      </w:r>
    </w:p>
    <w:p w14:paraId="2143391C" w14:textId="77777777" w:rsidR="007D7487" w:rsidRDefault="00E6407B">
      <w:pPr>
        <w:ind w:firstLine="288"/>
      </w:pPr>
      <w:r>
        <w:rPr>
          <w:rFonts w:cs="Times New Roman"/>
        </w:rPr>
        <w:t>The final approach to Galilee changed Peter more than any conversation had.</w:t>
      </w:r>
    </w:p>
    <w:p w14:paraId="2AF2A1FE" w14:textId="77777777" w:rsidR="007D7487" w:rsidRDefault="00E6407B">
      <w:pPr>
        <w:ind w:firstLine="288"/>
      </w:pPr>
      <w:r>
        <w:rPr>
          <w:rFonts w:cs="Times New Roman"/>
        </w:rPr>
        <w:lastRenderedPageBreak/>
        <w:t>The land became familiar in the body.</w:t>
      </w:r>
    </w:p>
    <w:p w14:paraId="393D574E" w14:textId="77777777" w:rsidR="007D7487" w:rsidRDefault="00E6407B">
      <w:pPr>
        <w:ind w:firstLine="288"/>
      </w:pPr>
      <w:r>
        <w:rPr>
          <w:rFonts w:cs="Times New Roman"/>
        </w:rPr>
        <w:t>The angle of hills.</w:t>
      </w:r>
    </w:p>
    <w:p w14:paraId="014B1080" w14:textId="77777777" w:rsidR="007D7487" w:rsidRDefault="00E6407B">
      <w:pPr>
        <w:ind w:firstLine="288"/>
      </w:pPr>
      <w:r>
        <w:rPr>
          <w:rFonts w:cs="Times New Roman"/>
        </w:rPr>
        <w:t>The smell of water carried farther than sight.</w:t>
      </w:r>
    </w:p>
    <w:p w14:paraId="37C4A4B7" w14:textId="77777777" w:rsidR="007D7487" w:rsidRDefault="00E6407B">
      <w:pPr>
        <w:ind w:firstLine="288"/>
      </w:pPr>
      <w:r>
        <w:rPr>
          <w:rFonts w:cs="Times New Roman"/>
        </w:rPr>
        <w:t>The air.</w:t>
      </w:r>
    </w:p>
    <w:p w14:paraId="0DEFCC63" w14:textId="77777777" w:rsidR="007D7487" w:rsidRDefault="00E6407B">
      <w:pPr>
        <w:ind w:firstLine="288"/>
      </w:pPr>
      <w:r>
        <w:rPr>
          <w:rFonts w:cs="Times New Roman"/>
        </w:rPr>
        <w:t>Birds.</w:t>
      </w:r>
    </w:p>
    <w:p w14:paraId="4380B0FB" w14:textId="77777777" w:rsidR="007D7487" w:rsidRDefault="00E6407B">
      <w:pPr>
        <w:ind w:firstLine="288"/>
      </w:pPr>
      <w:r>
        <w:rPr>
          <w:rFonts w:cs="Times New Roman"/>
        </w:rPr>
        <w:t>Voices shaped by home.</w:t>
      </w:r>
    </w:p>
    <w:p w14:paraId="3B125DCF" w14:textId="77777777" w:rsidR="007D7487" w:rsidRDefault="00E6407B">
      <w:pPr>
        <w:ind w:firstLine="288"/>
      </w:pPr>
      <w:r>
        <w:rPr>
          <w:rFonts w:cs="Times New Roman"/>
        </w:rPr>
        <w:t>Names that once meant ordinary days now returned with the weight of memory.</w:t>
      </w:r>
    </w:p>
    <w:p w14:paraId="4AA592C2" w14:textId="77777777" w:rsidR="007D7487" w:rsidRDefault="00E6407B">
      <w:pPr>
        <w:ind w:firstLine="288"/>
      </w:pPr>
      <w:r>
        <w:rPr>
          <w:rFonts w:cs="Times New Roman"/>
        </w:rPr>
        <w:t>Capernaum.</w:t>
      </w:r>
    </w:p>
    <w:p w14:paraId="4CFBFE08" w14:textId="77777777" w:rsidR="007D7487" w:rsidRDefault="00E6407B">
      <w:pPr>
        <w:ind w:firstLine="288"/>
      </w:pPr>
      <w:r>
        <w:rPr>
          <w:rFonts w:cs="Times New Roman"/>
        </w:rPr>
        <w:t>Cana.</w:t>
      </w:r>
    </w:p>
    <w:p w14:paraId="7A4D65C6" w14:textId="77777777" w:rsidR="007D7487" w:rsidRDefault="00E6407B">
      <w:pPr>
        <w:ind w:firstLine="288"/>
      </w:pPr>
      <w:r>
        <w:rPr>
          <w:rFonts w:cs="Times New Roman"/>
        </w:rPr>
        <w:t>The lake.</w:t>
      </w:r>
    </w:p>
    <w:p w14:paraId="06465A37" w14:textId="77777777" w:rsidR="007D7487" w:rsidRDefault="00E6407B">
      <w:pPr>
        <w:ind w:firstLine="288"/>
      </w:pPr>
      <w:r>
        <w:rPr>
          <w:rFonts w:cs="Times New Roman"/>
        </w:rPr>
        <w:t>Fishing villages.</w:t>
      </w:r>
    </w:p>
    <w:p w14:paraId="53FF9811" w14:textId="77777777" w:rsidR="007D7487" w:rsidRDefault="00E6407B">
      <w:pPr>
        <w:ind w:firstLine="288"/>
      </w:pPr>
      <w:r>
        <w:rPr>
          <w:rFonts w:cs="Times New Roman"/>
        </w:rPr>
        <w:t>Hills where crowds had once sat.</w:t>
      </w:r>
    </w:p>
    <w:p w14:paraId="0F79A4D6" w14:textId="77777777" w:rsidR="007D7487" w:rsidRDefault="00E6407B">
      <w:pPr>
        <w:ind w:firstLine="288"/>
      </w:pPr>
      <w:r>
        <w:rPr>
          <w:rFonts w:cs="Times New Roman"/>
        </w:rPr>
        <w:t>Places where Jesus had healed men before the disciples had learned to ask what healing meant.</w:t>
      </w:r>
    </w:p>
    <w:p w14:paraId="48B5655B" w14:textId="77777777" w:rsidR="007D7487" w:rsidRDefault="00E6407B">
      <w:pPr>
        <w:ind w:firstLine="288"/>
      </w:pPr>
      <w:r>
        <w:rPr>
          <w:rFonts w:cs="Times New Roman"/>
        </w:rPr>
        <w:t>Places where unclean spirits had cried out before the disciples understood they were witnessing a war.</w:t>
      </w:r>
    </w:p>
    <w:p w14:paraId="71FE3610" w14:textId="77777777" w:rsidR="007D7487" w:rsidRDefault="00E6407B">
      <w:pPr>
        <w:ind w:firstLine="288"/>
      </w:pPr>
      <w:r>
        <w:rPr>
          <w:rFonts w:cs="Times New Roman"/>
        </w:rPr>
        <w:t>Places where Jesus had fed people.</w:t>
      </w:r>
    </w:p>
    <w:p w14:paraId="406CF421" w14:textId="77777777" w:rsidR="007D7487" w:rsidRDefault="00E6407B">
      <w:pPr>
        <w:ind w:firstLine="288"/>
      </w:pPr>
      <w:r>
        <w:rPr>
          <w:rFonts w:cs="Times New Roman"/>
        </w:rPr>
        <w:t>Taught people.</w:t>
      </w:r>
    </w:p>
    <w:p w14:paraId="2EDE7A9E" w14:textId="77777777" w:rsidR="007D7487" w:rsidRDefault="00E6407B">
      <w:pPr>
        <w:ind w:firstLine="288"/>
      </w:pPr>
      <w:r>
        <w:rPr>
          <w:rFonts w:cs="Times New Roman"/>
        </w:rPr>
        <w:t>Offended people.</w:t>
      </w:r>
    </w:p>
    <w:p w14:paraId="2812D711" w14:textId="77777777" w:rsidR="007D7487" w:rsidRDefault="00E6407B">
      <w:pPr>
        <w:ind w:firstLine="288"/>
      </w:pPr>
      <w:r>
        <w:rPr>
          <w:rFonts w:cs="Times New Roman"/>
        </w:rPr>
        <w:t>Called people.</w:t>
      </w:r>
    </w:p>
    <w:p w14:paraId="75D16E94" w14:textId="77777777" w:rsidR="007D7487" w:rsidRDefault="00E6407B">
      <w:pPr>
        <w:ind w:firstLine="288"/>
      </w:pPr>
      <w:r>
        <w:rPr>
          <w:rFonts w:cs="Times New Roman"/>
        </w:rPr>
        <w:t>Home.</w:t>
      </w:r>
    </w:p>
    <w:p w14:paraId="7E8C27F0" w14:textId="77777777" w:rsidR="007D7487" w:rsidRDefault="00E6407B">
      <w:pPr>
        <w:ind w:firstLine="288"/>
      </w:pPr>
      <w:r>
        <w:rPr>
          <w:rFonts w:cs="Times New Roman"/>
        </w:rPr>
        <w:t>At last the road opened.</w:t>
      </w:r>
    </w:p>
    <w:p w14:paraId="61E50BE9" w14:textId="77777777" w:rsidR="007D7487" w:rsidRDefault="00E6407B">
      <w:pPr>
        <w:ind w:firstLine="288"/>
      </w:pPr>
      <w:r>
        <w:rPr>
          <w:rFonts w:cs="Times New Roman"/>
        </w:rPr>
        <w:t>Water came into view.</w:t>
      </w:r>
    </w:p>
    <w:p w14:paraId="2B06CEE0" w14:textId="77777777" w:rsidR="007D7487" w:rsidRDefault="00E6407B">
      <w:pPr>
        <w:ind w:firstLine="288"/>
      </w:pPr>
      <w:r>
        <w:rPr>
          <w:rFonts w:cs="Times New Roman"/>
        </w:rPr>
        <w:t>Galilee.</w:t>
      </w:r>
    </w:p>
    <w:p w14:paraId="3F3B2A10" w14:textId="77777777" w:rsidR="007D7487" w:rsidRDefault="00E6407B">
      <w:pPr>
        <w:ind w:firstLine="288"/>
      </w:pPr>
      <w:r>
        <w:rPr>
          <w:rFonts w:cs="Times New Roman"/>
        </w:rPr>
        <w:t>Peter stopped.</w:t>
      </w:r>
    </w:p>
    <w:p w14:paraId="5BC9749D" w14:textId="77777777" w:rsidR="007D7487" w:rsidRDefault="00E6407B">
      <w:pPr>
        <w:ind w:firstLine="288"/>
      </w:pPr>
      <w:r>
        <w:rPr>
          <w:rFonts w:cs="Times New Roman"/>
        </w:rPr>
        <w:t>John stopped beside him.</w:t>
      </w:r>
    </w:p>
    <w:p w14:paraId="5A8B8BD7" w14:textId="77777777" w:rsidR="007D7487" w:rsidRDefault="00E6407B">
      <w:pPr>
        <w:ind w:firstLine="288"/>
      </w:pPr>
      <w:r>
        <w:rPr>
          <w:rFonts w:cs="Times New Roman"/>
        </w:rPr>
        <w:t>The lake lay below, catching the changing light.</w:t>
      </w:r>
    </w:p>
    <w:p w14:paraId="3680AB05" w14:textId="77777777" w:rsidR="007D7487" w:rsidRDefault="00E6407B">
      <w:pPr>
        <w:ind w:firstLine="288"/>
      </w:pPr>
      <w:r>
        <w:rPr>
          <w:rFonts w:cs="Times New Roman"/>
        </w:rPr>
        <w:t>For several breaths Peter said nothing.</w:t>
      </w:r>
    </w:p>
    <w:p w14:paraId="012DB896" w14:textId="77777777" w:rsidR="007D7487" w:rsidRDefault="00E6407B">
      <w:pPr>
        <w:ind w:firstLine="288"/>
      </w:pPr>
      <w:r>
        <w:rPr>
          <w:rFonts w:cs="Times New Roman"/>
        </w:rPr>
        <w:t>Then his shoulders loosened slightly.</w:t>
      </w:r>
    </w:p>
    <w:p w14:paraId="520EF6D5" w14:textId="77777777" w:rsidR="007D7487" w:rsidRDefault="00E6407B">
      <w:pPr>
        <w:ind w:firstLine="288"/>
      </w:pPr>
      <w:r>
        <w:rPr>
          <w:rFonts w:cs="Times New Roman"/>
        </w:rPr>
        <w:t>His breathing deepened.</w:t>
      </w:r>
    </w:p>
    <w:p w14:paraId="232026E5" w14:textId="77777777" w:rsidR="007D7487" w:rsidRDefault="00E6407B">
      <w:pPr>
        <w:ind w:firstLine="288"/>
      </w:pPr>
      <w:r>
        <w:rPr>
          <w:rFonts w:cs="Times New Roman"/>
        </w:rPr>
        <w:t>His eyes moved toward the boats.</w:t>
      </w:r>
    </w:p>
    <w:p w14:paraId="2380D225" w14:textId="77777777" w:rsidR="007D7487" w:rsidRDefault="00E6407B">
      <w:pPr>
        <w:ind w:firstLine="288"/>
      </w:pPr>
      <w:r>
        <w:rPr>
          <w:rFonts w:cs="Times New Roman"/>
        </w:rPr>
        <w:t>His thumb rubbed once across his palm.</w:t>
      </w:r>
    </w:p>
    <w:p w14:paraId="200A9CB3" w14:textId="77777777" w:rsidR="007D7487" w:rsidRDefault="00E6407B">
      <w:pPr>
        <w:ind w:firstLine="288"/>
      </w:pPr>
      <w:r>
        <w:rPr>
          <w:rFonts w:cs="Times New Roman"/>
        </w:rPr>
        <w:t>A faint smile appeared.</w:t>
      </w:r>
    </w:p>
    <w:p w14:paraId="522A4EE6" w14:textId="77777777" w:rsidR="007D7487" w:rsidRDefault="00E6407B">
      <w:pPr>
        <w:ind w:firstLine="288"/>
      </w:pPr>
      <w:r>
        <w:rPr>
          <w:rFonts w:cs="Times New Roman"/>
        </w:rPr>
        <w:t>“At least I remember how to do that.”</w:t>
      </w:r>
    </w:p>
    <w:p w14:paraId="3C21BF85" w14:textId="77777777" w:rsidR="007D7487" w:rsidRDefault="00E6407B">
      <w:pPr>
        <w:ind w:firstLine="288"/>
      </w:pPr>
      <w:r>
        <w:rPr>
          <w:rFonts w:cs="Times New Roman"/>
        </w:rPr>
        <w:t>John followed his gaze.</w:t>
      </w:r>
    </w:p>
    <w:p w14:paraId="75BD35B8" w14:textId="77777777" w:rsidR="007D7487" w:rsidRDefault="00E6407B">
      <w:pPr>
        <w:ind w:firstLine="288"/>
      </w:pPr>
      <w:r>
        <w:rPr>
          <w:rFonts w:cs="Times New Roman"/>
        </w:rPr>
        <w:t>The water looked almost ordinary.</w:t>
      </w:r>
    </w:p>
    <w:p w14:paraId="76C2BCF7" w14:textId="77777777" w:rsidR="007D7487" w:rsidRDefault="00E6407B">
      <w:pPr>
        <w:ind w:firstLine="288"/>
      </w:pPr>
      <w:r>
        <w:rPr>
          <w:rFonts w:cs="Times New Roman"/>
        </w:rPr>
        <w:t>Nothing was ordinary anymore.</w:t>
      </w:r>
    </w:p>
    <w:p w14:paraId="27D849F1" w14:textId="77777777" w:rsidR="007D7487" w:rsidRDefault="00E6407B">
      <w:pPr>
        <w:ind w:firstLine="288"/>
      </w:pPr>
      <w:r>
        <w:rPr>
          <w:rFonts w:cs="Times New Roman"/>
        </w:rPr>
        <w:t>Behind them came the sounds of the others arriving.</w:t>
      </w:r>
    </w:p>
    <w:p w14:paraId="2F995FEB" w14:textId="77777777" w:rsidR="007D7487" w:rsidRDefault="00E6407B">
      <w:pPr>
        <w:ind w:firstLine="288"/>
      </w:pPr>
      <w:r>
        <w:rPr>
          <w:rFonts w:cs="Times New Roman"/>
        </w:rPr>
        <w:t>Nicodemus was still talking.</w:t>
      </w:r>
    </w:p>
    <w:p w14:paraId="2A018B25" w14:textId="77777777" w:rsidR="007D7487" w:rsidRDefault="00E6407B">
      <w:pPr>
        <w:ind w:firstLine="288"/>
      </w:pPr>
      <w:r>
        <w:rPr>
          <w:rFonts w:cs="Times New Roman"/>
        </w:rPr>
        <w:lastRenderedPageBreak/>
        <w:t>Joseph laughed at something he said.</w:t>
      </w:r>
    </w:p>
    <w:p w14:paraId="1843DCF1" w14:textId="77777777" w:rsidR="007D7487" w:rsidRDefault="00E6407B">
      <w:pPr>
        <w:ind w:firstLine="288"/>
      </w:pPr>
      <w:r>
        <w:rPr>
          <w:rFonts w:cs="Times New Roman"/>
        </w:rPr>
        <w:t>The women were gathering one another.</w:t>
      </w:r>
    </w:p>
    <w:p w14:paraId="7E7FBC80" w14:textId="77777777" w:rsidR="007D7487" w:rsidRDefault="00E6407B">
      <w:pPr>
        <w:ind w:firstLine="288"/>
      </w:pPr>
      <w:r>
        <w:rPr>
          <w:rFonts w:cs="Times New Roman"/>
        </w:rPr>
        <w:t>Matthew and Simon had resumed an argument that sounded less hostile than the first one.</w:t>
      </w:r>
    </w:p>
    <w:p w14:paraId="056F6820" w14:textId="77777777" w:rsidR="007D7487" w:rsidRDefault="00E6407B">
      <w:pPr>
        <w:ind w:firstLine="288"/>
      </w:pPr>
      <w:r>
        <w:rPr>
          <w:rFonts w:cs="Times New Roman"/>
        </w:rPr>
        <w:t>Thomas watched everything.</w:t>
      </w:r>
    </w:p>
    <w:p w14:paraId="1DFA3D36" w14:textId="77777777" w:rsidR="007D7487" w:rsidRDefault="00E6407B">
      <w:pPr>
        <w:ind w:firstLine="288"/>
      </w:pPr>
      <w:r>
        <w:rPr>
          <w:rFonts w:cs="Times New Roman"/>
        </w:rPr>
        <w:t>Andrew stood looking toward the country where another voice had once cried in the wilderness.</w:t>
      </w:r>
    </w:p>
    <w:p w14:paraId="240B1331" w14:textId="77777777" w:rsidR="007D7487" w:rsidRDefault="00E6407B">
      <w:pPr>
        <w:ind w:firstLine="288"/>
      </w:pPr>
      <w:r>
        <w:rPr>
          <w:rFonts w:cs="Times New Roman"/>
        </w:rPr>
        <w:t>James found Peter.</w:t>
      </w:r>
    </w:p>
    <w:p w14:paraId="57EBF8B8" w14:textId="77777777" w:rsidR="007D7487" w:rsidRDefault="00E6407B">
      <w:pPr>
        <w:ind w:firstLine="288"/>
      </w:pPr>
      <w:r>
        <w:rPr>
          <w:rFonts w:cs="Times New Roman"/>
        </w:rPr>
        <w:t>Mary looked toward the hills.</w:t>
      </w:r>
    </w:p>
    <w:p w14:paraId="12B19459" w14:textId="77777777" w:rsidR="007D7487" w:rsidRDefault="00E6407B">
      <w:pPr>
        <w:ind w:firstLine="288"/>
      </w:pPr>
      <w:r>
        <w:rPr>
          <w:rFonts w:cs="Times New Roman"/>
        </w:rPr>
        <w:t>Joanna saw the roads stretching through a region Israel shared with the memory of nations.</w:t>
      </w:r>
    </w:p>
    <w:p w14:paraId="4194C438" w14:textId="77777777" w:rsidR="007D7487" w:rsidRDefault="00E6407B">
      <w:pPr>
        <w:ind w:firstLine="288"/>
      </w:pPr>
      <w:r>
        <w:rPr>
          <w:rFonts w:cs="Times New Roman"/>
        </w:rPr>
        <w:t>Nathanael looked as though he was waiting for heaven to open.</w:t>
      </w:r>
    </w:p>
    <w:p w14:paraId="0338606E" w14:textId="77777777" w:rsidR="007D7487" w:rsidRDefault="00E6407B">
      <w:pPr>
        <w:ind w:firstLine="288"/>
      </w:pPr>
      <w:r>
        <w:rPr>
          <w:rFonts w:cs="Times New Roman"/>
        </w:rPr>
        <w:t>They had carried questions all the way from Jerusalem.</w:t>
      </w:r>
    </w:p>
    <w:p w14:paraId="24D80566" w14:textId="77777777" w:rsidR="007D7487" w:rsidRDefault="00E6407B">
      <w:pPr>
        <w:ind w:firstLine="288"/>
      </w:pPr>
      <w:r>
        <w:rPr>
          <w:rFonts w:cs="Times New Roman"/>
        </w:rPr>
        <w:t>Why the cross?</w:t>
      </w:r>
    </w:p>
    <w:p w14:paraId="0E53DEB2" w14:textId="77777777" w:rsidR="007D7487" w:rsidRDefault="00E6407B">
      <w:pPr>
        <w:ind w:firstLine="288"/>
      </w:pPr>
      <w:r>
        <w:rPr>
          <w:rFonts w:cs="Times New Roman"/>
        </w:rPr>
        <w:t>Why resurrection?</w:t>
      </w:r>
    </w:p>
    <w:p w14:paraId="42930577" w14:textId="77777777" w:rsidR="007D7487" w:rsidRDefault="00E6407B">
      <w:pPr>
        <w:ind w:firstLine="288"/>
      </w:pPr>
      <w:r>
        <w:rPr>
          <w:rFonts w:cs="Times New Roman"/>
        </w:rPr>
        <w:t>Why Galilee?</w:t>
      </w:r>
    </w:p>
    <w:p w14:paraId="1D4585EB" w14:textId="77777777" w:rsidR="007D7487" w:rsidRDefault="00E6407B">
      <w:pPr>
        <w:ind w:firstLine="288"/>
      </w:pPr>
      <w:r>
        <w:rPr>
          <w:rFonts w:cs="Times New Roman"/>
        </w:rPr>
        <w:t>Why Rome still stood?</w:t>
      </w:r>
    </w:p>
    <w:p w14:paraId="0F2F3A20" w14:textId="77777777" w:rsidR="007D7487" w:rsidRDefault="00E6407B">
      <w:pPr>
        <w:ind w:firstLine="288"/>
      </w:pPr>
      <w:r>
        <w:rPr>
          <w:rFonts w:cs="Times New Roman"/>
        </w:rPr>
        <w:t>Why the prophets had spoken of suffering and glory in the same breath?</w:t>
      </w:r>
    </w:p>
    <w:p w14:paraId="21D5A87B" w14:textId="77777777" w:rsidR="007D7487" w:rsidRDefault="00E6407B">
      <w:pPr>
        <w:ind w:firstLine="288"/>
      </w:pPr>
      <w:r>
        <w:rPr>
          <w:rFonts w:cs="Times New Roman"/>
        </w:rPr>
        <w:t>Why the Lamb?</w:t>
      </w:r>
    </w:p>
    <w:p w14:paraId="1CAD3BC5" w14:textId="77777777" w:rsidR="007D7487" w:rsidRDefault="00E6407B">
      <w:pPr>
        <w:ind w:firstLine="288"/>
      </w:pPr>
      <w:r>
        <w:rPr>
          <w:rFonts w:cs="Times New Roman"/>
        </w:rPr>
        <w:t>Why the kingdom?</w:t>
      </w:r>
    </w:p>
    <w:p w14:paraId="3CDABA2D" w14:textId="77777777" w:rsidR="007D7487" w:rsidRDefault="00E6407B">
      <w:pPr>
        <w:ind w:firstLine="288"/>
      </w:pPr>
      <w:r>
        <w:rPr>
          <w:rFonts w:cs="Times New Roman"/>
        </w:rPr>
        <w:t>Why the Shepherd had allowed Himself to be struck?</w:t>
      </w:r>
    </w:p>
    <w:p w14:paraId="2E25205F" w14:textId="77777777" w:rsidR="007D7487" w:rsidRDefault="00E6407B">
      <w:pPr>
        <w:ind w:firstLine="288"/>
      </w:pPr>
      <w:r>
        <w:rPr>
          <w:rFonts w:cs="Times New Roman"/>
        </w:rPr>
        <w:t>Why a rich man’s tomb?</w:t>
      </w:r>
    </w:p>
    <w:p w14:paraId="6157B60D" w14:textId="77777777" w:rsidR="007D7487" w:rsidRDefault="00E6407B">
      <w:pPr>
        <w:ind w:firstLine="288"/>
      </w:pPr>
      <w:r>
        <w:rPr>
          <w:rFonts w:cs="Times New Roman"/>
        </w:rPr>
        <w:t>Why so many clues had been present before they understood them?</w:t>
      </w:r>
    </w:p>
    <w:p w14:paraId="7CEFECE2" w14:textId="77777777" w:rsidR="007D7487" w:rsidRDefault="00E6407B">
      <w:pPr>
        <w:ind w:firstLine="288"/>
      </w:pPr>
      <w:r>
        <w:rPr>
          <w:rFonts w:cs="Times New Roman"/>
        </w:rPr>
        <w:t>They had argued over the answers for days.</w:t>
      </w:r>
    </w:p>
    <w:p w14:paraId="1B5F83FA" w14:textId="77777777" w:rsidR="007D7487" w:rsidRDefault="00E6407B">
      <w:pPr>
        <w:ind w:firstLine="288"/>
      </w:pPr>
      <w:r>
        <w:rPr>
          <w:rFonts w:cs="Times New Roman"/>
        </w:rPr>
        <w:t>They had found fragments.</w:t>
      </w:r>
    </w:p>
    <w:p w14:paraId="3A56DA9F" w14:textId="77777777" w:rsidR="007D7487" w:rsidRDefault="00E6407B">
      <w:pPr>
        <w:ind w:firstLine="288"/>
      </w:pPr>
      <w:r>
        <w:rPr>
          <w:rFonts w:cs="Times New Roman"/>
        </w:rPr>
        <w:t>They had not found the map.</w:t>
      </w:r>
    </w:p>
    <w:p w14:paraId="310DE692" w14:textId="77777777" w:rsidR="007D7487" w:rsidRDefault="00E6407B">
      <w:pPr>
        <w:ind w:firstLine="288"/>
      </w:pPr>
      <w:r>
        <w:rPr>
          <w:rFonts w:cs="Times New Roman"/>
        </w:rPr>
        <w:t>Now the risen Jesus had brought them back to the place where so much of their following had begun.</w:t>
      </w:r>
    </w:p>
    <w:p w14:paraId="7D533C96" w14:textId="77777777" w:rsidR="007D7487" w:rsidRDefault="00E6407B">
      <w:pPr>
        <w:ind w:firstLine="288"/>
      </w:pPr>
      <w:r>
        <w:rPr>
          <w:rFonts w:cs="Times New Roman"/>
        </w:rPr>
        <w:t>Galilee.</w:t>
      </w:r>
    </w:p>
    <w:p w14:paraId="7D48469E" w14:textId="77777777" w:rsidR="007D7487" w:rsidRDefault="00E6407B">
      <w:pPr>
        <w:ind w:firstLine="288"/>
      </w:pPr>
      <w:r>
        <w:rPr>
          <w:rFonts w:cs="Times New Roman"/>
        </w:rPr>
        <w:t>John looked across the water.</w:t>
      </w:r>
    </w:p>
    <w:p w14:paraId="58CA0C9D" w14:textId="77777777" w:rsidR="007D7487" w:rsidRDefault="00E6407B">
      <w:pPr>
        <w:ind w:firstLine="288"/>
      </w:pPr>
      <w:r>
        <w:rPr>
          <w:rFonts w:cs="Times New Roman"/>
        </w:rPr>
        <w:t>Soon they would be gathered around Him again.</w:t>
      </w:r>
    </w:p>
    <w:p w14:paraId="5A52CE8E" w14:textId="77777777" w:rsidR="007D7487" w:rsidRDefault="00E6407B">
      <w:pPr>
        <w:ind w:firstLine="288"/>
      </w:pPr>
      <w:r>
        <w:rPr>
          <w:rFonts w:cs="Times New Roman"/>
        </w:rPr>
        <w:t>Soon somebody would finally say what all of them had been carrying.</w:t>
      </w:r>
    </w:p>
    <w:p w14:paraId="35CB1087" w14:textId="77777777" w:rsidR="007D7487" w:rsidRDefault="00E6407B">
      <w:pPr>
        <w:ind w:firstLine="288"/>
      </w:pPr>
      <w:r>
        <w:rPr>
          <w:rFonts w:cs="Times New Roman"/>
        </w:rPr>
        <w:t>Not as accusation.</w:t>
      </w:r>
    </w:p>
    <w:p w14:paraId="4A45D6F2" w14:textId="77777777" w:rsidR="007D7487" w:rsidRDefault="00E6407B">
      <w:pPr>
        <w:ind w:firstLine="288"/>
      </w:pPr>
      <w:r>
        <w:rPr>
          <w:rFonts w:cs="Times New Roman"/>
        </w:rPr>
        <w:t>Not as unbelief.</w:t>
      </w:r>
    </w:p>
    <w:p w14:paraId="7453DBD3" w14:textId="77777777" w:rsidR="007D7487" w:rsidRDefault="00E6407B">
      <w:pPr>
        <w:ind w:firstLine="288"/>
      </w:pPr>
      <w:r>
        <w:rPr>
          <w:rFonts w:cs="Times New Roman"/>
        </w:rPr>
        <w:t>As bewilderment.</w:t>
      </w:r>
    </w:p>
    <w:p w14:paraId="50252CA8" w14:textId="77777777" w:rsidR="007D7487" w:rsidRDefault="00E6407B">
      <w:pPr>
        <w:ind w:firstLine="288"/>
      </w:pPr>
      <w:r>
        <w:rPr>
          <w:rFonts w:cs="Times New Roman"/>
        </w:rPr>
        <w:t>Lord—</w:t>
      </w:r>
    </w:p>
    <w:p w14:paraId="3D2EFE60" w14:textId="77777777" w:rsidR="007D7487" w:rsidRDefault="00E6407B">
      <w:pPr>
        <w:ind w:firstLine="288"/>
      </w:pPr>
      <w:r>
        <w:rPr>
          <w:rFonts w:cs="Times New Roman"/>
        </w:rPr>
        <w:t>what had just happened?</w:t>
      </w:r>
    </w:p>
    <w:p w14:paraId="4EE17E71" w14:textId="77777777" w:rsidR="007D7487" w:rsidRDefault="00E6407B">
      <w:pPr>
        <w:suppressLineNumbers/>
      </w:pPr>
      <w:r>
        <w:br w:type="page"/>
      </w:r>
    </w:p>
    <w:p w14:paraId="3BBC9F86" w14:textId="77777777" w:rsidR="007D7487" w:rsidRDefault="00E6407B">
      <w:pPr>
        <w:pStyle w:val="Heading1"/>
        <w:suppressLineNumbers/>
      </w:pPr>
      <w:r>
        <w:rPr>
          <w:rFonts w:ascii="Times New Roman" w:hAnsi="Times New Roman" w:cs="Times New Roman"/>
        </w:rPr>
        <w:lastRenderedPageBreak/>
        <w:t>Section 6 — You Did Not Understand the War</w:t>
      </w:r>
    </w:p>
    <w:p w14:paraId="4E40B5CA" w14:textId="77777777" w:rsidR="007D7487" w:rsidRDefault="00E6407B">
      <w:pPr>
        <w:ind w:firstLine="288"/>
      </w:pPr>
      <w:r>
        <w:rPr>
          <w:rFonts w:cs="Times New Roman"/>
        </w:rPr>
        <w:t>The question John had carried into Galilee was finally sitting in the open.</w:t>
      </w:r>
    </w:p>
    <w:p w14:paraId="238AE59E" w14:textId="77777777" w:rsidR="007D7487" w:rsidRDefault="00E6407B">
      <w:pPr>
        <w:ind w:firstLine="288"/>
      </w:pPr>
      <w:r>
        <w:rPr>
          <w:rFonts w:cs="Times New Roman"/>
        </w:rPr>
        <w:t>The gathering became quiet slowly.</w:t>
      </w:r>
    </w:p>
    <w:p w14:paraId="2297B312" w14:textId="77777777" w:rsidR="007D7487" w:rsidRDefault="00E6407B">
      <w:pPr>
        <w:ind w:firstLine="288"/>
      </w:pPr>
      <w:r>
        <w:rPr>
          <w:rFonts w:cs="Times New Roman"/>
        </w:rPr>
        <w:t>No one called for silence.</w:t>
      </w:r>
    </w:p>
    <w:p w14:paraId="30BD76C2" w14:textId="77777777" w:rsidR="007D7487" w:rsidRDefault="00E6407B">
      <w:pPr>
        <w:ind w:firstLine="288"/>
      </w:pPr>
      <w:r>
        <w:rPr>
          <w:rFonts w:cs="Times New Roman"/>
        </w:rPr>
        <w:t>Jesus simply looked at them.</w:t>
      </w:r>
    </w:p>
    <w:p w14:paraId="6F81B34F" w14:textId="77777777" w:rsidR="007D7487" w:rsidRDefault="00E6407B">
      <w:pPr>
        <w:ind w:firstLine="288"/>
      </w:pPr>
      <w:r>
        <w:rPr>
          <w:rFonts w:cs="Times New Roman"/>
        </w:rPr>
        <w:t>The Eleven were nearest Him, but they were not alone. Others had made the journey north. Some had followed openly for years. Some had remained at the edges of crowds. Some had come from Jerusalem carrying memories no fisherman could carry for them.</w:t>
      </w:r>
    </w:p>
    <w:p w14:paraId="5DC8DECD" w14:textId="77777777" w:rsidR="007D7487" w:rsidRDefault="00E6407B">
      <w:pPr>
        <w:ind w:firstLine="288"/>
      </w:pPr>
      <w:r>
        <w:rPr>
          <w:rFonts w:cs="Times New Roman"/>
        </w:rPr>
        <w:t>Joseph of Arimathea sat beside Nicodemus.</w:t>
      </w:r>
    </w:p>
    <w:p w14:paraId="7E18371C" w14:textId="77777777" w:rsidR="007D7487" w:rsidRDefault="00E6407B">
      <w:pPr>
        <w:ind w:firstLine="288"/>
      </w:pPr>
      <w:r>
        <w:rPr>
          <w:rFonts w:cs="Times New Roman"/>
        </w:rPr>
        <w:t>Mary Magdalene was among the women.</w:t>
      </w:r>
    </w:p>
    <w:p w14:paraId="020728CF" w14:textId="77777777" w:rsidR="007D7487" w:rsidRDefault="00E6407B">
      <w:pPr>
        <w:ind w:firstLine="288"/>
      </w:pPr>
      <w:r>
        <w:rPr>
          <w:rFonts w:cs="Times New Roman"/>
        </w:rPr>
        <w:t>Jesus' mother sat quietly, her hands resting together.</w:t>
      </w:r>
    </w:p>
    <w:p w14:paraId="67B53595" w14:textId="77777777" w:rsidR="007D7487" w:rsidRDefault="00E6407B">
      <w:pPr>
        <w:ind w:firstLine="288"/>
      </w:pPr>
      <w:r>
        <w:rPr>
          <w:rFonts w:cs="Times New Roman"/>
        </w:rPr>
        <w:t>Mary of Bethany watched the men around her with an expression that made John suspect she had not forgotten how many of them had objected to her ointment.</w:t>
      </w:r>
    </w:p>
    <w:p w14:paraId="2DD591AA" w14:textId="77777777" w:rsidR="007D7487" w:rsidRDefault="00E6407B">
      <w:pPr>
        <w:ind w:firstLine="288"/>
      </w:pPr>
      <w:r>
        <w:rPr>
          <w:rFonts w:cs="Times New Roman"/>
        </w:rPr>
        <w:t>Andrew was near John.</w:t>
      </w:r>
    </w:p>
    <w:p w14:paraId="7541ECE3" w14:textId="77777777" w:rsidR="007D7487" w:rsidRDefault="00E6407B">
      <w:pPr>
        <w:ind w:firstLine="288"/>
      </w:pPr>
      <w:r>
        <w:rPr>
          <w:rFonts w:cs="Times New Roman"/>
        </w:rPr>
        <w:t>James sat close to Peter.</w:t>
      </w:r>
    </w:p>
    <w:p w14:paraId="7D29C143" w14:textId="77777777" w:rsidR="007D7487" w:rsidRDefault="00E6407B">
      <w:pPr>
        <w:ind w:firstLine="288"/>
      </w:pPr>
      <w:r>
        <w:rPr>
          <w:rFonts w:cs="Times New Roman"/>
        </w:rPr>
        <w:t>Thomas had chosen a place where he could see Jesus' hands whenever he wished.</w:t>
      </w:r>
    </w:p>
    <w:p w14:paraId="45E830D5" w14:textId="77777777" w:rsidR="007D7487" w:rsidRDefault="00E6407B">
      <w:pPr>
        <w:ind w:firstLine="288"/>
      </w:pPr>
      <w:r>
        <w:rPr>
          <w:rFonts w:cs="Times New Roman"/>
        </w:rPr>
        <w:t>Matthew and Simon the Zealot had somehow ended up within speaking distance of one another again.</w:t>
      </w:r>
    </w:p>
    <w:p w14:paraId="77A64134" w14:textId="77777777" w:rsidR="007D7487" w:rsidRDefault="00E6407B">
      <w:pPr>
        <w:ind w:firstLine="288"/>
      </w:pPr>
      <w:r>
        <w:rPr>
          <w:rFonts w:cs="Times New Roman"/>
        </w:rPr>
        <w:t>Nathanael looked from Jesus toward the hills and back.</w:t>
      </w:r>
    </w:p>
    <w:p w14:paraId="40206253" w14:textId="77777777" w:rsidR="007D7487" w:rsidRDefault="00E6407B">
      <w:pPr>
        <w:ind w:firstLine="288"/>
      </w:pPr>
      <w:r>
        <w:rPr>
          <w:rFonts w:cs="Times New Roman"/>
        </w:rPr>
        <w:t>John could hear the wind.</w:t>
      </w:r>
    </w:p>
    <w:p w14:paraId="3568DC80" w14:textId="77777777" w:rsidR="007D7487" w:rsidRDefault="00E6407B">
      <w:pPr>
        <w:ind w:firstLine="288"/>
      </w:pPr>
      <w:r>
        <w:rPr>
          <w:rFonts w:cs="Times New Roman"/>
        </w:rPr>
        <w:t>Birds.</w:t>
      </w:r>
    </w:p>
    <w:p w14:paraId="12DFE5E2" w14:textId="77777777" w:rsidR="007D7487" w:rsidRDefault="00E6407B">
      <w:pPr>
        <w:ind w:firstLine="288"/>
      </w:pPr>
      <w:r>
        <w:rPr>
          <w:rFonts w:cs="Times New Roman"/>
        </w:rPr>
        <w:t>Someone shifting on the ground.</w:t>
      </w:r>
    </w:p>
    <w:p w14:paraId="3282B83D" w14:textId="77777777" w:rsidR="007D7487" w:rsidRDefault="00E6407B">
      <w:pPr>
        <w:ind w:firstLine="288"/>
      </w:pPr>
      <w:r>
        <w:rPr>
          <w:rFonts w:cs="Times New Roman"/>
        </w:rPr>
        <w:t>A child farther back being hushed by a mother who need not have bothered. Jesus had never seemed annoyed by children.</w:t>
      </w:r>
    </w:p>
    <w:p w14:paraId="5BE2CB48" w14:textId="77777777" w:rsidR="007D7487" w:rsidRDefault="00E6407B">
      <w:pPr>
        <w:ind w:firstLine="288"/>
      </w:pPr>
      <w:r>
        <w:rPr>
          <w:rFonts w:cs="Times New Roman"/>
        </w:rPr>
        <w:t>The questions were there.</w:t>
      </w:r>
    </w:p>
    <w:p w14:paraId="269D822B" w14:textId="77777777" w:rsidR="007D7487" w:rsidRDefault="00E6407B">
      <w:pPr>
        <w:ind w:firstLine="288"/>
      </w:pPr>
      <w:r>
        <w:rPr>
          <w:rFonts w:cs="Times New Roman"/>
        </w:rPr>
        <w:t>They had traveled from Jerusalem with them.</w:t>
      </w:r>
    </w:p>
    <w:p w14:paraId="03976C83" w14:textId="77777777" w:rsidR="007D7487" w:rsidRDefault="00E6407B">
      <w:pPr>
        <w:ind w:firstLine="288"/>
      </w:pPr>
      <w:r>
        <w:rPr>
          <w:rFonts w:cs="Times New Roman"/>
        </w:rPr>
        <w:t>Why the cross?</w:t>
      </w:r>
    </w:p>
    <w:p w14:paraId="632A9C9A" w14:textId="77777777" w:rsidR="007D7487" w:rsidRDefault="00E6407B">
      <w:pPr>
        <w:ind w:firstLine="288"/>
      </w:pPr>
      <w:r>
        <w:rPr>
          <w:rFonts w:cs="Times New Roman"/>
        </w:rPr>
        <w:t>Why did Messiah die?</w:t>
      </w:r>
    </w:p>
    <w:p w14:paraId="74C6B6EE" w14:textId="77777777" w:rsidR="007D7487" w:rsidRDefault="00E6407B">
      <w:pPr>
        <w:ind w:firstLine="288"/>
      </w:pPr>
      <w:r>
        <w:rPr>
          <w:rFonts w:cs="Times New Roman"/>
        </w:rPr>
        <w:t>Why rise?</w:t>
      </w:r>
    </w:p>
    <w:p w14:paraId="0664B363" w14:textId="77777777" w:rsidR="007D7487" w:rsidRDefault="00E6407B">
      <w:pPr>
        <w:ind w:firstLine="288"/>
      </w:pPr>
      <w:r>
        <w:rPr>
          <w:rFonts w:cs="Times New Roman"/>
        </w:rPr>
        <w:t>Why Galilee?</w:t>
      </w:r>
    </w:p>
    <w:p w14:paraId="6042983B" w14:textId="77777777" w:rsidR="007D7487" w:rsidRDefault="00E6407B">
      <w:pPr>
        <w:ind w:firstLine="288"/>
      </w:pPr>
      <w:r>
        <w:rPr>
          <w:rFonts w:cs="Times New Roman"/>
        </w:rPr>
        <w:t>Why had Rome not fallen?</w:t>
      </w:r>
    </w:p>
    <w:p w14:paraId="75D70345" w14:textId="77777777" w:rsidR="007D7487" w:rsidRDefault="00E6407B">
      <w:pPr>
        <w:ind w:firstLine="288"/>
      </w:pPr>
      <w:r>
        <w:rPr>
          <w:rFonts w:cs="Times New Roman"/>
        </w:rPr>
        <w:t>Why had Caiaphas not been removed?</w:t>
      </w:r>
    </w:p>
    <w:p w14:paraId="54A56739" w14:textId="77777777" w:rsidR="007D7487" w:rsidRDefault="00E6407B">
      <w:pPr>
        <w:ind w:firstLine="288"/>
      </w:pPr>
      <w:r>
        <w:rPr>
          <w:rFonts w:cs="Times New Roman"/>
        </w:rPr>
        <w:t>Why had Jesus allowed enemies to do what He had demonstrated again and again they could not do unless He permitted it?</w:t>
      </w:r>
    </w:p>
    <w:p w14:paraId="6875EAF8" w14:textId="77777777" w:rsidR="007D7487" w:rsidRDefault="00E6407B">
      <w:pPr>
        <w:ind w:firstLine="288"/>
      </w:pPr>
      <w:r>
        <w:rPr>
          <w:rFonts w:cs="Times New Roman"/>
        </w:rPr>
        <w:t>No one seemed willing to be the first to ask.</w:t>
      </w:r>
    </w:p>
    <w:p w14:paraId="0EC41034" w14:textId="77777777" w:rsidR="007D7487" w:rsidRDefault="00E6407B">
      <w:pPr>
        <w:ind w:firstLine="288"/>
      </w:pPr>
      <w:r>
        <w:rPr>
          <w:rFonts w:cs="Times New Roman"/>
        </w:rPr>
        <w:t>Simon the Zealot finally did.</w:t>
      </w:r>
    </w:p>
    <w:p w14:paraId="12AE41C8" w14:textId="77777777" w:rsidR="007D7487" w:rsidRDefault="00E6407B">
      <w:pPr>
        <w:ind w:firstLine="288"/>
      </w:pPr>
      <w:r>
        <w:rPr>
          <w:rFonts w:cs="Times New Roman"/>
        </w:rPr>
        <w:t>His shoulders were square.</w:t>
      </w:r>
    </w:p>
    <w:p w14:paraId="421E538C" w14:textId="77777777" w:rsidR="007D7487" w:rsidRDefault="00E6407B">
      <w:pPr>
        <w:ind w:firstLine="288"/>
      </w:pPr>
      <w:r>
        <w:rPr>
          <w:rFonts w:cs="Times New Roman"/>
        </w:rPr>
        <w:t>His voice began with the steadiness of a man accustomed to refusing fear.</w:t>
      </w:r>
    </w:p>
    <w:p w14:paraId="2077FD0D" w14:textId="77777777" w:rsidR="007D7487" w:rsidRDefault="00E6407B">
      <w:pPr>
        <w:ind w:firstLine="288"/>
      </w:pPr>
      <w:r>
        <w:rPr>
          <w:rFonts w:cs="Times New Roman"/>
        </w:rPr>
        <w:lastRenderedPageBreak/>
        <w:t>"Lord..."</w:t>
      </w:r>
    </w:p>
    <w:p w14:paraId="3633915F" w14:textId="77777777" w:rsidR="007D7487" w:rsidRDefault="00E6407B">
      <w:pPr>
        <w:ind w:firstLine="288"/>
      </w:pPr>
      <w:r>
        <w:rPr>
          <w:rFonts w:cs="Times New Roman"/>
        </w:rPr>
        <w:t>He glanced once behind him.</w:t>
      </w:r>
    </w:p>
    <w:p w14:paraId="735CC572" w14:textId="77777777" w:rsidR="007D7487" w:rsidRDefault="00E6407B">
      <w:pPr>
        <w:ind w:firstLine="288"/>
      </w:pPr>
      <w:r>
        <w:rPr>
          <w:rFonts w:cs="Times New Roman"/>
        </w:rPr>
        <w:t>There were more ears than he had expected when the thought had first formed on the road.</w:t>
      </w:r>
    </w:p>
    <w:p w14:paraId="490FA1BF" w14:textId="77777777" w:rsidR="007D7487" w:rsidRDefault="00E6407B">
      <w:pPr>
        <w:ind w:firstLine="288"/>
      </w:pPr>
      <w:r>
        <w:rPr>
          <w:rFonts w:cs="Times New Roman"/>
        </w:rPr>
        <w:t>"We thought You were going to redeem Israel."</w:t>
      </w:r>
    </w:p>
    <w:p w14:paraId="77BCF5A0" w14:textId="77777777" w:rsidR="007D7487" w:rsidRDefault="00E6407B">
      <w:pPr>
        <w:ind w:firstLine="288"/>
      </w:pPr>
      <w:r>
        <w:rPr>
          <w:rFonts w:cs="Times New Roman"/>
        </w:rPr>
        <w:t>Matthew lowered his eyes.</w:t>
      </w:r>
    </w:p>
    <w:p w14:paraId="2727E1C7" w14:textId="77777777" w:rsidR="007D7487" w:rsidRDefault="00E6407B">
      <w:pPr>
        <w:ind w:firstLine="288"/>
      </w:pPr>
      <w:r>
        <w:rPr>
          <w:rFonts w:cs="Times New Roman"/>
        </w:rPr>
        <w:t>Thomas stared directly at Jesus.</w:t>
      </w:r>
    </w:p>
    <w:p w14:paraId="400D6370" w14:textId="77777777" w:rsidR="007D7487" w:rsidRDefault="00E6407B">
      <w:pPr>
        <w:ind w:firstLine="288"/>
      </w:pPr>
      <w:r>
        <w:rPr>
          <w:rFonts w:cs="Times New Roman"/>
        </w:rPr>
        <w:t>Simon continued.</w:t>
      </w:r>
    </w:p>
    <w:p w14:paraId="5CAC98DA" w14:textId="77777777" w:rsidR="007D7487" w:rsidRDefault="00E6407B">
      <w:pPr>
        <w:ind w:firstLine="288"/>
      </w:pPr>
      <w:r>
        <w:rPr>
          <w:rFonts w:cs="Times New Roman"/>
        </w:rPr>
        <w:t>"We thought the kingdom would look like a kingdom."</w:t>
      </w:r>
    </w:p>
    <w:p w14:paraId="6470C2E0" w14:textId="77777777" w:rsidR="007D7487" w:rsidRDefault="00E6407B">
      <w:pPr>
        <w:ind w:firstLine="288"/>
      </w:pPr>
      <w:r>
        <w:rPr>
          <w:rFonts w:cs="Times New Roman"/>
        </w:rPr>
        <w:t>Matthew's fingers pressed into his own knee.</w:t>
      </w:r>
    </w:p>
    <w:p w14:paraId="54F109DA" w14:textId="77777777" w:rsidR="007D7487" w:rsidRDefault="00E6407B">
      <w:pPr>
        <w:ind w:firstLine="288"/>
      </w:pPr>
      <w:r>
        <w:rPr>
          <w:rFonts w:cs="Times New Roman"/>
        </w:rPr>
        <w:t>"When Rome says it has authority," he added quietly, "everybody knows what it means."</w:t>
      </w:r>
    </w:p>
    <w:p w14:paraId="3E13E16A" w14:textId="77777777" w:rsidR="007D7487" w:rsidRDefault="00E6407B">
      <w:pPr>
        <w:ind w:firstLine="288"/>
      </w:pPr>
      <w:r>
        <w:rPr>
          <w:rFonts w:cs="Times New Roman"/>
        </w:rPr>
        <w:t>No one needed examples.</w:t>
      </w:r>
    </w:p>
    <w:p w14:paraId="1BBB6498" w14:textId="77777777" w:rsidR="007D7487" w:rsidRDefault="00E6407B">
      <w:pPr>
        <w:ind w:firstLine="288"/>
      </w:pPr>
      <w:r>
        <w:rPr>
          <w:rFonts w:cs="Times New Roman"/>
        </w:rPr>
        <w:t>Soldiers.</w:t>
      </w:r>
    </w:p>
    <w:p w14:paraId="7F0EE0D3" w14:textId="77777777" w:rsidR="007D7487" w:rsidRDefault="00E6407B">
      <w:pPr>
        <w:ind w:firstLine="288"/>
      </w:pPr>
      <w:r>
        <w:rPr>
          <w:rFonts w:cs="Times New Roman"/>
        </w:rPr>
        <w:t>Taxes.</w:t>
      </w:r>
    </w:p>
    <w:p w14:paraId="78D3F509" w14:textId="77777777" w:rsidR="007D7487" w:rsidRDefault="00E6407B">
      <w:pPr>
        <w:ind w:firstLine="288"/>
      </w:pPr>
      <w:r>
        <w:rPr>
          <w:rFonts w:cs="Times New Roman"/>
        </w:rPr>
        <w:t>Orders.</w:t>
      </w:r>
    </w:p>
    <w:p w14:paraId="766C5A2B" w14:textId="77777777" w:rsidR="007D7487" w:rsidRDefault="00E6407B">
      <w:pPr>
        <w:ind w:firstLine="288"/>
      </w:pPr>
      <w:r>
        <w:rPr>
          <w:rFonts w:cs="Times New Roman"/>
        </w:rPr>
        <w:t>Courts.</w:t>
      </w:r>
    </w:p>
    <w:p w14:paraId="35CC2639" w14:textId="77777777" w:rsidR="007D7487" w:rsidRDefault="00E6407B">
      <w:pPr>
        <w:ind w:firstLine="288"/>
      </w:pPr>
      <w:r>
        <w:rPr>
          <w:rFonts w:cs="Times New Roman"/>
        </w:rPr>
        <w:t>Execution.</w:t>
      </w:r>
    </w:p>
    <w:p w14:paraId="73E32342" w14:textId="77777777" w:rsidR="007D7487" w:rsidRDefault="00E6407B">
      <w:pPr>
        <w:ind w:firstLine="288"/>
      </w:pPr>
      <w:r>
        <w:rPr>
          <w:rFonts w:cs="Times New Roman"/>
        </w:rPr>
        <w:t>Thomas's jaw tightened.</w:t>
      </w:r>
    </w:p>
    <w:p w14:paraId="6BCC90E9" w14:textId="77777777" w:rsidR="007D7487" w:rsidRDefault="00E6407B">
      <w:pPr>
        <w:ind w:firstLine="288"/>
      </w:pPr>
      <w:r>
        <w:rPr>
          <w:rFonts w:cs="Times New Roman"/>
        </w:rPr>
        <w:t>"They killed You."</w:t>
      </w:r>
    </w:p>
    <w:p w14:paraId="21E03741" w14:textId="77777777" w:rsidR="007D7487" w:rsidRDefault="00E6407B">
      <w:pPr>
        <w:ind w:firstLine="288"/>
      </w:pPr>
      <w:r>
        <w:rPr>
          <w:rFonts w:cs="Times New Roman"/>
        </w:rPr>
        <w:t>His eyes moved to the wounds.</w:t>
      </w:r>
    </w:p>
    <w:p w14:paraId="31B46ECA" w14:textId="77777777" w:rsidR="007D7487" w:rsidRDefault="00E6407B">
      <w:pPr>
        <w:ind w:firstLine="288"/>
      </w:pPr>
      <w:r>
        <w:rPr>
          <w:rFonts w:cs="Times New Roman"/>
        </w:rPr>
        <w:t>"And they are still in power."</w:t>
      </w:r>
    </w:p>
    <w:p w14:paraId="720AFB5E" w14:textId="77777777" w:rsidR="007D7487" w:rsidRDefault="00E6407B">
      <w:pPr>
        <w:ind w:firstLine="288"/>
      </w:pPr>
      <w:r>
        <w:rPr>
          <w:rFonts w:cs="Times New Roman"/>
        </w:rPr>
        <w:t>James drew a slow breath.</w:t>
      </w:r>
    </w:p>
    <w:p w14:paraId="2A5A49FF" w14:textId="77777777" w:rsidR="007D7487" w:rsidRDefault="00E6407B">
      <w:pPr>
        <w:ind w:firstLine="288"/>
      </w:pPr>
      <w:r>
        <w:rPr>
          <w:rFonts w:cs="Times New Roman"/>
        </w:rPr>
        <w:t>Peter had gone rigid beside him.</w:t>
      </w:r>
    </w:p>
    <w:p w14:paraId="64D5976C" w14:textId="77777777" w:rsidR="007D7487" w:rsidRDefault="00E6407B">
      <w:pPr>
        <w:ind w:firstLine="288"/>
      </w:pPr>
      <w:r>
        <w:rPr>
          <w:rFonts w:cs="Times New Roman"/>
        </w:rPr>
        <w:t>John felt the question pressing in his own chest.</w:t>
      </w:r>
    </w:p>
    <w:p w14:paraId="711EF7A1" w14:textId="77777777" w:rsidR="007D7487" w:rsidRDefault="00E6407B">
      <w:pPr>
        <w:ind w:firstLine="288"/>
      </w:pPr>
      <w:r>
        <w:rPr>
          <w:rFonts w:cs="Times New Roman"/>
        </w:rPr>
        <w:t>James gave it words.</w:t>
      </w:r>
    </w:p>
    <w:p w14:paraId="4C0EBCD2" w14:textId="77777777" w:rsidR="007D7487" w:rsidRDefault="00E6407B">
      <w:pPr>
        <w:ind w:firstLine="288"/>
      </w:pPr>
      <w:r>
        <w:rPr>
          <w:rFonts w:cs="Times New Roman"/>
        </w:rPr>
        <w:t>"What happened?"</w:t>
      </w:r>
    </w:p>
    <w:p w14:paraId="6C6E9C54" w14:textId="77777777" w:rsidR="007D7487" w:rsidRDefault="00E6407B">
      <w:pPr>
        <w:ind w:firstLine="288"/>
      </w:pPr>
      <w:r>
        <w:rPr>
          <w:rFonts w:cs="Times New Roman"/>
        </w:rPr>
        <w:t>Jesus looked from one face to another.</w:t>
      </w:r>
    </w:p>
    <w:p w14:paraId="6A702CC3" w14:textId="77777777" w:rsidR="007D7487" w:rsidRDefault="00E6407B">
      <w:pPr>
        <w:ind w:firstLine="288"/>
      </w:pPr>
      <w:r>
        <w:rPr>
          <w:rFonts w:cs="Times New Roman"/>
        </w:rPr>
        <w:t>Fear.</w:t>
      </w:r>
    </w:p>
    <w:p w14:paraId="6C72248E" w14:textId="77777777" w:rsidR="007D7487" w:rsidRDefault="00E6407B">
      <w:pPr>
        <w:ind w:firstLine="288"/>
      </w:pPr>
      <w:r>
        <w:rPr>
          <w:rFonts w:cs="Times New Roman"/>
        </w:rPr>
        <w:t>Confusion.</w:t>
      </w:r>
    </w:p>
    <w:p w14:paraId="71F1551E" w14:textId="77777777" w:rsidR="007D7487" w:rsidRDefault="00E6407B">
      <w:pPr>
        <w:ind w:firstLine="288"/>
      </w:pPr>
      <w:r>
        <w:rPr>
          <w:rFonts w:cs="Times New Roman"/>
        </w:rPr>
        <w:t>Embarrassment over expectations that suddenly seemed too small.</w:t>
      </w:r>
    </w:p>
    <w:p w14:paraId="525B51B7" w14:textId="77777777" w:rsidR="007D7487" w:rsidRDefault="00E6407B">
      <w:pPr>
        <w:ind w:firstLine="288"/>
      </w:pPr>
      <w:r>
        <w:rPr>
          <w:rFonts w:cs="Times New Roman"/>
        </w:rPr>
        <w:t>And beneath that, fear of misunderstanding Him again.</w:t>
      </w:r>
    </w:p>
    <w:p w14:paraId="145AB007" w14:textId="77777777" w:rsidR="007D7487" w:rsidRDefault="00E6407B">
      <w:pPr>
        <w:ind w:firstLine="288"/>
      </w:pPr>
      <w:r>
        <w:rPr>
          <w:rFonts w:cs="Times New Roman"/>
        </w:rPr>
        <w:t>"You know what happened."</w:t>
      </w:r>
    </w:p>
    <w:p w14:paraId="761FA826" w14:textId="77777777" w:rsidR="007D7487" w:rsidRDefault="00E6407B">
      <w:pPr>
        <w:ind w:firstLine="288"/>
      </w:pPr>
      <w:r>
        <w:rPr>
          <w:rFonts w:cs="Times New Roman"/>
        </w:rPr>
        <w:t>Thomas frowned.</w:t>
      </w:r>
    </w:p>
    <w:p w14:paraId="3782AF11" w14:textId="77777777" w:rsidR="007D7487" w:rsidRDefault="00E6407B">
      <w:pPr>
        <w:ind w:firstLine="288"/>
      </w:pPr>
      <w:r>
        <w:rPr>
          <w:rFonts w:cs="Times New Roman"/>
        </w:rPr>
        <w:t>Jesus continued.</w:t>
      </w:r>
    </w:p>
    <w:p w14:paraId="2B83035B" w14:textId="77777777" w:rsidR="007D7487" w:rsidRDefault="00E6407B">
      <w:pPr>
        <w:ind w:firstLine="288"/>
      </w:pPr>
      <w:r>
        <w:rPr>
          <w:rFonts w:cs="Times New Roman"/>
        </w:rPr>
        <w:t>"You saw the arrest."</w:t>
      </w:r>
    </w:p>
    <w:p w14:paraId="5C248E47" w14:textId="77777777" w:rsidR="007D7487" w:rsidRDefault="00E6407B">
      <w:pPr>
        <w:ind w:firstLine="288"/>
      </w:pPr>
      <w:r>
        <w:rPr>
          <w:rFonts w:cs="Times New Roman"/>
        </w:rPr>
        <w:t>John remembered torches in a garden.</w:t>
      </w:r>
    </w:p>
    <w:p w14:paraId="017319EE" w14:textId="77777777" w:rsidR="007D7487" w:rsidRDefault="00E6407B">
      <w:pPr>
        <w:ind w:firstLine="288"/>
      </w:pPr>
      <w:r>
        <w:rPr>
          <w:rFonts w:cs="Times New Roman"/>
        </w:rPr>
        <w:t>"You saw the cross."</w:t>
      </w:r>
    </w:p>
    <w:p w14:paraId="37B674A9" w14:textId="77777777" w:rsidR="007D7487" w:rsidRDefault="00E6407B">
      <w:pPr>
        <w:ind w:firstLine="288"/>
      </w:pPr>
      <w:r>
        <w:rPr>
          <w:rFonts w:cs="Times New Roman"/>
        </w:rPr>
        <w:t>Mary's fingers tightened against her garment.</w:t>
      </w:r>
    </w:p>
    <w:p w14:paraId="6DA64FE2" w14:textId="77777777" w:rsidR="007D7487" w:rsidRDefault="00E6407B">
      <w:pPr>
        <w:ind w:firstLine="288"/>
      </w:pPr>
      <w:r>
        <w:rPr>
          <w:rFonts w:cs="Times New Roman"/>
        </w:rPr>
        <w:t>"You saw the tomb."</w:t>
      </w:r>
    </w:p>
    <w:p w14:paraId="20538A43" w14:textId="77777777" w:rsidR="007D7487" w:rsidRDefault="00E6407B">
      <w:pPr>
        <w:ind w:firstLine="288"/>
      </w:pPr>
      <w:r>
        <w:rPr>
          <w:rFonts w:cs="Times New Roman"/>
        </w:rPr>
        <w:lastRenderedPageBreak/>
        <w:t>Joseph's head lowered.</w:t>
      </w:r>
    </w:p>
    <w:p w14:paraId="3FEBFB3D" w14:textId="77777777" w:rsidR="007D7487" w:rsidRDefault="00E6407B">
      <w:pPr>
        <w:ind w:firstLine="288"/>
      </w:pPr>
      <w:r>
        <w:rPr>
          <w:rFonts w:cs="Times New Roman"/>
        </w:rPr>
        <w:t>"And now you see Me."</w:t>
      </w:r>
    </w:p>
    <w:p w14:paraId="5B123743" w14:textId="77777777" w:rsidR="007D7487" w:rsidRDefault="00E6407B">
      <w:pPr>
        <w:ind w:firstLine="288"/>
      </w:pPr>
      <w:r>
        <w:rPr>
          <w:rFonts w:cs="Times New Roman"/>
        </w:rPr>
        <w:t>Several faces softened.</w:t>
      </w:r>
    </w:p>
    <w:p w14:paraId="64DEF8F4" w14:textId="77777777" w:rsidR="007D7487" w:rsidRDefault="00E6407B">
      <w:pPr>
        <w:ind w:firstLine="288"/>
      </w:pPr>
      <w:r>
        <w:rPr>
          <w:rFonts w:cs="Times New Roman"/>
        </w:rPr>
        <w:t>Jesus did not let them escape into relief.</w:t>
      </w:r>
    </w:p>
    <w:p w14:paraId="59018CE5" w14:textId="77777777" w:rsidR="007D7487" w:rsidRDefault="00E6407B">
      <w:pPr>
        <w:ind w:firstLine="288"/>
      </w:pPr>
      <w:r>
        <w:rPr>
          <w:rFonts w:cs="Times New Roman"/>
        </w:rPr>
        <w:t>"You understood the events."</w:t>
      </w:r>
    </w:p>
    <w:p w14:paraId="2B870861" w14:textId="77777777" w:rsidR="007D7487" w:rsidRDefault="00E6407B">
      <w:pPr>
        <w:ind w:firstLine="288"/>
      </w:pPr>
      <w:r>
        <w:rPr>
          <w:rFonts w:cs="Times New Roman"/>
        </w:rPr>
        <w:t>He paused.</w:t>
      </w:r>
    </w:p>
    <w:p w14:paraId="76594D3F" w14:textId="77777777" w:rsidR="007D7487" w:rsidRDefault="00E6407B">
      <w:pPr>
        <w:ind w:firstLine="288"/>
      </w:pPr>
      <w:r>
        <w:rPr>
          <w:rFonts w:cs="Times New Roman"/>
        </w:rPr>
        <w:t>"But you did not understand the war."</w:t>
      </w:r>
    </w:p>
    <w:p w14:paraId="5AF56C30" w14:textId="77777777" w:rsidR="007D7487" w:rsidRDefault="00E6407B">
      <w:pPr>
        <w:ind w:firstLine="288"/>
      </w:pPr>
      <w:r>
        <w:rPr>
          <w:rFonts w:cs="Times New Roman"/>
        </w:rPr>
        <w:t>The sentence settled over them.</w:t>
      </w:r>
    </w:p>
    <w:p w14:paraId="1444427C" w14:textId="77777777" w:rsidR="007D7487" w:rsidRDefault="00E6407B">
      <w:pPr>
        <w:ind w:firstLine="288"/>
      </w:pPr>
      <w:r>
        <w:rPr>
          <w:rFonts w:cs="Times New Roman"/>
        </w:rPr>
        <w:t>Peter's forehead creased.</w:t>
      </w:r>
    </w:p>
    <w:p w14:paraId="19B748BF" w14:textId="77777777" w:rsidR="007D7487" w:rsidRDefault="00E6407B">
      <w:pPr>
        <w:ind w:firstLine="288"/>
      </w:pPr>
      <w:r>
        <w:rPr>
          <w:rFonts w:cs="Times New Roman"/>
        </w:rPr>
        <w:t>Simon stopped looking toward the road and looked only at Jesus.</w:t>
      </w:r>
    </w:p>
    <w:p w14:paraId="276E759F" w14:textId="77777777" w:rsidR="007D7487" w:rsidRDefault="00E6407B">
      <w:pPr>
        <w:ind w:firstLine="288"/>
      </w:pPr>
      <w:r>
        <w:rPr>
          <w:rFonts w:cs="Times New Roman"/>
        </w:rPr>
        <w:t>Jesus sat.</w:t>
      </w:r>
    </w:p>
    <w:p w14:paraId="53A30B02" w14:textId="77777777" w:rsidR="007D7487" w:rsidRDefault="00E6407B">
      <w:pPr>
        <w:ind w:firstLine="288"/>
      </w:pPr>
      <w:r>
        <w:rPr>
          <w:rFonts w:cs="Times New Roman"/>
        </w:rPr>
        <w:t>Without anyone telling them to move closer, the gathering leaned toward Him.</w:t>
      </w:r>
    </w:p>
    <w:p w14:paraId="30EA390C" w14:textId="77777777" w:rsidR="007D7487" w:rsidRDefault="00E6407B">
      <w:pPr>
        <w:ind w:firstLine="288"/>
      </w:pPr>
      <w:r>
        <w:rPr>
          <w:rFonts w:cs="Times New Roman"/>
        </w:rPr>
        <w:t>"You kept waiting for Me to begin the battle."</w:t>
      </w:r>
    </w:p>
    <w:p w14:paraId="249B5BBA" w14:textId="77777777" w:rsidR="007D7487" w:rsidRDefault="00E6407B">
      <w:pPr>
        <w:ind w:firstLine="288"/>
      </w:pPr>
      <w:r>
        <w:rPr>
          <w:rFonts w:cs="Times New Roman"/>
        </w:rPr>
        <w:t>Simon the Zealot's jaw tightened.</w:t>
      </w:r>
    </w:p>
    <w:p w14:paraId="771AA44A" w14:textId="77777777" w:rsidR="007D7487" w:rsidRDefault="00E6407B">
      <w:pPr>
        <w:ind w:firstLine="288"/>
      </w:pPr>
      <w:r>
        <w:rPr>
          <w:rFonts w:cs="Times New Roman"/>
        </w:rPr>
        <w:t>Jesus saw it and did not look away.</w:t>
      </w:r>
    </w:p>
    <w:p w14:paraId="541DB427" w14:textId="77777777" w:rsidR="007D7487" w:rsidRDefault="00E6407B">
      <w:pPr>
        <w:ind w:firstLine="288"/>
      </w:pPr>
      <w:r>
        <w:rPr>
          <w:rFonts w:cs="Times New Roman"/>
        </w:rPr>
        <w:t>"Where did Moses tell you the battle began?"</w:t>
      </w:r>
    </w:p>
    <w:p w14:paraId="12950D05" w14:textId="77777777" w:rsidR="007D7487" w:rsidRDefault="00E6407B">
      <w:pPr>
        <w:ind w:firstLine="288"/>
      </w:pPr>
      <w:r>
        <w:rPr>
          <w:rFonts w:cs="Times New Roman"/>
        </w:rPr>
        <w:t>Simon glanced toward Nicodemus.</w:t>
      </w:r>
    </w:p>
    <w:p w14:paraId="7B212BEA" w14:textId="77777777" w:rsidR="007D7487" w:rsidRDefault="00E6407B">
      <w:pPr>
        <w:ind w:firstLine="288"/>
      </w:pPr>
      <w:r>
        <w:rPr>
          <w:rFonts w:cs="Times New Roman"/>
        </w:rPr>
        <w:t>Nicodemus did not answer for him.</w:t>
      </w:r>
    </w:p>
    <w:p w14:paraId="429EAB91" w14:textId="77777777" w:rsidR="007D7487" w:rsidRDefault="00E6407B">
      <w:pPr>
        <w:ind w:firstLine="288"/>
      </w:pPr>
      <w:r>
        <w:rPr>
          <w:rFonts w:cs="Times New Roman"/>
        </w:rPr>
        <w:t>Nathanael spoke from several places away.</w:t>
      </w:r>
    </w:p>
    <w:p w14:paraId="5C28A161" w14:textId="77777777" w:rsidR="007D7487" w:rsidRDefault="00E6407B">
      <w:pPr>
        <w:ind w:firstLine="288"/>
      </w:pPr>
      <w:r>
        <w:rPr>
          <w:rFonts w:cs="Times New Roman"/>
        </w:rPr>
        <w:t>"Eden."</w:t>
      </w:r>
    </w:p>
    <w:p w14:paraId="1DC3FFED" w14:textId="77777777" w:rsidR="007D7487" w:rsidRDefault="00E6407B">
      <w:pPr>
        <w:ind w:firstLine="288"/>
      </w:pPr>
      <w:r>
        <w:rPr>
          <w:rFonts w:cs="Times New Roman"/>
        </w:rPr>
        <w:t>Jesus nodded.</w:t>
      </w:r>
    </w:p>
    <w:p w14:paraId="033DD9FA" w14:textId="77777777" w:rsidR="007D7487" w:rsidRDefault="00E6407B">
      <w:pPr>
        <w:ind w:firstLine="288"/>
      </w:pPr>
      <w:r>
        <w:rPr>
          <w:rFonts w:cs="Times New Roman"/>
        </w:rPr>
        <w:t>"What enemy appears there?"</w:t>
      </w:r>
    </w:p>
    <w:p w14:paraId="76E00C1B" w14:textId="77777777" w:rsidR="007D7487" w:rsidRDefault="00E6407B">
      <w:pPr>
        <w:ind w:firstLine="288"/>
      </w:pPr>
      <w:r>
        <w:rPr>
          <w:rFonts w:cs="Times New Roman"/>
        </w:rPr>
        <w:t>"The serpent."</w:t>
      </w:r>
    </w:p>
    <w:p w14:paraId="0C3D622C" w14:textId="77777777" w:rsidR="007D7487" w:rsidRDefault="00E6407B">
      <w:pPr>
        <w:ind w:firstLine="288"/>
      </w:pPr>
      <w:r>
        <w:rPr>
          <w:rFonts w:cs="Times New Roman"/>
        </w:rPr>
        <w:t>"And what promise?"</w:t>
      </w:r>
    </w:p>
    <w:p w14:paraId="29EBEDDB" w14:textId="77777777" w:rsidR="007D7487" w:rsidRDefault="00E6407B">
      <w:pPr>
        <w:ind w:firstLine="288"/>
      </w:pPr>
      <w:r>
        <w:rPr>
          <w:rFonts w:cs="Times New Roman"/>
        </w:rPr>
        <w:t>James answered.</w:t>
      </w:r>
    </w:p>
    <w:p w14:paraId="5B10A30E" w14:textId="77777777" w:rsidR="007D7487" w:rsidRDefault="00E6407B">
      <w:pPr>
        <w:ind w:firstLine="288"/>
      </w:pPr>
      <w:r>
        <w:rPr>
          <w:rFonts w:cs="Times New Roman"/>
        </w:rPr>
        <w:t>"The seed of the woman."</w:t>
      </w:r>
    </w:p>
    <w:p w14:paraId="284C2847" w14:textId="77777777" w:rsidR="007D7487" w:rsidRDefault="00E6407B">
      <w:pPr>
        <w:ind w:firstLine="288"/>
      </w:pPr>
      <w:r>
        <w:rPr>
          <w:rFonts w:cs="Times New Roman"/>
        </w:rPr>
        <w:t>Jesus waited.</w:t>
      </w:r>
    </w:p>
    <w:p w14:paraId="0CB1FD9E" w14:textId="77777777" w:rsidR="007D7487" w:rsidRDefault="00E6407B">
      <w:pPr>
        <w:ind w:firstLine="288"/>
      </w:pPr>
      <w:r>
        <w:rPr>
          <w:rFonts w:cs="Times New Roman"/>
        </w:rPr>
        <w:t>"He bruises the serpent's head."</w:t>
      </w:r>
    </w:p>
    <w:p w14:paraId="235B575D" w14:textId="77777777" w:rsidR="007D7487" w:rsidRDefault="00E6407B">
      <w:pPr>
        <w:ind w:firstLine="288"/>
      </w:pPr>
      <w:r>
        <w:rPr>
          <w:rFonts w:cs="Times New Roman"/>
        </w:rPr>
        <w:t>"And the serpent?"</w:t>
      </w:r>
    </w:p>
    <w:p w14:paraId="023350C6" w14:textId="77777777" w:rsidR="007D7487" w:rsidRDefault="00E6407B">
      <w:pPr>
        <w:ind w:firstLine="288"/>
      </w:pPr>
      <w:r>
        <w:rPr>
          <w:rFonts w:cs="Times New Roman"/>
        </w:rPr>
        <w:t>James's eyes moved downward.</w:t>
      </w:r>
    </w:p>
    <w:p w14:paraId="05AE6212" w14:textId="77777777" w:rsidR="007D7487" w:rsidRDefault="00E6407B">
      <w:pPr>
        <w:ind w:firstLine="288"/>
      </w:pPr>
      <w:r>
        <w:rPr>
          <w:rFonts w:cs="Times New Roman"/>
        </w:rPr>
        <w:t>"Bruises his heel."</w:t>
      </w:r>
    </w:p>
    <w:p w14:paraId="0DF5117B" w14:textId="77777777" w:rsidR="007D7487" w:rsidRDefault="00E6407B">
      <w:pPr>
        <w:ind w:firstLine="288"/>
      </w:pPr>
      <w:r>
        <w:rPr>
          <w:rFonts w:cs="Times New Roman"/>
        </w:rPr>
        <w:t>Jesus extended one sandaled foot.</w:t>
      </w:r>
    </w:p>
    <w:p w14:paraId="0DAC43FD" w14:textId="77777777" w:rsidR="007D7487" w:rsidRDefault="00E6407B">
      <w:pPr>
        <w:ind w:firstLine="288"/>
      </w:pPr>
      <w:r>
        <w:rPr>
          <w:rFonts w:cs="Times New Roman"/>
        </w:rPr>
        <w:t>The wound was visible.</w:t>
      </w:r>
    </w:p>
    <w:p w14:paraId="24B900DD" w14:textId="77777777" w:rsidR="007D7487" w:rsidRDefault="00E6407B">
      <w:pPr>
        <w:ind w:firstLine="288"/>
      </w:pPr>
      <w:r>
        <w:rPr>
          <w:rFonts w:cs="Times New Roman"/>
        </w:rPr>
        <w:t>No one moved.</w:t>
      </w:r>
    </w:p>
    <w:p w14:paraId="6862E61A" w14:textId="77777777" w:rsidR="007D7487" w:rsidRDefault="00E6407B">
      <w:pPr>
        <w:ind w:firstLine="288"/>
      </w:pPr>
      <w:r>
        <w:rPr>
          <w:rFonts w:cs="Times New Roman"/>
        </w:rPr>
        <w:t>John had seen the wounds already.</w:t>
      </w:r>
    </w:p>
    <w:p w14:paraId="35226467" w14:textId="77777777" w:rsidR="007D7487" w:rsidRDefault="00E6407B">
      <w:pPr>
        <w:ind w:firstLine="288"/>
      </w:pPr>
      <w:r>
        <w:rPr>
          <w:rFonts w:cs="Times New Roman"/>
        </w:rPr>
        <w:t>He had not seen Genesis standing beside them.</w:t>
      </w:r>
    </w:p>
    <w:p w14:paraId="03728343" w14:textId="77777777" w:rsidR="007D7487" w:rsidRDefault="00E6407B">
      <w:pPr>
        <w:ind w:firstLine="288"/>
      </w:pPr>
      <w:r>
        <w:rPr>
          <w:rFonts w:cs="Times New Roman"/>
        </w:rPr>
        <w:t>"You saw the wound."</w:t>
      </w:r>
    </w:p>
    <w:p w14:paraId="5B224B86" w14:textId="77777777" w:rsidR="007D7487" w:rsidRDefault="00E6407B">
      <w:pPr>
        <w:ind w:firstLine="288"/>
      </w:pPr>
      <w:r>
        <w:rPr>
          <w:rFonts w:cs="Times New Roman"/>
        </w:rPr>
        <w:t>Jesus drew His foot back.</w:t>
      </w:r>
    </w:p>
    <w:p w14:paraId="4DB837A2" w14:textId="77777777" w:rsidR="007D7487" w:rsidRDefault="00E6407B">
      <w:pPr>
        <w:ind w:firstLine="288"/>
      </w:pPr>
      <w:r>
        <w:rPr>
          <w:rFonts w:cs="Times New Roman"/>
        </w:rPr>
        <w:lastRenderedPageBreak/>
        <w:t>"The first enemy named in the promise was not Rome."</w:t>
      </w:r>
    </w:p>
    <w:p w14:paraId="2F3B2788" w14:textId="77777777" w:rsidR="007D7487" w:rsidRDefault="00E6407B">
      <w:pPr>
        <w:ind w:firstLine="288"/>
      </w:pPr>
      <w:r>
        <w:rPr>
          <w:rFonts w:cs="Times New Roman"/>
        </w:rPr>
        <w:t>He looked toward Matthew.</w:t>
      </w:r>
    </w:p>
    <w:p w14:paraId="0B68528B" w14:textId="77777777" w:rsidR="007D7487" w:rsidRDefault="00E6407B">
      <w:pPr>
        <w:ind w:firstLine="288"/>
      </w:pPr>
      <w:r>
        <w:rPr>
          <w:rFonts w:cs="Times New Roman"/>
        </w:rPr>
        <w:t>"Not Babylon."</w:t>
      </w:r>
    </w:p>
    <w:p w14:paraId="3C335292" w14:textId="77777777" w:rsidR="007D7487" w:rsidRDefault="00E6407B">
      <w:pPr>
        <w:ind w:firstLine="288"/>
      </w:pPr>
      <w:r>
        <w:rPr>
          <w:rFonts w:cs="Times New Roman"/>
        </w:rPr>
        <w:t>Toward Simon.</w:t>
      </w:r>
    </w:p>
    <w:p w14:paraId="17F38E19" w14:textId="77777777" w:rsidR="007D7487" w:rsidRDefault="00E6407B">
      <w:pPr>
        <w:ind w:firstLine="288"/>
      </w:pPr>
      <w:r>
        <w:rPr>
          <w:rFonts w:cs="Times New Roman"/>
        </w:rPr>
        <w:t>"Not Assyria."</w:t>
      </w:r>
    </w:p>
    <w:p w14:paraId="759F0D80" w14:textId="77777777" w:rsidR="007D7487" w:rsidRDefault="00E6407B">
      <w:pPr>
        <w:ind w:firstLine="288"/>
      </w:pPr>
      <w:r>
        <w:rPr>
          <w:rFonts w:cs="Times New Roman"/>
        </w:rPr>
        <w:t>Then toward the older men.</w:t>
      </w:r>
    </w:p>
    <w:p w14:paraId="71D5DF15" w14:textId="77777777" w:rsidR="007D7487" w:rsidRDefault="00E6407B">
      <w:pPr>
        <w:ind w:firstLine="288"/>
      </w:pPr>
      <w:r>
        <w:rPr>
          <w:rFonts w:cs="Times New Roman"/>
        </w:rPr>
        <w:t>"Not Egypt."</w:t>
      </w:r>
    </w:p>
    <w:p w14:paraId="34DC24F0" w14:textId="77777777" w:rsidR="007D7487" w:rsidRDefault="00E6407B">
      <w:pPr>
        <w:ind w:firstLine="288"/>
      </w:pPr>
      <w:r>
        <w:rPr>
          <w:rFonts w:cs="Times New Roman"/>
        </w:rPr>
        <w:t>"The war was older."</w:t>
      </w:r>
    </w:p>
    <w:p w14:paraId="7C81CBD9" w14:textId="77777777" w:rsidR="007D7487" w:rsidRDefault="00E6407B">
      <w:pPr>
        <w:ind w:firstLine="288"/>
      </w:pPr>
      <w:r>
        <w:rPr>
          <w:rFonts w:cs="Times New Roman"/>
        </w:rPr>
        <w:t>"And the Father's answer was older."</w:t>
      </w:r>
    </w:p>
    <w:p w14:paraId="1A763AAC" w14:textId="77777777" w:rsidR="007D7487" w:rsidRDefault="00E6407B">
      <w:pPr>
        <w:ind w:firstLine="288"/>
      </w:pPr>
      <w:r>
        <w:rPr>
          <w:rFonts w:cs="Times New Roman"/>
        </w:rPr>
        <w:t>John felt the stories shift.</w:t>
      </w:r>
    </w:p>
    <w:p w14:paraId="44B58F42" w14:textId="77777777" w:rsidR="007D7487" w:rsidRDefault="00E6407B">
      <w:pPr>
        <w:ind w:firstLine="288"/>
      </w:pPr>
      <w:r>
        <w:rPr>
          <w:rFonts w:cs="Times New Roman"/>
        </w:rPr>
        <w:t>Not disappear.</w:t>
      </w:r>
    </w:p>
    <w:p w14:paraId="0445A85A" w14:textId="77777777" w:rsidR="007D7487" w:rsidRDefault="00E6407B">
      <w:pPr>
        <w:ind w:firstLine="288"/>
      </w:pPr>
      <w:r>
        <w:rPr>
          <w:rFonts w:cs="Times New Roman"/>
        </w:rPr>
        <w:t>Shift.</w:t>
      </w:r>
    </w:p>
    <w:p w14:paraId="7F584235" w14:textId="77777777" w:rsidR="007D7487" w:rsidRDefault="00E6407B">
      <w:pPr>
        <w:ind w:firstLine="288"/>
      </w:pPr>
      <w:r>
        <w:rPr>
          <w:rFonts w:cs="Times New Roman"/>
        </w:rPr>
        <w:t>Rome still existed.</w:t>
      </w:r>
    </w:p>
    <w:p w14:paraId="77F0F053" w14:textId="77777777" w:rsidR="007D7487" w:rsidRDefault="00E6407B">
      <w:pPr>
        <w:ind w:firstLine="288"/>
      </w:pPr>
      <w:r>
        <w:rPr>
          <w:rFonts w:cs="Times New Roman"/>
        </w:rPr>
        <w:t>Egypt had been real.</w:t>
      </w:r>
    </w:p>
    <w:p w14:paraId="714090C4" w14:textId="77777777" w:rsidR="007D7487" w:rsidRDefault="00E6407B">
      <w:pPr>
        <w:ind w:firstLine="288"/>
      </w:pPr>
      <w:r>
        <w:rPr>
          <w:rFonts w:cs="Times New Roman"/>
        </w:rPr>
        <w:t>Assyria had been real.</w:t>
      </w:r>
    </w:p>
    <w:p w14:paraId="54FEAFB4" w14:textId="77777777" w:rsidR="007D7487" w:rsidRDefault="00E6407B">
      <w:pPr>
        <w:ind w:firstLine="288"/>
      </w:pPr>
      <w:r>
        <w:rPr>
          <w:rFonts w:cs="Times New Roman"/>
        </w:rPr>
        <w:t>Babylon had been real.</w:t>
      </w:r>
    </w:p>
    <w:p w14:paraId="49A77A03" w14:textId="77777777" w:rsidR="007D7487" w:rsidRDefault="00E6407B">
      <w:pPr>
        <w:ind w:firstLine="288"/>
      </w:pPr>
      <w:r>
        <w:rPr>
          <w:rFonts w:cs="Times New Roman"/>
        </w:rPr>
        <w:t>But none of them had been the first enemy.</w:t>
      </w:r>
    </w:p>
    <w:p w14:paraId="390094F7" w14:textId="77777777" w:rsidR="007D7487" w:rsidRDefault="00E6407B">
      <w:pPr>
        <w:ind w:firstLine="288"/>
      </w:pPr>
      <w:r>
        <w:rPr>
          <w:rFonts w:cs="Times New Roman"/>
        </w:rPr>
        <w:t>Jesus looked across the gathering.</w:t>
      </w:r>
    </w:p>
    <w:p w14:paraId="665F9355" w14:textId="77777777" w:rsidR="007D7487" w:rsidRDefault="00E6407B">
      <w:pPr>
        <w:ind w:firstLine="288"/>
      </w:pPr>
      <w:r>
        <w:rPr>
          <w:rFonts w:cs="Times New Roman"/>
        </w:rPr>
        <w:t>"You waited for Me to attack Caesar."</w:t>
      </w:r>
    </w:p>
    <w:p w14:paraId="7BA40848" w14:textId="77777777" w:rsidR="007D7487" w:rsidRDefault="00E6407B">
      <w:pPr>
        <w:ind w:firstLine="288"/>
      </w:pPr>
      <w:r>
        <w:rPr>
          <w:rFonts w:cs="Times New Roman"/>
        </w:rPr>
        <w:t>A faint smile crossed His face.</w:t>
      </w:r>
    </w:p>
    <w:p w14:paraId="5EDE9B47" w14:textId="77777777" w:rsidR="007D7487" w:rsidRDefault="00E6407B">
      <w:pPr>
        <w:ind w:firstLine="288"/>
      </w:pPr>
      <w:r>
        <w:rPr>
          <w:rFonts w:cs="Times New Roman"/>
        </w:rPr>
        <w:t>"I had been attacking the enemy in front of you for years."</w:t>
      </w:r>
    </w:p>
    <w:p w14:paraId="1CF7ED01" w14:textId="77777777" w:rsidR="007D7487" w:rsidRDefault="00E6407B">
      <w:pPr>
        <w:ind w:firstLine="288"/>
      </w:pPr>
      <w:r>
        <w:rPr>
          <w:rFonts w:cs="Times New Roman"/>
        </w:rPr>
        <w:t>James frowned.</w:t>
      </w:r>
    </w:p>
    <w:p w14:paraId="6E4BFCA7" w14:textId="77777777" w:rsidR="007D7487" w:rsidRDefault="00E6407B">
      <w:pPr>
        <w:ind w:firstLine="288"/>
      </w:pPr>
      <w:r>
        <w:rPr>
          <w:rFonts w:cs="Times New Roman"/>
        </w:rPr>
        <w:t>Jesus turned toward him.</w:t>
      </w:r>
    </w:p>
    <w:p w14:paraId="742882D5" w14:textId="77777777" w:rsidR="007D7487" w:rsidRDefault="00E6407B">
      <w:pPr>
        <w:ind w:firstLine="288"/>
      </w:pPr>
      <w:r>
        <w:rPr>
          <w:rFonts w:cs="Times New Roman"/>
        </w:rPr>
        <w:t>"What happened when unclean spirits saw Me?"</w:t>
      </w:r>
    </w:p>
    <w:p w14:paraId="5130226F" w14:textId="77777777" w:rsidR="007D7487" w:rsidRDefault="00E6407B">
      <w:pPr>
        <w:ind w:firstLine="288"/>
      </w:pPr>
      <w:r>
        <w:rPr>
          <w:rFonts w:cs="Times New Roman"/>
        </w:rPr>
        <w:t>James's expression changed.</w:t>
      </w:r>
    </w:p>
    <w:p w14:paraId="3EA5DC4F" w14:textId="77777777" w:rsidR="007D7487" w:rsidRDefault="00E6407B">
      <w:pPr>
        <w:ind w:firstLine="288"/>
      </w:pPr>
      <w:r>
        <w:rPr>
          <w:rFonts w:cs="Times New Roman"/>
        </w:rPr>
        <w:t>He remembered.</w:t>
      </w:r>
    </w:p>
    <w:p w14:paraId="7C019052" w14:textId="77777777" w:rsidR="007D7487" w:rsidRDefault="00E6407B">
      <w:pPr>
        <w:ind w:firstLine="288"/>
      </w:pPr>
      <w:r>
        <w:rPr>
          <w:rFonts w:cs="Times New Roman"/>
        </w:rPr>
        <w:t>Synagogues.</w:t>
      </w:r>
    </w:p>
    <w:p w14:paraId="630AA0E2" w14:textId="77777777" w:rsidR="007D7487" w:rsidRDefault="00E6407B">
      <w:pPr>
        <w:ind w:firstLine="288"/>
      </w:pPr>
      <w:r>
        <w:rPr>
          <w:rFonts w:cs="Times New Roman"/>
        </w:rPr>
        <w:t>Dust.</w:t>
      </w:r>
    </w:p>
    <w:p w14:paraId="29CAEB20" w14:textId="77777777" w:rsidR="007D7487" w:rsidRDefault="00E6407B">
      <w:pPr>
        <w:ind w:firstLine="288"/>
      </w:pPr>
      <w:r>
        <w:rPr>
          <w:rFonts w:cs="Times New Roman"/>
        </w:rPr>
        <w:t>Men thrown down.</w:t>
      </w:r>
    </w:p>
    <w:p w14:paraId="68AAE91D" w14:textId="77777777" w:rsidR="007D7487" w:rsidRDefault="00E6407B">
      <w:pPr>
        <w:ind w:firstLine="288"/>
      </w:pPr>
      <w:r>
        <w:rPr>
          <w:rFonts w:cs="Times New Roman"/>
        </w:rPr>
        <w:t>Voices that did not sound like the men whose mouths produced them.</w:t>
      </w:r>
    </w:p>
    <w:p w14:paraId="7FBDEA1A" w14:textId="77777777" w:rsidR="007D7487" w:rsidRDefault="00E6407B">
      <w:pPr>
        <w:ind w:firstLine="288"/>
      </w:pPr>
      <w:r>
        <w:rPr>
          <w:rFonts w:cs="Times New Roman"/>
        </w:rPr>
        <w:t>"They cried out."</w:t>
      </w:r>
    </w:p>
    <w:p w14:paraId="33CAEF37" w14:textId="77777777" w:rsidR="007D7487" w:rsidRDefault="00E6407B">
      <w:pPr>
        <w:ind w:firstLine="288"/>
      </w:pPr>
      <w:r>
        <w:rPr>
          <w:rFonts w:cs="Times New Roman"/>
        </w:rPr>
        <w:t>Andrew added, "They knew who You were."</w:t>
      </w:r>
    </w:p>
    <w:p w14:paraId="0B47EFEB" w14:textId="77777777" w:rsidR="007D7487" w:rsidRDefault="00E6407B">
      <w:pPr>
        <w:ind w:firstLine="288"/>
      </w:pPr>
      <w:r>
        <w:rPr>
          <w:rFonts w:cs="Times New Roman"/>
        </w:rPr>
        <w:t>"What did they call Me?"</w:t>
      </w:r>
    </w:p>
    <w:p w14:paraId="61CBC32A" w14:textId="77777777" w:rsidR="007D7487" w:rsidRDefault="00E6407B">
      <w:pPr>
        <w:ind w:firstLine="288"/>
      </w:pPr>
      <w:r>
        <w:rPr>
          <w:rFonts w:cs="Times New Roman"/>
        </w:rPr>
        <w:t>"The Holy One of God."</w:t>
      </w:r>
    </w:p>
    <w:p w14:paraId="610B1652" w14:textId="77777777" w:rsidR="007D7487" w:rsidRDefault="00E6407B">
      <w:pPr>
        <w:ind w:firstLine="288"/>
      </w:pPr>
      <w:r>
        <w:rPr>
          <w:rFonts w:cs="Times New Roman"/>
        </w:rPr>
        <w:t>"The Son of God," Thomas added.</w:t>
      </w:r>
    </w:p>
    <w:p w14:paraId="01642F7E" w14:textId="77777777" w:rsidR="007D7487" w:rsidRDefault="00E6407B">
      <w:pPr>
        <w:ind w:firstLine="288"/>
      </w:pPr>
      <w:r>
        <w:rPr>
          <w:rFonts w:cs="Times New Roman"/>
        </w:rPr>
        <w:t>"And when I commanded them?"</w:t>
      </w:r>
    </w:p>
    <w:p w14:paraId="7B7EB73B" w14:textId="77777777" w:rsidR="007D7487" w:rsidRDefault="00E6407B">
      <w:pPr>
        <w:ind w:firstLine="288"/>
      </w:pPr>
      <w:r>
        <w:rPr>
          <w:rFonts w:cs="Times New Roman"/>
        </w:rPr>
        <w:t>"They came out."</w:t>
      </w:r>
    </w:p>
    <w:p w14:paraId="4748570F" w14:textId="77777777" w:rsidR="007D7487" w:rsidRDefault="00E6407B">
      <w:pPr>
        <w:ind w:firstLine="288"/>
      </w:pPr>
      <w:r>
        <w:rPr>
          <w:rFonts w:cs="Times New Roman"/>
        </w:rPr>
        <w:t>Jesus looked toward those He had once sent through towns and villages.</w:t>
      </w:r>
    </w:p>
    <w:p w14:paraId="3D40ACCC" w14:textId="77777777" w:rsidR="007D7487" w:rsidRDefault="00E6407B">
      <w:pPr>
        <w:ind w:firstLine="288"/>
      </w:pPr>
      <w:r>
        <w:rPr>
          <w:rFonts w:cs="Times New Roman"/>
        </w:rPr>
        <w:lastRenderedPageBreak/>
        <w:t>"And when I gave you authority?"</w:t>
      </w:r>
    </w:p>
    <w:p w14:paraId="7531D97C" w14:textId="77777777" w:rsidR="007D7487" w:rsidRDefault="00E6407B">
      <w:pPr>
        <w:ind w:firstLine="288"/>
      </w:pPr>
      <w:r>
        <w:rPr>
          <w:rFonts w:cs="Times New Roman"/>
        </w:rPr>
        <w:t>Peter answered.</w:t>
      </w:r>
    </w:p>
    <w:p w14:paraId="14715FE9" w14:textId="77777777" w:rsidR="007D7487" w:rsidRDefault="00E6407B">
      <w:pPr>
        <w:ind w:firstLine="288"/>
      </w:pPr>
      <w:r>
        <w:rPr>
          <w:rFonts w:cs="Times New Roman"/>
        </w:rPr>
        <w:t>"The spirits were subject through Your name."</w:t>
      </w:r>
    </w:p>
    <w:p w14:paraId="5C793CD8" w14:textId="77777777" w:rsidR="007D7487" w:rsidRDefault="00E6407B">
      <w:pPr>
        <w:ind w:firstLine="288"/>
      </w:pPr>
      <w:r>
        <w:rPr>
          <w:rFonts w:cs="Times New Roman"/>
        </w:rPr>
        <w:t>"What did I tell you?"</w:t>
      </w:r>
    </w:p>
    <w:p w14:paraId="32200416" w14:textId="77777777" w:rsidR="007D7487" w:rsidRDefault="00E6407B">
      <w:pPr>
        <w:ind w:firstLine="288"/>
      </w:pPr>
      <w:r>
        <w:rPr>
          <w:rFonts w:cs="Times New Roman"/>
        </w:rPr>
        <w:t>Peter searched.</w:t>
      </w:r>
    </w:p>
    <w:p w14:paraId="11497CC3" w14:textId="77777777" w:rsidR="007D7487" w:rsidRDefault="00E6407B">
      <w:pPr>
        <w:ind w:firstLine="288"/>
      </w:pPr>
      <w:r>
        <w:rPr>
          <w:rFonts w:cs="Times New Roman"/>
        </w:rPr>
        <w:t>Nathanael got there first.</w:t>
      </w:r>
    </w:p>
    <w:p w14:paraId="4B44043B" w14:textId="77777777" w:rsidR="007D7487" w:rsidRDefault="00E6407B">
      <w:pPr>
        <w:ind w:firstLine="288"/>
      </w:pPr>
      <w:r>
        <w:rPr>
          <w:rFonts w:cs="Times New Roman"/>
        </w:rPr>
        <w:t>"You saw Satan fall as lightning."</w:t>
      </w:r>
    </w:p>
    <w:p w14:paraId="0B63188A" w14:textId="77777777" w:rsidR="007D7487" w:rsidRDefault="00E6407B">
      <w:pPr>
        <w:ind w:firstLine="288"/>
      </w:pPr>
      <w:r>
        <w:rPr>
          <w:rFonts w:cs="Times New Roman"/>
        </w:rPr>
        <w:t>Jesus nodded.</w:t>
      </w:r>
    </w:p>
    <w:p w14:paraId="73B11616" w14:textId="77777777" w:rsidR="007D7487" w:rsidRDefault="00E6407B">
      <w:pPr>
        <w:ind w:firstLine="288"/>
      </w:pPr>
      <w:r>
        <w:rPr>
          <w:rFonts w:cs="Times New Roman"/>
        </w:rPr>
        <w:t>"And when I cast out demons by the power of God, what did I tell you had come upon you?"</w:t>
      </w:r>
    </w:p>
    <w:p w14:paraId="6BA92D6B" w14:textId="77777777" w:rsidR="007D7487" w:rsidRDefault="00E6407B">
      <w:pPr>
        <w:ind w:firstLine="288"/>
      </w:pPr>
      <w:r>
        <w:rPr>
          <w:rFonts w:cs="Times New Roman"/>
        </w:rPr>
        <w:t>Matthew's eyes widened slightly.</w:t>
      </w:r>
    </w:p>
    <w:p w14:paraId="54406392" w14:textId="77777777" w:rsidR="007D7487" w:rsidRDefault="00E6407B">
      <w:pPr>
        <w:ind w:firstLine="288"/>
      </w:pPr>
      <w:r>
        <w:rPr>
          <w:rFonts w:cs="Times New Roman"/>
        </w:rPr>
        <w:t>"The kingdom of God."</w:t>
      </w:r>
    </w:p>
    <w:p w14:paraId="4538C210" w14:textId="77777777" w:rsidR="007D7487" w:rsidRDefault="00E6407B">
      <w:pPr>
        <w:ind w:firstLine="288"/>
      </w:pPr>
      <w:r>
        <w:rPr>
          <w:rFonts w:cs="Times New Roman"/>
        </w:rPr>
        <w:t>Jesus looked toward Simon.</w:t>
      </w:r>
    </w:p>
    <w:p w14:paraId="2D79BA7A" w14:textId="77777777" w:rsidR="007D7487" w:rsidRDefault="00E6407B">
      <w:pPr>
        <w:ind w:firstLine="288"/>
      </w:pPr>
      <w:r>
        <w:rPr>
          <w:rFonts w:cs="Times New Roman"/>
        </w:rPr>
        <w:t>"You kept waiting for the kingdom to enter a Roman fortress."</w:t>
      </w:r>
    </w:p>
    <w:p w14:paraId="31F3ABEB" w14:textId="77777777" w:rsidR="007D7487" w:rsidRDefault="00E6407B">
      <w:pPr>
        <w:ind w:firstLine="288"/>
      </w:pPr>
      <w:r>
        <w:rPr>
          <w:rFonts w:cs="Times New Roman"/>
        </w:rPr>
        <w:t>His voice remained gentle, but it carried through the whole gathering.</w:t>
      </w:r>
    </w:p>
    <w:p w14:paraId="6C1728CA" w14:textId="77777777" w:rsidR="007D7487" w:rsidRDefault="00E6407B">
      <w:pPr>
        <w:ind w:firstLine="288"/>
      </w:pPr>
      <w:r>
        <w:rPr>
          <w:rFonts w:cs="Times New Roman"/>
        </w:rPr>
        <w:t>"I told you every time an unclean spirit came out of a man that the kingdom had already entered enemy territory."</w:t>
      </w:r>
    </w:p>
    <w:p w14:paraId="4F84C617" w14:textId="77777777" w:rsidR="007D7487" w:rsidRDefault="00E6407B">
      <w:pPr>
        <w:ind w:firstLine="288"/>
      </w:pPr>
      <w:r>
        <w:rPr>
          <w:rFonts w:cs="Times New Roman"/>
        </w:rPr>
        <w:t>Simon lowered his eyes.</w:t>
      </w:r>
    </w:p>
    <w:p w14:paraId="33B0522C" w14:textId="77777777" w:rsidR="007D7487" w:rsidRDefault="00E6407B">
      <w:pPr>
        <w:ind w:firstLine="288"/>
      </w:pPr>
      <w:r>
        <w:rPr>
          <w:rFonts w:cs="Times New Roman"/>
        </w:rPr>
        <w:t>Jesus continued.</w:t>
      </w:r>
    </w:p>
    <w:p w14:paraId="0E4D3874" w14:textId="77777777" w:rsidR="007D7487" w:rsidRDefault="00E6407B">
      <w:pPr>
        <w:ind w:firstLine="288"/>
      </w:pPr>
      <w:r>
        <w:rPr>
          <w:rFonts w:cs="Times New Roman"/>
        </w:rPr>
        <w:t>"How do you spoil a strong man's house?"</w:t>
      </w:r>
    </w:p>
    <w:p w14:paraId="437B8525" w14:textId="77777777" w:rsidR="007D7487" w:rsidRDefault="00E6407B">
      <w:pPr>
        <w:ind w:firstLine="288"/>
      </w:pPr>
      <w:r>
        <w:rPr>
          <w:rFonts w:cs="Times New Roman"/>
        </w:rPr>
        <w:t>Peter answered almost reflexively.</w:t>
      </w:r>
    </w:p>
    <w:p w14:paraId="74AFAF76" w14:textId="77777777" w:rsidR="007D7487" w:rsidRDefault="00E6407B">
      <w:pPr>
        <w:ind w:firstLine="288"/>
      </w:pPr>
      <w:r>
        <w:rPr>
          <w:rFonts w:cs="Times New Roman"/>
        </w:rPr>
        <w:t>"Bind the strong man first."</w:t>
      </w:r>
    </w:p>
    <w:p w14:paraId="12EB259A" w14:textId="77777777" w:rsidR="007D7487" w:rsidRDefault="00E6407B">
      <w:pPr>
        <w:ind w:firstLine="288"/>
      </w:pPr>
      <w:r>
        <w:rPr>
          <w:rFonts w:cs="Times New Roman"/>
        </w:rPr>
        <w:t>"I told you that too."</w:t>
      </w:r>
    </w:p>
    <w:p w14:paraId="620E2F6E" w14:textId="77777777" w:rsidR="007D7487" w:rsidRDefault="00E6407B">
      <w:pPr>
        <w:ind w:firstLine="288"/>
      </w:pPr>
      <w:r>
        <w:rPr>
          <w:rFonts w:cs="Times New Roman"/>
        </w:rPr>
        <w:t>John's mouth opened.</w:t>
      </w:r>
    </w:p>
    <w:p w14:paraId="553E686D" w14:textId="77777777" w:rsidR="007D7487" w:rsidRDefault="00E6407B">
      <w:pPr>
        <w:ind w:firstLine="288"/>
      </w:pPr>
      <w:r>
        <w:rPr>
          <w:rFonts w:cs="Times New Roman"/>
        </w:rPr>
        <w:t>The saying returned all at once.</w:t>
      </w:r>
    </w:p>
    <w:p w14:paraId="5638F2CA" w14:textId="77777777" w:rsidR="007D7487" w:rsidRDefault="00E6407B">
      <w:pPr>
        <w:ind w:firstLine="288"/>
      </w:pPr>
      <w:r>
        <w:rPr>
          <w:rFonts w:cs="Times New Roman"/>
        </w:rPr>
        <w:t>Strong man.</w:t>
      </w:r>
    </w:p>
    <w:p w14:paraId="61C71D60" w14:textId="77777777" w:rsidR="007D7487" w:rsidRDefault="00E6407B">
      <w:pPr>
        <w:ind w:firstLine="288"/>
      </w:pPr>
      <w:r>
        <w:rPr>
          <w:rFonts w:cs="Times New Roman"/>
        </w:rPr>
        <w:t>House.</w:t>
      </w:r>
    </w:p>
    <w:p w14:paraId="2EBEDE97" w14:textId="77777777" w:rsidR="007D7487" w:rsidRDefault="00E6407B">
      <w:pPr>
        <w:ind w:firstLine="288"/>
      </w:pPr>
      <w:r>
        <w:rPr>
          <w:rFonts w:cs="Times New Roman"/>
        </w:rPr>
        <w:t>Goods.</w:t>
      </w:r>
    </w:p>
    <w:p w14:paraId="6B6E2437" w14:textId="77777777" w:rsidR="007D7487" w:rsidRDefault="00E6407B">
      <w:pPr>
        <w:ind w:firstLine="288"/>
      </w:pPr>
      <w:r>
        <w:rPr>
          <w:rFonts w:cs="Times New Roman"/>
        </w:rPr>
        <w:t>Jesus had said it in front of them.</w:t>
      </w:r>
    </w:p>
    <w:p w14:paraId="7B703841" w14:textId="77777777" w:rsidR="007D7487" w:rsidRDefault="00E6407B">
      <w:pPr>
        <w:ind w:firstLine="288"/>
      </w:pPr>
      <w:r>
        <w:rPr>
          <w:rFonts w:cs="Times New Roman"/>
        </w:rPr>
        <w:t>John gave a helpless shake of his head.</w:t>
      </w:r>
    </w:p>
    <w:p w14:paraId="1B2B1392" w14:textId="77777777" w:rsidR="007D7487" w:rsidRDefault="00E6407B">
      <w:pPr>
        <w:ind w:firstLine="288"/>
      </w:pPr>
      <w:r>
        <w:rPr>
          <w:rFonts w:cs="Times New Roman"/>
        </w:rPr>
        <w:t>"You said that."</w:t>
      </w:r>
    </w:p>
    <w:p w14:paraId="5E9A888D" w14:textId="77777777" w:rsidR="007D7487" w:rsidRDefault="00E6407B">
      <w:pPr>
        <w:ind w:firstLine="288"/>
      </w:pPr>
      <w:r>
        <w:rPr>
          <w:rFonts w:cs="Times New Roman"/>
        </w:rPr>
        <w:t>A few people laughed.</w:t>
      </w:r>
    </w:p>
    <w:p w14:paraId="6975721F" w14:textId="77777777" w:rsidR="007D7487" w:rsidRDefault="00E6407B">
      <w:pPr>
        <w:ind w:firstLine="288"/>
      </w:pPr>
      <w:r>
        <w:rPr>
          <w:rFonts w:cs="Times New Roman"/>
        </w:rPr>
        <w:t>Jesus looked toward him.</w:t>
      </w:r>
    </w:p>
    <w:p w14:paraId="59A7F47D" w14:textId="77777777" w:rsidR="007D7487" w:rsidRDefault="00E6407B">
      <w:pPr>
        <w:ind w:firstLine="288"/>
      </w:pPr>
      <w:r>
        <w:rPr>
          <w:rFonts w:cs="Times New Roman"/>
        </w:rPr>
        <w:t>"Yes, John."</w:t>
      </w:r>
    </w:p>
    <w:p w14:paraId="1B5B4876" w14:textId="77777777" w:rsidR="007D7487" w:rsidRDefault="00E6407B">
      <w:pPr>
        <w:ind w:firstLine="288"/>
      </w:pPr>
      <w:r>
        <w:rPr>
          <w:rFonts w:cs="Times New Roman"/>
        </w:rPr>
        <w:t>John rubbed his face.</w:t>
      </w:r>
    </w:p>
    <w:p w14:paraId="17F7A3AC" w14:textId="77777777" w:rsidR="007D7487" w:rsidRDefault="00E6407B">
      <w:pPr>
        <w:ind w:firstLine="288"/>
      </w:pPr>
      <w:r>
        <w:rPr>
          <w:rFonts w:cs="Times New Roman"/>
        </w:rPr>
        <w:t>"You said everything."</w:t>
      </w:r>
    </w:p>
    <w:p w14:paraId="124EB7EE" w14:textId="77777777" w:rsidR="007D7487" w:rsidRDefault="00E6407B">
      <w:pPr>
        <w:ind w:firstLine="288"/>
      </w:pPr>
      <w:r>
        <w:rPr>
          <w:rFonts w:cs="Times New Roman"/>
        </w:rPr>
        <w:t>"Not everything."</w:t>
      </w:r>
    </w:p>
    <w:p w14:paraId="70F2F302" w14:textId="77777777" w:rsidR="007D7487" w:rsidRDefault="00E6407B">
      <w:pPr>
        <w:ind w:firstLine="288"/>
      </w:pPr>
      <w:r>
        <w:rPr>
          <w:rFonts w:cs="Times New Roman"/>
        </w:rPr>
        <w:t>Nicodemus straightened immediately.</w:t>
      </w:r>
    </w:p>
    <w:p w14:paraId="336193DB" w14:textId="77777777" w:rsidR="007D7487" w:rsidRDefault="00E6407B">
      <w:pPr>
        <w:ind w:firstLine="288"/>
      </w:pPr>
      <w:r>
        <w:rPr>
          <w:rFonts w:cs="Times New Roman"/>
        </w:rPr>
        <w:t>Jesus noticed.</w:t>
      </w:r>
    </w:p>
    <w:p w14:paraId="4172036A" w14:textId="77777777" w:rsidR="007D7487" w:rsidRDefault="00E6407B">
      <w:pPr>
        <w:ind w:firstLine="288"/>
      </w:pPr>
      <w:r>
        <w:rPr>
          <w:rFonts w:cs="Times New Roman"/>
        </w:rPr>
        <w:lastRenderedPageBreak/>
        <w:t>"Do not encourage him."</w:t>
      </w:r>
    </w:p>
    <w:p w14:paraId="4DF9BE97" w14:textId="77777777" w:rsidR="007D7487" w:rsidRDefault="00E6407B">
      <w:pPr>
        <w:ind w:firstLine="288"/>
      </w:pPr>
      <w:r>
        <w:rPr>
          <w:rFonts w:cs="Times New Roman"/>
        </w:rPr>
        <w:t>Joseph laughed before Nicodemus could defend himself.</w:t>
      </w:r>
    </w:p>
    <w:p w14:paraId="011192D5" w14:textId="77777777" w:rsidR="007D7487" w:rsidRDefault="00E6407B">
      <w:pPr>
        <w:ind w:firstLine="288"/>
      </w:pPr>
      <w:r>
        <w:rPr>
          <w:rFonts w:cs="Times New Roman"/>
        </w:rPr>
        <w:t>The old teacher arranged his face into dignity.</w:t>
      </w:r>
    </w:p>
    <w:p w14:paraId="1A3A9F0B" w14:textId="77777777" w:rsidR="007D7487" w:rsidRDefault="00E6407B">
      <w:pPr>
        <w:ind w:firstLine="288"/>
      </w:pPr>
      <w:r>
        <w:rPr>
          <w:rFonts w:cs="Times New Roman"/>
        </w:rPr>
        <w:t>It lasted only until Peter looked at him.</w:t>
      </w:r>
    </w:p>
    <w:p w14:paraId="55F41C2C" w14:textId="77777777" w:rsidR="007D7487" w:rsidRDefault="00E6407B">
      <w:pPr>
        <w:ind w:firstLine="288"/>
      </w:pPr>
      <w:r>
        <w:rPr>
          <w:rFonts w:cs="Times New Roman"/>
        </w:rPr>
        <w:t>Peter raised an eyebrow.</w:t>
      </w:r>
    </w:p>
    <w:p w14:paraId="10E9ABA7" w14:textId="77777777" w:rsidR="007D7487" w:rsidRDefault="00E6407B">
      <w:pPr>
        <w:ind w:firstLine="288"/>
      </w:pPr>
      <w:r>
        <w:rPr>
          <w:rFonts w:cs="Times New Roman"/>
        </w:rPr>
        <w:t>Nicodemus sighed.</w:t>
      </w:r>
    </w:p>
    <w:p w14:paraId="6F6AD16C" w14:textId="77777777" w:rsidR="007D7487" w:rsidRDefault="00E6407B">
      <w:pPr>
        <w:ind w:firstLine="288"/>
      </w:pPr>
      <w:r>
        <w:rPr>
          <w:rFonts w:cs="Times New Roman"/>
        </w:rPr>
        <w:t>"I did not say anything."</w:t>
      </w:r>
    </w:p>
    <w:p w14:paraId="6FF11F6E" w14:textId="77777777" w:rsidR="007D7487" w:rsidRDefault="00E6407B">
      <w:pPr>
        <w:ind w:firstLine="288"/>
      </w:pPr>
      <w:r>
        <w:rPr>
          <w:rFonts w:cs="Times New Roman"/>
        </w:rPr>
        <w:t>"You were about to."</w:t>
      </w:r>
    </w:p>
    <w:p w14:paraId="104FC144" w14:textId="77777777" w:rsidR="007D7487" w:rsidRDefault="00E6407B">
      <w:pPr>
        <w:ind w:firstLine="288"/>
      </w:pPr>
      <w:r>
        <w:rPr>
          <w:rFonts w:cs="Times New Roman"/>
        </w:rPr>
        <w:t>"I was breathing."</w:t>
      </w:r>
    </w:p>
    <w:p w14:paraId="5EB5FC62" w14:textId="77777777" w:rsidR="007D7487" w:rsidRDefault="00E6407B">
      <w:pPr>
        <w:ind w:firstLine="288"/>
      </w:pPr>
      <w:r>
        <w:rPr>
          <w:rFonts w:cs="Times New Roman"/>
        </w:rPr>
        <w:t>"Loudly."</w:t>
      </w:r>
    </w:p>
    <w:p w14:paraId="06A01BAA" w14:textId="77777777" w:rsidR="007D7487" w:rsidRDefault="00E6407B">
      <w:pPr>
        <w:ind w:firstLine="288"/>
      </w:pPr>
      <w:r>
        <w:rPr>
          <w:rFonts w:cs="Times New Roman"/>
        </w:rPr>
        <w:t>Even Jesus laughed.</w:t>
      </w:r>
    </w:p>
    <w:p w14:paraId="4751F6FD" w14:textId="77777777" w:rsidR="007D7487" w:rsidRDefault="00E6407B">
      <w:pPr>
        <w:ind w:firstLine="288"/>
      </w:pPr>
      <w:r>
        <w:rPr>
          <w:rFonts w:cs="Times New Roman"/>
        </w:rPr>
        <w:t>The laughter loosened something in the group.</w:t>
      </w:r>
    </w:p>
    <w:p w14:paraId="2E7D2486" w14:textId="77777777" w:rsidR="007D7487" w:rsidRDefault="00E6407B">
      <w:pPr>
        <w:ind w:firstLine="288"/>
      </w:pPr>
      <w:r>
        <w:rPr>
          <w:rFonts w:cs="Times New Roman"/>
        </w:rPr>
        <w:t>Then His expression became serious again.</w:t>
      </w:r>
    </w:p>
    <w:p w14:paraId="11EEEFA4" w14:textId="77777777" w:rsidR="007D7487" w:rsidRDefault="00E6407B">
      <w:pPr>
        <w:ind w:firstLine="288"/>
      </w:pPr>
      <w:r>
        <w:rPr>
          <w:rFonts w:cs="Times New Roman"/>
        </w:rPr>
        <w:t>"The serpent did not disappear because Joshua entered Canaan."</w:t>
      </w:r>
    </w:p>
    <w:p w14:paraId="166C1A95" w14:textId="77777777" w:rsidR="007D7487" w:rsidRDefault="00E6407B">
      <w:pPr>
        <w:ind w:firstLine="288"/>
      </w:pPr>
      <w:r>
        <w:rPr>
          <w:rFonts w:cs="Times New Roman"/>
        </w:rPr>
        <w:t>"The nations did not disappear because David took Jerusalem."</w:t>
      </w:r>
    </w:p>
    <w:p w14:paraId="4C447BDA" w14:textId="77777777" w:rsidR="007D7487" w:rsidRDefault="00E6407B">
      <w:pPr>
        <w:ind w:firstLine="288"/>
      </w:pPr>
      <w:r>
        <w:rPr>
          <w:rFonts w:cs="Times New Roman"/>
        </w:rPr>
        <w:t>"Death did not disappear because Solomon built a house."</w:t>
      </w:r>
    </w:p>
    <w:p w14:paraId="7A503D19" w14:textId="77777777" w:rsidR="007D7487" w:rsidRDefault="00E6407B">
      <w:pPr>
        <w:ind w:firstLine="288"/>
      </w:pPr>
      <w:r>
        <w:rPr>
          <w:rFonts w:cs="Times New Roman"/>
        </w:rPr>
        <w:t>"Sin did not disappear because Rome replaced Greece."</w:t>
      </w:r>
    </w:p>
    <w:p w14:paraId="7344DF4A" w14:textId="77777777" w:rsidR="007D7487" w:rsidRDefault="00E6407B">
      <w:pPr>
        <w:ind w:firstLine="288"/>
      </w:pPr>
      <w:r>
        <w:rPr>
          <w:rFonts w:cs="Times New Roman"/>
        </w:rPr>
        <w:t>He looked at His wounded hand.</w:t>
      </w:r>
    </w:p>
    <w:p w14:paraId="343719C9" w14:textId="77777777" w:rsidR="007D7487" w:rsidRDefault="00E6407B">
      <w:pPr>
        <w:ind w:firstLine="288"/>
      </w:pPr>
      <w:r>
        <w:rPr>
          <w:rFonts w:cs="Times New Roman"/>
        </w:rPr>
        <w:t>"You were waiting for Me to begin a war that had been under way since the garden."</w:t>
      </w:r>
    </w:p>
    <w:p w14:paraId="40E51042" w14:textId="77777777" w:rsidR="007D7487" w:rsidRDefault="00E6407B">
      <w:pPr>
        <w:suppressLineNumbers/>
        <w:spacing w:before="100" w:after="100"/>
        <w:jc w:val="center"/>
      </w:pPr>
      <w:r>
        <w:rPr>
          <w:rFonts w:cs="Times New Roman"/>
          <w:sz w:val="20"/>
        </w:rPr>
        <w:t>* * *</w:t>
      </w:r>
    </w:p>
    <w:p w14:paraId="2EAD7E75" w14:textId="77777777" w:rsidR="007D7487" w:rsidRDefault="00E6407B">
      <w:pPr>
        <w:ind w:firstLine="288"/>
      </w:pPr>
      <w:r>
        <w:rPr>
          <w:rFonts w:cs="Times New Roman"/>
        </w:rPr>
        <w:t>"There is something many of you do not know."</w:t>
      </w:r>
    </w:p>
    <w:p w14:paraId="50D9171C" w14:textId="77777777" w:rsidR="007D7487" w:rsidRDefault="00E6407B">
      <w:pPr>
        <w:ind w:firstLine="288"/>
      </w:pPr>
      <w:r>
        <w:rPr>
          <w:rFonts w:cs="Times New Roman"/>
        </w:rPr>
        <w:t>The laughter disappeared.</w:t>
      </w:r>
    </w:p>
    <w:p w14:paraId="33586763" w14:textId="77777777" w:rsidR="007D7487" w:rsidRDefault="00E6407B">
      <w:pPr>
        <w:ind w:firstLine="288"/>
      </w:pPr>
      <w:r>
        <w:rPr>
          <w:rFonts w:cs="Times New Roman"/>
        </w:rPr>
        <w:t>Jesus looked toward Andrew, then John.</w:t>
      </w:r>
    </w:p>
    <w:p w14:paraId="61830F1D" w14:textId="77777777" w:rsidR="007D7487" w:rsidRDefault="00E6407B">
      <w:pPr>
        <w:ind w:firstLine="288"/>
      </w:pPr>
      <w:r>
        <w:rPr>
          <w:rFonts w:cs="Times New Roman"/>
        </w:rPr>
        <w:t>"Before I called most of you, the Spirit led Me into the wilderness."</w:t>
      </w:r>
    </w:p>
    <w:p w14:paraId="7BE7B6AE" w14:textId="77777777" w:rsidR="007D7487" w:rsidRDefault="00E6407B">
      <w:pPr>
        <w:ind w:firstLine="288"/>
      </w:pPr>
      <w:r>
        <w:rPr>
          <w:rFonts w:cs="Times New Roman"/>
        </w:rPr>
        <w:t>John leaned forward.</w:t>
      </w:r>
    </w:p>
    <w:p w14:paraId="035827AD" w14:textId="77777777" w:rsidR="007D7487" w:rsidRDefault="00E6407B">
      <w:pPr>
        <w:ind w:firstLine="288"/>
      </w:pPr>
      <w:r>
        <w:rPr>
          <w:rFonts w:cs="Times New Roman"/>
        </w:rPr>
        <w:t>He knew the account.</w:t>
      </w:r>
    </w:p>
    <w:p w14:paraId="67F6D211" w14:textId="77777777" w:rsidR="007D7487" w:rsidRDefault="00E6407B">
      <w:pPr>
        <w:ind w:firstLine="288"/>
      </w:pPr>
      <w:r>
        <w:rPr>
          <w:rFonts w:cs="Times New Roman"/>
        </w:rPr>
        <w:t>He realized he had never heard Jesus open it this way.</w:t>
      </w:r>
    </w:p>
    <w:p w14:paraId="02E5B530" w14:textId="77777777" w:rsidR="007D7487" w:rsidRDefault="00E6407B">
      <w:pPr>
        <w:ind w:firstLine="288"/>
      </w:pPr>
      <w:r>
        <w:rPr>
          <w:rFonts w:cs="Times New Roman"/>
        </w:rPr>
        <w:t>"I fasted."</w:t>
      </w:r>
    </w:p>
    <w:p w14:paraId="4164B234" w14:textId="77777777" w:rsidR="007D7487" w:rsidRDefault="00E6407B">
      <w:pPr>
        <w:ind w:firstLine="288"/>
      </w:pPr>
      <w:r>
        <w:rPr>
          <w:rFonts w:cs="Times New Roman"/>
        </w:rPr>
        <w:t>"The adversary came."</w:t>
      </w:r>
    </w:p>
    <w:p w14:paraId="4F153E79" w14:textId="77777777" w:rsidR="007D7487" w:rsidRDefault="00E6407B">
      <w:pPr>
        <w:ind w:firstLine="288"/>
      </w:pPr>
      <w:r>
        <w:rPr>
          <w:rFonts w:cs="Times New Roman"/>
        </w:rPr>
        <w:t>No one moved.</w:t>
      </w:r>
    </w:p>
    <w:p w14:paraId="7D0A80AB" w14:textId="77777777" w:rsidR="007D7487" w:rsidRDefault="00E6407B">
      <w:pPr>
        <w:ind w:firstLine="288"/>
      </w:pPr>
      <w:r>
        <w:rPr>
          <w:rFonts w:cs="Times New Roman"/>
        </w:rPr>
        <w:t>"He spoke first to hunger."</w:t>
      </w:r>
    </w:p>
    <w:p w14:paraId="16F722B9" w14:textId="77777777" w:rsidR="007D7487" w:rsidRDefault="00E6407B">
      <w:pPr>
        <w:ind w:firstLine="288"/>
      </w:pPr>
      <w:r>
        <w:rPr>
          <w:rFonts w:cs="Times New Roman"/>
        </w:rPr>
        <w:t>Jesus looked at the ground.</w:t>
      </w:r>
    </w:p>
    <w:p w14:paraId="21FBDDC3" w14:textId="77777777" w:rsidR="007D7487" w:rsidRDefault="00E6407B">
      <w:pPr>
        <w:ind w:firstLine="288"/>
      </w:pPr>
      <w:r>
        <w:rPr>
          <w:rFonts w:cs="Times New Roman"/>
        </w:rPr>
        <w:t>"If thou be the Son of God..."</w:t>
      </w:r>
    </w:p>
    <w:p w14:paraId="5677516A" w14:textId="77777777" w:rsidR="007D7487" w:rsidRDefault="00E6407B">
      <w:pPr>
        <w:ind w:firstLine="288"/>
      </w:pPr>
      <w:r>
        <w:rPr>
          <w:rFonts w:cs="Times New Roman"/>
        </w:rPr>
        <w:t>He did not need to repeat the whole temptation.</w:t>
      </w:r>
    </w:p>
    <w:p w14:paraId="3A7B259A" w14:textId="77777777" w:rsidR="007D7487" w:rsidRDefault="00E6407B">
      <w:pPr>
        <w:ind w:firstLine="288"/>
      </w:pPr>
      <w:r>
        <w:rPr>
          <w:rFonts w:cs="Times New Roman"/>
        </w:rPr>
        <w:t>"Bread."</w:t>
      </w:r>
    </w:p>
    <w:p w14:paraId="215E5379" w14:textId="77777777" w:rsidR="007D7487" w:rsidRDefault="00E6407B">
      <w:pPr>
        <w:ind w:firstLine="288"/>
      </w:pPr>
      <w:r>
        <w:rPr>
          <w:rFonts w:cs="Times New Roman"/>
        </w:rPr>
        <w:t>"Without waiting for My Father."</w:t>
      </w:r>
    </w:p>
    <w:p w14:paraId="3AB50A38" w14:textId="77777777" w:rsidR="007D7487" w:rsidRDefault="00E6407B">
      <w:pPr>
        <w:ind w:firstLine="288"/>
      </w:pPr>
      <w:r>
        <w:rPr>
          <w:rFonts w:cs="Times New Roman"/>
        </w:rPr>
        <w:t>Nicodemus's eyes narrowed.</w:t>
      </w:r>
    </w:p>
    <w:p w14:paraId="4E55E833" w14:textId="77777777" w:rsidR="007D7487" w:rsidRDefault="00E6407B">
      <w:pPr>
        <w:ind w:firstLine="288"/>
      </w:pPr>
      <w:r>
        <w:rPr>
          <w:rFonts w:cs="Times New Roman"/>
        </w:rPr>
        <w:t>Jesus continued.</w:t>
      </w:r>
    </w:p>
    <w:p w14:paraId="50B9CEE8" w14:textId="77777777" w:rsidR="007D7487" w:rsidRDefault="00E6407B">
      <w:pPr>
        <w:ind w:firstLine="288"/>
      </w:pPr>
      <w:r>
        <w:rPr>
          <w:rFonts w:cs="Times New Roman"/>
        </w:rPr>
        <w:lastRenderedPageBreak/>
        <w:t>"He urged Me to prove the Father's care by forcing the Father to act."</w:t>
      </w:r>
    </w:p>
    <w:p w14:paraId="03438715" w14:textId="77777777" w:rsidR="007D7487" w:rsidRDefault="00E6407B">
      <w:pPr>
        <w:ind w:firstLine="288"/>
      </w:pPr>
      <w:r>
        <w:rPr>
          <w:rFonts w:cs="Times New Roman"/>
        </w:rPr>
        <w:t>Thomas tilted his head.</w:t>
      </w:r>
    </w:p>
    <w:p w14:paraId="50A1DA37" w14:textId="77777777" w:rsidR="007D7487" w:rsidRDefault="00E6407B">
      <w:pPr>
        <w:ind w:firstLine="288"/>
      </w:pPr>
      <w:r>
        <w:rPr>
          <w:rFonts w:cs="Times New Roman"/>
        </w:rPr>
        <w:t>"To make God prove Himself?"</w:t>
      </w:r>
    </w:p>
    <w:p w14:paraId="6C3D428D" w14:textId="77777777" w:rsidR="007D7487" w:rsidRDefault="00E6407B">
      <w:pPr>
        <w:ind w:firstLine="288"/>
      </w:pPr>
      <w:r>
        <w:rPr>
          <w:rFonts w:cs="Times New Roman"/>
        </w:rPr>
        <w:t>"To demand protection rather than trust Him."</w:t>
      </w:r>
    </w:p>
    <w:p w14:paraId="052F1283" w14:textId="77777777" w:rsidR="007D7487" w:rsidRDefault="00E6407B">
      <w:pPr>
        <w:ind w:firstLine="288"/>
      </w:pPr>
      <w:r>
        <w:rPr>
          <w:rFonts w:cs="Times New Roman"/>
        </w:rPr>
        <w:t>Thomas nodded slowly.</w:t>
      </w:r>
    </w:p>
    <w:p w14:paraId="79E5E5A8" w14:textId="77777777" w:rsidR="007D7487" w:rsidRDefault="00E6407B">
      <w:pPr>
        <w:ind w:firstLine="288"/>
      </w:pPr>
      <w:r>
        <w:rPr>
          <w:rFonts w:cs="Times New Roman"/>
        </w:rPr>
        <w:t>Then Jesus looked toward Nicodemus.</w:t>
      </w:r>
    </w:p>
    <w:p w14:paraId="03A85579" w14:textId="77777777" w:rsidR="007D7487" w:rsidRDefault="00E6407B">
      <w:pPr>
        <w:ind w:firstLine="288"/>
      </w:pPr>
      <w:r>
        <w:rPr>
          <w:rFonts w:cs="Times New Roman"/>
        </w:rPr>
        <w:t>"And he took Me to a high place."</w:t>
      </w:r>
    </w:p>
    <w:p w14:paraId="6BE3A4BF" w14:textId="77777777" w:rsidR="007D7487" w:rsidRDefault="00E6407B">
      <w:pPr>
        <w:ind w:firstLine="288"/>
      </w:pPr>
      <w:r>
        <w:rPr>
          <w:rFonts w:cs="Times New Roman"/>
        </w:rPr>
        <w:t>The older man's breath changed.</w:t>
      </w:r>
    </w:p>
    <w:p w14:paraId="17343085" w14:textId="77777777" w:rsidR="007D7487" w:rsidRDefault="00E6407B">
      <w:pPr>
        <w:ind w:firstLine="288"/>
      </w:pPr>
      <w:r>
        <w:rPr>
          <w:rFonts w:cs="Times New Roman"/>
        </w:rPr>
        <w:t>Jesus noticed.</w:t>
      </w:r>
    </w:p>
    <w:p w14:paraId="48361EFB" w14:textId="77777777" w:rsidR="007D7487" w:rsidRDefault="00E6407B">
      <w:pPr>
        <w:ind w:firstLine="288"/>
      </w:pPr>
      <w:r>
        <w:rPr>
          <w:rFonts w:cs="Times New Roman"/>
        </w:rPr>
        <w:t>"What are you thinking?"</w:t>
      </w:r>
    </w:p>
    <w:p w14:paraId="5F4F53A8" w14:textId="77777777" w:rsidR="007D7487" w:rsidRDefault="00E6407B">
      <w:pPr>
        <w:ind w:firstLine="288"/>
      </w:pPr>
      <w:r>
        <w:rPr>
          <w:rFonts w:cs="Times New Roman"/>
        </w:rPr>
        <w:t>"Moses."</w:t>
      </w:r>
    </w:p>
    <w:p w14:paraId="01493105" w14:textId="77777777" w:rsidR="007D7487" w:rsidRDefault="00E6407B">
      <w:pPr>
        <w:ind w:firstLine="288"/>
      </w:pPr>
      <w:r>
        <w:rPr>
          <w:rFonts w:cs="Times New Roman"/>
        </w:rPr>
        <w:t>"Yes."</w:t>
      </w:r>
    </w:p>
    <w:p w14:paraId="6FEA5040" w14:textId="77777777" w:rsidR="007D7487" w:rsidRDefault="00E6407B">
      <w:pPr>
        <w:ind w:firstLine="288"/>
      </w:pPr>
      <w:r>
        <w:rPr>
          <w:rFonts w:cs="Times New Roman"/>
        </w:rPr>
        <w:t>Several faces turned toward Nicodemus.</w:t>
      </w:r>
    </w:p>
    <w:p w14:paraId="0B159360" w14:textId="77777777" w:rsidR="007D7487" w:rsidRDefault="00E6407B">
      <w:pPr>
        <w:ind w:firstLine="288"/>
      </w:pPr>
      <w:r>
        <w:rPr>
          <w:rFonts w:cs="Times New Roman"/>
        </w:rPr>
        <w:t>Jesus continued.</w:t>
      </w:r>
    </w:p>
    <w:p w14:paraId="55C38D16" w14:textId="77777777" w:rsidR="007D7487" w:rsidRDefault="00E6407B">
      <w:pPr>
        <w:ind w:firstLine="288"/>
      </w:pPr>
      <w:r>
        <w:rPr>
          <w:rFonts w:cs="Times New Roman"/>
        </w:rPr>
        <w:t>"Where was Moses taken before he died?"</w:t>
      </w:r>
    </w:p>
    <w:p w14:paraId="4A085C35" w14:textId="77777777" w:rsidR="007D7487" w:rsidRDefault="00E6407B">
      <w:pPr>
        <w:ind w:firstLine="288"/>
      </w:pPr>
      <w:r>
        <w:rPr>
          <w:rFonts w:cs="Times New Roman"/>
        </w:rPr>
        <w:t>"To the top of Pisgah."</w:t>
      </w:r>
    </w:p>
    <w:p w14:paraId="3DC64794" w14:textId="77777777" w:rsidR="007D7487" w:rsidRDefault="00E6407B">
      <w:pPr>
        <w:ind w:firstLine="288"/>
      </w:pPr>
      <w:r>
        <w:rPr>
          <w:rFonts w:cs="Times New Roman"/>
        </w:rPr>
        <w:t>"From the mountain near Nebo."</w:t>
      </w:r>
    </w:p>
    <w:p w14:paraId="7AB4C8F0" w14:textId="77777777" w:rsidR="007D7487" w:rsidRDefault="00E6407B">
      <w:pPr>
        <w:ind w:firstLine="288"/>
      </w:pPr>
      <w:r>
        <w:rPr>
          <w:rFonts w:cs="Times New Roman"/>
        </w:rPr>
        <w:t>Jesus was not naming the mountain of His own temptation.</w:t>
      </w:r>
    </w:p>
    <w:p w14:paraId="048D86AB" w14:textId="77777777" w:rsidR="007D7487" w:rsidRDefault="00E6407B">
      <w:pPr>
        <w:ind w:firstLine="288"/>
      </w:pPr>
      <w:r>
        <w:rPr>
          <w:rFonts w:cs="Times New Roman"/>
        </w:rPr>
        <w:t>The geography did not need to be identical for the contrast to stand.</w:t>
      </w:r>
    </w:p>
    <w:p w14:paraId="4473FBC1" w14:textId="77777777" w:rsidR="007D7487" w:rsidRDefault="00E6407B">
      <w:pPr>
        <w:ind w:firstLine="288"/>
      </w:pPr>
      <w:r>
        <w:rPr>
          <w:rFonts w:cs="Times New Roman"/>
        </w:rPr>
        <w:t>Moses had been shown an inheritance God had promised; the adversary would offer Jesus kingdoms through a road the Father had forbidden.</w:t>
      </w:r>
    </w:p>
    <w:p w14:paraId="308DE658" w14:textId="77777777" w:rsidR="007D7487" w:rsidRDefault="00E6407B">
      <w:pPr>
        <w:ind w:firstLine="288"/>
      </w:pPr>
      <w:r>
        <w:rPr>
          <w:rFonts w:cs="Times New Roman"/>
        </w:rPr>
        <w:t>Jesus nodded.</w:t>
      </w:r>
    </w:p>
    <w:p w14:paraId="4ECA7F88" w14:textId="77777777" w:rsidR="007D7487" w:rsidRDefault="00E6407B">
      <w:pPr>
        <w:ind w:firstLine="288"/>
      </w:pPr>
      <w:r>
        <w:rPr>
          <w:rFonts w:cs="Times New Roman"/>
        </w:rPr>
        <w:t>"And what did the Father show him?"</w:t>
      </w:r>
    </w:p>
    <w:p w14:paraId="498B5BC6" w14:textId="77777777" w:rsidR="007D7487" w:rsidRDefault="00E6407B">
      <w:pPr>
        <w:ind w:firstLine="288"/>
      </w:pPr>
      <w:r>
        <w:rPr>
          <w:rFonts w:cs="Times New Roman"/>
        </w:rPr>
        <w:t>"The land."</w:t>
      </w:r>
    </w:p>
    <w:p w14:paraId="024C8CD5" w14:textId="77777777" w:rsidR="007D7487" w:rsidRDefault="00E6407B">
      <w:pPr>
        <w:ind w:firstLine="288"/>
      </w:pPr>
      <w:r>
        <w:rPr>
          <w:rFonts w:cs="Times New Roman"/>
        </w:rPr>
        <w:t>"What land?"</w:t>
      </w:r>
    </w:p>
    <w:p w14:paraId="4DC368F2" w14:textId="77777777" w:rsidR="007D7487" w:rsidRDefault="00E6407B">
      <w:pPr>
        <w:ind w:firstLine="288"/>
      </w:pPr>
      <w:r>
        <w:rPr>
          <w:rFonts w:cs="Times New Roman"/>
        </w:rPr>
        <w:t>Nicodemus began answering almost from memory's map.</w:t>
      </w:r>
    </w:p>
    <w:p w14:paraId="5C9DF424" w14:textId="77777777" w:rsidR="007D7487" w:rsidRDefault="00E6407B">
      <w:pPr>
        <w:ind w:firstLine="288"/>
      </w:pPr>
      <w:r>
        <w:rPr>
          <w:rFonts w:cs="Times New Roman"/>
        </w:rPr>
        <w:t>"Gilead."</w:t>
      </w:r>
    </w:p>
    <w:p w14:paraId="32ABECF5" w14:textId="77777777" w:rsidR="007D7487" w:rsidRDefault="00E6407B">
      <w:pPr>
        <w:ind w:firstLine="288"/>
      </w:pPr>
      <w:r>
        <w:rPr>
          <w:rFonts w:cs="Times New Roman"/>
        </w:rPr>
        <w:t>"Dan."</w:t>
      </w:r>
    </w:p>
    <w:p w14:paraId="08AE51B8" w14:textId="77777777" w:rsidR="007D7487" w:rsidRDefault="00E6407B">
      <w:pPr>
        <w:ind w:firstLine="288"/>
      </w:pPr>
      <w:r>
        <w:rPr>
          <w:rFonts w:cs="Times New Roman"/>
        </w:rPr>
        <w:t>"Naphtali."</w:t>
      </w:r>
    </w:p>
    <w:p w14:paraId="2281A3BD" w14:textId="77777777" w:rsidR="007D7487" w:rsidRDefault="00E6407B">
      <w:pPr>
        <w:ind w:firstLine="288"/>
      </w:pPr>
      <w:r>
        <w:rPr>
          <w:rFonts w:cs="Times New Roman"/>
        </w:rPr>
        <w:t>"The land of Ephraim."</w:t>
      </w:r>
    </w:p>
    <w:p w14:paraId="62733D5C" w14:textId="77777777" w:rsidR="007D7487" w:rsidRDefault="00E6407B">
      <w:pPr>
        <w:ind w:firstLine="288"/>
      </w:pPr>
      <w:r>
        <w:rPr>
          <w:rFonts w:cs="Times New Roman"/>
        </w:rPr>
        <w:t>"And Manasseh."</w:t>
      </w:r>
    </w:p>
    <w:p w14:paraId="7A05D8FF" w14:textId="77777777" w:rsidR="007D7487" w:rsidRDefault="00E6407B">
      <w:pPr>
        <w:ind w:firstLine="288"/>
      </w:pPr>
      <w:r>
        <w:rPr>
          <w:rFonts w:cs="Times New Roman"/>
        </w:rPr>
        <w:t>"Judah."</w:t>
      </w:r>
    </w:p>
    <w:p w14:paraId="4D62A207" w14:textId="77777777" w:rsidR="007D7487" w:rsidRDefault="00E6407B">
      <w:pPr>
        <w:ind w:firstLine="288"/>
      </w:pPr>
      <w:r>
        <w:rPr>
          <w:rFonts w:cs="Times New Roman"/>
        </w:rPr>
        <w:t>"The inheritance promised to the fathers."</w:t>
      </w:r>
    </w:p>
    <w:p w14:paraId="5BEEB5E4" w14:textId="77777777" w:rsidR="007D7487" w:rsidRDefault="00E6407B">
      <w:pPr>
        <w:ind w:firstLine="288"/>
      </w:pPr>
      <w:r>
        <w:rPr>
          <w:rFonts w:cs="Times New Roman"/>
        </w:rPr>
        <w:t>Jesus nodded.</w:t>
      </w:r>
    </w:p>
    <w:p w14:paraId="6FC4D360" w14:textId="77777777" w:rsidR="007D7487" w:rsidRDefault="00E6407B">
      <w:pPr>
        <w:ind w:firstLine="288"/>
      </w:pPr>
      <w:r>
        <w:rPr>
          <w:rFonts w:cs="Times New Roman"/>
        </w:rPr>
        <w:t>"Moses looked upon what God had promised."</w:t>
      </w:r>
    </w:p>
    <w:p w14:paraId="6CEE0B20" w14:textId="77777777" w:rsidR="007D7487" w:rsidRDefault="00E6407B">
      <w:pPr>
        <w:ind w:firstLine="288"/>
      </w:pPr>
      <w:r>
        <w:rPr>
          <w:rFonts w:cs="Times New Roman"/>
        </w:rPr>
        <w:t>Nicodemus's hands had begun to move as though tracing the land in the air.</w:t>
      </w:r>
    </w:p>
    <w:p w14:paraId="032DB135" w14:textId="77777777" w:rsidR="007D7487" w:rsidRDefault="00E6407B">
      <w:pPr>
        <w:ind w:firstLine="288"/>
      </w:pPr>
      <w:r>
        <w:rPr>
          <w:rFonts w:cs="Times New Roman"/>
        </w:rPr>
        <w:t>Then they stopped.</w:t>
      </w:r>
    </w:p>
    <w:p w14:paraId="0AF3E4FF" w14:textId="77777777" w:rsidR="007D7487" w:rsidRDefault="00E6407B">
      <w:pPr>
        <w:ind w:firstLine="288"/>
      </w:pPr>
      <w:r>
        <w:rPr>
          <w:rFonts w:cs="Times New Roman"/>
        </w:rPr>
        <w:t>"But Moses did not seize what the Father had forbidden him to enter."</w:t>
      </w:r>
    </w:p>
    <w:p w14:paraId="49A4BA98" w14:textId="77777777" w:rsidR="007D7487" w:rsidRDefault="00E6407B">
      <w:pPr>
        <w:ind w:firstLine="288"/>
      </w:pPr>
      <w:r>
        <w:rPr>
          <w:rFonts w:cs="Times New Roman"/>
        </w:rPr>
        <w:lastRenderedPageBreak/>
        <w:t>Silence.</w:t>
      </w:r>
    </w:p>
    <w:p w14:paraId="4F972D47" w14:textId="77777777" w:rsidR="007D7487" w:rsidRDefault="00E6407B">
      <w:pPr>
        <w:ind w:firstLine="288"/>
      </w:pPr>
      <w:r>
        <w:rPr>
          <w:rFonts w:cs="Times New Roman"/>
        </w:rPr>
        <w:t>The comparison began assembling itself.</w:t>
      </w:r>
    </w:p>
    <w:p w14:paraId="75B0E610" w14:textId="77777777" w:rsidR="007D7487" w:rsidRDefault="00E6407B">
      <w:pPr>
        <w:ind w:firstLine="288"/>
      </w:pPr>
      <w:r>
        <w:rPr>
          <w:rFonts w:cs="Times New Roman"/>
        </w:rPr>
        <w:t>Jesus continued.</w:t>
      </w:r>
    </w:p>
    <w:p w14:paraId="1E76FBE2" w14:textId="77777777" w:rsidR="007D7487" w:rsidRDefault="00E6407B">
      <w:pPr>
        <w:ind w:firstLine="288"/>
      </w:pPr>
      <w:r>
        <w:rPr>
          <w:rFonts w:cs="Times New Roman"/>
        </w:rPr>
        <w:t>"The adversary also showed Me kingdoms from a high place."</w:t>
      </w:r>
    </w:p>
    <w:p w14:paraId="55A9E18B" w14:textId="77777777" w:rsidR="007D7487" w:rsidRDefault="00E6407B">
      <w:pPr>
        <w:ind w:firstLine="288"/>
      </w:pPr>
      <w:r>
        <w:rPr>
          <w:rFonts w:cs="Times New Roman"/>
        </w:rPr>
        <w:t>Peter's head lifted.</w:t>
      </w:r>
    </w:p>
    <w:p w14:paraId="713E8688" w14:textId="77777777" w:rsidR="007D7487" w:rsidRDefault="00E6407B">
      <w:pPr>
        <w:ind w:firstLine="288"/>
      </w:pPr>
      <w:r>
        <w:rPr>
          <w:rFonts w:cs="Times New Roman"/>
        </w:rPr>
        <w:t>"All of them?"</w:t>
      </w:r>
    </w:p>
    <w:p w14:paraId="06BC04F9" w14:textId="77777777" w:rsidR="007D7487" w:rsidRDefault="00E6407B">
      <w:pPr>
        <w:ind w:firstLine="288"/>
      </w:pPr>
      <w:r>
        <w:rPr>
          <w:rFonts w:cs="Times New Roman"/>
        </w:rPr>
        <w:t>"The kingdoms of the world and their glory."</w:t>
      </w:r>
    </w:p>
    <w:p w14:paraId="761777C8" w14:textId="77777777" w:rsidR="007D7487" w:rsidRDefault="00E6407B">
      <w:pPr>
        <w:ind w:firstLine="288"/>
      </w:pPr>
      <w:r>
        <w:rPr>
          <w:rFonts w:cs="Times New Roman"/>
        </w:rPr>
        <w:t>Simon leaned forward.</w:t>
      </w:r>
    </w:p>
    <w:p w14:paraId="7D5B1DC0" w14:textId="77777777" w:rsidR="007D7487" w:rsidRDefault="00E6407B">
      <w:pPr>
        <w:ind w:firstLine="288"/>
      </w:pPr>
      <w:r>
        <w:rPr>
          <w:rFonts w:cs="Times New Roman"/>
        </w:rPr>
        <w:t>"And he offered them?"</w:t>
      </w:r>
    </w:p>
    <w:p w14:paraId="2B9156BF" w14:textId="77777777" w:rsidR="007D7487" w:rsidRDefault="00E6407B">
      <w:pPr>
        <w:ind w:firstLine="288"/>
      </w:pPr>
      <w:r>
        <w:rPr>
          <w:rFonts w:cs="Times New Roman"/>
        </w:rPr>
        <w:t>"Yes."</w:t>
      </w:r>
    </w:p>
    <w:p w14:paraId="01B9AAF1" w14:textId="77777777" w:rsidR="007D7487" w:rsidRDefault="00E6407B">
      <w:pPr>
        <w:ind w:firstLine="288"/>
      </w:pPr>
      <w:r>
        <w:rPr>
          <w:rFonts w:cs="Times New Roman"/>
        </w:rPr>
        <w:t>"At what price?"</w:t>
      </w:r>
    </w:p>
    <w:p w14:paraId="4ADF92F4" w14:textId="77777777" w:rsidR="007D7487" w:rsidRDefault="00E6407B">
      <w:pPr>
        <w:ind w:firstLine="288"/>
      </w:pPr>
      <w:r>
        <w:rPr>
          <w:rFonts w:cs="Times New Roman"/>
        </w:rPr>
        <w:t>Jesus met his eyes.</w:t>
      </w:r>
    </w:p>
    <w:p w14:paraId="7E156558" w14:textId="77777777" w:rsidR="007D7487" w:rsidRDefault="00E6407B">
      <w:pPr>
        <w:ind w:firstLine="288"/>
      </w:pPr>
      <w:r>
        <w:rPr>
          <w:rFonts w:cs="Times New Roman"/>
        </w:rPr>
        <w:t>"Worship."</w:t>
      </w:r>
    </w:p>
    <w:p w14:paraId="15DDD57C" w14:textId="77777777" w:rsidR="007D7487" w:rsidRDefault="00E6407B">
      <w:pPr>
        <w:ind w:firstLine="288"/>
      </w:pPr>
      <w:r>
        <w:rPr>
          <w:rFonts w:cs="Times New Roman"/>
        </w:rPr>
        <w:t>Simon recoiled almost imperceptibly.</w:t>
      </w:r>
    </w:p>
    <w:p w14:paraId="7A53BAE7" w14:textId="77777777" w:rsidR="007D7487" w:rsidRDefault="00E6407B">
      <w:pPr>
        <w:ind w:firstLine="288"/>
      </w:pPr>
      <w:r>
        <w:rPr>
          <w:rFonts w:cs="Times New Roman"/>
        </w:rPr>
        <w:t>Nicodemus whispered:</w:t>
      </w:r>
    </w:p>
    <w:p w14:paraId="79362D58" w14:textId="77777777" w:rsidR="007D7487" w:rsidRDefault="00E6407B">
      <w:pPr>
        <w:ind w:firstLine="288"/>
      </w:pPr>
      <w:r>
        <w:rPr>
          <w:rFonts w:cs="Times New Roman"/>
        </w:rPr>
        <w:t>"A false inheritance."</w:t>
      </w:r>
    </w:p>
    <w:p w14:paraId="2E768BDF" w14:textId="77777777" w:rsidR="007D7487" w:rsidRDefault="00E6407B">
      <w:pPr>
        <w:ind w:firstLine="288"/>
      </w:pPr>
      <w:r>
        <w:rPr>
          <w:rFonts w:cs="Times New Roman"/>
        </w:rPr>
        <w:t>Jesus looked toward him.</w:t>
      </w:r>
    </w:p>
    <w:p w14:paraId="14E0AA14" w14:textId="77777777" w:rsidR="007D7487" w:rsidRDefault="00E6407B">
      <w:pPr>
        <w:ind w:firstLine="288"/>
      </w:pPr>
      <w:r>
        <w:rPr>
          <w:rFonts w:cs="Times New Roman"/>
        </w:rPr>
        <w:t>"A false giver."</w:t>
      </w:r>
    </w:p>
    <w:p w14:paraId="09E9805C" w14:textId="77777777" w:rsidR="007D7487" w:rsidRDefault="00E6407B">
      <w:pPr>
        <w:ind w:firstLine="288"/>
      </w:pPr>
      <w:r>
        <w:rPr>
          <w:rFonts w:cs="Times New Roman"/>
        </w:rPr>
        <w:t>Then toward the others.</w:t>
      </w:r>
    </w:p>
    <w:p w14:paraId="5DEDFAA6" w14:textId="77777777" w:rsidR="007D7487" w:rsidRDefault="00E6407B">
      <w:pPr>
        <w:ind w:firstLine="288"/>
      </w:pPr>
      <w:r>
        <w:rPr>
          <w:rFonts w:cs="Times New Roman"/>
        </w:rPr>
        <w:t>"A false road to what the Father had already purposed."</w:t>
      </w:r>
    </w:p>
    <w:p w14:paraId="0DB5991C" w14:textId="77777777" w:rsidR="007D7487" w:rsidRDefault="00E6407B">
      <w:pPr>
        <w:ind w:firstLine="288"/>
      </w:pPr>
      <w:r>
        <w:rPr>
          <w:rFonts w:cs="Times New Roman"/>
        </w:rPr>
        <w:t>He lifted one hand and counted no more than the ideas themselves.</w:t>
      </w:r>
    </w:p>
    <w:p w14:paraId="0ABF82BE" w14:textId="77777777" w:rsidR="007D7487" w:rsidRDefault="00E6407B">
      <w:pPr>
        <w:ind w:firstLine="288"/>
      </w:pPr>
      <w:r>
        <w:rPr>
          <w:rFonts w:cs="Times New Roman"/>
        </w:rPr>
        <w:t>"Bread without waiting for the Father."</w:t>
      </w:r>
    </w:p>
    <w:p w14:paraId="70077602" w14:textId="77777777" w:rsidR="007D7487" w:rsidRDefault="00E6407B">
      <w:pPr>
        <w:ind w:firstLine="288"/>
      </w:pPr>
      <w:r>
        <w:rPr>
          <w:rFonts w:cs="Times New Roman"/>
        </w:rPr>
        <w:t>"Protection without trusting the Father."</w:t>
      </w:r>
    </w:p>
    <w:p w14:paraId="69471366" w14:textId="77777777" w:rsidR="007D7487" w:rsidRDefault="00E6407B">
      <w:pPr>
        <w:ind w:firstLine="288"/>
      </w:pPr>
      <w:r>
        <w:rPr>
          <w:rFonts w:cs="Times New Roman"/>
        </w:rPr>
        <w:t>"Kingdom without obeying the Father."</w:t>
      </w:r>
    </w:p>
    <w:p w14:paraId="66C026D0" w14:textId="77777777" w:rsidR="007D7487" w:rsidRDefault="00E6407B">
      <w:pPr>
        <w:ind w:firstLine="288"/>
      </w:pPr>
      <w:r>
        <w:rPr>
          <w:rFonts w:cs="Times New Roman"/>
        </w:rPr>
        <w:t>His gaze rested on Simon.</w:t>
      </w:r>
    </w:p>
    <w:p w14:paraId="749DF5F1" w14:textId="77777777" w:rsidR="007D7487" w:rsidRDefault="00E6407B">
      <w:pPr>
        <w:ind w:firstLine="288"/>
      </w:pPr>
      <w:r>
        <w:rPr>
          <w:rFonts w:cs="Times New Roman"/>
        </w:rPr>
        <w:t>"Why should I receive from the adversary through disobedience what My Father had already purposed to give through faithfulness?"</w:t>
      </w:r>
    </w:p>
    <w:p w14:paraId="6AF10C78" w14:textId="77777777" w:rsidR="007D7487" w:rsidRDefault="00E6407B">
      <w:pPr>
        <w:ind w:firstLine="288"/>
      </w:pPr>
      <w:r>
        <w:rPr>
          <w:rFonts w:cs="Times New Roman"/>
        </w:rPr>
        <w:t>No one answered.</w:t>
      </w:r>
    </w:p>
    <w:p w14:paraId="3C78436B" w14:textId="77777777" w:rsidR="007D7487" w:rsidRDefault="00E6407B">
      <w:pPr>
        <w:ind w:firstLine="288"/>
      </w:pPr>
      <w:r>
        <w:rPr>
          <w:rFonts w:cs="Times New Roman"/>
        </w:rPr>
        <w:t>The kingdom they had wanted Jesus to seize had been offered to Him before they ever followed Him.</w:t>
      </w:r>
    </w:p>
    <w:p w14:paraId="6CBF2208" w14:textId="77777777" w:rsidR="007D7487" w:rsidRDefault="00E6407B">
      <w:pPr>
        <w:ind w:firstLine="288"/>
      </w:pPr>
      <w:r>
        <w:rPr>
          <w:rFonts w:cs="Times New Roman"/>
        </w:rPr>
        <w:t>He had refused it.</w:t>
      </w:r>
    </w:p>
    <w:p w14:paraId="7B8975A7" w14:textId="77777777" w:rsidR="007D7487" w:rsidRDefault="00E6407B">
      <w:pPr>
        <w:ind w:firstLine="288"/>
      </w:pPr>
      <w:r>
        <w:rPr>
          <w:rFonts w:cs="Times New Roman"/>
        </w:rPr>
        <w:t>Simon stared at the ground.</w:t>
      </w:r>
    </w:p>
    <w:p w14:paraId="63738579" w14:textId="77777777" w:rsidR="007D7487" w:rsidRDefault="00E6407B">
      <w:pPr>
        <w:ind w:firstLine="288"/>
      </w:pPr>
      <w:r>
        <w:rPr>
          <w:rFonts w:cs="Times New Roman"/>
        </w:rPr>
        <w:t>Jesus did not shame him.</w:t>
      </w:r>
    </w:p>
    <w:p w14:paraId="61D44BE5" w14:textId="77777777" w:rsidR="007D7487" w:rsidRDefault="00E6407B">
      <w:pPr>
        <w:ind w:firstLine="288"/>
      </w:pPr>
      <w:r>
        <w:rPr>
          <w:rFonts w:cs="Times New Roman"/>
        </w:rPr>
        <w:t>"You wondered why I would not become the kind of king you expected."</w:t>
      </w:r>
    </w:p>
    <w:p w14:paraId="28708156" w14:textId="77777777" w:rsidR="007D7487" w:rsidRDefault="00E6407B">
      <w:pPr>
        <w:ind w:firstLine="288"/>
      </w:pPr>
      <w:r>
        <w:rPr>
          <w:rFonts w:cs="Times New Roman"/>
        </w:rPr>
        <w:t>Simon lifted his eyes.</w:t>
      </w:r>
    </w:p>
    <w:p w14:paraId="7F1E7E5B" w14:textId="77777777" w:rsidR="007D7487" w:rsidRDefault="00E6407B">
      <w:pPr>
        <w:ind w:firstLine="288"/>
      </w:pPr>
      <w:r>
        <w:rPr>
          <w:rFonts w:cs="Times New Roman"/>
        </w:rPr>
        <w:t>"I refused that road before you knew Me."</w:t>
      </w:r>
    </w:p>
    <w:p w14:paraId="4FE25927" w14:textId="77777777" w:rsidR="007D7487" w:rsidRDefault="00E6407B">
      <w:pPr>
        <w:ind w:firstLine="288"/>
      </w:pPr>
      <w:r>
        <w:rPr>
          <w:rFonts w:cs="Times New Roman"/>
        </w:rPr>
        <w:t>Matthew's hands slowly opened against his knees.</w:t>
      </w:r>
    </w:p>
    <w:p w14:paraId="3982FCD1" w14:textId="77777777" w:rsidR="007D7487" w:rsidRDefault="00E6407B">
      <w:pPr>
        <w:ind w:firstLine="288"/>
      </w:pPr>
      <w:r>
        <w:rPr>
          <w:rFonts w:cs="Times New Roman"/>
        </w:rPr>
        <w:lastRenderedPageBreak/>
        <w:t>A former tax collector and a zealot sat within a few paces of one another, both discovering that Jesus had rejected the world's machinery before either man had tried to force Him into his own answer.</w:t>
      </w:r>
    </w:p>
    <w:p w14:paraId="7129BAFC" w14:textId="77777777" w:rsidR="007D7487" w:rsidRDefault="00E6407B">
      <w:pPr>
        <w:ind w:firstLine="288"/>
      </w:pPr>
      <w:r>
        <w:rPr>
          <w:rFonts w:cs="Times New Roman"/>
        </w:rPr>
        <w:t>Thomas spoke.</w:t>
      </w:r>
    </w:p>
    <w:p w14:paraId="68F74650" w14:textId="77777777" w:rsidR="007D7487" w:rsidRDefault="00E6407B">
      <w:pPr>
        <w:ind w:firstLine="288"/>
      </w:pPr>
      <w:r>
        <w:rPr>
          <w:rFonts w:cs="Times New Roman"/>
        </w:rPr>
        <w:t>"Adam took."</w:t>
      </w:r>
    </w:p>
    <w:p w14:paraId="71515323" w14:textId="77777777" w:rsidR="007D7487" w:rsidRDefault="00E6407B">
      <w:pPr>
        <w:ind w:firstLine="288"/>
      </w:pPr>
      <w:r>
        <w:rPr>
          <w:rFonts w:cs="Times New Roman"/>
        </w:rPr>
        <w:t>Jesus turned toward him.</w:t>
      </w:r>
    </w:p>
    <w:p w14:paraId="57EF4B04" w14:textId="77777777" w:rsidR="007D7487" w:rsidRDefault="00E6407B">
      <w:pPr>
        <w:ind w:firstLine="288"/>
      </w:pPr>
      <w:r>
        <w:rPr>
          <w:rFonts w:cs="Times New Roman"/>
        </w:rPr>
        <w:t>Thomas looked uncertain whether he should continue.</w:t>
      </w:r>
    </w:p>
    <w:p w14:paraId="121DC879" w14:textId="77777777" w:rsidR="007D7487" w:rsidRDefault="00E6407B">
      <w:pPr>
        <w:ind w:firstLine="288"/>
      </w:pPr>
      <w:r>
        <w:rPr>
          <w:rFonts w:cs="Times New Roman"/>
        </w:rPr>
        <w:t>"The thing forbidden."</w:t>
      </w:r>
    </w:p>
    <w:p w14:paraId="1BA092A4" w14:textId="77777777" w:rsidR="007D7487" w:rsidRDefault="00E6407B">
      <w:pPr>
        <w:ind w:firstLine="288"/>
      </w:pPr>
      <w:r>
        <w:rPr>
          <w:rFonts w:cs="Times New Roman"/>
        </w:rPr>
        <w:t>"Yes."</w:t>
      </w:r>
    </w:p>
    <w:p w14:paraId="7A265865" w14:textId="77777777" w:rsidR="007D7487" w:rsidRDefault="00E6407B">
      <w:pPr>
        <w:ind w:firstLine="288"/>
      </w:pPr>
      <w:r>
        <w:rPr>
          <w:rFonts w:cs="Times New Roman"/>
        </w:rPr>
        <w:t>Thomas looked toward the hills.</w:t>
      </w:r>
    </w:p>
    <w:p w14:paraId="2C1A0B16" w14:textId="77777777" w:rsidR="007D7487" w:rsidRDefault="00E6407B">
      <w:pPr>
        <w:ind w:firstLine="288"/>
      </w:pPr>
      <w:r>
        <w:rPr>
          <w:rFonts w:cs="Times New Roman"/>
        </w:rPr>
        <w:t>"And You were offered what was not Yours to take from that hand."</w:t>
      </w:r>
    </w:p>
    <w:p w14:paraId="7E281026" w14:textId="77777777" w:rsidR="007D7487" w:rsidRDefault="00E6407B">
      <w:pPr>
        <w:ind w:firstLine="288"/>
      </w:pPr>
      <w:r>
        <w:rPr>
          <w:rFonts w:cs="Times New Roman"/>
        </w:rPr>
        <w:t>Jesus smiled faintly.</w:t>
      </w:r>
    </w:p>
    <w:p w14:paraId="620074BE" w14:textId="77777777" w:rsidR="007D7487" w:rsidRDefault="00E6407B">
      <w:pPr>
        <w:ind w:firstLine="288"/>
      </w:pPr>
      <w:r>
        <w:rPr>
          <w:rFonts w:cs="Times New Roman"/>
        </w:rPr>
        <w:t>"Do you see the difference?"</w:t>
      </w:r>
    </w:p>
    <w:p w14:paraId="468B8F70" w14:textId="77777777" w:rsidR="007D7487" w:rsidRDefault="00E6407B">
      <w:pPr>
        <w:ind w:firstLine="288"/>
      </w:pPr>
      <w:r>
        <w:rPr>
          <w:rFonts w:cs="Times New Roman"/>
        </w:rPr>
        <w:t>Thomas nodded.</w:t>
      </w:r>
    </w:p>
    <w:p w14:paraId="730AA389" w14:textId="77777777" w:rsidR="007D7487" w:rsidRDefault="00E6407B">
      <w:pPr>
        <w:ind w:firstLine="288"/>
      </w:pPr>
      <w:r>
        <w:rPr>
          <w:rFonts w:cs="Times New Roman"/>
        </w:rPr>
        <w:t>"One reached."</w:t>
      </w:r>
    </w:p>
    <w:p w14:paraId="7A30B587" w14:textId="77777777" w:rsidR="007D7487" w:rsidRDefault="00E6407B">
      <w:pPr>
        <w:ind w:firstLine="288"/>
      </w:pPr>
      <w:r>
        <w:rPr>
          <w:rFonts w:cs="Times New Roman"/>
        </w:rPr>
        <w:t>"The other refused."</w:t>
      </w:r>
    </w:p>
    <w:p w14:paraId="39B0F880" w14:textId="77777777" w:rsidR="007D7487" w:rsidRDefault="00E6407B">
      <w:pPr>
        <w:ind w:firstLine="288"/>
      </w:pPr>
      <w:r>
        <w:rPr>
          <w:rFonts w:cs="Times New Roman"/>
        </w:rPr>
        <w:t>Jesus let the contrast stand.</w:t>
      </w:r>
    </w:p>
    <w:p w14:paraId="553A1519" w14:textId="77777777" w:rsidR="007D7487" w:rsidRDefault="00E6407B">
      <w:pPr>
        <w:suppressLineNumbers/>
        <w:spacing w:before="100" w:after="100"/>
        <w:jc w:val="center"/>
      </w:pPr>
      <w:r>
        <w:rPr>
          <w:rFonts w:cs="Times New Roman"/>
          <w:sz w:val="20"/>
        </w:rPr>
        <w:t>* * *</w:t>
      </w:r>
    </w:p>
    <w:p w14:paraId="30484EAD" w14:textId="77777777" w:rsidR="007D7487" w:rsidRDefault="00E6407B">
      <w:pPr>
        <w:ind w:firstLine="288"/>
      </w:pPr>
      <w:r>
        <w:rPr>
          <w:rFonts w:cs="Times New Roman"/>
        </w:rPr>
        <w:t>"Daniel," Thomas said after a while.</w:t>
      </w:r>
    </w:p>
    <w:p w14:paraId="60FF2095" w14:textId="77777777" w:rsidR="007D7487" w:rsidRDefault="00E6407B">
      <w:pPr>
        <w:ind w:firstLine="288"/>
      </w:pPr>
      <w:r>
        <w:rPr>
          <w:rFonts w:cs="Times New Roman"/>
        </w:rPr>
        <w:t>Jesus looked toward him.</w:t>
      </w:r>
    </w:p>
    <w:p w14:paraId="3691D6E3" w14:textId="77777777" w:rsidR="007D7487" w:rsidRDefault="00E6407B">
      <w:pPr>
        <w:ind w:firstLine="288"/>
      </w:pPr>
      <w:r>
        <w:rPr>
          <w:rFonts w:cs="Times New Roman"/>
        </w:rPr>
        <w:t>"Daniel saw kingdoms."</w:t>
      </w:r>
    </w:p>
    <w:p w14:paraId="13ED8561" w14:textId="77777777" w:rsidR="007D7487" w:rsidRDefault="00E6407B">
      <w:pPr>
        <w:ind w:firstLine="288"/>
      </w:pPr>
      <w:r>
        <w:rPr>
          <w:rFonts w:cs="Times New Roman"/>
        </w:rPr>
        <w:t>"Yes."</w:t>
      </w:r>
    </w:p>
    <w:p w14:paraId="1A229596" w14:textId="77777777" w:rsidR="007D7487" w:rsidRDefault="00E6407B">
      <w:pPr>
        <w:ind w:firstLine="288"/>
      </w:pPr>
      <w:r>
        <w:rPr>
          <w:rFonts w:cs="Times New Roman"/>
        </w:rPr>
        <w:t>"Beasts."</w:t>
      </w:r>
    </w:p>
    <w:p w14:paraId="3BD14993" w14:textId="77777777" w:rsidR="007D7487" w:rsidRDefault="00E6407B">
      <w:pPr>
        <w:ind w:firstLine="288"/>
      </w:pPr>
      <w:r>
        <w:rPr>
          <w:rFonts w:cs="Times New Roman"/>
        </w:rPr>
        <w:t>"Yes."</w:t>
      </w:r>
    </w:p>
    <w:p w14:paraId="67005B13" w14:textId="77777777" w:rsidR="007D7487" w:rsidRDefault="00E6407B">
      <w:pPr>
        <w:ind w:firstLine="288"/>
      </w:pPr>
      <w:r>
        <w:rPr>
          <w:rFonts w:cs="Times New Roman"/>
        </w:rPr>
        <w:t>"Empires."</w:t>
      </w:r>
    </w:p>
    <w:p w14:paraId="13B2DD78" w14:textId="77777777" w:rsidR="007D7487" w:rsidRDefault="00E6407B">
      <w:pPr>
        <w:ind w:firstLine="288"/>
      </w:pPr>
      <w:r>
        <w:rPr>
          <w:rFonts w:cs="Times New Roman"/>
        </w:rPr>
        <w:t>"Yes."</w:t>
      </w:r>
    </w:p>
    <w:p w14:paraId="4FE6F7D8" w14:textId="77777777" w:rsidR="007D7487" w:rsidRDefault="00E6407B">
      <w:pPr>
        <w:ind w:firstLine="288"/>
      </w:pPr>
      <w:r>
        <w:rPr>
          <w:rFonts w:cs="Times New Roman"/>
        </w:rPr>
        <w:t>Thomas glanced toward Simon.</w:t>
      </w:r>
    </w:p>
    <w:p w14:paraId="6ABEFC99" w14:textId="77777777" w:rsidR="007D7487" w:rsidRDefault="00E6407B">
      <w:pPr>
        <w:ind w:firstLine="288"/>
      </w:pPr>
      <w:r>
        <w:rPr>
          <w:rFonts w:cs="Times New Roman"/>
        </w:rPr>
        <w:t>"If those kingdoms mattered, then..."</w:t>
      </w:r>
    </w:p>
    <w:p w14:paraId="3BED5F56" w14:textId="77777777" w:rsidR="007D7487" w:rsidRDefault="00E6407B">
      <w:pPr>
        <w:ind w:firstLine="288"/>
      </w:pPr>
      <w:r>
        <w:rPr>
          <w:rFonts w:cs="Times New Roman"/>
        </w:rPr>
        <w:t>Jesus raised a hand.</w:t>
      </w:r>
    </w:p>
    <w:p w14:paraId="1C6F3359" w14:textId="77777777" w:rsidR="007D7487" w:rsidRDefault="00E6407B">
      <w:pPr>
        <w:ind w:firstLine="288"/>
      </w:pPr>
      <w:r>
        <w:rPr>
          <w:rFonts w:cs="Times New Roman"/>
        </w:rPr>
        <w:t>"I did not say human kingdoms do not matter."</w:t>
      </w:r>
    </w:p>
    <w:p w14:paraId="71118D49" w14:textId="77777777" w:rsidR="007D7487" w:rsidRDefault="00E6407B">
      <w:pPr>
        <w:ind w:firstLine="288"/>
      </w:pPr>
      <w:r>
        <w:rPr>
          <w:rFonts w:cs="Times New Roman"/>
        </w:rPr>
        <w:t>Thomas waited.</w:t>
      </w:r>
    </w:p>
    <w:p w14:paraId="49660CF3" w14:textId="77777777" w:rsidR="007D7487" w:rsidRDefault="00E6407B">
      <w:pPr>
        <w:ind w:firstLine="288"/>
      </w:pPr>
      <w:r>
        <w:rPr>
          <w:rFonts w:cs="Times New Roman"/>
        </w:rPr>
        <w:t>"How does Daniel's vision end?"</w:t>
      </w:r>
    </w:p>
    <w:p w14:paraId="6B0BA19D" w14:textId="77777777" w:rsidR="007D7487" w:rsidRDefault="00E6407B">
      <w:pPr>
        <w:ind w:firstLine="288"/>
      </w:pPr>
      <w:r>
        <w:rPr>
          <w:rFonts w:cs="Times New Roman"/>
        </w:rPr>
        <w:t>Nicodemus almost answered.</w:t>
      </w:r>
    </w:p>
    <w:p w14:paraId="3843EDFC" w14:textId="77777777" w:rsidR="007D7487" w:rsidRDefault="00E6407B">
      <w:pPr>
        <w:ind w:firstLine="288"/>
      </w:pPr>
      <w:r>
        <w:rPr>
          <w:rFonts w:cs="Times New Roman"/>
        </w:rPr>
        <w:t>He caught himself.</w:t>
      </w:r>
    </w:p>
    <w:p w14:paraId="210DB065" w14:textId="77777777" w:rsidR="007D7487" w:rsidRDefault="00E6407B">
      <w:pPr>
        <w:ind w:firstLine="288"/>
      </w:pPr>
      <w:r>
        <w:rPr>
          <w:rFonts w:cs="Times New Roman"/>
        </w:rPr>
        <w:t>Thomas saw him and nearly smiled.</w:t>
      </w:r>
    </w:p>
    <w:p w14:paraId="2534CFFC" w14:textId="77777777" w:rsidR="007D7487" w:rsidRDefault="00E6407B">
      <w:pPr>
        <w:ind w:firstLine="288"/>
      </w:pPr>
      <w:r>
        <w:rPr>
          <w:rFonts w:cs="Times New Roman"/>
        </w:rPr>
        <w:t>"One like the Son of Man."</w:t>
      </w:r>
    </w:p>
    <w:p w14:paraId="761BC059" w14:textId="77777777" w:rsidR="007D7487" w:rsidRDefault="00E6407B">
      <w:pPr>
        <w:ind w:firstLine="288"/>
      </w:pPr>
      <w:r>
        <w:rPr>
          <w:rFonts w:cs="Times New Roman"/>
        </w:rPr>
        <w:t>Jesus nodded.</w:t>
      </w:r>
    </w:p>
    <w:p w14:paraId="21AF1351" w14:textId="77777777" w:rsidR="007D7487" w:rsidRDefault="00E6407B">
      <w:pPr>
        <w:ind w:firstLine="288"/>
      </w:pPr>
      <w:r>
        <w:rPr>
          <w:rFonts w:cs="Times New Roman"/>
        </w:rPr>
        <w:t>"Comes to whom?"</w:t>
      </w:r>
    </w:p>
    <w:p w14:paraId="5484BD00" w14:textId="77777777" w:rsidR="007D7487" w:rsidRDefault="00E6407B">
      <w:pPr>
        <w:ind w:firstLine="288"/>
      </w:pPr>
      <w:r>
        <w:rPr>
          <w:rFonts w:cs="Times New Roman"/>
        </w:rPr>
        <w:lastRenderedPageBreak/>
        <w:t>"The Ancient of Days."</w:t>
      </w:r>
    </w:p>
    <w:p w14:paraId="03539A25" w14:textId="77777777" w:rsidR="007D7487" w:rsidRDefault="00E6407B">
      <w:pPr>
        <w:ind w:firstLine="288"/>
      </w:pPr>
      <w:r>
        <w:rPr>
          <w:rFonts w:cs="Times New Roman"/>
        </w:rPr>
        <w:t>"And who gives Him dominion?"</w:t>
      </w:r>
    </w:p>
    <w:p w14:paraId="394D3B8F" w14:textId="77777777" w:rsidR="007D7487" w:rsidRDefault="00E6407B">
      <w:pPr>
        <w:ind w:firstLine="288"/>
      </w:pPr>
      <w:r>
        <w:rPr>
          <w:rFonts w:cs="Times New Roman"/>
        </w:rPr>
        <w:t>Thomas stopped.</w:t>
      </w:r>
    </w:p>
    <w:p w14:paraId="62F2A6AE" w14:textId="77777777" w:rsidR="007D7487" w:rsidRDefault="00E6407B">
      <w:pPr>
        <w:ind w:firstLine="288"/>
      </w:pPr>
      <w:r>
        <w:rPr>
          <w:rFonts w:cs="Times New Roman"/>
        </w:rPr>
        <w:t>His eyes widened.</w:t>
      </w:r>
    </w:p>
    <w:p w14:paraId="11F147DE" w14:textId="77777777" w:rsidR="007D7487" w:rsidRDefault="00E6407B">
      <w:pPr>
        <w:ind w:firstLine="288"/>
      </w:pPr>
      <w:r>
        <w:rPr>
          <w:rFonts w:cs="Times New Roman"/>
        </w:rPr>
        <w:t>"The Ancient of Days."</w:t>
      </w:r>
    </w:p>
    <w:p w14:paraId="705EBD47" w14:textId="77777777" w:rsidR="007D7487" w:rsidRDefault="00E6407B">
      <w:pPr>
        <w:ind w:firstLine="288"/>
      </w:pPr>
      <w:r>
        <w:rPr>
          <w:rFonts w:cs="Times New Roman"/>
        </w:rPr>
        <w:t>"Not the beasts?"</w:t>
      </w:r>
    </w:p>
    <w:p w14:paraId="7D903E61" w14:textId="77777777" w:rsidR="007D7487" w:rsidRDefault="00E6407B">
      <w:pPr>
        <w:ind w:firstLine="288"/>
      </w:pPr>
      <w:r>
        <w:rPr>
          <w:rFonts w:cs="Times New Roman"/>
        </w:rPr>
        <w:t>"No."</w:t>
      </w:r>
    </w:p>
    <w:p w14:paraId="21B61D87" w14:textId="77777777" w:rsidR="007D7487" w:rsidRDefault="00E6407B">
      <w:pPr>
        <w:ind w:firstLine="288"/>
      </w:pPr>
      <w:r>
        <w:rPr>
          <w:rFonts w:cs="Times New Roman"/>
        </w:rPr>
        <w:t>"Not Rome?"</w:t>
      </w:r>
    </w:p>
    <w:p w14:paraId="62979B7C" w14:textId="77777777" w:rsidR="007D7487" w:rsidRDefault="00E6407B">
      <w:pPr>
        <w:ind w:firstLine="288"/>
      </w:pPr>
      <w:r>
        <w:rPr>
          <w:rFonts w:cs="Times New Roman"/>
        </w:rPr>
        <w:t>"No."</w:t>
      </w:r>
    </w:p>
    <w:p w14:paraId="6D34BCE9" w14:textId="77777777" w:rsidR="007D7487" w:rsidRDefault="00E6407B">
      <w:pPr>
        <w:ind w:firstLine="288"/>
      </w:pPr>
      <w:r>
        <w:rPr>
          <w:rFonts w:cs="Times New Roman"/>
        </w:rPr>
        <w:t>"Not the adversary?"</w:t>
      </w:r>
    </w:p>
    <w:p w14:paraId="1B4020D2" w14:textId="77777777" w:rsidR="007D7487" w:rsidRDefault="00E6407B">
      <w:pPr>
        <w:ind w:firstLine="288"/>
      </w:pPr>
      <w:r>
        <w:rPr>
          <w:rFonts w:cs="Times New Roman"/>
        </w:rPr>
        <w:t>Thomas's answer was firmer.</w:t>
      </w:r>
    </w:p>
    <w:p w14:paraId="0637DA9B" w14:textId="77777777" w:rsidR="007D7487" w:rsidRDefault="00E6407B">
      <w:pPr>
        <w:ind w:firstLine="288"/>
      </w:pPr>
      <w:r>
        <w:rPr>
          <w:rFonts w:cs="Times New Roman"/>
        </w:rPr>
        <w:t>"No."</w:t>
      </w:r>
    </w:p>
    <w:p w14:paraId="27CA1645" w14:textId="77777777" w:rsidR="007D7487" w:rsidRDefault="00E6407B">
      <w:pPr>
        <w:ind w:firstLine="288"/>
      </w:pPr>
      <w:r>
        <w:rPr>
          <w:rFonts w:cs="Times New Roman"/>
        </w:rPr>
        <w:t>"The Father."</w:t>
      </w:r>
    </w:p>
    <w:p w14:paraId="0EC5241E" w14:textId="77777777" w:rsidR="007D7487" w:rsidRDefault="00E6407B">
      <w:pPr>
        <w:ind w:firstLine="288"/>
      </w:pPr>
      <w:r>
        <w:rPr>
          <w:rFonts w:cs="Times New Roman"/>
        </w:rPr>
        <w:t>Jesus nodded.</w:t>
      </w:r>
    </w:p>
    <w:p w14:paraId="3C075E94" w14:textId="77777777" w:rsidR="007D7487" w:rsidRDefault="00E6407B">
      <w:pPr>
        <w:ind w:firstLine="288"/>
      </w:pPr>
      <w:r>
        <w:rPr>
          <w:rFonts w:cs="Times New Roman"/>
        </w:rPr>
        <w:t>"The Son of Man does not become another beast in order to defeat the beasts."</w:t>
      </w:r>
    </w:p>
    <w:p w14:paraId="01C418C7" w14:textId="77777777" w:rsidR="007D7487" w:rsidRDefault="00E6407B">
      <w:pPr>
        <w:ind w:firstLine="288"/>
      </w:pPr>
      <w:r>
        <w:rPr>
          <w:rFonts w:cs="Times New Roman"/>
        </w:rPr>
        <w:t>A murmur moved through the gathering.</w:t>
      </w:r>
    </w:p>
    <w:p w14:paraId="5AF748EF" w14:textId="77777777" w:rsidR="007D7487" w:rsidRDefault="00E6407B">
      <w:pPr>
        <w:ind w:firstLine="288"/>
      </w:pPr>
      <w:r>
        <w:rPr>
          <w:rFonts w:cs="Times New Roman"/>
        </w:rPr>
        <w:t>"He receives dominion."</w:t>
      </w:r>
    </w:p>
    <w:p w14:paraId="5BB5CCF8" w14:textId="77777777" w:rsidR="007D7487" w:rsidRDefault="00E6407B">
      <w:pPr>
        <w:ind w:firstLine="288"/>
      </w:pPr>
      <w:r>
        <w:rPr>
          <w:rFonts w:cs="Times New Roman"/>
        </w:rPr>
        <w:t>"Glory."</w:t>
      </w:r>
    </w:p>
    <w:p w14:paraId="68853642" w14:textId="77777777" w:rsidR="007D7487" w:rsidRDefault="00E6407B">
      <w:pPr>
        <w:ind w:firstLine="288"/>
      </w:pPr>
      <w:r>
        <w:rPr>
          <w:rFonts w:cs="Times New Roman"/>
        </w:rPr>
        <w:t>"A kingdom."</w:t>
      </w:r>
    </w:p>
    <w:p w14:paraId="597F7EF5" w14:textId="77777777" w:rsidR="007D7487" w:rsidRDefault="00E6407B">
      <w:pPr>
        <w:ind w:firstLine="288"/>
      </w:pPr>
      <w:r>
        <w:rPr>
          <w:rFonts w:cs="Times New Roman"/>
        </w:rPr>
        <w:t>"And peoples, nations, and languages serve Him."</w:t>
      </w:r>
    </w:p>
    <w:p w14:paraId="0B3655F3" w14:textId="77777777" w:rsidR="007D7487" w:rsidRDefault="00E6407B">
      <w:pPr>
        <w:ind w:firstLine="288"/>
      </w:pPr>
      <w:r>
        <w:rPr>
          <w:rFonts w:cs="Times New Roman"/>
        </w:rPr>
        <w:t>Matthew drew a long breath.</w:t>
      </w:r>
    </w:p>
    <w:p w14:paraId="3E8BEFB1" w14:textId="77777777" w:rsidR="007D7487" w:rsidRDefault="00E6407B">
      <w:pPr>
        <w:ind w:firstLine="288"/>
      </w:pPr>
      <w:r>
        <w:rPr>
          <w:rFonts w:cs="Times New Roman"/>
        </w:rPr>
        <w:t>The wilderness temptation and Daniel's vision had just locked together.</w:t>
      </w:r>
    </w:p>
    <w:p w14:paraId="19773DC8" w14:textId="77777777" w:rsidR="007D7487" w:rsidRDefault="00E6407B">
      <w:pPr>
        <w:ind w:firstLine="288"/>
      </w:pPr>
      <w:r>
        <w:rPr>
          <w:rFonts w:cs="Times New Roman"/>
        </w:rPr>
        <w:t>Satan had offered kingdoms.</w:t>
      </w:r>
    </w:p>
    <w:p w14:paraId="0E89EB64" w14:textId="77777777" w:rsidR="007D7487" w:rsidRDefault="00E6407B">
      <w:pPr>
        <w:ind w:firstLine="288"/>
      </w:pPr>
      <w:r>
        <w:rPr>
          <w:rFonts w:cs="Times New Roman"/>
        </w:rPr>
        <w:t>Daniel had already shown the true giver.</w:t>
      </w:r>
    </w:p>
    <w:p w14:paraId="5C18049D" w14:textId="77777777" w:rsidR="007D7487" w:rsidRDefault="00E6407B">
      <w:pPr>
        <w:ind w:firstLine="288"/>
      </w:pPr>
      <w:r>
        <w:rPr>
          <w:rFonts w:cs="Times New Roman"/>
        </w:rPr>
        <w:t>The Father.</w:t>
      </w:r>
    </w:p>
    <w:p w14:paraId="2075D819" w14:textId="77777777" w:rsidR="007D7487" w:rsidRDefault="00E6407B">
      <w:pPr>
        <w:ind w:firstLine="288"/>
      </w:pPr>
      <w:r>
        <w:rPr>
          <w:rFonts w:cs="Times New Roman"/>
        </w:rPr>
        <w:t>Simon spoke quietly.</w:t>
      </w:r>
    </w:p>
    <w:p w14:paraId="63F0017C" w14:textId="77777777" w:rsidR="007D7487" w:rsidRDefault="00E6407B">
      <w:pPr>
        <w:ind w:firstLine="288"/>
      </w:pPr>
      <w:r>
        <w:rPr>
          <w:rFonts w:cs="Times New Roman"/>
        </w:rPr>
        <w:t>"So when You refused him..."</w:t>
      </w:r>
    </w:p>
    <w:p w14:paraId="0975DA0D" w14:textId="77777777" w:rsidR="007D7487" w:rsidRDefault="00E6407B">
      <w:pPr>
        <w:ind w:firstLine="288"/>
      </w:pPr>
      <w:r>
        <w:rPr>
          <w:rFonts w:cs="Times New Roman"/>
        </w:rPr>
        <w:t>Jesus looked at him.</w:t>
      </w:r>
    </w:p>
    <w:p w14:paraId="093ADCB3" w14:textId="77777777" w:rsidR="007D7487" w:rsidRDefault="00E6407B">
      <w:pPr>
        <w:ind w:firstLine="288"/>
      </w:pPr>
      <w:r>
        <w:rPr>
          <w:rFonts w:cs="Times New Roman"/>
        </w:rPr>
        <w:t>"I did not refuse the kingdom."</w:t>
      </w:r>
    </w:p>
    <w:p w14:paraId="32316671" w14:textId="77777777" w:rsidR="007D7487" w:rsidRDefault="00E6407B">
      <w:pPr>
        <w:ind w:firstLine="288"/>
      </w:pPr>
      <w:r>
        <w:rPr>
          <w:rFonts w:cs="Times New Roman"/>
        </w:rPr>
        <w:t>A pause.</w:t>
      </w:r>
    </w:p>
    <w:p w14:paraId="2C33C55C" w14:textId="77777777" w:rsidR="007D7487" w:rsidRDefault="00E6407B">
      <w:pPr>
        <w:ind w:firstLine="288"/>
      </w:pPr>
      <w:r>
        <w:rPr>
          <w:rFonts w:cs="Times New Roman"/>
        </w:rPr>
        <w:t>"I refused his way of obtaining it."</w:t>
      </w:r>
    </w:p>
    <w:p w14:paraId="592718C3" w14:textId="77777777" w:rsidR="007D7487" w:rsidRDefault="00E6407B">
      <w:pPr>
        <w:ind w:firstLine="288"/>
      </w:pPr>
      <w:r>
        <w:rPr>
          <w:rFonts w:cs="Times New Roman"/>
        </w:rPr>
        <w:t>Simon sat completely still.</w:t>
      </w:r>
    </w:p>
    <w:p w14:paraId="4BEDCF79" w14:textId="77777777" w:rsidR="007D7487" w:rsidRDefault="00E6407B">
      <w:pPr>
        <w:ind w:firstLine="288"/>
      </w:pPr>
      <w:r>
        <w:rPr>
          <w:rFonts w:cs="Times New Roman"/>
        </w:rPr>
        <w:t>Rome still stood.</w:t>
      </w:r>
    </w:p>
    <w:p w14:paraId="7D3D3E9A" w14:textId="77777777" w:rsidR="007D7487" w:rsidRDefault="00E6407B">
      <w:pPr>
        <w:ind w:firstLine="288"/>
      </w:pPr>
      <w:r>
        <w:rPr>
          <w:rFonts w:cs="Times New Roman"/>
        </w:rPr>
        <w:t>But Rome was no longer large enough to explain the war.</w:t>
      </w:r>
    </w:p>
    <w:p w14:paraId="31979E7F" w14:textId="77777777" w:rsidR="007D7487" w:rsidRDefault="00E6407B">
      <w:pPr>
        <w:ind w:firstLine="288"/>
      </w:pPr>
      <w:r>
        <w:rPr>
          <w:rFonts w:cs="Times New Roman"/>
        </w:rPr>
        <w:t>Daniel had opened the next question:</w:t>
      </w:r>
    </w:p>
    <w:p w14:paraId="20A82E0E" w14:textId="77777777" w:rsidR="007D7487" w:rsidRDefault="00E6407B">
      <w:pPr>
        <w:ind w:firstLine="288"/>
      </w:pPr>
      <w:r>
        <w:rPr>
          <w:rFonts w:cs="Times New Roman"/>
        </w:rPr>
        <w:t>If the Son of Man receives dominion from the Father, what exactly must He conquer before that kingdom reaches everything the prophets had promised?</w:t>
      </w:r>
    </w:p>
    <w:p w14:paraId="6EFB803D" w14:textId="77777777" w:rsidR="007D7487" w:rsidRDefault="00E6407B">
      <w:pPr>
        <w:suppressLineNumbers/>
      </w:pPr>
      <w:r>
        <w:br w:type="page"/>
      </w:r>
    </w:p>
    <w:p w14:paraId="417383FE" w14:textId="77777777" w:rsidR="007D7487" w:rsidRDefault="00E6407B">
      <w:pPr>
        <w:pStyle w:val="Heading1"/>
        <w:suppressLineNumbers/>
      </w:pPr>
      <w:r>
        <w:rPr>
          <w:rFonts w:ascii="Times New Roman" w:hAnsi="Times New Roman" w:cs="Times New Roman"/>
        </w:rPr>
        <w:lastRenderedPageBreak/>
        <w:t>Section 7A — Joshua, Hermon, and Glory</w:t>
      </w:r>
    </w:p>
    <w:p w14:paraId="079B8D68" w14:textId="77777777" w:rsidR="007D7487" w:rsidRDefault="00E6407B">
      <w:pPr>
        <w:ind w:firstLine="288"/>
      </w:pPr>
      <w:r>
        <w:rPr>
          <w:rFonts w:cs="Times New Roman"/>
        </w:rPr>
        <w:t>Jesus looked toward Peter, James, and John.</w:t>
      </w:r>
    </w:p>
    <w:p w14:paraId="758C71FF" w14:textId="77777777" w:rsidR="007D7487" w:rsidRDefault="00E6407B">
      <w:pPr>
        <w:ind w:firstLine="288"/>
      </w:pPr>
      <w:r>
        <w:rPr>
          <w:rFonts w:cs="Times New Roman"/>
        </w:rPr>
        <w:t>“Do you remember how far north I took you before Jerusalem?”</w:t>
      </w:r>
    </w:p>
    <w:p w14:paraId="27FE2BB7" w14:textId="77777777" w:rsidR="007D7487" w:rsidRDefault="00E6407B">
      <w:pPr>
        <w:ind w:firstLine="288"/>
      </w:pPr>
      <w:r>
        <w:rPr>
          <w:rFonts w:cs="Times New Roman"/>
        </w:rPr>
        <w:t>James answered first.</w:t>
      </w:r>
    </w:p>
    <w:p w14:paraId="5CDFCA7E" w14:textId="77777777" w:rsidR="007D7487" w:rsidRDefault="00E6407B">
      <w:pPr>
        <w:ind w:firstLine="288"/>
      </w:pPr>
      <w:r>
        <w:rPr>
          <w:rFonts w:cs="Times New Roman"/>
        </w:rPr>
        <w:t>“Caesarea Philippi.”</w:t>
      </w:r>
    </w:p>
    <w:p w14:paraId="10683AC3" w14:textId="77777777" w:rsidR="007D7487" w:rsidRDefault="00E6407B">
      <w:pPr>
        <w:ind w:firstLine="288"/>
      </w:pPr>
      <w:r>
        <w:rPr>
          <w:rFonts w:cs="Times New Roman"/>
        </w:rPr>
        <w:t>“The northern country beneath the heights.”</w:t>
      </w:r>
    </w:p>
    <w:p w14:paraId="09A30F67" w14:textId="77777777" w:rsidR="007D7487" w:rsidRDefault="00E6407B">
      <w:pPr>
        <w:ind w:firstLine="288"/>
      </w:pPr>
      <w:r>
        <w:rPr>
          <w:rFonts w:cs="Times New Roman"/>
        </w:rPr>
        <w:t>Jesus nodded.</w:t>
      </w:r>
    </w:p>
    <w:p w14:paraId="4F929D9C" w14:textId="77777777" w:rsidR="007D7487" w:rsidRDefault="00E6407B">
      <w:pPr>
        <w:ind w:firstLine="288"/>
      </w:pPr>
      <w:r>
        <w:rPr>
          <w:rFonts w:cs="Times New Roman"/>
        </w:rPr>
        <w:t>“You saw what men worshipped there.”</w:t>
      </w:r>
    </w:p>
    <w:p w14:paraId="46B5568B" w14:textId="77777777" w:rsidR="007D7487" w:rsidRDefault="00E6407B">
      <w:pPr>
        <w:ind w:firstLine="288"/>
      </w:pPr>
      <w:r>
        <w:rPr>
          <w:rFonts w:cs="Times New Roman"/>
        </w:rPr>
        <w:t>Peter remembered.</w:t>
      </w:r>
    </w:p>
    <w:p w14:paraId="35C5E96A" w14:textId="77777777" w:rsidR="007D7487" w:rsidRDefault="00E6407B">
      <w:pPr>
        <w:ind w:firstLine="288"/>
      </w:pPr>
      <w:r>
        <w:rPr>
          <w:rFonts w:cs="Times New Roman"/>
        </w:rPr>
        <w:t>Shrines.</w:t>
      </w:r>
    </w:p>
    <w:p w14:paraId="049855F6" w14:textId="77777777" w:rsidR="007D7487" w:rsidRDefault="00E6407B">
      <w:pPr>
        <w:ind w:firstLine="288"/>
      </w:pPr>
      <w:r>
        <w:rPr>
          <w:rFonts w:cs="Times New Roman"/>
        </w:rPr>
        <w:t>Images.</w:t>
      </w:r>
    </w:p>
    <w:p w14:paraId="632678A9" w14:textId="77777777" w:rsidR="007D7487" w:rsidRDefault="00E6407B">
      <w:pPr>
        <w:ind w:firstLine="288"/>
      </w:pPr>
      <w:r>
        <w:rPr>
          <w:rFonts w:cs="Times New Roman"/>
        </w:rPr>
        <w:t>Water emerging from rock.</w:t>
      </w:r>
    </w:p>
    <w:p w14:paraId="55EFD15F" w14:textId="77777777" w:rsidR="007D7487" w:rsidRDefault="00E6407B">
      <w:pPr>
        <w:ind w:firstLine="288"/>
      </w:pPr>
      <w:r>
        <w:rPr>
          <w:rFonts w:cs="Times New Roman"/>
        </w:rPr>
        <w:t>A great cave beneath the heights.</w:t>
      </w:r>
    </w:p>
    <w:p w14:paraId="6C400B84" w14:textId="77777777" w:rsidR="007D7487" w:rsidRDefault="00E6407B">
      <w:pPr>
        <w:ind w:firstLine="288"/>
      </w:pPr>
      <w:r>
        <w:rPr>
          <w:rFonts w:cs="Times New Roman"/>
        </w:rPr>
        <w:t>Stories attached to the depths.</w:t>
      </w:r>
    </w:p>
    <w:p w14:paraId="7006B745" w14:textId="77777777" w:rsidR="007D7487" w:rsidRDefault="00E6407B">
      <w:pPr>
        <w:ind w:firstLine="288"/>
      </w:pPr>
      <w:r>
        <w:rPr>
          <w:rFonts w:cs="Times New Roman"/>
        </w:rPr>
        <w:t>Claims about gods.</w:t>
      </w:r>
    </w:p>
    <w:p w14:paraId="4CB1B6B2" w14:textId="77777777" w:rsidR="007D7487" w:rsidRDefault="00E6407B">
      <w:pPr>
        <w:ind w:firstLine="288"/>
      </w:pPr>
      <w:r>
        <w:rPr>
          <w:rFonts w:cs="Times New Roman"/>
        </w:rPr>
        <w:t>A place where Israel’s confession stood surrounded by other claims about power, fertility, death, and the unseen world.</w:t>
      </w:r>
    </w:p>
    <w:p w14:paraId="58BAA267" w14:textId="77777777" w:rsidR="007D7487" w:rsidRDefault="00E6407B">
      <w:pPr>
        <w:ind w:firstLine="288"/>
      </w:pPr>
      <w:r>
        <w:rPr>
          <w:rFonts w:cs="Times New Roman"/>
        </w:rPr>
        <w:t>Jesus looked toward Peter.</w:t>
      </w:r>
    </w:p>
    <w:p w14:paraId="0AF53E29" w14:textId="77777777" w:rsidR="007D7487" w:rsidRDefault="00E6407B">
      <w:pPr>
        <w:ind w:firstLine="288"/>
      </w:pPr>
      <w:r>
        <w:rPr>
          <w:rFonts w:cs="Times New Roman"/>
        </w:rPr>
        <w:t>“What did I ask you?”</w:t>
      </w:r>
    </w:p>
    <w:p w14:paraId="7D5E5E38" w14:textId="77777777" w:rsidR="007D7487" w:rsidRDefault="00E6407B">
      <w:pPr>
        <w:ind w:firstLine="288"/>
      </w:pPr>
      <w:r>
        <w:rPr>
          <w:rFonts w:cs="Times New Roman"/>
        </w:rPr>
        <w:t>Peter straightened unconsciously.</w:t>
      </w:r>
    </w:p>
    <w:p w14:paraId="28517472" w14:textId="77777777" w:rsidR="007D7487" w:rsidRDefault="00E6407B">
      <w:pPr>
        <w:ind w:firstLine="288"/>
      </w:pPr>
      <w:r>
        <w:rPr>
          <w:rFonts w:cs="Times New Roman"/>
        </w:rPr>
        <w:t>“Whom do men say that I the Son of man am?”</w:t>
      </w:r>
    </w:p>
    <w:p w14:paraId="57ECF4AE" w14:textId="77777777" w:rsidR="007D7487" w:rsidRDefault="00E6407B">
      <w:pPr>
        <w:ind w:firstLine="288"/>
      </w:pPr>
      <w:r>
        <w:rPr>
          <w:rFonts w:cs="Times New Roman"/>
        </w:rPr>
        <w:t>“And after you answered that?”</w:t>
      </w:r>
    </w:p>
    <w:p w14:paraId="3873AB0D" w14:textId="77777777" w:rsidR="007D7487" w:rsidRDefault="00E6407B">
      <w:pPr>
        <w:ind w:firstLine="288"/>
      </w:pPr>
      <w:r>
        <w:rPr>
          <w:rFonts w:cs="Times New Roman"/>
        </w:rPr>
        <w:t>Peter knew the next question better than he knew some of his own memories.</w:t>
      </w:r>
    </w:p>
    <w:p w14:paraId="4875E485" w14:textId="77777777" w:rsidR="007D7487" w:rsidRDefault="00E6407B">
      <w:pPr>
        <w:ind w:firstLine="288"/>
      </w:pPr>
      <w:r>
        <w:rPr>
          <w:rFonts w:cs="Times New Roman"/>
        </w:rPr>
        <w:t>“But whom say ye that I am?”</w:t>
      </w:r>
    </w:p>
    <w:p w14:paraId="6DCC9123" w14:textId="77777777" w:rsidR="007D7487" w:rsidRDefault="00E6407B">
      <w:pPr>
        <w:ind w:firstLine="288"/>
      </w:pPr>
      <w:r>
        <w:rPr>
          <w:rFonts w:cs="Times New Roman"/>
        </w:rPr>
        <w:t>“What did you answer?”</w:t>
      </w:r>
    </w:p>
    <w:p w14:paraId="5BE8EF36" w14:textId="77777777" w:rsidR="007D7487" w:rsidRDefault="00E6407B">
      <w:pPr>
        <w:ind w:firstLine="288"/>
      </w:pPr>
      <w:r>
        <w:rPr>
          <w:rFonts w:cs="Times New Roman"/>
        </w:rPr>
        <w:t>Peter’s public voice returned.</w:t>
      </w:r>
    </w:p>
    <w:p w14:paraId="122DE26E" w14:textId="77777777" w:rsidR="007D7487" w:rsidRDefault="00E6407B">
      <w:pPr>
        <w:ind w:firstLine="288"/>
      </w:pPr>
      <w:r>
        <w:rPr>
          <w:rFonts w:cs="Times New Roman"/>
        </w:rPr>
        <w:t>“Thou art the Christ, the Son of the living God.”</w:t>
      </w:r>
    </w:p>
    <w:p w14:paraId="05545A73" w14:textId="77777777" w:rsidR="007D7487" w:rsidRDefault="00E6407B">
      <w:pPr>
        <w:ind w:firstLine="288"/>
      </w:pPr>
      <w:r>
        <w:rPr>
          <w:rFonts w:cs="Times New Roman"/>
        </w:rPr>
        <w:t>The words sounded different now than they had in the north.</w:t>
      </w:r>
    </w:p>
    <w:p w14:paraId="101EA201" w14:textId="77777777" w:rsidR="007D7487" w:rsidRDefault="00E6407B">
      <w:pPr>
        <w:ind w:firstLine="288"/>
      </w:pPr>
      <w:r>
        <w:rPr>
          <w:rFonts w:cs="Times New Roman"/>
        </w:rPr>
        <w:t>Then Peter had spoken them before understanding what Christ would do.</w:t>
      </w:r>
    </w:p>
    <w:p w14:paraId="0239CAFF" w14:textId="77777777" w:rsidR="007D7487" w:rsidRDefault="00E6407B">
      <w:pPr>
        <w:ind w:firstLine="288"/>
      </w:pPr>
      <w:r>
        <w:rPr>
          <w:rFonts w:cs="Times New Roman"/>
        </w:rPr>
        <w:t>Now he had seen Christ die.</w:t>
      </w:r>
    </w:p>
    <w:p w14:paraId="7E2D48D0" w14:textId="77777777" w:rsidR="007D7487" w:rsidRDefault="00E6407B">
      <w:pPr>
        <w:ind w:firstLine="288"/>
      </w:pPr>
      <w:r>
        <w:rPr>
          <w:rFonts w:cs="Times New Roman"/>
        </w:rPr>
        <w:t>And rise.</w:t>
      </w:r>
    </w:p>
    <w:p w14:paraId="2A4F4BE7" w14:textId="77777777" w:rsidR="007D7487" w:rsidRDefault="00E6407B">
      <w:pPr>
        <w:ind w:firstLine="288"/>
      </w:pPr>
      <w:r>
        <w:rPr>
          <w:rFonts w:cs="Times New Roman"/>
        </w:rPr>
        <w:t>Jesus smiled.</w:t>
      </w:r>
    </w:p>
    <w:p w14:paraId="3F1F9C88" w14:textId="77777777" w:rsidR="007D7487" w:rsidRDefault="00E6407B">
      <w:pPr>
        <w:ind w:firstLine="288"/>
      </w:pPr>
      <w:r>
        <w:rPr>
          <w:rFonts w:cs="Times New Roman"/>
        </w:rPr>
        <w:t>“And what did I say about the gates of Hades?”</w:t>
      </w:r>
    </w:p>
    <w:p w14:paraId="3AC4EF6A" w14:textId="77777777" w:rsidR="007D7487" w:rsidRDefault="00E6407B">
      <w:pPr>
        <w:ind w:firstLine="288"/>
      </w:pPr>
      <w:r>
        <w:rPr>
          <w:rFonts w:cs="Times New Roman"/>
        </w:rPr>
        <w:t>Peter’s expression changed.</w:t>
      </w:r>
    </w:p>
    <w:p w14:paraId="30217F77" w14:textId="77777777" w:rsidR="007D7487" w:rsidRDefault="00E6407B">
      <w:pPr>
        <w:ind w:firstLine="288"/>
      </w:pPr>
      <w:r>
        <w:rPr>
          <w:rFonts w:cs="Times New Roman"/>
        </w:rPr>
        <w:t>“That they would not prevail.”</w:t>
      </w:r>
    </w:p>
    <w:p w14:paraId="1023B66D" w14:textId="77777777" w:rsidR="007D7487" w:rsidRDefault="00E6407B">
      <w:pPr>
        <w:ind w:firstLine="288"/>
      </w:pPr>
      <w:r>
        <w:rPr>
          <w:rFonts w:cs="Times New Roman"/>
        </w:rPr>
        <w:t>“Against what?”</w:t>
      </w:r>
    </w:p>
    <w:p w14:paraId="451A1DEF" w14:textId="77777777" w:rsidR="007D7487" w:rsidRDefault="00E6407B">
      <w:pPr>
        <w:ind w:firstLine="288"/>
      </w:pPr>
      <w:r>
        <w:rPr>
          <w:rFonts w:cs="Times New Roman"/>
        </w:rPr>
        <w:t>“My church.”</w:t>
      </w:r>
    </w:p>
    <w:p w14:paraId="15FB255B" w14:textId="77777777" w:rsidR="007D7487" w:rsidRDefault="00E6407B">
      <w:pPr>
        <w:ind w:firstLine="288"/>
      </w:pPr>
      <w:r>
        <w:rPr>
          <w:rFonts w:cs="Times New Roman"/>
        </w:rPr>
        <w:lastRenderedPageBreak/>
        <w:t>Jesus let the word stand.</w:t>
      </w:r>
    </w:p>
    <w:p w14:paraId="5ED4CB21" w14:textId="77777777" w:rsidR="007D7487" w:rsidRDefault="00E6407B">
      <w:pPr>
        <w:ind w:firstLine="288"/>
      </w:pPr>
      <w:r>
        <w:rPr>
          <w:rFonts w:cs="Times New Roman"/>
        </w:rPr>
        <w:t>He did not turn the gathering aside into every question contained inside it.</w:t>
      </w:r>
    </w:p>
    <w:p w14:paraId="24819E3C" w14:textId="77777777" w:rsidR="007D7487" w:rsidRDefault="00E6407B">
      <w:pPr>
        <w:ind w:firstLine="288"/>
      </w:pPr>
      <w:r>
        <w:rPr>
          <w:rFonts w:cs="Times New Roman"/>
        </w:rPr>
        <w:t>The larger point was already enough.</w:t>
      </w:r>
    </w:p>
    <w:p w14:paraId="1BA03732" w14:textId="77777777" w:rsidR="007D7487" w:rsidRDefault="00E6407B">
      <w:pPr>
        <w:ind w:firstLine="288"/>
      </w:pPr>
      <w:r>
        <w:rPr>
          <w:rFonts w:cs="Times New Roman"/>
        </w:rPr>
        <w:t>Then:</w:t>
      </w:r>
    </w:p>
    <w:p w14:paraId="6C723302" w14:textId="77777777" w:rsidR="007D7487" w:rsidRDefault="00E6407B">
      <w:pPr>
        <w:ind w:firstLine="288"/>
      </w:pPr>
      <w:r>
        <w:rPr>
          <w:rFonts w:cs="Times New Roman"/>
        </w:rPr>
        <w:t>“Do you hear Hades differently now?”</w:t>
      </w:r>
    </w:p>
    <w:p w14:paraId="741BB641" w14:textId="77777777" w:rsidR="007D7487" w:rsidRDefault="00E6407B">
      <w:pPr>
        <w:ind w:firstLine="288"/>
      </w:pPr>
      <w:r>
        <w:rPr>
          <w:rFonts w:cs="Times New Roman"/>
        </w:rPr>
        <w:t>Peter did.</w:t>
      </w:r>
    </w:p>
    <w:p w14:paraId="662BD66B" w14:textId="77777777" w:rsidR="007D7487" w:rsidRDefault="00E6407B">
      <w:pPr>
        <w:ind w:firstLine="288"/>
      </w:pPr>
      <w:r>
        <w:rPr>
          <w:rFonts w:cs="Times New Roman"/>
        </w:rPr>
        <w:t>Death.</w:t>
      </w:r>
    </w:p>
    <w:p w14:paraId="3ACDBBFC" w14:textId="77777777" w:rsidR="007D7487" w:rsidRDefault="00E6407B">
      <w:pPr>
        <w:ind w:firstLine="288"/>
      </w:pPr>
      <w:r>
        <w:rPr>
          <w:rFonts w:cs="Times New Roman"/>
        </w:rPr>
        <w:t>Not merely a cave.</w:t>
      </w:r>
    </w:p>
    <w:p w14:paraId="01B188B8" w14:textId="77777777" w:rsidR="007D7487" w:rsidRDefault="00E6407B">
      <w:pPr>
        <w:ind w:firstLine="288"/>
      </w:pPr>
      <w:r>
        <w:rPr>
          <w:rFonts w:cs="Times New Roman"/>
        </w:rPr>
        <w:t>Not merely stories men attached to a place.</w:t>
      </w:r>
    </w:p>
    <w:p w14:paraId="12D6A9FA" w14:textId="77777777" w:rsidR="007D7487" w:rsidRDefault="00E6407B">
      <w:pPr>
        <w:ind w:firstLine="288"/>
      </w:pPr>
      <w:r>
        <w:rPr>
          <w:rFonts w:cs="Times New Roman"/>
        </w:rPr>
        <w:t>The realm no fortress wall could conquer.</w:t>
      </w:r>
    </w:p>
    <w:p w14:paraId="504398F7" w14:textId="77777777" w:rsidR="007D7487" w:rsidRDefault="00E6407B">
      <w:pPr>
        <w:ind w:firstLine="288"/>
      </w:pPr>
      <w:r>
        <w:rPr>
          <w:rFonts w:cs="Times New Roman"/>
        </w:rPr>
        <w:t>The gate every human kingdom eventually approached.</w:t>
      </w:r>
    </w:p>
    <w:p w14:paraId="4C500E9A" w14:textId="77777777" w:rsidR="007D7487" w:rsidRDefault="00E6407B">
      <w:pPr>
        <w:ind w:firstLine="288"/>
      </w:pPr>
      <w:r>
        <w:rPr>
          <w:rFonts w:cs="Times New Roman"/>
        </w:rPr>
        <w:t>Rome could build walls.</w:t>
      </w:r>
    </w:p>
    <w:p w14:paraId="364CFFBD" w14:textId="77777777" w:rsidR="007D7487" w:rsidRDefault="00E6407B">
      <w:pPr>
        <w:ind w:firstLine="288"/>
      </w:pPr>
      <w:r>
        <w:rPr>
          <w:rFonts w:cs="Times New Roman"/>
        </w:rPr>
        <w:t>Rome could break walls.</w:t>
      </w:r>
    </w:p>
    <w:p w14:paraId="42FBCEAD" w14:textId="77777777" w:rsidR="007D7487" w:rsidRDefault="00E6407B">
      <w:pPr>
        <w:ind w:firstLine="288"/>
      </w:pPr>
      <w:r>
        <w:rPr>
          <w:rFonts w:cs="Times New Roman"/>
        </w:rPr>
        <w:t>Rome could kill men.</w:t>
      </w:r>
    </w:p>
    <w:p w14:paraId="51349498" w14:textId="77777777" w:rsidR="007D7487" w:rsidRDefault="00E6407B">
      <w:pPr>
        <w:ind w:firstLine="288"/>
      </w:pPr>
      <w:r>
        <w:rPr>
          <w:rFonts w:cs="Times New Roman"/>
        </w:rPr>
        <w:t>Rome itself would still bury emperors.</w:t>
      </w:r>
    </w:p>
    <w:p w14:paraId="69356B93" w14:textId="77777777" w:rsidR="007D7487" w:rsidRDefault="00E6407B">
      <w:pPr>
        <w:ind w:firstLine="288"/>
      </w:pPr>
      <w:r>
        <w:rPr>
          <w:rFonts w:cs="Times New Roman"/>
        </w:rPr>
        <w:t>Jesus had spoken near a place associated in men’s minds with the underworld and declared that the gates of Hades would not prevail.</w:t>
      </w:r>
    </w:p>
    <w:p w14:paraId="416CD6DF" w14:textId="77777777" w:rsidR="007D7487" w:rsidRDefault="00E6407B">
      <w:pPr>
        <w:ind w:firstLine="288"/>
      </w:pPr>
      <w:r>
        <w:rPr>
          <w:rFonts w:cs="Times New Roman"/>
        </w:rPr>
        <w:t>Thomas looked toward Him.</w:t>
      </w:r>
    </w:p>
    <w:p w14:paraId="077BF525" w14:textId="77777777" w:rsidR="007D7487" w:rsidRDefault="00E6407B">
      <w:pPr>
        <w:ind w:firstLine="288"/>
      </w:pPr>
      <w:r>
        <w:rPr>
          <w:rFonts w:cs="Times New Roman"/>
        </w:rPr>
        <w:t>“Not even death.”</w:t>
      </w:r>
    </w:p>
    <w:p w14:paraId="39782E89" w14:textId="77777777" w:rsidR="007D7487" w:rsidRDefault="00E6407B">
      <w:pPr>
        <w:ind w:firstLine="288"/>
      </w:pPr>
      <w:r>
        <w:rPr>
          <w:rFonts w:cs="Times New Roman"/>
        </w:rPr>
        <w:t>Jesus held his gaze.</w:t>
      </w:r>
    </w:p>
    <w:p w14:paraId="529E0A0C" w14:textId="77777777" w:rsidR="007D7487" w:rsidRDefault="00E6407B">
      <w:pPr>
        <w:ind w:firstLine="288"/>
      </w:pPr>
      <w:r>
        <w:rPr>
          <w:rFonts w:cs="Times New Roman"/>
        </w:rPr>
        <w:t>“You are looking at Me.”</w:t>
      </w:r>
    </w:p>
    <w:p w14:paraId="13F444C1" w14:textId="77777777" w:rsidR="007D7487" w:rsidRDefault="00E6407B">
      <w:pPr>
        <w:ind w:firstLine="288"/>
      </w:pPr>
      <w:r>
        <w:rPr>
          <w:rFonts w:cs="Times New Roman"/>
        </w:rPr>
        <w:t>Thomas stopped.</w:t>
      </w:r>
    </w:p>
    <w:p w14:paraId="1CFE6427" w14:textId="77777777" w:rsidR="007D7487" w:rsidRDefault="00E6407B">
      <w:pPr>
        <w:ind w:firstLine="288"/>
      </w:pPr>
      <w:r>
        <w:rPr>
          <w:rFonts w:cs="Times New Roman"/>
        </w:rPr>
        <w:t>He had demanded the wounds.</w:t>
      </w:r>
    </w:p>
    <w:p w14:paraId="6654DCF2" w14:textId="77777777" w:rsidR="007D7487" w:rsidRDefault="00E6407B">
      <w:pPr>
        <w:ind w:firstLine="288"/>
      </w:pPr>
      <w:r>
        <w:rPr>
          <w:rFonts w:cs="Times New Roman"/>
        </w:rPr>
        <w:t>He had seen them.</w:t>
      </w:r>
    </w:p>
    <w:p w14:paraId="60AD1344" w14:textId="77777777" w:rsidR="007D7487" w:rsidRDefault="00E6407B">
      <w:pPr>
        <w:ind w:firstLine="288"/>
      </w:pPr>
      <w:r>
        <w:rPr>
          <w:rFonts w:cs="Times New Roman"/>
        </w:rPr>
        <w:t>The gates had received a crucified body.</w:t>
      </w:r>
    </w:p>
    <w:p w14:paraId="6AC9125C" w14:textId="77777777" w:rsidR="007D7487" w:rsidRDefault="00E6407B">
      <w:pPr>
        <w:ind w:firstLine="288"/>
      </w:pPr>
      <w:r>
        <w:rPr>
          <w:rFonts w:cs="Times New Roman"/>
        </w:rPr>
        <w:t>They had not kept it.</w:t>
      </w:r>
    </w:p>
    <w:p w14:paraId="3ED23A86" w14:textId="77777777" w:rsidR="007D7487" w:rsidRDefault="00E6407B">
      <w:pPr>
        <w:suppressLineNumbers/>
        <w:spacing w:before="100" w:after="100"/>
        <w:jc w:val="center"/>
      </w:pPr>
      <w:r>
        <w:rPr>
          <w:rFonts w:cs="Times New Roman"/>
          <w:sz w:val="20"/>
        </w:rPr>
        <w:t>* * *</w:t>
      </w:r>
    </w:p>
    <w:p w14:paraId="221BFE20" w14:textId="77777777" w:rsidR="007D7487" w:rsidRDefault="00E6407B">
      <w:pPr>
        <w:ind w:firstLine="288"/>
      </w:pPr>
      <w:r>
        <w:rPr>
          <w:rFonts w:cs="Times New Roman"/>
        </w:rPr>
        <w:t>Nicodemus was thinking geographically now.</w:t>
      </w:r>
    </w:p>
    <w:p w14:paraId="26F0C421" w14:textId="77777777" w:rsidR="007D7487" w:rsidRDefault="00E6407B">
      <w:pPr>
        <w:ind w:firstLine="288"/>
      </w:pPr>
      <w:r>
        <w:rPr>
          <w:rFonts w:cs="Times New Roman"/>
        </w:rPr>
        <w:t>John could see it.</w:t>
      </w:r>
    </w:p>
    <w:p w14:paraId="7DA0E9CC" w14:textId="77777777" w:rsidR="007D7487" w:rsidRDefault="00E6407B">
      <w:pPr>
        <w:ind w:firstLine="288"/>
      </w:pPr>
      <w:r>
        <w:rPr>
          <w:rFonts w:cs="Times New Roman"/>
        </w:rPr>
        <w:t>Jesus turned toward him.</w:t>
      </w:r>
    </w:p>
    <w:p w14:paraId="21361FB6" w14:textId="77777777" w:rsidR="007D7487" w:rsidRDefault="00E6407B">
      <w:pPr>
        <w:ind w:firstLine="288"/>
      </w:pPr>
      <w:r>
        <w:rPr>
          <w:rFonts w:cs="Times New Roman"/>
        </w:rPr>
        <w:t>“What?”</w:t>
      </w:r>
    </w:p>
    <w:p w14:paraId="346B5279" w14:textId="77777777" w:rsidR="007D7487" w:rsidRDefault="00E6407B">
      <w:pPr>
        <w:ind w:firstLine="288"/>
      </w:pPr>
      <w:r>
        <w:rPr>
          <w:rFonts w:cs="Times New Roman"/>
        </w:rPr>
        <w:t>The old teacher hesitated.</w:t>
      </w:r>
    </w:p>
    <w:p w14:paraId="1447BF21" w14:textId="77777777" w:rsidR="007D7487" w:rsidRDefault="00E6407B">
      <w:pPr>
        <w:ind w:firstLine="288"/>
      </w:pPr>
      <w:r>
        <w:rPr>
          <w:rFonts w:cs="Times New Roman"/>
        </w:rPr>
        <w:t>“Bashan.”</w:t>
      </w:r>
    </w:p>
    <w:p w14:paraId="1F7C204B" w14:textId="77777777" w:rsidR="007D7487" w:rsidRDefault="00E6407B">
      <w:pPr>
        <w:ind w:firstLine="288"/>
      </w:pPr>
      <w:r>
        <w:rPr>
          <w:rFonts w:cs="Times New Roman"/>
        </w:rPr>
        <w:t>Jesus nodded.</w:t>
      </w:r>
    </w:p>
    <w:p w14:paraId="77EFA5C6" w14:textId="77777777" w:rsidR="007D7487" w:rsidRDefault="00E6407B">
      <w:pPr>
        <w:ind w:firstLine="288"/>
      </w:pPr>
      <w:r>
        <w:rPr>
          <w:rFonts w:cs="Times New Roman"/>
        </w:rPr>
        <w:t>“Og.”</w:t>
      </w:r>
    </w:p>
    <w:p w14:paraId="3FB7968A" w14:textId="77777777" w:rsidR="007D7487" w:rsidRDefault="00E6407B">
      <w:pPr>
        <w:ind w:firstLine="288"/>
      </w:pPr>
      <w:r>
        <w:rPr>
          <w:rFonts w:cs="Times New Roman"/>
        </w:rPr>
        <w:t>“Yes.”</w:t>
      </w:r>
    </w:p>
    <w:p w14:paraId="0116FE7C" w14:textId="77777777" w:rsidR="007D7487" w:rsidRDefault="00E6407B">
      <w:pPr>
        <w:ind w:firstLine="288"/>
      </w:pPr>
      <w:r>
        <w:rPr>
          <w:rFonts w:cs="Times New Roman"/>
        </w:rPr>
        <w:t>“Moses defeated him.”</w:t>
      </w:r>
    </w:p>
    <w:p w14:paraId="6A2D800F" w14:textId="77777777" w:rsidR="007D7487" w:rsidRDefault="00E6407B">
      <w:pPr>
        <w:ind w:firstLine="288"/>
      </w:pPr>
      <w:r>
        <w:rPr>
          <w:rFonts w:cs="Times New Roman"/>
        </w:rPr>
        <w:t>“Yes.”</w:t>
      </w:r>
    </w:p>
    <w:p w14:paraId="6E96B54F" w14:textId="77777777" w:rsidR="007D7487" w:rsidRDefault="00E6407B">
      <w:pPr>
        <w:ind w:firstLine="288"/>
      </w:pPr>
      <w:r>
        <w:rPr>
          <w:rFonts w:cs="Times New Roman"/>
        </w:rPr>
        <w:lastRenderedPageBreak/>
        <w:t>“And the territory east of Jordan was given among Israel.”</w:t>
      </w:r>
    </w:p>
    <w:p w14:paraId="26B698A7" w14:textId="77777777" w:rsidR="007D7487" w:rsidRDefault="00E6407B">
      <w:pPr>
        <w:ind w:firstLine="288"/>
      </w:pPr>
      <w:r>
        <w:rPr>
          <w:rFonts w:cs="Times New Roman"/>
        </w:rPr>
        <w:t>“Yes.”</w:t>
      </w:r>
    </w:p>
    <w:p w14:paraId="460B095F" w14:textId="77777777" w:rsidR="007D7487" w:rsidRDefault="00E6407B">
      <w:pPr>
        <w:ind w:firstLine="288"/>
      </w:pPr>
      <w:r>
        <w:rPr>
          <w:rFonts w:cs="Times New Roman"/>
        </w:rPr>
        <w:t>“To Reuben.”</w:t>
      </w:r>
    </w:p>
    <w:p w14:paraId="30735F06" w14:textId="77777777" w:rsidR="007D7487" w:rsidRDefault="00E6407B">
      <w:pPr>
        <w:ind w:firstLine="288"/>
      </w:pPr>
      <w:r>
        <w:rPr>
          <w:rFonts w:cs="Times New Roman"/>
        </w:rPr>
        <w:t>“Gad.”</w:t>
      </w:r>
    </w:p>
    <w:p w14:paraId="55113707" w14:textId="77777777" w:rsidR="007D7487" w:rsidRDefault="00E6407B">
      <w:pPr>
        <w:ind w:firstLine="288"/>
      </w:pPr>
      <w:r>
        <w:rPr>
          <w:rFonts w:cs="Times New Roman"/>
        </w:rPr>
        <w:t>“And half the tribe of Manasseh.”</w:t>
      </w:r>
    </w:p>
    <w:p w14:paraId="1078FD2F" w14:textId="77777777" w:rsidR="007D7487" w:rsidRDefault="00E6407B">
      <w:pPr>
        <w:ind w:firstLine="288"/>
      </w:pPr>
      <w:r>
        <w:rPr>
          <w:rFonts w:cs="Times New Roman"/>
        </w:rPr>
        <w:t>Jesus nodded.</w:t>
      </w:r>
    </w:p>
    <w:p w14:paraId="0C95AE4C" w14:textId="77777777" w:rsidR="007D7487" w:rsidRDefault="00E6407B">
      <w:pPr>
        <w:ind w:firstLine="288"/>
      </w:pPr>
      <w:r>
        <w:rPr>
          <w:rFonts w:cs="Times New Roman"/>
        </w:rPr>
        <w:t>“The old wars were real.”</w:t>
      </w:r>
    </w:p>
    <w:p w14:paraId="654C5241" w14:textId="77777777" w:rsidR="007D7487" w:rsidRDefault="00E6407B">
      <w:pPr>
        <w:ind w:firstLine="288"/>
      </w:pPr>
      <w:r>
        <w:rPr>
          <w:rFonts w:cs="Times New Roman"/>
        </w:rPr>
        <w:t>“Moses fought real kings.”</w:t>
      </w:r>
    </w:p>
    <w:p w14:paraId="3BFC6DBE" w14:textId="77777777" w:rsidR="007D7487" w:rsidRDefault="00E6407B">
      <w:pPr>
        <w:ind w:firstLine="288"/>
      </w:pPr>
      <w:r>
        <w:rPr>
          <w:rFonts w:cs="Times New Roman"/>
        </w:rPr>
        <w:t>“Joshua crossed into real land.”</w:t>
      </w:r>
    </w:p>
    <w:p w14:paraId="5E0ADB9A" w14:textId="77777777" w:rsidR="007D7487" w:rsidRDefault="00E6407B">
      <w:pPr>
        <w:ind w:firstLine="288"/>
      </w:pPr>
      <w:r>
        <w:rPr>
          <w:rFonts w:cs="Times New Roman"/>
        </w:rPr>
        <w:t>“Israel received real inheritance.”</w:t>
      </w:r>
    </w:p>
    <w:p w14:paraId="61978B05" w14:textId="77777777" w:rsidR="007D7487" w:rsidRDefault="00E6407B">
      <w:pPr>
        <w:ind w:firstLine="288"/>
      </w:pPr>
      <w:r>
        <w:rPr>
          <w:rFonts w:cs="Times New Roman"/>
        </w:rPr>
        <w:t>Simon the Zealot watched Him carefully.</w:t>
      </w:r>
    </w:p>
    <w:p w14:paraId="0DBD241F" w14:textId="77777777" w:rsidR="007D7487" w:rsidRDefault="00E6407B">
      <w:pPr>
        <w:ind w:firstLine="288"/>
      </w:pPr>
      <w:r>
        <w:rPr>
          <w:rFonts w:cs="Times New Roman"/>
        </w:rPr>
        <w:t>Jesus did not spiritualize Israel’s history into nothing.</w:t>
      </w:r>
    </w:p>
    <w:p w14:paraId="2C1F82EB" w14:textId="77777777" w:rsidR="007D7487" w:rsidRDefault="00E6407B">
      <w:pPr>
        <w:ind w:firstLine="288"/>
      </w:pPr>
      <w:r>
        <w:rPr>
          <w:rFonts w:cs="Times New Roman"/>
        </w:rPr>
        <w:t>He did not tell Simon that Egypt, Bashan, Canaan, exile, or Rome were imaginary concerns for people who should have cared only about invisible things.</w:t>
      </w:r>
    </w:p>
    <w:p w14:paraId="4FEE3A0D" w14:textId="77777777" w:rsidR="007D7487" w:rsidRDefault="00E6407B">
      <w:pPr>
        <w:ind w:firstLine="288"/>
      </w:pPr>
      <w:r>
        <w:rPr>
          <w:rFonts w:cs="Times New Roman"/>
        </w:rPr>
        <w:t>Then Jesus asked:</w:t>
      </w:r>
    </w:p>
    <w:p w14:paraId="0135E5E9" w14:textId="77777777" w:rsidR="007D7487" w:rsidRDefault="00E6407B">
      <w:pPr>
        <w:ind w:firstLine="288"/>
      </w:pPr>
      <w:r>
        <w:rPr>
          <w:rFonts w:cs="Times New Roman"/>
        </w:rPr>
        <w:t>“But after Og fell, did the serpent die?”</w:t>
      </w:r>
    </w:p>
    <w:p w14:paraId="0BC1BF50" w14:textId="77777777" w:rsidR="007D7487" w:rsidRDefault="00E6407B">
      <w:pPr>
        <w:ind w:firstLine="288"/>
      </w:pPr>
      <w:r>
        <w:rPr>
          <w:rFonts w:cs="Times New Roman"/>
        </w:rPr>
        <w:t>“No.”</w:t>
      </w:r>
    </w:p>
    <w:p w14:paraId="22D52539" w14:textId="77777777" w:rsidR="007D7487" w:rsidRDefault="00E6407B">
      <w:pPr>
        <w:ind w:firstLine="288"/>
      </w:pPr>
      <w:r>
        <w:rPr>
          <w:rFonts w:cs="Times New Roman"/>
        </w:rPr>
        <w:t>“After Canaan was divided, did men stop sinning?”</w:t>
      </w:r>
    </w:p>
    <w:p w14:paraId="6601D3C9" w14:textId="77777777" w:rsidR="007D7487" w:rsidRDefault="00E6407B">
      <w:pPr>
        <w:ind w:firstLine="288"/>
      </w:pPr>
      <w:r>
        <w:rPr>
          <w:rFonts w:cs="Times New Roman"/>
        </w:rPr>
        <w:t>“No.”</w:t>
      </w:r>
    </w:p>
    <w:p w14:paraId="6F26A091" w14:textId="77777777" w:rsidR="007D7487" w:rsidRDefault="00E6407B">
      <w:pPr>
        <w:ind w:firstLine="288"/>
      </w:pPr>
      <w:r>
        <w:rPr>
          <w:rFonts w:cs="Times New Roman"/>
        </w:rPr>
        <w:t>“After Israel received cities and fields, did death cease taking Israel’s sons and daughters?”</w:t>
      </w:r>
    </w:p>
    <w:p w14:paraId="37EADB67" w14:textId="77777777" w:rsidR="007D7487" w:rsidRDefault="00E6407B">
      <w:pPr>
        <w:ind w:firstLine="288"/>
      </w:pPr>
      <w:r>
        <w:rPr>
          <w:rFonts w:cs="Times New Roman"/>
        </w:rPr>
        <w:t>No one answered.</w:t>
      </w:r>
    </w:p>
    <w:p w14:paraId="47EFDAA8" w14:textId="77777777" w:rsidR="007D7487" w:rsidRDefault="00E6407B">
      <w:pPr>
        <w:ind w:firstLine="288"/>
      </w:pPr>
      <w:r>
        <w:rPr>
          <w:rFonts w:cs="Times New Roman"/>
        </w:rPr>
        <w:t>The answer was everywhere.</w:t>
      </w:r>
    </w:p>
    <w:p w14:paraId="57A42982" w14:textId="77777777" w:rsidR="007D7487" w:rsidRDefault="00E6407B">
      <w:pPr>
        <w:ind w:firstLine="288"/>
      </w:pPr>
      <w:r>
        <w:rPr>
          <w:rFonts w:cs="Times New Roman"/>
        </w:rPr>
        <w:t>Graves.</w:t>
      </w:r>
    </w:p>
    <w:p w14:paraId="4FD94F32" w14:textId="77777777" w:rsidR="007D7487" w:rsidRDefault="00E6407B">
      <w:pPr>
        <w:ind w:firstLine="288"/>
      </w:pPr>
      <w:r>
        <w:rPr>
          <w:rFonts w:cs="Times New Roman"/>
        </w:rPr>
        <w:t>Jesus continued.</w:t>
      </w:r>
    </w:p>
    <w:p w14:paraId="5EC00B60" w14:textId="77777777" w:rsidR="007D7487" w:rsidRDefault="00E6407B">
      <w:pPr>
        <w:ind w:firstLine="288"/>
      </w:pPr>
      <w:r>
        <w:rPr>
          <w:rFonts w:cs="Times New Roman"/>
        </w:rPr>
        <w:t>“Could Joshua’s sword command an unclean spirit?”</w:t>
      </w:r>
    </w:p>
    <w:p w14:paraId="08815664" w14:textId="77777777" w:rsidR="007D7487" w:rsidRDefault="00E6407B">
      <w:pPr>
        <w:ind w:firstLine="288"/>
      </w:pPr>
      <w:r>
        <w:rPr>
          <w:rFonts w:cs="Times New Roman"/>
        </w:rPr>
        <w:t>“No.”</w:t>
      </w:r>
    </w:p>
    <w:p w14:paraId="64DBFF1C" w14:textId="77777777" w:rsidR="007D7487" w:rsidRDefault="00E6407B">
      <w:pPr>
        <w:ind w:firstLine="288"/>
      </w:pPr>
      <w:r>
        <w:rPr>
          <w:rFonts w:cs="Times New Roman"/>
        </w:rPr>
        <w:t>“Could it cleanse a leper?”</w:t>
      </w:r>
    </w:p>
    <w:p w14:paraId="66D6CBA2" w14:textId="77777777" w:rsidR="007D7487" w:rsidRDefault="00E6407B">
      <w:pPr>
        <w:ind w:firstLine="288"/>
      </w:pPr>
      <w:r>
        <w:rPr>
          <w:rFonts w:cs="Times New Roman"/>
        </w:rPr>
        <w:t>“No.”</w:t>
      </w:r>
    </w:p>
    <w:p w14:paraId="594EE65C" w14:textId="77777777" w:rsidR="007D7487" w:rsidRDefault="00E6407B">
      <w:pPr>
        <w:ind w:firstLine="288"/>
      </w:pPr>
      <w:r>
        <w:rPr>
          <w:rFonts w:cs="Times New Roman"/>
        </w:rPr>
        <w:t>“Could it forgive sin?”</w:t>
      </w:r>
    </w:p>
    <w:p w14:paraId="42E82F76" w14:textId="77777777" w:rsidR="007D7487" w:rsidRDefault="00E6407B">
      <w:pPr>
        <w:ind w:firstLine="288"/>
      </w:pPr>
      <w:r>
        <w:rPr>
          <w:rFonts w:cs="Times New Roman"/>
        </w:rPr>
        <w:t>Silence.</w:t>
      </w:r>
    </w:p>
    <w:p w14:paraId="6071AC1D" w14:textId="77777777" w:rsidR="007D7487" w:rsidRDefault="00E6407B">
      <w:pPr>
        <w:ind w:firstLine="288"/>
      </w:pPr>
      <w:r>
        <w:rPr>
          <w:rFonts w:cs="Times New Roman"/>
        </w:rPr>
        <w:t>“Could it call a dead man from a tomb?”</w:t>
      </w:r>
    </w:p>
    <w:p w14:paraId="03E4C41B" w14:textId="77777777" w:rsidR="007D7487" w:rsidRDefault="00E6407B">
      <w:pPr>
        <w:ind w:firstLine="288"/>
      </w:pPr>
      <w:r>
        <w:rPr>
          <w:rFonts w:cs="Times New Roman"/>
        </w:rPr>
        <w:t>Thomas’s eyes moved to Jesus.</w:t>
      </w:r>
    </w:p>
    <w:p w14:paraId="7A44050A" w14:textId="77777777" w:rsidR="007D7487" w:rsidRDefault="00E6407B">
      <w:pPr>
        <w:ind w:firstLine="288"/>
      </w:pPr>
      <w:r>
        <w:rPr>
          <w:rFonts w:cs="Times New Roman"/>
        </w:rPr>
        <w:t>No one answered.</w:t>
      </w:r>
    </w:p>
    <w:p w14:paraId="1E824A8B" w14:textId="77777777" w:rsidR="007D7487" w:rsidRDefault="00E6407B">
      <w:pPr>
        <w:ind w:firstLine="288"/>
      </w:pPr>
      <w:r>
        <w:rPr>
          <w:rFonts w:cs="Times New Roman"/>
        </w:rPr>
        <w:t>Jesus did.</w:t>
      </w:r>
    </w:p>
    <w:p w14:paraId="07727E5B" w14:textId="77777777" w:rsidR="007D7487" w:rsidRDefault="00E6407B">
      <w:pPr>
        <w:ind w:firstLine="288"/>
      </w:pPr>
      <w:r>
        <w:rPr>
          <w:rFonts w:cs="Times New Roman"/>
        </w:rPr>
        <w:t>“No.”</w:t>
      </w:r>
    </w:p>
    <w:p w14:paraId="4E6623F4" w14:textId="77777777" w:rsidR="007D7487" w:rsidRDefault="00E6407B">
      <w:pPr>
        <w:ind w:firstLine="288"/>
      </w:pPr>
      <w:r>
        <w:rPr>
          <w:rFonts w:cs="Times New Roman"/>
        </w:rPr>
        <w:t>“A sword can remove a man from a hill.”</w:t>
      </w:r>
    </w:p>
    <w:p w14:paraId="3F7E18A3" w14:textId="77777777" w:rsidR="007D7487" w:rsidRDefault="00E6407B">
      <w:pPr>
        <w:ind w:firstLine="288"/>
      </w:pPr>
      <w:r>
        <w:rPr>
          <w:rFonts w:cs="Times New Roman"/>
        </w:rPr>
        <w:t>“It cannot remove sin from a man’s heart.”</w:t>
      </w:r>
    </w:p>
    <w:p w14:paraId="63840C9D" w14:textId="77777777" w:rsidR="007D7487" w:rsidRDefault="00E6407B">
      <w:pPr>
        <w:ind w:firstLine="288"/>
      </w:pPr>
      <w:r>
        <w:rPr>
          <w:rFonts w:cs="Times New Roman"/>
        </w:rPr>
        <w:t>“It cannot command death to return what it has taken.”</w:t>
      </w:r>
    </w:p>
    <w:p w14:paraId="5BE4D659" w14:textId="77777777" w:rsidR="007D7487" w:rsidRDefault="00E6407B">
      <w:pPr>
        <w:ind w:firstLine="288"/>
      </w:pPr>
      <w:r>
        <w:rPr>
          <w:rFonts w:cs="Times New Roman"/>
        </w:rPr>
        <w:lastRenderedPageBreak/>
        <w:t>“It cannot make an unclean spirit obey merely because Israel possesses land.”</w:t>
      </w:r>
    </w:p>
    <w:p w14:paraId="75000313" w14:textId="77777777" w:rsidR="007D7487" w:rsidRDefault="00E6407B">
      <w:pPr>
        <w:ind w:firstLine="288"/>
      </w:pPr>
      <w:r>
        <w:rPr>
          <w:rFonts w:cs="Times New Roman"/>
        </w:rPr>
        <w:t>John felt the contrast sharpen.</w:t>
      </w:r>
    </w:p>
    <w:p w14:paraId="1C82DB94" w14:textId="77777777" w:rsidR="007D7487" w:rsidRDefault="00E6407B">
      <w:pPr>
        <w:ind w:firstLine="288"/>
      </w:pPr>
      <w:r>
        <w:rPr>
          <w:rFonts w:cs="Times New Roman"/>
        </w:rPr>
        <w:t>Joshua.</w:t>
      </w:r>
    </w:p>
    <w:p w14:paraId="632E70FD" w14:textId="77777777" w:rsidR="007D7487" w:rsidRDefault="00E6407B">
      <w:pPr>
        <w:ind w:firstLine="288"/>
      </w:pPr>
      <w:r>
        <w:rPr>
          <w:rFonts w:cs="Times New Roman"/>
        </w:rPr>
        <w:t>Jesus.</w:t>
      </w:r>
    </w:p>
    <w:p w14:paraId="07B18AE8" w14:textId="77777777" w:rsidR="007D7487" w:rsidRDefault="00E6407B">
      <w:pPr>
        <w:ind w:firstLine="288"/>
      </w:pPr>
      <w:r>
        <w:rPr>
          <w:rFonts w:cs="Times New Roman"/>
        </w:rPr>
        <w:t>Deliverance.</w:t>
      </w:r>
    </w:p>
    <w:p w14:paraId="412A9676" w14:textId="77777777" w:rsidR="007D7487" w:rsidRDefault="00E6407B">
      <w:pPr>
        <w:ind w:firstLine="288"/>
      </w:pPr>
      <w:r>
        <w:rPr>
          <w:rFonts w:cs="Times New Roman"/>
        </w:rPr>
        <w:t>Inheritance.</w:t>
      </w:r>
    </w:p>
    <w:p w14:paraId="19DAFED7" w14:textId="77777777" w:rsidR="007D7487" w:rsidRDefault="00E6407B">
      <w:pPr>
        <w:ind w:firstLine="288"/>
      </w:pPr>
      <w:r>
        <w:rPr>
          <w:rFonts w:cs="Times New Roman"/>
        </w:rPr>
        <w:t>Enemies.</w:t>
      </w:r>
    </w:p>
    <w:p w14:paraId="016F4D02" w14:textId="77777777" w:rsidR="007D7487" w:rsidRDefault="00E6407B">
      <w:pPr>
        <w:ind w:firstLine="288"/>
      </w:pPr>
      <w:r>
        <w:rPr>
          <w:rFonts w:cs="Times New Roman"/>
        </w:rPr>
        <w:t>Yet one conquest had never been the whole war.</w:t>
      </w:r>
    </w:p>
    <w:p w14:paraId="25EA0378" w14:textId="77777777" w:rsidR="007D7487" w:rsidRDefault="00E6407B">
      <w:pPr>
        <w:ind w:firstLine="288"/>
      </w:pPr>
      <w:r>
        <w:rPr>
          <w:rFonts w:cs="Times New Roman"/>
        </w:rPr>
        <w:t>Simon leaned forward.</w:t>
      </w:r>
    </w:p>
    <w:p w14:paraId="1D93DFD9" w14:textId="77777777" w:rsidR="007D7487" w:rsidRDefault="00E6407B">
      <w:pPr>
        <w:ind w:firstLine="288"/>
      </w:pPr>
      <w:r>
        <w:rPr>
          <w:rFonts w:cs="Times New Roman"/>
        </w:rPr>
        <w:t>“Then Joshua’s conquest was incomplete?”</w:t>
      </w:r>
    </w:p>
    <w:p w14:paraId="4CFF5139" w14:textId="77777777" w:rsidR="007D7487" w:rsidRDefault="00E6407B">
      <w:pPr>
        <w:ind w:firstLine="288"/>
      </w:pPr>
      <w:r>
        <w:rPr>
          <w:rFonts w:cs="Times New Roman"/>
        </w:rPr>
        <w:t>Jesus looked at him.</w:t>
      </w:r>
    </w:p>
    <w:p w14:paraId="79DBE18A" w14:textId="77777777" w:rsidR="007D7487" w:rsidRDefault="00E6407B">
      <w:pPr>
        <w:ind w:firstLine="288"/>
      </w:pPr>
      <w:r>
        <w:rPr>
          <w:rFonts w:cs="Times New Roman"/>
        </w:rPr>
        <w:t>“Do not call what the Father commanded incomplete merely because it was not everything the Father would ever do.”</w:t>
      </w:r>
    </w:p>
    <w:p w14:paraId="03686DF6" w14:textId="77777777" w:rsidR="007D7487" w:rsidRDefault="00E6407B">
      <w:pPr>
        <w:ind w:firstLine="288"/>
      </w:pPr>
      <w:r>
        <w:rPr>
          <w:rFonts w:cs="Times New Roman"/>
        </w:rPr>
        <w:t>Simon stopped.</w:t>
      </w:r>
    </w:p>
    <w:p w14:paraId="584F2F89" w14:textId="77777777" w:rsidR="007D7487" w:rsidRDefault="00E6407B">
      <w:pPr>
        <w:ind w:firstLine="288"/>
      </w:pPr>
      <w:r>
        <w:rPr>
          <w:rFonts w:cs="Times New Roman"/>
        </w:rPr>
        <w:t>Jesus continued.</w:t>
      </w:r>
    </w:p>
    <w:p w14:paraId="70DF8B4F" w14:textId="77777777" w:rsidR="007D7487" w:rsidRDefault="00E6407B">
      <w:pPr>
        <w:ind w:firstLine="288"/>
      </w:pPr>
      <w:r>
        <w:rPr>
          <w:rFonts w:cs="Times New Roman"/>
        </w:rPr>
        <w:t>“Joshua did what he was appointed to do.”</w:t>
      </w:r>
    </w:p>
    <w:p w14:paraId="4AF04F28" w14:textId="77777777" w:rsidR="007D7487" w:rsidRDefault="00E6407B">
      <w:pPr>
        <w:ind w:firstLine="288"/>
      </w:pPr>
      <w:r>
        <w:rPr>
          <w:rFonts w:cs="Times New Roman"/>
        </w:rPr>
        <w:t>“He brought Israel across Jordan.”</w:t>
      </w:r>
    </w:p>
    <w:p w14:paraId="00199C4F" w14:textId="77777777" w:rsidR="007D7487" w:rsidRDefault="00E6407B">
      <w:pPr>
        <w:ind w:firstLine="288"/>
      </w:pPr>
      <w:r>
        <w:rPr>
          <w:rFonts w:cs="Times New Roman"/>
        </w:rPr>
        <w:t>“He fought the enemies before him.”</w:t>
      </w:r>
    </w:p>
    <w:p w14:paraId="718E2FF4" w14:textId="77777777" w:rsidR="007D7487" w:rsidRDefault="00E6407B">
      <w:pPr>
        <w:ind w:firstLine="288"/>
      </w:pPr>
      <w:r>
        <w:rPr>
          <w:rFonts w:cs="Times New Roman"/>
        </w:rPr>
        <w:t>“He divided inheritance.”</w:t>
      </w:r>
    </w:p>
    <w:p w14:paraId="76D298C0" w14:textId="77777777" w:rsidR="007D7487" w:rsidRDefault="00E6407B">
      <w:pPr>
        <w:ind w:firstLine="288"/>
      </w:pPr>
      <w:r>
        <w:rPr>
          <w:rFonts w:cs="Times New Roman"/>
        </w:rPr>
        <w:t>“He established what the LORD had given.”</w:t>
      </w:r>
    </w:p>
    <w:p w14:paraId="083B07FF" w14:textId="77777777" w:rsidR="007D7487" w:rsidRDefault="00E6407B">
      <w:pPr>
        <w:ind w:firstLine="288"/>
      </w:pPr>
      <w:r>
        <w:rPr>
          <w:rFonts w:cs="Times New Roman"/>
        </w:rPr>
        <w:t>Then His voice changed slightly.</w:t>
      </w:r>
    </w:p>
    <w:p w14:paraId="5BAE7A0E" w14:textId="77777777" w:rsidR="007D7487" w:rsidRDefault="00E6407B">
      <w:pPr>
        <w:ind w:firstLine="288"/>
      </w:pPr>
      <w:r>
        <w:rPr>
          <w:rFonts w:cs="Times New Roman"/>
        </w:rPr>
        <w:t>“But did Moses ever tell you that Joshua’s sword would crush the serpent’s head?”</w:t>
      </w:r>
    </w:p>
    <w:p w14:paraId="4F8D62AC" w14:textId="77777777" w:rsidR="007D7487" w:rsidRDefault="00E6407B">
      <w:pPr>
        <w:ind w:firstLine="288"/>
      </w:pPr>
      <w:r>
        <w:rPr>
          <w:rFonts w:cs="Times New Roman"/>
        </w:rPr>
        <w:t>“No.”</w:t>
      </w:r>
    </w:p>
    <w:p w14:paraId="7E0F366C" w14:textId="77777777" w:rsidR="007D7487" w:rsidRDefault="00E6407B">
      <w:pPr>
        <w:ind w:firstLine="288"/>
      </w:pPr>
      <w:r>
        <w:rPr>
          <w:rFonts w:cs="Times New Roman"/>
        </w:rPr>
        <w:t>“Did Joshua promise that no Israelite would die after the land was divided?”</w:t>
      </w:r>
    </w:p>
    <w:p w14:paraId="28A7DA8D" w14:textId="77777777" w:rsidR="007D7487" w:rsidRDefault="00E6407B">
      <w:pPr>
        <w:ind w:firstLine="288"/>
      </w:pPr>
      <w:r>
        <w:rPr>
          <w:rFonts w:cs="Times New Roman"/>
        </w:rPr>
        <w:t>“No.”</w:t>
      </w:r>
    </w:p>
    <w:p w14:paraId="4A781CE0" w14:textId="77777777" w:rsidR="007D7487" w:rsidRDefault="00E6407B">
      <w:pPr>
        <w:ind w:firstLine="288"/>
      </w:pPr>
      <w:r>
        <w:rPr>
          <w:rFonts w:cs="Times New Roman"/>
        </w:rPr>
        <w:t>“Then let Joshua be Joshua.”</w:t>
      </w:r>
    </w:p>
    <w:p w14:paraId="7CF8AC6A" w14:textId="77777777" w:rsidR="007D7487" w:rsidRDefault="00E6407B">
      <w:pPr>
        <w:ind w:firstLine="288"/>
      </w:pPr>
      <w:r>
        <w:rPr>
          <w:rFonts w:cs="Times New Roman"/>
        </w:rPr>
        <w:t>The correction was firm without diminishing him.</w:t>
      </w:r>
    </w:p>
    <w:p w14:paraId="6AFB660D" w14:textId="77777777" w:rsidR="007D7487" w:rsidRDefault="00E6407B">
      <w:pPr>
        <w:ind w:firstLine="288"/>
      </w:pPr>
      <w:r>
        <w:rPr>
          <w:rFonts w:cs="Times New Roman"/>
        </w:rPr>
        <w:t>“He was faithful in the work given to him.”</w:t>
      </w:r>
    </w:p>
    <w:p w14:paraId="4986F131" w14:textId="77777777" w:rsidR="007D7487" w:rsidRDefault="00E6407B">
      <w:pPr>
        <w:ind w:firstLine="288"/>
      </w:pPr>
      <w:r>
        <w:rPr>
          <w:rFonts w:cs="Times New Roman"/>
        </w:rPr>
        <w:t>“And his work itself taught you to expect deliverance, conquest, inheritance, rest, and possession.”</w:t>
      </w:r>
    </w:p>
    <w:p w14:paraId="58DFB100" w14:textId="77777777" w:rsidR="007D7487" w:rsidRDefault="00E6407B">
      <w:pPr>
        <w:ind w:firstLine="288"/>
      </w:pPr>
      <w:r>
        <w:rPr>
          <w:rFonts w:cs="Times New Roman"/>
        </w:rPr>
        <w:t>Nicodemus nodded slowly.</w:t>
      </w:r>
    </w:p>
    <w:p w14:paraId="189642CA" w14:textId="77777777" w:rsidR="007D7487" w:rsidRDefault="00E6407B">
      <w:pPr>
        <w:ind w:firstLine="288"/>
      </w:pPr>
      <w:r>
        <w:rPr>
          <w:rFonts w:cs="Times New Roman"/>
        </w:rPr>
        <w:t>“Pattern.”</w:t>
      </w:r>
    </w:p>
    <w:p w14:paraId="578D078A" w14:textId="77777777" w:rsidR="007D7487" w:rsidRDefault="00E6407B">
      <w:pPr>
        <w:ind w:firstLine="288"/>
      </w:pPr>
      <w:r>
        <w:rPr>
          <w:rFonts w:cs="Times New Roman"/>
        </w:rPr>
        <w:t>Jesus looked toward him.</w:t>
      </w:r>
    </w:p>
    <w:p w14:paraId="58670FE6" w14:textId="77777777" w:rsidR="007D7487" w:rsidRDefault="00E6407B">
      <w:pPr>
        <w:ind w:firstLine="288"/>
      </w:pPr>
      <w:r>
        <w:rPr>
          <w:rFonts w:cs="Times New Roman"/>
        </w:rPr>
        <w:t>“History first.”</w:t>
      </w:r>
    </w:p>
    <w:p w14:paraId="04D9D16F" w14:textId="77777777" w:rsidR="007D7487" w:rsidRDefault="00E6407B">
      <w:pPr>
        <w:ind w:firstLine="288"/>
      </w:pPr>
      <w:r>
        <w:rPr>
          <w:rFonts w:cs="Times New Roman"/>
        </w:rPr>
        <w:t>Nicodemus understood.</w:t>
      </w:r>
    </w:p>
    <w:p w14:paraId="334451DD" w14:textId="77777777" w:rsidR="007D7487" w:rsidRDefault="00E6407B">
      <w:pPr>
        <w:ind w:firstLine="288"/>
      </w:pPr>
      <w:r>
        <w:rPr>
          <w:rFonts w:cs="Times New Roman"/>
        </w:rPr>
        <w:t>“Then pattern.”</w:t>
      </w:r>
    </w:p>
    <w:p w14:paraId="5F054A26" w14:textId="77777777" w:rsidR="007D7487" w:rsidRDefault="00E6407B">
      <w:pPr>
        <w:ind w:firstLine="288"/>
      </w:pPr>
      <w:r>
        <w:rPr>
          <w:rFonts w:cs="Times New Roman"/>
        </w:rPr>
        <w:t>“Yes.”</w:t>
      </w:r>
    </w:p>
    <w:p w14:paraId="68FA7CDA" w14:textId="77777777" w:rsidR="007D7487" w:rsidRDefault="00E6407B">
      <w:pPr>
        <w:ind w:firstLine="288"/>
      </w:pPr>
      <w:r>
        <w:rPr>
          <w:rFonts w:cs="Times New Roman"/>
        </w:rPr>
        <w:t>The old teacher almost smiled.</w:t>
      </w:r>
    </w:p>
    <w:p w14:paraId="6C94AA5C" w14:textId="77777777" w:rsidR="007D7487" w:rsidRDefault="00E6407B">
      <w:pPr>
        <w:ind w:firstLine="288"/>
      </w:pPr>
      <w:r>
        <w:rPr>
          <w:rFonts w:cs="Times New Roman"/>
        </w:rPr>
        <w:lastRenderedPageBreak/>
        <w:t>Another category moved.</w:t>
      </w:r>
    </w:p>
    <w:p w14:paraId="1E586C3B" w14:textId="77777777" w:rsidR="007D7487" w:rsidRDefault="00E6407B">
      <w:pPr>
        <w:ind w:firstLine="288"/>
      </w:pPr>
      <w:r>
        <w:rPr>
          <w:rFonts w:cs="Times New Roman"/>
        </w:rPr>
        <w:t>Not everything that foreshadowed Messiah had existed only to be a symbol.</w:t>
      </w:r>
    </w:p>
    <w:p w14:paraId="413CE0FC" w14:textId="77777777" w:rsidR="007D7487" w:rsidRDefault="00E6407B">
      <w:pPr>
        <w:ind w:firstLine="288"/>
      </w:pPr>
      <w:r>
        <w:rPr>
          <w:rFonts w:cs="Times New Roman"/>
        </w:rPr>
        <w:t>It had first been an actual act of God in Israel’s history.</w:t>
      </w:r>
    </w:p>
    <w:p w14:paraId="578FFD4F" w14:textId="77777777" w:rsidR="007D7487" w:rsidRDefault="00E6407B">
      <w:pPr>
        <w:ind w:firstLine="288"/>
      </w:pPr>
      <w:r>
        <w:rPr>
          <w:rFonts w:cs="Times New Roman"/>
        </w:rPr>
        <w:t>The pattern gained force because the history was real.</w:t>
      </w:r>
    </w:p>
    <w:p w14:paraId="49F5B0C4" w14:textId="77777777" w:rsidR="007D7487" w:rsidRDefault="00E6407B">
      <w:pPr>
        <w:suppressLineNumbers/>
        <w:spacing w:before="100" w:after="100"/>
        <w:jc w:val="center"/>
      </w:pPr>
      <w:r>
        <w:rPr>
          <w:rFonts w:cs="Times New Roman"/>
          <w:sz w:val="20"/>
        </w:rPr>
        <w:t>* * *</w:t>
      </w:r>
    </w:p>
    <w:p w14:paraId="718B2CB6" w14:textId="77777777" w:rsidR="007D7487" w:rsidRDefault="00E6407B">
      <w:pPr>
        <w:ind w:firstLine="288"/>
      </w:pPr>
      <w:r>
        <w:rPr>
          <w:rFonts w:cs="Times New Roman"/>
        </w:rPr>
        <w:t>Jesus looked toward Andrew.</w:t>
      </w:r>
    </w:p>
    <w:p w14:paraId="033F3656" w14:textId="77777777" w:rsidR="007D7487" w:rsidRDefault="00E6407B">
      <w:pPr>
        <w:ind w:firstLine="288"/>
      </w:pPr>
      <w:r>
        <w:rPr>
          <w:rFonts w:cs="Times New Roman"/>
        </w:rPr>
        <w:t>“Joshua crossed Jordan and led Israel toward inheritance.”</w:t>
      </w:r>
    </w:p>
    <w:p w14:paraId="2B142A3B" w14:textId="77777777" w:rsidR="007D7487" w:rsidRDefault="00E6407B">
      <w:pPr>
        <w:ind w:firstLine="288"/>
      </w:pPr>
      <w:r>
        <w:rPr>
          <w:rFonts w:cs="Times New Roman"/>
        </w:rPr>
        <w:t>Then toward the others.</w:t>
      </w:r>
    </w:p>
    <w:p w14:paraId="3FA4DAA0" w14:textId="77777777" w:rsidR="007D7487" w:rsidRDefault="00E6407B">
      <w:pPr>
        <w:ind w:firstLine="288"/>
      </w:pPr>
      <w:r>
        <w:rPr>
          <w:rFonts w:cs="Times New Roman"/>
        </w:rPr>
        <w:t>“What happened when I came up from Jordan?”</w:t>
      </w:r>
    </w:p>
    <w:p w14:paraId="3263F7A7" w14:textId="77777777" w:rsidR="007D7487" w:rsidRDefault="00E6407B">
      <w:pPr>
        <w:ind w:firstLine="288"/>
      </w:pPr>
      <w:r>
        <w:rPr>
          <w:rFonts w:cs="Times New Roman"/>
        </w:rPr>
        <w:t>Andrew’s expression changed.</w:t>
      </w:r>
    </w:p>
    <w:p w14:paraId="40209F1B" w14:textId="77777777" w:rsidR="007D7487" w:rsidRDefault="00E6407B">
      <w:pPr>
        <w:ind w:firstLine="288"/>
      </w:pPr>
      <w:r>
        <w:rPr>
          <w:rFonts w:cs="Times New Roman"/>
        </w:rPr>
        <w:t>“The Spirit.”</w:t>
      </w:r>
    </w:p>
    <w:p w14:paraId="3E8495B1" w14:textId="77777777" w:rsidR="007D7487" w:rsidRDefault="00E6407B">
      <w:pPr>
        <w:ind w:firstLine="288"/>
      </w:pPr>
      <w:r>
        <w:rPr>
          <w:rFonts w:cs="Times New Roman"/>
        </w:rPr>
        <w:t>Jesus nodded.</w:t>
      </w:r>
    </w:p>
    <w:p w14:paraId="7F6F7AB1" w14:textId="77777777" w:rsidR="007D7487" w:rsidRDefault="00E6407B">
      <w:pPr>
        <w:ind w:firstLine="288"/>
      </w:pPr>
      <w:r>
        <w:rPr>
          <w:rFonts w:cs="Times New Roman"/>
        </w:rPr>
        <w:t>“The Baptist saw the Spirit descend.”</w:t>
      </w:r>
    </w:p>
    <w:p w14:paraId="72C2DEDF" w14:textId="77777777" w:rsidR="007D7487" w:rsidRDefault="00E6407B">
      <w:pPr>
        <w:ind w:firstLine="288"/>
      </w:pPr>
      <w:r>
        <w:rPr>
          <w:rFonts w:cs="Times New Roman"/>
        </w:rPr>
        <w:t>“And remain,” Andrew added.</w:t>
      </w:r>
    </w:p>
    <w:p w14:paraId="38ECF38B" w14:textId="77777777" w:rsidR="007D7487" w:rsidRDefault="00E6407B">
      <w:pPr>
        <w:ind w:firstLine="288"/>
      </w:pPr>
      <w:r>
        <w:rPr>
          <w:rFonts w:cs="Times New Roman"/>
        </w:rPr>
        <w:t>“Then?”</w:t>
      </w:r>
    </w:p>
    <w:p w14:paraId="7547EFF0" w14:textId="77777777" w:rsidR="007D7487" w:rsidRDefault="00E6407B">
      <w:pPr>
        <w:ind w:firstLine="288"/>
      </w:pPr>
      <w:r>
        <w:rPr>
          <w:rFonts w:cs="Times New Roman"/>
        </w:rPr>
        <w:t>James answered.</w:t>
      </w:r>
    </w:p>
    <w:p w14:paraId="63CCBF39" w14:textId="77777777" w:rsidR="007D7487" w:rsidRDefault="00E6407B">
      <w:pPr>
        <w:ind w:firstLine="288"/>
      </w:pPr>
      <w:r>
        <w:rPr>
          <w:rFonts w:cs="Times New Roman"/>
        </w:rPr>
        <w:t>“The wilderness.”</w:t>
      </w:r>
    </w:p>
    <w:p w14:paraId="40D0E36B" w14:textId="77777777" w:rsidR="007D7487" w:rsidRDefault="00E6407B">
      <w:pPr>
        <w:ind w:firstLine="288"/>
      </w:pPr>
      <w:r>
        <w:rPr>
          <w:rFonts w:cs="Times New Roman"/>
        </w:rPr>
        <w:t>“Then?”</w:t>
      </w:r>
    </w:p>
    <w:p w14:paraId="28B1676C" w14:textId="77777777" w:rsidR="007D7487" w:rsidRDefault="00E6407B">
      <w:pPr>
        <w:ind w:firstLine="288"/>
      </w:pPr>
      <w:r>
        <w:rPr>
          <w:rFonts w:cs="Times New Roman"/>
        </w:rPr>
        <w:t>“Galilee.”</w:t>
      </w:r>
    </w:p>
    <w:p w14:paraId="38D97520" w14:textId="77777777" w:rsidR="007D7487" w:rsidRDefault="00E6407B">
      <w:pPr>
        <w:ind w:firstLine="288"/>
      </w:pPr>
      <w:r>
        <w:rPr>
          <w:rFonts w:cs="Times New Roman"/>
        </w:rPr>
        <w:t>“Then?”</w:t>
      </w:r>
    </w:p>
    <w:p w14:paraId="096F0CC4" w14:textId="77777777" w:rsidR="007D7487" w:rsidRDefault="00E6407B">
      <w:pPr>
        <w:ind w:firstLine="288"/>
      </w:pPr>
      <w:r>
        <w:rPr>
          <w:rFonts w:cs="Times New Roman"/>
        </w:rPr>
        <w:t>Peter answered now.</w:t>
      </w:r>
    </w:p>
    <w:p w14:paraId="04498144" w14:textId="77777777" w:rsidR="007D7487" w:rsidRDefault="00E6407B">
      <w:pPr>
        <w:ind w:firstLine="288"/>
      </w:pPr>
      <w:r>
        <w:rPr>
          <w:rFonts w:cs="Times New Roman"/>
        </w:rPr>
        <w:t>“Demons.”</w:t>
      </w:r>
    </w:p>
    <w:p w14:paraId="12F0BAD0" w14:textId="77777777" w:rsidR="007D7487" w:rsidRDefault="00E6407B">
      <w:pPr>
        <w:ind w:firstLine="288"/>
      </w:pPr>
      <w:r>
        <w:rPr>
          <w:rFonts w:cs="Times New Roman"/>
        </w:rPr>
        <w:t>“Healings.”</w:t>
      </w:r>
    </w:p>
    <w:p w14:paraId="383B7E60" w14:textId="77777777" w:rsidR="007D7487" w:rsidRDefault="00E6407B">
      <w:pPr>
        <w:ind w:firstLine="288"/>
      </w:pPr>
      <w:r>
        <w:rPr>
          <w:rFonts w:cs="Times New Roman"/>
        </w:rPr>
        <w:t>“Teaching.”</w:t>
      </w:r>
    </w:p>
    <w:p w14:paraId="5D6C0748" w14:textId="77777777" w:rsidR="007D7487" w:rsidRDefault="00E6407B">
      <w:pPr>
        <w:ind w:firstLine="288"/>
      </w:pPr>
      <w:r>
        <w:rPr>
          <w:rFonts w:cs="Times New Roman"/>
        </w:rPr>
        <w:t>“The kingdom.”</w:t>
      </w:r>
    </w:p>
    <w:p w14:paraId="14605044" w14:textId="77777777" w:rsidR="007D7487" w:rsidRDefault="00E6407B">
      <w:pPr>
        <w:ind w:firstLine="288"/>
      </w:pPr>
      <w:r>
        <w:rPr>
          <w:rFonts w:cs="Times New Roman"/>
        </w:rPr>
        <w:t>Jesus looked across the gathering.</w:t>
      </w:r>
    </w:p>
    <w:p w14:paraId="4DF404E3" w14:textId="77777777" w:rsidR="007D7487" w:rsidRDefault="00E6407B">
      <w:pPr>
        <w:ind w:firstLine="288"/>
      </w:pPr>
      <w:r>
        <w:rPr>
          <w:rFonts w:cs="Times New Roman"/>
        </w:rPr>
        <w:t>“Joshua entered a land where enemies could be struck with iron.”</w:t>
      </w:r>
    </w:p>
    <w:p w14:paraId="256C5D8C" w14:textId="77777777" w:rsidR="007D7487" w:rsidRDefault="00E6407B">
      <w:pPr>
        <w:ind w:firstLine="288"/>
      </w:pPr>
      <w:r>
        <w:rPr>
          <w:rFonts w:cs="Times New Roman"/>
        </w:rPr>
        <w:t>“I entered Galilee confronting enemies iron could not reach.”</w:t>
      </w:r>
    </w:p>
    <w:p w14:paraId="494D789C" w14:textId="77777777" w:rsidR="007D7487" w:rsidRDefault="00E6407B">
      <w:pPr>
        <w:ind w:firstLine="288"/>
      </w:pPr>
      <w:r>
        <w:rPr>
          <w:rFonts w:cs="Times New Roman"/>
        </w:rPr>
        <w:t>“Bondage.”</w:t>
      </w:r>
    </w:p>
    <w:p w14:paraId="3C18CDB7" w14:textId="77777777" w:rsidR="007D7487" w:rsidRDefault="00E6407B">
      <w:pPr>
        <w:ind w:firstLine="288"/>
      </w:pPr>
      <w:r>
        <w:rPr>
          <w:rFonts w:cs="Times New Roman"/>
        </w:rPr>
        <w:t>“Sin.”</w:t>
      </w:r>
    </w:p>
    <w:p w14:paraId="1E98C58A" w14:textId="77777777" w:rsidR="007D7487" w:rsidRDefault="00E6407B">
      <w:pPr>
        <w:ind w:firstLine="288"/>
      </w:pPr>
      <w:r>
        <w:rPr>
          <w:rFonts w:cs="Times New Roman"/>
        </w:rPr>
        <w:t>“Uncleanness.”</w:t>
      </w:r>
    </w:p>
    <w:p w14:paraId="65DF13BA" w14:textId="77777777" w:rsidR="007D7487" w:rsidRDefault="00E6407B">
      <w:pPr>
        <w:ind w:firstLine="288"/>
      </w:pPr>
      <w:r>
        <w:rPr>
          <w:rFonts w:cs="Times New Roman"/>
        </w:rPr>
        <w:t>“Death.”</w:t>
      </w:r>
    </w:p>
    <w:p w14:paraId="3A04A32F" w14:textId="77777777" w:rsidR="007D7487" w:rsidRDefault="00E6407B">
      <w:pPr>
        <w:ind w:firstLine="288"/>
      </w:pPr>
      <w:r>
        <w:rPr>
          <w:rFonts w:cs="Times New Roman"/>
        </w:rPr>
        <w:t>“The adversary.”</w:t>
      </w:r>
    </w:p>
    <w:p w14:paraId="5EF50908" w14:textId="77777777" w:rsidR="007D7487" w:rsidRDefault="00E6407B">
      <w:pPr>
        <w:ind w:firstLine="288"/>
      </w:pPr>
      <w:r>
        <w:rPr>
          <w:rFonts w:cs="Times New Roman"/>
        </w:rPr>
        <w:t>“The powers that rejoice whenever the image of God destroys the image of God.”</w:t>
      </w:r>
    </w:p>
    <w:p w14:paraId="79685244" w14:textId="77777777" w:rsidR="007D7487" w:rsidRDefault="00E6407B">
      <w:pPr>
        <w:ind w:firstLine="288"/>
      </w:pPr>
      <w:r>
        <w:rPr>
          <w:rFonts w:cs="Times New Roman"/>
        </w:rPr>
        <w:t>Simon’s face tightened.</w:t>
      </w:r>
    </w:p>
    <w:p w14:paraId="3228FD28" w14:textId="77777777" w:rsidR="007D7487" w:rsidRDefault="00E6407B">
      <w:pPr>
        <w:ind w:firstLine="288"/>
      </w:pPr>
      <w:r>
        <w:rPr>
          <w:rFonts w:cs="Times New Roman"/>
        </w:rPr>
        <w:t>Jesus met his eyes.</w:t>
      </w:r>
    </w:p>
    <w:p w14:paraId="6984A425" w14:textId="77777777" w:rsidR="007D7487" w:rsidRDefault="00E6407B">
      <w:pPr>
        <w:ind w:firstLine="288"/>
      </w:pPr>
      <w:r>
        <w:rPr>
          <w:rFonts w:cs="Times New Roman"/>
        </w:rPr>
        <w:t>“The campaign did not fail because I did not raise an army against Rome.”</w:t>
      </w:r>
    </w:p>
    <w:p w14:paraId="209A1D9F" w14:textId="77777777" w:rsidR="007D7487" w:rsidRDefault="00E6407B">
      <w:pPr>
        <w:ind w:firstLine="288"/>
      </w:pPr>
      <w:r>
        <w:rPr>
          <w:rFonts w:cs="Times New Roman"/>
        </w:rPr>
        <w:t>His voice sharpened.</w:t>
      </w:r>
    </w:p>
    <w:p w14:paraId="536F321B" w14:textId="77777777" w:rsidR="007D7487" w:rsidRDefault="00E6407B">
      <w:pPr>
        <w:ind w:firstLine="288"/>
      </w:pPr>
      <w:r>
        <w:rPr>
          <w:rFonts w:cs="Times New Roman"/>
        </w:rPr>
        <w:lastRenderedPageBreak/>
        <w:t>“You did not recognize the battlefield.”</w:t>
      </w:r>
    </w:p>
    <w:p w14:paraId="6BE20B60" w14:textId="77777777" w:rsidR="007D7487" w:rsidRDefault="00E6407B">
      <w:pPr>
        <w:ind w:firstLine="288"/>
      </w:pPr>
      <w:r>
        <w:rPr>
          <w:rFonts w:cs="Times New Roman"/>
        </w:rPr>
        <w:t>The words hurt.</w:t>
      </w:r>
    </w:p>
    <w:p w14:paraId="59DB4C59" w14:textId="77777777" w:rsidR="007D7487" w:rsidRDefault="00E6407B">
      <w:pPr>
        <w:ind w:firstLine="288"/>
      </w:pPr>
      <w:r>
        <w:rPr>
          <w:rFonts w:cs="Times New Roman"/>
        </w:rPr>
        <w:t>Not because Jesus despised Israel’s hope.</w:t>
      </w:r>
    </w:p>
    <w:p w14:paraId="4D0CD084" w14:textId="77777777" w:rsidR="007D7487" w:rsidRDefault="00E6407B">
      <w:pPr>
        <w:ind w:firstLine="288"/>
      </w:pPr>
      <w:r>
        <w:rPr>
          <w:rFonts w:cs="Times New Roman"/>
        </w:rPr>
        <w:t>Because He was showing them how much larger the promised deliverance had always needed to be.</w:t>
      </w:r>
    </w:p>
    <w:p w14:paraId="7FA83E27" w14:textId="77777777" w:rsidR="007D7487" w:rsidRDefault="00E6407B">
      <w:pPr>
        <w:ind w:firstLine="288"/>
      </w:pPr>
      <w:r>
        <w:rPr>
          <w:rFonts w:cs="Times New Roman"/>
        </w:rPr>
        <w:t>Matthew spoke carefully.</w:t>
      </w:r>
    </w:p>
    <w:p w14:paraId="74655514" w14:textId="77777777" w:rsidR="007D7487" w:rsidRDefault="00E6407B">
      <w:pPr>
        <w:ind w:firstLine="288"/>
      </w:pPr>
      <w:r>
        <w:rPr>
          <w:rFonts w:cs="Times New Roman"/>
        </w:rPr>
        <w:t>“Then Rome is part of the world that needs the kingdom.”</w:t>
      </w:r>
    </w:p>
    <w:p w14:paraId="6E7DC44B" w14:textId="77777777" w:rsidR="007D7487" w:rsidRDefault="00E6407B">
      <w:pPr>
        <w:ind w:firstLine="288"/>
      </w:pPr>
      <w:r>
        <w:rPr>
          <w:rFonts w:cs="Times New Roman"/>
        </w:rPr>
        <w:t>“Yes.”</w:t>
      </w:r>
    </w:p>
    <w:p w14:paraId="69E05DF7" w14:textId="77777777" w:rsidR="007D7487" w:rsidRDefault="00E6407B">
      <w:pPr>
        <w:ind w:firstLine="288"/>
      </w:pPr>
      <w:r>
        <w:rPr>
          <w:rFonts w:cs="Times New Roman"/>
        </w:rPr>
        <w:t>“But Rome is not the whole explanation for why the world needs it.”</w:t>
      </w:r>
    </w:p>
    <w:p w14:paraId="5F81BC26" w14:textId="77777777" w:rsidR="007D7487" w:rsidRDefault="00E6407B">
      <w:pPr>
        <w:ind w:firstLine="288"/>
      </w:pPr>
      <w:r>
        <w:rPr>
          <w:rFonts w:cs="Times New Roman"/>
        </w:rPr>
        <w:t>Jesus nodded.</w:t>
      </w:r>
    </w:p>
    <w:p w14:paraId="0F1BDB78" w14:textId="77777777" w:rsidR="007D7487" w:rsidRDefault="00E6407B">
      <w:pPr>
        <w:ind w:firstLine="288"/>
      </w:pPr>
      <w:r>
        <w:rPr>
          <w:rFonts w:cs="Times New Roman"/>
        </w:rPr>
        <w:t>“Now you are seeing.”</w:t>
      </w:r>
    </w:p>
    <w:p w14:paraId="3ABF4005" w14:textId="77777777" w:rsidR="007D7487" w:rsidRDefault="00E6407B">
      <w:pPr>
        <w:ind w:firstLine="288"/>
      </w:pPr>
      <w:r>
        <w:rPr>
          <w:rFonts w:cs="Times New Roman"/>
        </w:rPr>
        <w:t>Simon looked at Matthew.</w:t>
      </w:r>
    </w:p>
    <w:p w14:paraId="5607C6D9" w14:textId="77777777" w:rsidR="007D7487" w:rsidRDefault="00E6407B">
      <w:pPr>
        <w:ind w:firstLine="288"/>
      </w:pPr>
      <w:r>
        <w:rPr>
          <w:rFonts w:cs="Times New Roman"/>
        </w:rPr>
        <w:t>For once there was nothing to argue about.</w:t>
      </w:r>
    </w:p>
    <w:p w14:paraId="0364542B" w14:textId="77777777" w:rsidR="007D7487" w:rsidRDefault="00E6407B">
      <w:pPr>
        <w:suppressLineNumbers/>
        <w:spacing w:before="100" w:after="100"/>
        <w:jc w:val="center"/>
      </w:pPr>
      <w:r>
        <w:rPr>
          <w:rFonts w:cs="Times New Roman"/>
          <w:sz w:val="20"/>
        </w:rPr>
        <w:t>* * *</w:t>
      </w:r>
    </w:p>
    <w:p w14:paraId="3AFDA739" w14:textId="77777777" w:rsidR="007D7487" w:rsidRDefault="00E6407B">
      <w:pPr>
        <w:ind w:firstLine="288"/>
      </w:pPr>
      <w:r>
        <w:rPr>
          <w:rFonts w:cs="Times New Roman"/>
        </w:rPr>
        <w:t>Nicodemus had gone back to the map.</w:t>
      </w:r>
    </w:p>
    <w:p w14:paraId="300518FD" w14:textId="77777777" w:rsidR="007D7487" w:rsidRDefault="00E6407B">
      <w:pPr>
        <w:ind w:firstLine="288"/>
      </w:pPr>
      <w:r>
        <w:rPr>
          <w:rFonts w:cs="Times New Roman"/>
        </w:rPr>
        <w:t>Jesus glanced toward him.</w:t>
      </w:r>
    </w:p>
    <w:p w14:paraId="4E9C6F3C" w14:textId="77777777" w:rsidR="007D7487" w:rsidRDefault="00E6407B">
      <w:pPr>
        <w:ind w:firstLine="288"/>
      </w:pPr>
      <w:r>
        <w:rPr>
          <w:rFonts w:cs="Times New Roman"/>
        </w:rPr>
        <w:t>“You are still on the map.”</w:t>
      </w:r>
    </w:p>
    <w:p w14:paraId="62643C04" w14:textId="77777777" w:rsidR="007D7487" w:rsidRDefault="00E6407B">
      <w:pPr>
        <w:ind w:firstLine="288"/>
      </w:pPr>
      <w:r>
        <w:rPr>
          <w:rFonts w:cs="Times New Roman"/>
        </w:rPr>
        <w:t>Nicodemus looked mildly offended.</w:t>
      </w:r>
    </w:p>
    <w:p w14:paraId="3A5F62E2" w14:textId="77777777" w:rsidR="007D7487" w:rsidRDefault="00E6407B">
      <w:pPr>
        <w:ind w:firstLine="288"/>
      </w:pPr>
      <w:r>
        <w:rPr>
          <w:rFonts w:cs="Times New Roman"/>
        </w:rPr>
        <w:t>“The map matters.”</w:t>
      </w:r>
    </w:p>
    <w:p w14:paraId="7861547C" w14:textId="77777777" w:rsidR="007D7487" w:rsidRDefault="00E6407B">
      <w:pPr>
        <w:ind w:firstLine="288"/>
      </w:pPr>
      <w:r>
        <w:rPr>
          <w:rFonts w:cs="Times New Roman"/>
        </w:rPr>
        <w:t>“It does.”</w:t>
      </w:r>
    </w:p>
    <w:p w14:paraId="48F317D3" w14:textId="77777777" w:rsidR="007D7487" w:rsidRDefault="00E6407B">
      <w:pPr>
        <w:ind w:firstLine="288"/>
      </w:pPr>
      <w:r>
        <w:rPr>
          <w:rFonts w:cs="Times New Roman"/>
        </w:rPr>
        <w:t>Jesus let him wait.</w:t>
      </w:r>
    </w:p>
    <w:p w14:paraId="30E5E061" w14:textId="77777777" w:rsidR="007D7487" w:rsidRDefault="00E6407B">
      <w:pPr>
        <w:ind w:firstLine="288"/>
      </w:pPr>
      <w:r>
        <w:rPr>
          <w:rFonts w:cs="Times New Roman"/>
        </w:rPr>
        <w:t>Nicodemus continued.</w:t>
      </w:r>
    </w:p>
    <w:p w14:paraId="7DDDC433" w14:textId="77777777" w:rsidR="007D7487" w:rsidRDefault="00E6407B">
      <w:pPr>
        <w:ind w:firstLine="288"/>
      </w:pPr>
      <w:r>
        <w:rPr>
          <w:rFonts w:cs="Times New Roman"/>
        </w:rPr>
        <w:t>“Bashan.”</w:t>
      </w:r>
    </w:p>
    <w:p w14:paraId="3FBCC5FF" w14:textId="77777777" w:rsidR="007D7487" w:rsidRDefault="00E6407B">
      <w:pPr>
        <w:ind w:firstLine="288"/>
      </w:pPr>
      <w:r>
        <w:rPr>
          <w:rFonts w:cs="Times New Roman"/>
        </w:rPr>
        <w:t>“The upper Jordan.”</w:t>
      </w:r>
    </w:p>
    <w:p w14:paraId="4804B003" w14:textId="77777777" w:rsidR="007D7487" w:rsidRDefault="00E6407B">
      <w:pPr>
        <w:ind w:firstLine="288"/>
      </w:pPr>
      <w:r>
        <w:rPr>
          <w:rFonts w:cs="Times New Roman"/>
        </w:rPr>
        <w:t>“Manasseh.”</w:t>
      </w:r>
    </w:p>
    <w:p w14:paraId="76E13DE6" w14:textId="77777777" w:rsidR="007D7487" w:rsidRDefault="00E6407B">
      <w:pPr>
        <w:ind w:firstLine="288"/>
      </w:pPr>
      <w:r>
        <w:rPr>
          <w:rFonts w:cs="Times New Roman"/>
        </w:rPr>
        <w:t>“And farther south, Gilead.”</w:t>
      </w:r>
    </w:p>
    <w:p w14:paraId="3A10A674" w14:textId="77777777" w:rsidR="007D7487" w:rsidRDefault="00E6407B">
      <w:pPr>
        <w:ind w:firstLine="288"/>
      </w:pPr>
      <w:r>
        <w:rPr>
          <w:rFonts w:cs="Times New Roman"/>
        </w:rPr>
        <w:t>Jesus’ mouth moved slightly.</w:t>
      </w:r>
    </w:p>
    <w:p w14:paraId="2BCE7A65" w14:textId="77777777" w:rsidR="007D7487" w:rsidRDefault="00E6407B">
      <w:pPr>
        <w:ind w:firstLine="288"/>
      </w:pPr>
      <w:r>
        <w:rPr>
          <w:rFonts w:cs="Times New Roman"/>
        </w:rPr>
        <w:t>John recognized the beginning of trouble.</w:t>
      </w:r>
    </w:p>
    <w:p w14:paraId="2B3A4EC2" w14:textId="77777777" w:rsidR="007D7487" w:rsidRDefault="00E6407B">
      <w:pPr>
        <w:ind w:firstLine="288"/>
      </w:pPr>
      <w:r>
        <w:rPr>
          <w:rFonts w:cs="Times New Roman"/>
        </w:rPr>
        <w:t>“A region of some medicinal reputation, I am told.”</w:t>
      </w:r>
    </w:p>
    <w:p w14:paraId="76EC28B0" w14:textId="77777777" w:rsidR="007D7487" w:rsidRDefault="00E6407B">
      <w:pPr>
        <w:ind w:firstLine="288"/>
      </w:pPr>
      <w:r>
        <w:rPr>
          <w:rFonts w:cs="Times New Roman"/>
        </w:rPr>
        <w:t>Nicodemus closed his eyes.</w:t>
      </w:r>
    </w:p>
    <w:p w14:paraId="5CE1DB53" w14:textId="77777777" w:rsidR="007D7487" w:rsidRDefault="00E6407B">
      <w:pPr>
        <w:ind w:firstLine="288"/>
      </w:pPr>
      <w:r>
        <w:rPr>
          <w:rFonts w:cs="Times New Roman"/>
        </w:rPr>
        <w:t>Joseph began laughing.</w:t>
      </w:r>
    </w:p>
    <w:p w14:paraId="5FA7F4DD" w14:textId="77777777" w:rsidR="007D7487" w:rsidRDefault="00E6407B">
      <w:pPr>
        <w:ind w:firstLine="288"/>
      </w:pPr>
      <w:r>
        <w:rPr>
          <w:rFonts w:cs="Times New Roman"/>
        </w:rPr>
        <w:t>Several people looked between them, confused.</w:t>
      </w:r>
    </w:p>
    <w:p w14:paraId="4969A9D6" w14:textId="77777777" w:rsidR="007D7487" w:rsidRDefault="00E6407B">
      <w:pPr>
        <w:ind w:firstLine="288"/>
      </w:pPr>
      <w:r>
        <w:rPr>
          <w:rFonts w:cs="Times New Roman"/>
        </w:rPr>
        <w:t>Jesus continued with perfect seriousness.</w:t>
      </w:r>
    </w:p>
    <w:p w14:paraId="75A551A1" w14:textId="77777777" w:rsidR="007D7487" w:rsidRDefault="00E6407B">
      <w:pPr>
        <w:ind w:firstLine="288"/>
      </w:pPr>
      <w:r>
        <w:rPr>
          <w:rFonts w:cs="Times New Roman"/>
        </w:rPr>
        <w:t>“Apparently enough reputation to justify a remarkable amount of preparation for one burial.”</w:t>
      </w:r>
    </w:p>
    <w:p w14:paraId="623973FD" w14:textId="77777777" w:rsidR="007D7487" w:rsidRDefault="00E6407B">
      <w:pPr>
        <w:ind w:firstLine="288"/>
      </w:pPr>
      <w:r>
        <w:rPr>
          <w:rFonts w:cs="Times New Roman"/>
        </w:rPr>
        <w:t>Nicodemus opened his eyes.</w:t>
      </w:r>
    </w:p>
    <w:p w14:paraId="51239D55" w14:textId="77777777" w:rsidR="007D7487" w:rsidRDefault="00E6407B">
      <w:pPr>
        <w:ind w:firstLine="288"/>
      </w:pPr>
      <w:r>
        <w:rPr>
          <w:rFonts w:cs="Times New Roman"/>
        </w:rPr>
        <w:t>“It was not all balm.”</w:t>
      </w:r>
    </w:p>
    <w:p w14:paraId="5E579959" w14:textId="77777777" w:rsidR="007D7487" w:rsidRDefault="00E6407B">
      <w:pPr>
        <w:ind w:firstLine="288"/>
      </w:pPr>
      <w:r>
        <w:rPr>
          <w:rFonts w:cs="Times New Roman"/>
        </w:rPr>
        <w:t>“No.”</w:t>
      </w:r>
    </w:p>
    <w:p w14:paraId="61A2D282" w14:textId="77777777" w:rsidR="007D7487" w:rsidRDefault="00E6407B">
      <w:pPr>
        <w:ind w:firstLine="288"/>
      </w:pPr>
      <w:r>
        <w:rPr>
          <w:rFonts w:cs="Times New Roman"/>
        </w:rPr>
        <w:t>Jesus considered.</w:t>
      </w:r>
    </w:p>
    <w:p w14:paraId="3E72A3A3" w14:textId="77777777" w:rsidR="007D7487" w:rsidRDefault="00E6407B">
      <w:pPr>
        <w:ind w:firstLine="288"/>
      </w:pPr>
      <w:r>
        <w:rPr>
          <w:rFonts w:cs="Times New Roman"/>
        </w:rPr>
        <w:lastRenderedPageBreak/>
        <w:t>“There were enough other things to supply several burials.”</w:t>
      </w:r>
    </w:p>
    <w:p w14:paraId="4EFC78F5" w14:textId="77777777" w:rsidR="007D7487" w:rsidRDefault="00E6407B">
      <w:pPr>
        <w:ind w:firstLine="288"/>
      </w:pPr>
      <w:r>
        <w:rPr>
          <w:rFonts w:cs="Times New Roman"/>
        </w:rPr>
        <w:t>Joseph laughed harder.</w:t>
      </w:r>
    </w:p>
    <w:p w14:paraId="46B9398D" w14:textId="77777777" w:rsidR="007D7487" w:rsidRDefault="00E6407B">
      <w:pPr>
        <w:ind w:firstLine="288"/>
      </w:pPr>
      <w:r>
        <w:rPr>
          <w:rFonts w:cs="Times New Roman"/>
        </w:rPr>
        <w:t>Nicodemus pointed at him.</w:t>
      </w:r>
    </w:p>
    <w:p w14:paraId="4AE1BB4D" w14:textId="77777777" w:rsidR="007D7487" w:rsidRDefault="00E6407B">
      <w:pPr>
        <w:ind w:firstLine="288"/>
      </w:pPr>
      <w:r>
        <w:rPr>
          <w:rFonts w:cs="Times New Roman"/>
        </w:rPr>
        <w:t>“You helped carry Him.”</w:t>
      </w:r>
    </w:p>
    <w:p w14:paraId="50DB5416" w14:textId="77777777" w:rsidR="007D7487" w:rsidRDefault="00E6407B">
      <w:pPr>
        <w:ind w:firstLine="288"/>
      </w:pPr>
      <w:r>
        <w:rPr>
          <w:rFonts w:cs="Times New Roman"/>
        </w:rPr>
        <w:t>“I did not bring enough medicine for an army.”</w:t>
      </w:r>
    </w:p>
    <w:p w14:paraId="0935A50A" w14:textId="77777777" w:rsidR="007D7487" w:rsidRDefault="00E6407B">
      <w:pPr>
        <w:ind w:firstLine="288"/>
      </w:pPr>
      <w:r>
        <w:rPr>
          <w:rFonts w:cs="Times New Roman"/>
        </w:rPr>
        <w:t>“I was being thorough.”</w:t>
      </w:r>
    </w:p>
    <w:p w14:paraId="6A092A53" w14:textId="77777777" w:rsidR="007D7487" w:rsidRDefault="00E6407B">
      <w:pPr>
        <w:ind w:firstLine="288"/>
      </w:pPr>
      <w:r>
        <w:rPr>
          <w:rFonts w:cs="Times New Roman"/>
        </w:rPr>
        <w:t>Jesus nodded.</w:t>
      </w:r>
    </w:p>
    <w:p w14:paraId="7CA9AD1B" w14:textId="77777777" w:rsidR="007D7487" w:rsidRDefault="00E6407B">
      <w:pPr>
        <w:ind w:firstLine="288"/>
      </w:pPr>
      <w:r>
        <w:rPr>
          <w:rFonts w:cs="Times New Roman"/>
        </w:rPr>
        <w:t>“I noticed.”</w:t>
      </w:r>
    </w:p>
    <w:p w14:paraId="1462E7C9" w14:textId="77777777" w:rsidR="007D7487" w:rsidRDefault="00E6407B">
      <w:pPr>
        <w:ind w:firstLine="288"/>
      </w:pPr>
      <w:r>
        <w:rPr>
          <w:rFonts w:cs="Times New Roman"/>
        </w:rPr>
        <w:t>The laughter spread.</w:t>
      </w:r>
    </w:p>
    <w:p w14:paraId="3162D0FA" w14:textId="77777777" w:rsidR="007D7487" w:rsidRDefault="00E6407B">
      <w:pPr>
        <w:ind w:firstLine="288"/>
      </w:pPr>
      <w:r>
        <w:rPr>
          <w:rFonts w:cs="Times New Roman"/>
        </w:rPr>
        <w:t>Mary Magdalene covered her mouth.</w:t>
      </w:r>
    </w:p>
    <w:p w14:paraId="36F7E12F" w14:textId="77777777" w:rsidR="007D7487" w:rsidRDefault="00E6407B">
      <w:pPr>
        <w:ind w:firstLine="288"/>
      </w:pPr>
      <w:r>
        <w:rPr>
          <w:rFonts w:cs="Times New Roman"/>
        </w:rPr>
        <w:t>Peter laughed.</w:t>
      </w:r>
    </w:p>
    <w:p w14:paraId="5E86A429" w14:textId="77777777" w:rsidR="007D7487" w:rsidRDefault="00E6407B">
      <w:pPr>
        <w:ind w:firstLine="288"/>
      </w:pPr>
      <w:r>
        <w:rPr>
          <w:rFonts w:cs="Times New Roman"/>
        </w:rPr>
        <w:t>Even Simon did.</w:t>
      </w:r>
    </w:p>
    <w:p w14:paraId="6E549BCC" w14:textId="77777777" w:rsidR="007D7487" w:rsidRDefault="00E6407B">
      <w:pPr>
        <w:ind w:firstLine="288"/>
      </w:pPr>
      <w:r>
        <w:rPr>
          <w:rFonts w:cs="Times New Roman"/>
        </w:rPr>
        <w:t>The humor lasted only long enough to release the pressure.</w:t>
      </w:r>
    </w:p>
    <w:p w14:paraId="3EE9D852" w14:textId="77777777" w:rsidR="007D7487" w:rsidRDefault="00E6407B">
      <w:pPr>
        <w:ind w:firstLine="288"/>
      </w:pPr>
      <w:r>
        <w:rPr>
          <w:rFonts w:cs="Times New Roman"/>
        </w:rPr>
        <w:t>Then Jesus looked back toward the northern memory.</w:t>
      </w:r>
    </w:p>
    <w:p w14:paraId="2C1C9B54" w14:textId="77777777" w:rsidR="007D7487" w:rsidRDefault="00E6407B">
      <w:pPr>
        <w:ind w:firstLine="288"/>
      </w:pPr>
      <w:r>
        <w:rPr>
          <w:rFonts w:cs="Times New Roman"/>
        </w:rPr>
        <w:t>“The old wars of Bashan were real.”</w:t>
      </w:r>
    </w:p>
    <w:p w14:paraId="607FC1AD" w14:textId="77777777" w:rsidR="007D7487" w:rsidRDefault="00E6407B">
      <w:pPr>
        <w:ind w:firstLine="288"/>
      </w:pPr>
      <w:r>
        <w:rPr>
          <w:rFonts w:cs="Times New Roman"/>
        </w:rPr>
        <w:t>“The false worship around Caesarea Philippi was real.”</w:t>
      </w:r>
    </w:p>
    <w:p w14:paraId="2035F3B9" w14:textId="77777777" w:rsidR="007D7487" w:rsidRDefault="00E6407B">
      <w:pPr>
        <w:ind w:firstLine="288"/>
      </w:pPr>
      <w:r>
        <w:rPr>
          <w:rFonts w:cs="Times New Roman"/>
        </w:rPr>
        <w:t>“The fear men attached to caves, depths, gods, and death was real.”</w:t>
      </w:r>
    </w:p>
    <w:p w14:paraId="50D3CCEF" w14:textId="77777777" w:rsidR="007D7487" w:rsidRDefault="00E6407B">
      <w:pPr>
        <w:ind w:firstLine="288"/>
      </w:pPr>
      <w:r>
        <w:rPr>
          <w:rFonts w:cs="Times New Roman"/>
        </w:rPr>
        <w:t>“But none of those things was the reason I took you there.”</w:t>
      </w:r>
    </w:p>
    <w:p w14:paraId="6869C6A9" w14:textId="77777777" w:rsidR="007D7487" w:rsidRDefault="00E6407B">
      <w:pPr>
        <w:ind w:firstLine="288"/>
      </w:pPr>
      <w:r>
        <w:rPr>
          <w:rFonts w:cs="Times New Roman"/>
        </w:rPr>
        <w:t>He looked toward Peter.</w:t>
      </w:r>
    </w:p>
    <w:p w14:paraId="3CF7396E" w14:textId="77777777" w:rsidR="007D7487" w:rsidRDefault="00E6407B">
      <w:pPr>
        <w:ind w:firstLine="288"/>
      </w:pPr>
      <w:r>
        <w:rPr>
          <w:rFonts w:cs="Times New Roman"/>
        </w:rPr>
        <w:t>“I asked who I was.”</w:t>
      </w:r>
    </w:p>
    <w:p w14:paraId="73630A59" w14:textId="77777777" w:rsidR="007D7487" w:rsidRDefault="00E6407B">
      <w:pPr>
        <w:ind w:firstLine="288"/>
      </w:pPr>
      <w:r>
        <w:rPr>
          <w:rFonts w:cs="Times New Roman"/>
        </w:rPr>
        <w:t>Then toward James and John.</w:t>
      </w:r>
    </w:p>
    <w:p w14:paraId="3990ECEC" w14:textId="77777777" w:rsidR="007D7487" w:rsidRDefault="00E6407B">
      <w:pPr>
        <w:ind w:firstLine="288"/>
      </w:pPr>
      <w:r>
        <w:rPr>
          <w:rFonts w:cs="Times New Roman"/>
        </w:rPr>
        <w:t>“And six days later?”</w:t>
      </w:r>
    </w:p>
    <w:p w14:paraId="07DDE57E" w14:textId="77777777" w:rsidR="007D7487" w:rsidRDefault="00E6407B">
      <w:pPr>
        <w:ind w:firstLine="288"/>
      </w:pPr>
      <w:r>
        <w:rPr>
          <w:rFonts w:cs="Times New Roman"/>
        </w:rPr>
        <w:t>John’s laughter vanished.</w:t>
      </w:r>
    </w:p>
    <w:p w14:paraId="66B9B863" w14:textId="77777777" w:rsidR="007D7487" w:rsidRDefault="00E6407B">
      <w:pPr>
        <w:ind w:firstLine="288"/>
      </w:pPr>
      <w:r>
        <w:rPr>
          <w:rFonts w:cs="Times New Roman"/>
        </w:rPr>
        <w:t>Most of those gathered had never heard the full account from the three men.</w:t>
      </w:r>
    </w:p>
    <w:p w14:paraId="7DE38ED8" w14:textId="77777777" w:rsidR="007D7487" w:rsidRDefault="00E6407B">
      <w:pPr>
        <w:ind w:firstLine="288"/>
      </w:pPr>
      <w:r>
        <w:rPr>
          <w:rFonts w:cs="Times New Roman"/>
        </w:rPr>
        <w:t>Jesus let the silence pull them closer.</w:t>
      </w:r>
    </w:p>
    <w:p w14:paraId="1DEBEF5B" w14:textId="77777777" w:rsidR="007D7487" w:rsidRDefault="00E6407B">
      <w:pPr>
        <w:ind w:firstLine="288"/>
      </w:pPr>
      <w:r>
        <w:rPr>
          <w:rFonts w:cs="Times New Roman"/>
        </w:rPr>
        <w:t>“I took these three up a high mountain.”</w:t>
      </w:r>
    </w:p>
    <w:p w14:paraId="7F4A2556" w14:textId="77777777" w:rsidR="007D7487" w:rsidRDefault="00E6407B">
      <w:pPr>
        <w:ind w:firstLine="288"/>
      </w:pPr>
      <w:r>
        <w:rPr>
          <w:rFonts w:cs="Times New Roman"/>
        </w:rPr>
        <w:t>He did not name the mountain.</w:t>
      </w:r>
    </w:p>
    <w:p w14:paraId="5A8745AF" w14:textId="77777777" w:rsidR="007D7487" w:rsidRDefault="00E6407B">
      <w:pPr>
        <w:ind w:firstLine="288"/>
      </w:pPr>
      <w:r>
        <w:rPr>
          <w:rFonts w:cs="Times New Roman"/>
        </w:rPr>
        <w:t>The Gospel witnesses had not named it.</w:t>
      </w:r>
    </w:p>
    <w:p w14:paraId="128924B7" w14:textId="77777777" w:rsidR="007D7487" w:rsidRDefault="00E6407B">
      <w:pPr>
        <w:ind w:firstLine="288"/>
      </w:pPr>
      <w:r>
        <w:rPr>
          <w:rFonts w:cs="Times New Roman"/>
        </w:rPr>
        <w:t>John remembered climbing.</w:t>
      </w:r>
    </w:p>
    <w:p w14:paraId="325247AA" w14:textId="77777777" w:rsidR="007D7487" w:rsidRDefault="00E6407B">
      <w:pPr>
        <w:ind w:firstLine="288"/>
      </w:pPr>
      <w:r>
        <w:rPr>
          <w:rFonts w:cs="Times New Roman"/>
        </w:rPr>
        <w:t>The air.</w:t>
      </w:r>
    </w:p>
    <w:p w14:paraId="19940DAA" w14:textId="77777777" w:rsidR="007D7487" w:rsidRDefault="00E6407B">
      <w:pPr>
        <w:ind w:firstLine="288"/>
      </w:pPr>
      <w:r>
        <w:rPr>
          <w:rFonts w:cs="Times New Roman"/>
        </w:rPr>
        <w:t>The height.</w:t>
      </w:r>
    </w:p>
    <w:p w14:paraId="5FDD027B" w14:textId="77777777" w:rsidR="007D7487" w:rsidRDefault="00E6407B">
      <w:pPr>
        <w:ind w:firstLine="288"/>
      </w:pPr>
      <w:r>
        <w:rPr>
          <w:rFonts w:cs="Times New Roman"/>
        </w:rPr>
        <w:t>The strange brightness.</w:t>
      </w:r>
    </w:p>
    <w:p w14:paraId="3CB50CB7" w14:textId="77777777" w:rsidR="007D7487" w:rsidRDefault="00E6407B">
      <w:pPr>
        <w:ind w:firstLine="288"/>
      </w:pPr>
      <w:r>
        <w:rPr>
          <w:rFonts w:cs="Times New Roman"/>
        </w:rPr>
        <w:t>Every face in the gathering turned toward Peter, James, and John.</w:t>
      </w:r>
    </w:p>
    <w:p w14:paraId="08B58EC4" w14:textId="77777777" w:rsidR="007D7487" w:rsidRDefault="00E6407B">
      <w:pPr>
        <w:ind w:firstLine="288"/>
      </w:pPr>
      <w:r>
        <w:rPr>
          <w:rFonts w:cs="Times New Roman"/>
        </w:rPr>
        <w:t>Jesus looked toward James.</w:t>
      </w:r>
    </w:p>
    <w:p w14:paraId="3832B737" w14:textId="77777777" w:rsidR="007D7487" w:rsidRDefault="00E6407B">
      <w:pPr>
        <w:ind w:firstLine="288"/>
      </w:pPr>
      <w:r>
        <w:rPr>
          <w:rFonts w:cs="Times New Roman"/>
        </w:rPr>
        <w:t>“What happened?”</w:t>
      </w:r>
    </w:p>
    <w:p w14:paraId="0CAB93CC" w14:textId="77777777" w:rsidR="007D7487" w:rsidRDefault="00E6407B">
      <w:pPr>
        <w:ind w:firstLine="288"/>
      </w:pPr>
      <w:r>
        <w:rPr>
          <w:rFonts w:cs="Times New Roman"/>
        </w:rPr>
        <w:t>James drew a careful breath.</w:t>
      </w:r>
    </w:p>
    <w:p w14:paraId="2D51B248" w14:textId="77777777" w:rsidR="007D7487" w:rsidRDefault="00E6407B">
      <w:pPr>
        <w:ind w:firstLine="288"/>
      </w:pPr>
      <w:r>
        <w:rPr>
          <w:rFonts w:cs="Times New Roman"/>
        </w:rPr>
        <w:t>“Your face changed.”</w:t>
      </w:r>
    </w:p>
    <w:p w14:paraId="32313E56" w14:textId="77777777" w:rsidR="007D7487" w:rsidRDefault="00E6407B">
      <w:pPr>
        <w:ind w:firstLine="288"/>
      </w:pPr>
      <w:r>
        <w:rPr>
          <w:rFonts w:cs="Times New Roman"/>
        </w:rPr>
        <w:t>John added quietly:</w:t>
      </w:r>
    </w:p>
    <w:p w14:paraId="26313C57" w14:textId="77777777" w:rsidR="007D7487" w:rsidRDefault="00E6407B">
      <w:pPr>
        <w:ind w:firstLine="288"/>
      </w:pPr>
      <w:r>
        <w:rPr>
          <w:rFonts w:cs="Times New Roman"/>
        </w:rPr>
        <w:lastRenderedPageBreak/>
        <w:t>“Your raiment.”</w:t>
      </w:r>
    </w:p>
    <w:p w14:paraId="49E499F1" w14:textId="77777777" w:rsidR="007D7487" w:rsidRDefault="00E6407B">
      <w:pPr>
        <w:ind w:firstLine="288"/>
      </w:pPr>
      <w:r>
        <w:rPr>
          <w:rFonts w:cs="Times New Roman"/>
        </w:rPr>
        <w:t>He could still see it.</w:t>
      </w:r>
    </w:p>
    <w:p w14:paraId="61F27F33" w14:textId="77777777" w:rsidR="007D7487" w:rsidRDefault="00E6407B">
      <w:pPr>
        <w:ind w:firstLine="288"/>
      </w:pPr>
      <w:r>
        <w:rPr>
          <w:rFonts w:cs="Times New Roman"/>
        </w:rPr>
        <w:t>“White.”</w:t>
      </w:r>
    </w:p>
    <w:p w14:paraId="2F06C0C3" w14:textId="77777777" w:rsidR="007D7487" w:rsidRDefault="00E6407B">
      <w:pPr>
        <w:ind w:firstLine="288"/>
      </w:pPr>
      <w:r>
        <w:rPr>
          <w:rFonts w:cs="Times New Roman"/>
        </w:rPr>
        <w:t>“Who appeared?”</w:t>
      </w:r>
    </w:p>
    <w:p w14:paraId="311DCEA2" w14:textId="77777777" w:rsidR="007D7487" w:rsidRDefault="00E6407B">
      <w:pPr>
        <w:ind w:firstLine="288"/>
      </w:pPr>
      <w:r>
        <w:rPr>
          <w:rFonts w:cs="Times New Roman"/>
        </w:rPr>
        <w:t>“Moses.”</w:t>
      </w:r>
    </w:p>
    <w:p w14:paraId="5F8CF5DD" w14:textId="77777777" w:rsidR="007D7487" w:rsidRDefault="00E6407B">
      <w:pPr>
        <w:ind w:firstLine="288"/>
      </w:pPr>
      <w:r>
        <w:rPr>
          <w:rFonts w:cs="Times New Roman"/>
        </w:rPr>
        <w:t>“Elijah.”</w:t>
      </w:r>
    </w:p>
    <w:p w14:paraId="3DC11765" w14:textId="77777777" w:rsidR="007D7487" w:rsidRDefault="00E6407B">
      <w:pPr>
        <w:ind w:firstLine="288"/>
      </w:pPr>
      <w:r>
        <w:rPr>
          <w:rFonts w:cs="Times New Roman"/>
        </w:rPr>
        <w:t>Nicodemus inhaled sharply enough that Joseph looked at him.</w:t>
      </w:r>
    </w:p>
    <w:p w14:paraId="33AB5E0D" w14:textId="77777777" w:rsidR="007D7487" w:rsidRDefault="00E6407B">
      <w:pPr>
        <w:ind w:firstLine="288"/>
      </w:pPr>
      <w:r>
        <w:rPr>
          <w:rFonts w:cs="Times New Roman"/>
        </w:rPr>
        <w:t>Moses.</w:t>
      </w:r>
    </w:p>
    <w:p w14:paraId="5043E2D3" w14:textId="77777777" w:rsidR="007D7487" w:rsidRDefault="00E6407B">
      <w:pPr>
        <w:ind w:firstLine="288"/>
      </w:pPr>
      <w:r>
        <w:rPr>
          <w:rFonts w:cs="Times New Roman"/>
        </w:rPr>
        <w:t>Elijah.</w:t>
      </w:r>
    </w:p>
    <w:p w14:paraId="5761AB24" w14:textId="77777777" w:rsidR="007D7487" w:rsidRDefault="00E6407B">
      <w:pPr>
        <w:ind w:firstLine="288"/>
      </w:pPr>
      <w:r>
        <w:rPr>
          <w:rFonts w:cs="Times New Roman"/>
        </w:rPr>
        <w:t>Law.</w:t>
      </w:r>
    </w:p>
    <w:p w14:paraId="58EF72E5" w14:textId="77777777" w:rsidR="007D7487" w:rsidRDefault="00E6407B">
      <w:pPr>
        <w:ind w:firstLine="288"/>
      </w:pPr>
      <w:r>
        <w:rPr>
          <w:rFonts w:cs="Times New Roman"/>
        </w:rPr>
        <w:t>Prophet.</w:t>
      </w:r>
    </w:p>
    <w:p w14:paraId="7517ADD4" w14:textId="77777777" w:rsidR="007D7487" w:rsidRDefault="00E6407B">
      <w:pPr>
        <w:ind w:firstLine="288"/>
      </w:pPr>
      <w:r>
        <w:rPr>
          <w:rFonts w:cs="Times New Roman"/>
        </w:rPr>
        <w:t>The old teacher’s lips began moving.</w:t>
      </w:r>
    </w:p>
    <w:p w14:paraId="28749AC6" w14:textId="77777777" w:rsidR="007D7487" w:rsidRDefault="00E6407B">
      <w:pPr>
        <w:ind w:firstLine="288"/>
      </w:pPr>
      <w:r>
        <w:rPr>
          <w:rFonts w:cs="Times New Roman"/>
        </w:rPr>
        <w:t>Jesus noticed.</w:t>
      </w:r>
    </w:p>
    <w:p w14:paraId="1C62620B" w14:textId="77777777" w:rsidR="007D7487" w:rsidRDefault="00E6407B">
      <w:pPr>
        <w:ind w:firstLine="288"/>
      </w:pPr>
      <w:r>
        <w:rPr>
          <w:rFonts w:cs="Times New Roman"/>
        </w:rPr>
        <w:t>“Do not arrange them too quickly.”</w:t>
      </w:r>
    </w:p>
    <w:p w14:paraId="0557F7BF" w14:textId="77777777" w:rsidR="007D7487" w:rsidRDefault="00E6407B">
      <w:pPr>
        <w:ind w:firstLine="288"/>
      </w:pPr>
      <w:r>
        <w:rPr>
          <w:rFonts w:cs="Times New Roman"/>
        </w:rPr>
        <w:t>Nicodemus stopped.</w:t>
      </w:r>
    </w:p>
    <w:p w14:paraId="1AC81343" w14:textId="77777777" w:rsidR="007D7487" w:rsidRDefault="00E6407B">
      <w:pPr>
        <w:ind w:firstLine="288"/>
      </w:pPr>
      <w:r>
        <w:rPr>
          <w:rFonts w:cs="Times New Roman"/>
        </w:rPr>
        <w:t>A few people smiled.</w:t>
      </w:r>
    </w:p>
    <w:p w14:paraId="08979FA6" w14:textId="77777777" w:rsidR="007D7487" w:rsidRDefault="00E6407B">
      <w:pPr>
        <w:ind w:firstLine="288"/>
      </w:pPr>
      <w:r>
        <w:rPr>
          <w:rFonts w:cs="Times New Roman"/>
        </w:rPr>
        <w:t>Jesus continued.</w:t>
      </w:r>
    </w:p>
    <w:p w14:paraId="3BD46086" w14:textId="77777777" w:rsidR="007D7487" w:rsidRDefault="00E6407B">
      <w:pPr>
        <w:ind w:firstLine="288"/>
      </w:pPr>
      <w:r>
        <w:rPr>
          <w:rFonts w:cs="Times New Roman"/>
        </w:rPr>
        <w:t>“What else happened?”</w:t>
      </w:r>
    </w:p>
    <w:p w14:paraId="5D87B784" w14:textId="77777777" w:rsidR="007D7487" w:rsidRDefault="00E6407B">
      <w:pPr>
        <w:ind w:firstLine="288"/>
      </w:pPr>
      <w:r>
        <w:rPr>
          <w:rFonts w:cs="Times New Roman"/>
        </w:rPr>
        <w:t>Peter looked uncomfortable.</w:t>
      </w:r>
    </w:p>
    <w:p w14:paraId="3A981DB1" w14:textId="77777777" w:rsidR="007D7487" w:rsidRDefault="00E6407B">
      <w:pPr>
        <w:ind w:firstLine="288"/>
      </w:pPr>
      <w:r>
        <w:rPr>
          <w:rFonts w:cs="Times New Roman"/>
        </w:rPr>
        <w:t>Jesus waited.</w:t>
      </w:r>
    </w:p>
    <w:p w14:paraId="78B7E7DD" w14:textId="77777777" w:rsidR="007D7487" w:rsidRDefault="00E6407B">
      <w:pPr>
        <w:ind w:firstLine="288"/>
      </w:pPr>
      <w:r>
        <w:rPr>
          <w:rFonts w:cs="Times New Roman"/>
        </w:rPr>
        <w:t>John knew why.</w:t>
      </w:r>
    </w:p>
    <w:p w14:paraId="4246FDF3" w14:textId="77777777" w:rsidR="007D7487" w:rsidRDefault="00E6407B">
      <w:pPr>
        <w:ind w:firstLine="288"/>
      </w:pPr>
      <w:r>
        <w:rPr>
          <w:rFonts w:cs="Times New Roman"/>
        </w:rPr>
        <w:t>Peter had already realized which part of the story was coming.</w:t>
      </w:r>
    </w:p>
    <w:p w14:paraId="38892613" w14:textId="77777777" w:rsidR="007D7487" w:rsidRDefault="00E6407B">
      <w:pPr>
        <w:ind w:firstLine="288"/>
      </w:pPr>
      <w:r>
        <w:rPr>
          <w:rFonts w:cs="Times New Roman"/>
        </w:rPr>
        <w:t>But James answered first.</w:t>
      </w:r>
    </w:p>
    <w:p w14:paraId="008675BB" w14:textId="77777777" w:rsidR="007D7487" w:rsidRDefault="00E6407B">
      <w:pPr>
        <w:ind w:firstLine="288"/>
      </w:pPr>
      <w:r>
        <w:rPr>
          <w:rFonts w:cs="Times New Roman"/>
        </w:rPr>
        <w:t>“The cloud.”</w:t>
      </w:r>
    </w:p>
    <w:p w14:paraId="415F3DB5" w14:textId="77777777" w:rsidR="007D7487" w:rsidRDefault="00E6407B">
      <w:pPr>
        <w:ind w:firstLine="288"/>
      </w:pPr>
      <w:r>
        <w:rPr>
          <w:rFonts w:cs="Times New Roman"/>
        </w:rPr>
        <w:t>John added:</w:t>
      </w:r>
    </w:p>
    <w:p w14:paraId="7DCF1A20" w14:textId="77777777" w:rsidR="007D7487" w:rsidRDefault="00E6407B">
      <w:pPr>
        <w:ind w:firstLine="288"/>
      </w:pPr>
      <w:r>
        <w:rPr>
          <w:rFonts w:cs="Times New Roman"/>
        </w:rPr>
        <w:t>“The voice.”</w:t>
      </w:r>
    </w:p>
    <w:p w14:paraId="0D2A2CF9" w14:textId="77777777" w:rsidR="007D7487" w:rsidRDefault="00E6407B">
      <w:pPr>
        <w:ind w:firstLine="288"/>
      </w:pPr>
      <w:r>
        <w:rPr>
          <w:rFonts w:cs="Times New Roman"/>
        </w:rPr>
        <w:t>“This is my beloved Son.”</w:t>
      </w:r>
    </w:p>
    <w:p w14:paraId="260BFCF0" w14:textId="77777777" w:rsidR="007D7487" w:rsidRDefault="00E6407B">
      <w:pPr>
        <w:ind w:firstLine="288"/>
      </w:pPr>
      <w:r>
        <w:rPr>
          <w:rFonts w:cs="Times New Roman"/>
        </w:rPr>
        <w:t>Peter swallowed.</w:t>
      </w:r>
    </w:p>
    <w:p w14:paraId="34F34AAC" w14:textId="77777777" w:rsidR="007D7487" w:rsidRDefault="00E6407B">
      <w:pPr>
        <w:ind w:firstLine="288"/>
      </w:pPr>
      <w:r>
        <w:rPr>
          <w:rFonts w:cs="Times New Roman"/>
        </w:rPr>
        <w:t>“Hear him.”</w:t>
      </w:r>
    </w:p>
    <w:p w14:paraId="748466E6" w14:textId="77777777" w:rsidR="007D7487" w:rsidRDefault="00E6407B">
      <w:pPr>
        <w:ind w:firstLine="288"/>
      </w:pPr>
      <w:r>
        <w:rPr>
          <w:rFonts w:cs="Times New Roman"/>
        </w:rPr>
        <w:t>Jesus nodded.</w:t>
      </w:r>
    </w:p>
    <w:p w14:paraId="166C6B29" w14:textId="77777777" w:rsidR="007D7487" w:rsidRDefault="00E6407B">
      <w:pPr>
        <w:ind w:firstLine="288"/>
      </w:pPr>
      <w:r>
        <w:rPr>
          <w:rFonts w:cs="Times New Roman"/>
        </w:rPr>
        <w:t>The Father’s command had not been:</w:t>
      </w:r>
    </w:p>
    <w:p w14:paraId="5857C30F" w14:textId="77777777" w:rsidR="007D7487" w:rsidRDefault="00E6407B">
      <w:pPr>
        <w:ind w:firstLine="288"/>
      </w:pPr>
      <w:r>
        <w:rPr>
          <w:rFonts w:cs="Times New Roman"/>
        </w:rPr>
        <w:t>Build monuments to all three.</w:t>
      </w:r>
    </w:p>
    <w:p w14:paraId="39E2F502" w14:textId="77777777" w:rsidR="007D7487" w:rsidRDefault="00E6407B">
      <w:pPr>
        <w:ind w:firstLine="288"/>
      </w:pPr>
      <w:r>
        <w:rPr>
          <w:rFonts w:cs="Times New Roman"/>
        </w:rPr>
        <w:t>It had been:</w:t>
      </w:r>
    </w:p>
    <w:p w14:paraId="52DE3068" w14:textId="77777777" w:rsidR="007D7487" w:rsidRDefault="00E6407B">
      <w:pPr>
        <w:ind w:firstLine="288"/>
      </w:pPr>
      <w:r>
        <w:rPr>
          <w:rFonts w:cs="Times New Roman"/>
        </w:rPr>
        <w:t>Hear the Son.</w:t>
      </w:r>
    </w:p>
    <w:p w14:paraId="30F3E817" w14:textId="77777777" w:rsidR="007D7487" w:rsidRDefault="00E6407B">
      <w:pPr>
        <w:ind w:firstLine="288"/>
      </w:pPr>
      <w:r>
        <w:rPr>
          <w:rFonts w:cs="Times New Roman"/>
        </w:rPr>
        <w:t>Jesus turned toward Peter.</w:t>
      </w:r>
    </w:p>
    <w:p w14:paraId="181B79D3" w14:textId="77777777" w:rsidR="007D7487" w:rsidRDefault="00E6407B">
      <w:pPr>
        <w:ind w:firstLine="288"/>
      </w:pPr>
      <w:r>
        <w:rPr>
          <w:rFonts w:cs="Times New Roman"/>
        </w:rPr>
        <w:t>“And what did you suggest?”</w:t>
      </w:r>
    </w:p>
    <w:p w14:paraId="711D415B" w14:textId="77777777" w:rsidR="007D7487" w:rsidRDefault="00E6407B">
      <w:pPr>
        <w:ind w:firstLine="288"/>
      </w:pPr>
      <w:r>
        <w:rPr>
          <w:rFonts w:cs="Times New Roman"/>
        </w:rPr>
        <w:t>Peter immediately found something fascinating beside his sandal.</w:t>
      </w:r>
    </w:p>
    <w:p w14:paraId="0A61389F" w14:textId="77777777" w:rsidR="007D7487" w:rsidRDefault="00E6407B">
      <w:pPr>
        <w:ind w:firstLine="288"/>
      </w:pPr>
      <w:r>
        <w:rPr>
          <w:rFonts w:cs="Times New Roman"/>
        </w:rPr>
        <w:t>John bit the inside of his cheek.</w:t>
      </w:r>
    </w:p>
    <w:p w14:paraId="4EC5E947" w14:textId="77777777" w:rsidR="007D7487" w:rsidRDefault="00E6407B">
      <w:pPr>
        <w:ind w:firstLine="288"/>
      </w:pPr>
      <w:r>
        <w:rPr>
          <w:rFonts w:cs="Times New Roman"/>
        </w:rPr>
        <w:lastRenderedPageBreak/>
        <w:t>Several people had already begun smiling.</w:t>
      </w:r>
    </w:p>
    <w:p w14:paraId="19932781" w14:textId="77777777" w:rsidR="007D7487" w:rsidRDefault="00E6407B">
      <w:pPr>
        <w:ind w:firstLine="288"/>
      </w:pPr>
      <w:r>
        <w:rPr>
          <w:rFonts w:cs="Times New Roman"/>
        </w:rPr>
        <w:t>Peter sighed.</w:t>
      </w:r>
    </w:p>
    <w:p w14:paraId="3D5F4A1E" w14:textId="77777777" w:rsidR="007D7487" w:rsidRDefault="00E6407B">
      <w:pPr>
        <w:ind w:firstLine="288"/>
      </w:pPr>
      <w:r>
        <w:rPr>
          <w:rFonts w:cs="Times New Roman"/>
        </w:rPr>
        <w:t>“I thought…”</w:t>
      </w:r>
    </w:p>
    <w:p w14:paraId="0BAB3AF7" w14:textId="77777777" w:rsidR="007D7487" w:rsidRDefault="00E6407B">
      <w:pPr>
        <w:ind w:firstLine="288"/>
      </w:pPr>
      <w:r>
        <w:rPr>
          <w:rFonts w:cs="Times New Roman"/>
        </w:rPr>
        <w:t>He stopped.</w:t>
      </w:r>
    </w:p>
    <w:p w14:paraId="4301D5F2" w14:textId="77777777" w:rsidR="007D7487" w:rsidRDefault="00E6407B">
      <w:pPr>
        <w:ind w:firstLine="288"/>
      </w:pPr>
      <w:r>
        <w:rPr>
          <w:rFonts w:cs="Times New Roman"/>
        </w:rPr>
        <w:t>Jesus waited with suspicious patience.</w:t>
      </w:r>
    </w:p>
    <w:p w14:paraId="387971F1" w14:textId="77777777" w:rsidR="007D7487" w:rsidRDefault="00E6407B">
      <w:pPr>
        <w:ind w:firstLine="288"/>
      </w:pPr>
      <w:r>
        <w:rPr>
          <w:rFonts w:cs="Times New Roman"/>
        </w:rPr>
        <w:t>Peter rubbed one hand across the back of his neck.</w:t>
      </w:r>
    </w:p>
    <w:p w14:paraId="2614F9E7" w14:textId="77777777" w:rsidR="007D7487" w:rsidRDefault="00E6407B">
      <w:pPr>
        <w:ind w:firstLine="288"/>
      </w:pPr>
      <w:r>
        <w:rPr>
          <w:rFonts w:cs="Times New Roman"/>
        </w:rPr>
        <w:t>“I thought perhaps we should make three tabernacles.”</w:t>
      </w:r>
    </w:p>
    <w:p w14:paraId="0DC3D41C" w14:textId="77777777" w:rsidR="007D7487" w:rsidRDefault="00E6407B">
      <w:pPr>
        <w:ind w:firstLine="288"/>
      </w:pPr>
      <w:r>
        <w:rPr>
          <w:rFonts w:cs="Times New Roman"/>
        </w:rPr>
        <w:t>A laugh escaped from behind him.</w:t>
      </w:r>
    </w:p>
    <w:p w14:paraId="2CACEAB3" w14:textId="77777777" w:rsidR="007D7487" w:rsidRDefault="00E6407B">
      <w:pPr>
        <w:ind w:firstLine="288"/>
      </w:pPr>
      <w:r>
        <w:rPr>
          <w:rFonts w:cs="Times New Roman"/>
        </w:rPr>
        <w:t>Peter turned.</w:t>
      </w:r>
    </w:p>
    <w:p w14:paraId="00B4952C" w14:textId="77777777" w:rsidR="007D7487" w:rsidRDefault="00E6407B">
      <w:pPr>
        <w:ind w:firstLine="288"/>
      </w:pPr>
      <w:r>
        <w:rPr>
          <w:rFonts w:cs="Times New Roman"/>
        </w:rPr>
        <w:t>No one admitted responsibility.</w:t>
      </w:r>
    </w:p>
    <w:p w14:paraId="2ACB58AE" w14:textId="77777777" w:rsidR="007D7487" w:rsidRDefault="00E6407B">
      <w:pPr>
        <w:ind w:firstLine="288"/>
      </w:pPr>
      <w:r>
        <w:rPr>
          <w:rFonts w:cs="Times New Roman"/>
        </w:rPr>
        <w:t>Jesus nodded gravely.</w:t>
      </w:r>
    </w:p>
    <w:p w14:paraId="5615DEAE" w14:textId="77777777" w:rsidR="007D7487" w:rsidRDefault="00E6407B">
      <w:pPr>
        <w:ind w:firstLine="288"/>
      </w:pPr>
      <w:r>
        <w:rPr>
          <w:rFonts w:cs="Times New Roman"/>
        </w:rPr>
        <w:t>“He meant well.”</w:t>
      </w:r>
    </w:p>
    <w:p w14:paraId="200CABE4" w14:textId="77777777" w:rsidR="007D7487" w:rsidRDefault="00E6407B">
      <w:pPr>
        <w:ind w:firstLine="288"/>
      </w:pPr>
      <w:r>
        <w:rPr>
          <w:rFonts w:cs="Times New Roman"/>
        </w:rPr>
        <w:t>That finished Peter.</w:t>
      </w:r>
    </w:p>
    <w:p w14:paraId="212B1090" w14:textId="77777777" w:rsidR="007D7487" w:rsidRDefault="00E6407B">
      <w:pPr>
        <w:ind w:firstLine="288"/>
      </w:pPr>
      <w:r>
        <w:rPr>
          <w:rFonts w:cs="Times New Roman"/>
        </w:rPr>
        <w:t>He covered his face.</w:t>
      </w:r>
    </w:p>
    <w:p w14:paraId="0C2729C6" w14:textId="77777777" w:rsidR="007D7487" w:rsidRDefault="00E6407B">
      <w:pPr>
        <w:ind w:firstLine="288"/>
      </w:pPr>
      <w:r>
        <w:rPr>
          <w:rFonts w:cs="Times New Roman"/>
        </w:rPr>
        <w:t>The gathering laughed.</w:t>
      </w:r>
    </w:p>
    <w:p w14:paraId="557A5304" w14:textId="77777777" w:rsidR="007D7487" w:rsidRDefault="00E6407B">
      <w:pPr>
        <w:ind w:firstLine="288"/>
      </w:pPr>
      <w:r>
        <w:rPr>
          <w:rFonts w:cs="Times New Roman"/>
        </w:rPr>
        <w:t>Even Peter finally gave up and joined them.</w:t>
      </w:r>
    </w:p>
    <w:p w14:paraId="50CFA23C" w14:textId="77777777" w:rsidR="007D7487" w:rsidRDefault="00E6407B">
      <w:pPr>
        <w:ind w:firstLine="288"/>
      </w:pPr>
      <w:r>
        <w:rPr>
          <w:rFonts w:cs="Times New Roman"/>
        </w:rPr>
        <w:t>When the laughter settled, Jesus’ expression softened.</w:t>
      </w:r>
    </w:p>
    <w:p w14:paraId="488FB336" w14:textId="77777777" w:rsidR="007D7487" w:rsidRDefault="00E6407B">
      <w:pPr>
        <w:ind w:firstLine="288"/>
      </w:pPr>
      <w:r>
        <w:rPr>
          <w:rFonts w:cs="Times New Roman"/>
        </w:rPr>
        <w:t>“The Father revealed My glory.”</w:t>
      </w:r>
    </w:p>
    <w:p w14:paraId="4BDAE92C" w14:textId="77777777" w:rsidR="007D7487" w:rsidRDefault="00E6407B">
      <w:pPr>
        <w:ind w:firstLine="288"/>
      </w:pPr>
      <w:r>
        <w:rPr>
          <w:rFonts w:cs="Times New Roman"/>
        </w:rPr>
        <w:t>John remembered brightness that did not seem borrowed from the sun.</w:t>
      </w:r>
    </w:p>
    <w:p w14:paraId="28300C8F" w14:textId="77777777" w:rsidR="007D7487" w:rsidRDefault="00E6407B">
      <w:pPr>
        <w:ind w:firstLine="288"/>
      </w:pPr>
      <w:r>
        <w:rPr>
          <w:rFonts w:cs="Times New Roman"/>
        </w:rPr>
        <w:t>The cloud.</w:t>
      </w:r>
    </w:p>
    <w:p w14:paraId="565EA00A" w14:textId="77777777" w:rsidR="007D7487" w:rsidRDefault="00E6407B">
      <w:pPr>
        <w:ind w:firstLine="288"/>
      </w:pPr>
      <w:r>
        <w:rPr>
          <w:rFonts w:cs="Times New Roman"/>
        </w:rPr>
        <w:t>Fear.</w:t>
      </w:r>
    </w:p>
    <w:p w14:paraId="072E9486" w14:textId="77777777" w:rsidR="007D7487" w:rsidRDefault="00E6407B">
      <w:pPr>
        <w:ind w:firstLine="288"/>
      </w:pPr>
      <w:r>
        <w:rPr>
          <w:rFonts w:cs="Times New Roman"/>
        </w:rPr>
        <w:t>The voice.</w:t>
      </w:r>
    </w:p>
    <w:p w14:paraId="210499F2" w14:textId="77777777" w:rsidR="007D7487" w:rsidRDefault="00E6407B">
      <w:pPr>
        <w:ind w:firstLine="288"/>
      </w:pPr>
      <w:r>
        <w:rPr>
          <w:rFonts w:cs="Times New Roman"/>
        </w:rPr>
        <w:t>Jesus continued.</w:t>
      </w:r>
    </w:p>
    <w:p w14:paraId="48929468" w14:textId="77777777" w:rsidR="007D7487" w:rsidRDefault="00E6407B">
      <w:pPr>
        <w:ind w:firstLine="288"/>
      </w:pPr>
      <w:r>
        <w:rPr>
          <w:rFonts w:cs="Times New Roman"/>
        </w:rPr>
        <w:t>“You thought glory meant the kingdom must immediately become visible in the way earthly kings make glory visible.”</w:t>
      </w:r>
    </w:p>
    <w:p w14:paraId="3A543C2A" w14:textId="77777777" w:rsidR="007D7487" w:rsidRDefault="00E6407B">
      <w:pPr>
        <w:ind w:firstLine="288"/>
      </w:pPr>
      <w:r>
        <w:rPr>
          <w:rFonts w:cs="Times New Roman"/>
        </w:rPr>
        <w:t>Peter lowered his hands.</w:t>
      </w:r>
    </w:p>
    <w:p w14:paraId="4C94DDB1" w14:textId="77777777" w:rsidR="007D7487" w:rsidRDefault="00E6407B">
      <w:pPr>
        <w:ind w:firstLine="288"/>
      </w:pPr>
      <w:r>
        <w:rPr>
          <w:rFonts w:cs="Times New Roman"/>
        </w:rPr>
        <w:t>“You wanted to stay on the mountain.”</w:t>
      </w:r>
    </w:p>
    <w:p w14:paraId="06099F41" w14:textId="77777777" w:rsidR="007D7487" w:rsidRDefault="00E6407B">
      <w:pPr>
        <w:ind w:firstLine="288"/>
      </w:pPr>
      <w:r>
        <w:rPr>
          <w:rFonts w:cs="Times New Roman"/>
        </w:rPr>
        <w:t>Peter nodded.</w:t>
      </w:r>
    </w:p>
    <w:p w14:paraId="3A2F2CD2" w14:textId="77777777" w:rsidR="007D7487" w:rsidRDefault="00E6407B">
      <w:pPr>
        <w:ind w:firstLine="288"/>
      </w:pPr>
      <w:r>
        <w:rPr>
          <w:rFonts w:cs="Times New Roman"/>
        </w:rPr>
        <w:t>“But where did I turn afterward?”</w:t>
      </w:r>
    </w:p>
    <w:p w14:paraId="3ED75493" w14:textId="77777777" w:rsidR="007D7487" w:rsidRDefault="00E6407B">
      <w:pPr>
        <w:ind w:firstLine="288"/>
      </w:pPr>
      <w:r>
        <w:rPr>
          <w:rFonts w:cs="Times New Roman"/>
        </w:rPr>
        <w:t>“Jerusalem.”</w:t>
      </w:r>
    </w:p>
    <w:p w14:paraId="65D44E89" w14:textId="77777777" w:rsidR="007D7487" w:rsidRDefault="00E6407B">
      <w:pPr>
        <w:ind w:firstLine="288"/>
      </w:pPr>
      <w:r>
        <w:rPr>
          <w:rFonts w:cs="Times New Roman"/>
        </w:rPr>
        <w:t>“And what had I already begun telling you?”</w:t>
      </w:r>
    </w:p>
    <w:p w14:paraId="1CD5D462" w14:textId="77777777" w:rsidR="007D7487" w:rsidRDefault="00E6407B">
      <w:pPr>
        <w:ind w:firstLine="288"/>
      </w:pPr>
      <w:r>
        <w:rPr>
          <w:rFonts w:cs="Times New Roman"/>
        </w:rPr>
        <w:t>James’s throat tightened.</w:t>
      </w:r>
    </w:p>
    <w:p w14:paraId="52417BAF" w14:textId="77777777" w:rsidR="007D7487" w:rsidRDefault="00E6407B">
      <w:pPr>
        <w:ind w:firstLine="288"/>
      </w:pPr>
      <w:r>
        <w:rPr>
          <w:rFonts w:cs="Times New Roman"/>
        </w:rPr>
        <w:t>“That You would suffer.”</w:t>
      </w:r>
    </w:p>
    <w:p w14:paraId="3532B860" w14:textId="77777777" w:rsidR="007D7487" w:rsidRDefault="00E6407B">
      <w:pPr>
        <w:ind w:firstLine="288"/>
      </w:pPr>
      <w:r>
        <w:rPr>
          <w:rFonts w:cs="Times New Roman"/>
        </w:rPr>
        <w:t>Peter looked away.</w:t>
      </w:r>
    </w:p>
    <w:p w14:paraId="75D7FF82" w14:textId="77777777" w:rsidR="007D7487" w:rsidRDefault="00E6407B">
      <w:pPr>
        <w:ind w:firstLine="288"/>
      </w:pPr>
      <w:r>
        <w:rPr>
          <w:rFonts w:cs="Times New Roman"/>
        </w:rPr>
        <w:t>“Die.”</w:t>
      </w:r>
    </w:p>
    <w:p w14:paraId="7A7206C0" w14:textId="77777777" w:rsidR="007D7487" w:rsidRDefault="00E6407B">
      <w:pPr>
        <w:ind w:firstLine="288"/>
      </w:pPr>
      <w:r>
        <w:rPr>
          <w:rFonts w:cs="Times New Roman"/>
        </w:rPr>
        <w:t>Thomas finished.</w:t>
      </w:r>
    </w:p>
    <w:p w14:paraId="0379DC94" w14:textId="77777777" w:rsidR="007D7487" w:rsidRDefault="00E6407B">
      <w:pPr>
        <w:ind w:firstLine="288"/>
      </w:pPr>
      <w:r>
        <w:rPr>
          <w:rFonts w:cs="Times New Roman"/>
        </w:rPr>
        <w:t>“And rise.”</w:t>
      </w:r>
    </w:p>
    <w:p w14:paraId="750FD1BC" w14:textId="77777777" w:rsidR="007D7487" w:rsidRDefault="00E6407B">
      <w:pPr>
        <w:ind w:firstLine="288"/>
      </w:pPr>
      <w:r>
        <w:rPr>
          <w:rFonts w:cs="Times New Roman"/>
        </w:rPr>
        <w:t>Jesus held out His wounded hands.</w:t>
      </w:r>
    </w:p>
    <w:p w14:paraId="7AEE0D6F" w14:textId="77777777" w:rsidR="007D7487" w:rsidRDefault="00E6407B">
      <w:pPr>
        <w:ind w:firstLine="288"/>
      </w:pPr>
      <w:r>
        <w:rPr>
          <w:rFonts w:cs="Times New Roman"/>
        </w:rPr>
        <w:lastRenderedPageBreak/>
        <w:t>“The glory did not cancel the cross.”</w:t>
      </w:r>
    </w:p>
    <w:p w14:paraId="19864A25" w14:textId="77777777" w:rsidR="007D7487" w:rsidRDefault="00E6407B">
      <w:pPr>
        <w:ind w:firstLine="288"/>
      </w:pPr>
      <w:r>
        <w:rPr>
          <w:rFonts w:cs="Times New Roman"/>
        </w:rPr>
        <w:t>“It revealed whose obedience would go there.”</w:t>
      </w:r>
    </w:p>
    <w:p w14:paraId="4FD739CB" w14:textId="77777777" w:rsidR="007D7487" w:rsidRDefault="00E6407B">
      <w:pPr>
        <w:ind w:firstLine="288"/>
      </w:pPr>
      <w:r>
        <w:rPr>
          <w:rFonts w:cs="Times New Roman"/>
        </w:rPr>
        <w:t>No one laughed now.</w:t>
      </w:r>
    </w:p>
    <w:p w14:paraId="0ED0FE1C" w14:textId="77777777" w:rsidR="007D7487" w:rsidRDefault="00E6407B">
      <w:pPr>
        <w:ind w:firstLine="288"/>
      </w:pPr>
      <w:r>
        <w:rPr>
          <w:rFonts w:cs="Times New Roman"/>
        </w:rPr>
        <w:t>The mountain had not been an escape from suffering.</w:t>
      </w:r>
    </w:p>
    <w:p w14:paraId="02B13817" w14:textId="77777777" w:rsidR="007D7487" w:rsidRDefault="00E6407B">
      <w:pPr>
        <w:ind w:firstLine="288"/>
      </w:pPr>
      <w:r>
        <w:rPr>
          <w:rFonts w:cs="Times New Roman"/>
        </w:rPr>
        <w:t>It had been glory on the road toward it.</w:t>
      </w:r>
    </w:p>
    <w:p w14:paraId="63C17B82" w14:textId="77777777" w:rsidR="007D7487" w:rsidRDefault="00E6407B">
      <w:pPr>
        <w:suppressLineNumbers/>
        <w:spacing w:before="100" w:after="100"/>
        <w:jc w:val="center"/>
      </w:pPr>
      <w:r>
        <w:rPr>
          <w:rFonts w:cs="Times New Roman"/>
          <w:sz w:val="20"/>
        </w:rPr>
        <w:t>* * *</w:t>
      </w:r>
    </w:p>
    <w:p w14:paraId="10AC0A11" w14:textId="77777777" w:rsidR="007D7487" w:rsidRDefault="00E6407B">
      <w:pPr>
        <w:ind w:firstLine="288"/>
      </w:pPr>
      <w:r>
        <w:rPr>
          <w:rFonts w:cs="Times New Roman"/>
        </w:rPr>
        <w:t>Nicodemus looked troubled.</w:t>
      </w:r>
    </w:p>
    <w:p w14:paraId="330ADE81" w14:textId="77777777" w:rsidR="007D7487" w:rsidRDefault="00E6407B">
      <w:pPr>
        <w:ind w:firstLine="288"/>
      </w:pPr>
      <w:r>
        <w:rPr>
          <w:rFonts w:cs="Times New Roman"/>
        </w:rPr>
        <w:t>“Why Moses and Elijah?”</w:t>
      </w:r>
    </w:p>
    <w:p w14:paraId="4306DAC6" w14:textId="77777777" w:rsidR="007D7487" w:rsidRDefault="00E6407B">
      <w:pPr>
        <w:ind w:firstLine="288"/>
      </w:pPr>
      <w:r>
        <w:rPr>
          <w:rFonts w:cs="Times New Roman"/>
        </w:rPr>
        <w:t>Jesus looked toward him.</w:t>
      </w:r>
    </w:p>
    <w:p w14:paraId="7903A495" w14:textId="77777777" w:rsidR="007D7487" w:rsidRDefault="00E6407B">
      <w:pPr>
        <w:ind w:firstLine="288"/>
      </w:pPr>
      <w:r>
        <w:rPr>
          <w:rFonts w:cs="Times New Roman"/>
        </w:rPr>
        <w:t>“What do you know?”</w:t>
      </w:r>
    </w:p>
    <w:p w14:paraId="1BCDF359" w14:textId="77777777" w:rsidR="007D7487" w:rsidRDefault="00E6407B">
      <w:pPr>
        <w:ind w:firstLine="288"/>
      </w:pPr>
      <w:r>
        <w:rPr>
          <w:rFonts w:cs="Times New Roman"/>
        </w:rPr>
        <w:t>“Moses gave the Torah.”</w:t>
      </w:r>
    </w:p>
    <w:p w14:paraId="46FD63B1" w14:textId="77777777" w:rsidR="007D7487" w:rsidRDefault="00E6407B">
      <w:pPr>
        <w:ind w:firstLine="288"/>
      </w:pPr>
      <w:r>
        <w:rPr>
          <w:rFonts w:cs="Times New Roman"/>
        </w:rPr>
        <w:t>“Elijah stands among the prophets.”</w:t>
      </w:r>
    </w:p>
    <w:p w14:paraId="01E64649" w14:textId="77777777" w:rsidR="007D7487" w:rsidRDefault="00E6407B">
      <w:pPr>
        <w:ind w:firstLine="288"/>
      </w:pPr>
      <w:r>
        <w:rPr>
          <w:rFonts w:cs="Times New Roman"/>
        </w:rPr>
        <w:t>Jesus nodded.</w:t>
      </w:r>
    </w:p>
    <w:p w14:paraId="7A230ED8" w14:textId="77777777" w:rsidR="007D7487" w:rsidRDefault="00E6407B">
      <w:pPr>
        <w:ind w:firstLine="288"/>
      </w:pPr>
      <w:r>
        <w:rPr>
          <w:rFonts w:cs="Times New Roman"/>
        </w:rPr>
        <w:t>“That is true.”</w:t>
      </w:r>
    </w:p>
    <w:p w14:paraId="2DFD7ABE" w14:textId="77777777" w:rsidR="007D7487" w:rsidRDefault="00E6407B">
      <w:pPr>
        <w:ind w:firstLine="288"/>
      </w:pPr>
      <w:r>
        <w:rPr>
          <w:rFonts w:cs="Times New Roman"/>
        </w:rPr>
        <w:t>Nicodemus waited.</w:t>
      </w:r>
    </w:p>
    <w:p w14:paraId="705AA8C2" w14:textId="77777777" w:rsidR="007D7487" w:rsidRDefault="00E6407B">
      <w:pPr>
        <w:ind w:firstLine="288"/>
      </w:pPr>
      <w:r>
        <w:rPr>
          <w:rFonts w:cs="Times New Roman"/>
        </w:rPr>
        <w:t>Jesus did not turn two men into a simple diagram.</w:t>
      </w:r>
    </w:p>
    <w:p w14:paraId="6108FD3B" w14:textId="77777777" w:rsidR="007D7487" w:rsidRDefault="00E6407B">
      <w:pPr>
        <w:ind w:firstLine="288"/>
      </w:pPr>
      <w:r>
        <w:rPr>
          <w:rFonts w:cs="Times New Roman"/>
        </w:rPr>
        <w:t>Instead He asked Peter, James, and John:</w:t>
      </w:r>
    </w:p>
    <w:p w14:paraId="30E7A9DC" w14:textId="77777777" w:rsidR="007D7487" w:rsidRDefault="00E6407B">
      <w:pPr>
        <w:ind w:firstLine="288"/>
      </w:pPr>
      <w:r>
        <w:rPr>
          <w:rFonts w:cs="Times New Roman"/>
        </w:rPr>
        <w:t>“What were they speaking with Me about?”</w:t>
      </w:r>
    </w:p>
    <w:p w14:paraId="426C2634" w14:textId="77777777" w:rsidR="007D7487" w:rsidRDefault="00E6407B">
      <w:pPr>
        <w:ind w:firstLine="288"/>
      </w:pPr>
      <w:r>
        <w:rPr>
          <w:rFonts w:cs="Times New Roman"/>
        </w:rPr>
        <w:t>The three looked at one another.</w:t>
      </w:r>
    </w:p>
    <w:p w14:paraId="4A026518" w14:textId="77777777" w:rsidR="007D7487" w:rsidRDefault="00E6407B">
      <w:pPr>
        <w:ind w:firstLine="288"/>
      </w:pPr>
      <w:r>
        <w:rPr>
          <w:rFonts w:cs="Times New Roman"/>
        </w:rPr>
        <w:t>They had been heavy with sleep on the mountain.</w:t>
      </w:r>
    </w:p>
    <w:p w14:paraId="58ED1924" w14:textId="77777777" w:rsidR="007D7487" w:rsidRDefault="00E6407B">
      <w:pPr>
        <w:ind w:firstLine="288"/>
      </w:pPr>
      <w:r>
        <w:rPr>
          <w:rFonts w:cs="Times New Roman"/>
        </w:rPr>
        <w:t>They had awakened into glory.</w:t>
      </w:r>
    </w:p>
    <w:p w14:paraId="1AEA689A" w14:textId="77777777" w:rsidR="007D7487" w:rsidRDefault="00E6407B">
      <w:pPr>
        <w:ind w:firstLine="288"/>
      </w:pPr>
      <w:r>
        <w:rPr>
          <w:rFonts w:cs="Times New Roman"/>
        </w:rPr>
        <w:t>The conversation itself had not belonged to their full hearing.</w:t>
      </w:r>
    </w:p>
    <w:p w14:paraId="2DBB8C5A" w14:textId="77777777" w:rsidR="007D7487" w:rsidRDefault="00E6407B">
      <w:pPr>
        <w:ind w:firstLine="288"/>
      </w:pPr>
      <w:r>
        <w:rPr>
          <w:rFonts w:cs="Times New Roman"/>
        </w:rPr>
        <w:t>Jesus answered the question Himself.</w:t>
      </w:r>
    </w:p>
    <w:p w14:paraId="0F041936" w14:textId="77777777" w:rsidR="007D7487" w:rsidRDefault="00E6407B">
      <w:pPr>
        <w:ind w:firstLine="288"/>
      </w:pPr>
      <w:r>
        <w:rPr>
          <w:rFonts w:cs="Times New Roman"/>
        </w:rPr>
        <w:t>“They spoke of My decease which I should accomplish at Jerusalem.”</w:t>
      </w:r>
    </w:p>
    <w:p w14:paraId="2B47EF28" w14:textId="77777777" w:rsidR="007D7487" w:rsidRDefault="00E6407B">
      <w:pPr>
        <w:ind w:firstLine="288"/>
      </w:pPr>
      <w:r>
        <w:rPr>
          <w:rFonts w:cs="Times New Roman"/>
        </w:rPr>
        <w:t>Nicodemus’s face changed.</w:t>
      </w:r>
    </w:p>
    <w:p w14:paraId="01AE9066" w14:textId="77777777" w:rsidR="007D7487" w:rsidRDefault="00E6407B">
      <w:pPr>
        <w:ind w:firstLine="288"/>
      </w:pPr>
      <w:r>
        <w:rPr>
          <w:rFonts w:cs="Times New Roman"/>
        </w:rPr>
        <w:t>“Accomplish.”</w:t>
      </w:r>
    </w:p>
    <w:p w14:paraId="20E65BBE" w14:textId="77777777" w:rsidR="007D7487" w:rsidRDefault="00E6407B">
      <w:pPr>
        <w:ind w:firstLine="288"/>
      </w:pPr>
      <w:r>
        <w:rPr>
          <w:rFonts w:cs="Times New Roman"/>
        </w:rPr>
        <w:t>Jesus looked at him.</w:t>
      </w:r>
    </w:p>
    <w:p w14:paraId="405A54D4" w14:textId="77777777" w:rsidR="007D7487" w:rsidRDefault="00E6407B">
      <w:pPr>
        <w:ind w:firstLine="288"/>
      </w:pPr>
      <w:r>
        <w:rPr>
          <w:rFonts w:cs="Times New Roman"/>
        </w:rPr>
        <w:t>“Yes.”</w:t>
      </w:r>
    </w:p>
    <w:p w14:paraId="64751A76" w14:textId="77777777" w:rsidR="007D7487" w:rsidRDefault="00E6407B">
      <w:pPr>
        <w:ind w:firstLine="288"/>
      </w:pPr>
      <w:r>
        <w:rPr>
          <w:rFonts w:cs="Times New Roman"/>
        </w:rPr>
        <w:t>Not merely suffer.</w:t>
      </w:r>
    </w:p>
    <w:p w14:paraId="7B850BB6" w14:textId="77777777" w:rsidR="007D7487" w:rsidRDefault="00E6407B">
      <w:pPr>
        <w:ind w:firstLine="288"/>
      </w:pPr>
      <w:r>
        <w:rPr>
          <w:rFonts w:cs="Times New Roman"/>
        </w:rPr>
        <w:t>Not merely endure.</w:t>
      </w:r>
    </w:p>
    <w:p w14:paraId="3A1F4612" w14:textId="77777777" w:rsidR="007D7487" w:rsidRDefault="00E6407B">
      <w:pPr>
        <w:ind w:firstLine="288"/>
      </w:pPr>
      <w:r>
        <w:rPr>
          <w:rFonts w:cs="Times New Roman"/>
        </w:rPr>
        <w:t>Accomplish.</w:t>
      </w:r>
    </w:p>
    <w:p w14:paraId="5CCFEB3E" w14:textId="77777777" w:rsidR="007D7487" w:rsidRDefault="00E6407B">
      <w:pPr>
        <w:ind w:firstLine="288"/>
      </w:pPr>
      <w:r>
        <w:rPr>
          <w:rFonts w:cs="Times New Roman"/>
        </w:rPr>
        <w:t>Jerusalem had not surprised the mountain.</w:t>
      </w:r>
    </w:p>
    <w:p w14:paraId="2F808709" w14:textId="77777777" w:rsidR="007D7487" w:rsidRDefault="00E6407B">
      <w:pPr>
        <w:ind w:firstLine="288"/>
      </w:pPr>
      <w:r>
        <w:rPr>
          <w:rFonts w:cs="Times New Roman"/>
        </w:rPr>
        <w:t>The cross had been the subject of conversation inside revealed glory.</w:t>
      </w:r>
    </w:p>
    <w:p w14:paraId="70C9321E" w14:textId="77777777" w:rsidR="007D7487" w:rsidRDefault="00E6407B">
      <w:pPr>
        <w:ind w:firstLine="288"/>
      </w:pPr>
      <w:r>
        <w:rPr>
          <w:rFonts w:cs="Times New Roman"/>
        </w:rPr>
        <w:t>Moses.</w:t>
      </w:r>
    </w:p>
    <w:p w14:paraId="71949E88" w14:textId="77777777" w:rsidR="007D7487" w:rsidRDefault="00E6407B">
      <w:pPr>
        <w:ind w:firstLine="288"/>
      </w:pPr>
      <w:r>
        <w:rPr>
          <w:rFonts w:cs="Times New Roman"/>
        </w:rPr>
        <w:t>Elijah.</w:t>
      </w:r>
    </w:p>
    <w:p w14:paraId="6D92CE80" w14:textId="77777777" w:rsidR="007D7487" w:rsidRDefault="00E6407B">
      <w:pPr>
        <w:ind w:firstLine="288"/>
      </w:pPr>
      <w:r>
        <w:rPr>
          <w:rFonts w:cs="Times New Roman"/>
        </w:rPr>
        <w:t>Jesus.</w:t>
      </w:r>
    </w:p>
    <w:p w14:paraId="3408F186" w14:textId="77777777" w:rsidR="007D7487" w:rsidRDefault="00E6407B">
      <w:pPr>
        <w:ind w:firstLine="288"/>
      </w:pPr>
      <w:r>
        <w:rPr>
          <w:rFonts w:cs="Times New Roman"/>
        </w:rPr>
        <w:t>Jerusalem.</w:t>
      </w:r>
    </w:p>
    <w:p w14:paraId="5626603E" w14:textId="77777777" w:rsidR="007D7487" w:rsidRDefault="00E6407B">
      <w:pPr>
        <w:ind w:firstLine="288"/>
      </w:pPr>
      <w:r>
        <w:rPr>
          <w:rFonts w:cs="Times New Roman"/>
        </w:rPr>
        <w:t>Departure.</w:t>
      </w:r>
    </w:p>
    <w:p w14:paraId="19471E11" w14:textId="77777777" w:rsidR="007D7487" w:rsidRDefault="00E6407B">
      <w:pPr>
        <w:ind w:firstLine="288"/>
      </w:pPr>
      <w:r>
        <w:rPr>
          <w:rFonts w:cs="Times New Roman"/>
        </w:rPr>
        <w:lastRenderedPageBreak/>
        <w:t>Accomplishment.</w:t>
      </w:r>
    </w:p>
    <w:p w14:paraId="58592919" w14:textId="77777777" w:rsidR="007D7487" w:rsidRDefault="00E6407B">
      <w:pPr>
        <w:ind w:firstLine="288"/>
      </w:pPr>
      <w:r>
        <w:rPr>
          <w:rFonts w:cs="Times New Roman"/>
        </w:rPr>
        <w:t>John felt another rope tighten.</w:t>
      </w:r>
    </w:p>
    <w:p w14:paraId="6F8A8363" w14:textId="77777777" w:rsidR="007D7487" w:rsidRDefault="00E6407B">
      <w:pPr>
        <w:ind w:firstLine="288"/>
      </w:pPr>
      <w:r>
        <w:rPr>
          <w:rFonts w:cs="Times New Roman"/>
        </w:rPr>
        <w:t>The Exodus would return.</w:t>
      </w:r>
    </w:p>
    <w:p w14:paraId="2FDF6EF7" w14:textId="77777777" w:rsidR="007D7487" w:rsidRDefault="00E6407B">
      <w:pPr>
        <w:ind w:firstLine="288"/>
      </w:pPr>
      <w:r>
        <w:rPr>
          <w:rFonts w:cs="Times New Roman"/>
        </w:rPr>
        <w:t>Not yet as a full explanation.</w:t>
      </w:r>
    </w:p>
    <w:p w14:paraId="29B0D944" w14:textId="77777777" w:rsidR="007D7487" w:rsidRDefault="00E6407B">
      <w:pPr>
        <w:ind w:firstLine="288"/>
      </w:pPr>
      <w:r>
        <w:rPr>
          <w:rFonts w:cs="Times New Roman"/>
        </w:rPr>
        <w:t>But the word departure now stood beside Moses on the mountain and the cross in Jerusalem.</w:t>
      </w:r>
    </w:p>
    <w:p w14:paraId="008BCFE3" w14:textId="77777777" w:rsidR="007D7487" w:rsidRDefault="00E6407B">
      <w:pPr>
        <w:ind w:firstLine="288"/>
      </w:pPr>
      <w:r>
        <w:rPr>
          <w:rFonts w:cs="Times New Roman"/>
        </w:rPr>
        <w:t>Nicodemus looked as though someone had placed a new scroll inside his mind and told him it had always been there.</w:t>
      </w:r>
    </w:p>
    <w:p w14:paraId="0EB2E433" w14:textId="77777777" w:rsidR="007D7487" w:rsidRDefault="00E6407B">
      <w:pPr>
        <w:ind w:firstLine="288"/>
      </w:pPr>
      <w:r>
        <w:rPr>
          <w:rFonts w:cs="Times New Roman"/>
        </w:rPr>
        <w:t>“I was taught to separate these things.”</w:t>
      </w:r>
    </w:p>
    <w:p w14:paraId="7FE93CDC" w14:textId="77777777" w:rsidR="007D7487" w:rsidRDefault="00E6407B">
      <w:pPr>
        <w:ind w:firstLine="288"/>
      </w:pPr>
      <w:r>
        <w:rPr>
          <w:rFonts w:cs="Times New Roman"/>
        </w:rPr>
        <w:t>Jesus’ expression remained gentle.</w:t>
      </w:r>
    </w:p>
    <w:p w14:paraId="31D0C271" w14:textId="77777777" w:rsidR="007D7487" w:rsidRDefault="00E6407B">
      <w:pPr>
        <w:ind w:firstLine="288"/>
      </w:pPr>
      <w:r>
        <w:rPr>
          <w:rFonts w:cs="Times New Roman"/>
        </w:rPr>
        <w:t>“What things?”</w:t>
      </w:r>
    </w:p>
    <w:p w14:paraId="30C02452" w14:textId="77777777" w:rsidR="007D7487" w:rsidRDefault="00E6407B">
      <w:pPr>
        <w:ind w:firstLine="288"/>
      </w:pPr>
      <w:r>
        <w:rPr>
          <w:rFonts w:cs="Times New Roman"/>
        </w:rPr>
        <w:t>“Moses belongs with Sinai.”</w:t>
      </w:r>
    </w:p>
    <w:p w14:paraId="563E2B44" w14:textId="77777777" w:rsidR="007D7487" w:rsidRDefault="00E6407B">
      <w:pPr>
        <w:ind w:firstLine="288"/>
      </w:pPr>
      <w:r>
        <w:rPr>
          <w:rFonts w:cs="Times New Roman"/>
        </w:rPr>
        <w:t>“Elijah with the prophets.”</w:t>
      </w:r>
    </w:p>
    <w:p w14:paraId="2A0EA280" w14:textId="77777777" w:rsidR="007D7487" w:rsidRDefault="00E6407B">
      <w:pPr>
        <w:ind w:firstLine="288"/>
      </w:pPr>
      <w:r>
        <w:rPr>
          <w:rFonts w:cs="Times New Roman"/>
        </w:rPr>
        <w:t>“The kingdom passages with David.”</w:t>
      </w:r>
    </w:p>
    <w:p w14:paraId="0E7CD754" w14:textId="77777777" w:rsidR="007D7487" w:rsidRDefault="00E6407B">
      <w:pPr>
        <w:ind w:firstLine="288"/>
      </w:pPr>
      <w:r>
        <w:rPr>
          <w:rFonts w:cs="Times New Roman"/>
        </w:rPr>
        <w:t>“The suffering Servant with Isaiah.”</w:t>
      </w:r>
    </w:p>
    <w:p w14:paraId="665D6849" w14:textId="77777777" w:rsidR="007D7487" w:rsidRDefault="00E6407B">
      <w:pPr>
        <w:ind w:firstLine="288"/>
      </w:pPr>
      <w:r>
        <w:rPr>
          <w:rFonts w:cs="Times New Roman"/>
        </w:rPr>
        <w:t>“The Son of Man with Daniel.”</w:t>
      </w:r>
    </w:p>
    <w:p w14:paraId="2876B042" w14:textId="77777777" w:rsidR="007D7487" w:rsidRDefault="00E6407B">
      <w:pPr>
        <w:ind w:firstLine="288"/>
      </w:pPr>
      <w:r>
        <w:rPr>
          <w:rFonts w:cs="Times New Roman"/>
        </w:rPr>
        <w:t>“The serpent with Eden.”</w:t>
      </w:r>
    </w:p>
    <w:p w14:paraId="6C54917E" w14:textId="77777777" w:rsidR="007D7487" w:rsidRDefault="00E6407B">
      <w:pPr>
        <w:ind w:firstLine="288"/>
      </w:pPr>
      <w:r>
        <w:rPr>
          <w:rFonts w:cs="Times New Roman"/>
        </w:rPr>
        <w:t>“The wilderness with Israel’s testing.”</w:t>
      </w:r>
    </w:p>
    <w:p w14:paraId="035E6D7D" w14:textId="77777777" w:rsidR="007D7487" w:rsidRDefault="00E6407B">
      <w:pPr>
        <w:ind w:firstLine="288"/>
      </w:pPr>
      <w:r>
        <w:rPr>
          <w:rFonts w:cs="Times New Roman"/>
        </w:rPr>
        <w:t>Nicodemus looked around at the others.</w:t>
      </w:r>
    </w:p>
    <w:p w14:paraId="589AF84D" w14:textId="77777777" w:rsidR="007D7487" w:rsidRDefault="00E6407B">
      <w:pPr>
        <w:ind w:firstLine="288"/>
      </w:pPr>
      <w:r>
        <w:rPr>
          <w:rFonts w:cs="Times New Roman"/>
        </w:rPr>
        <w:t>“Not because the teachers who taught me hated the Scriptures.”</w:t>
      </w:r>
    </w:p>
    <w:p w14:paraId="4C347C09" w14:textId="77777777" w:rsidR="007D7487" w:rsidRDefault="00E6407B">
      <w:pPr>
        <w:ind w:firstLine="288"/>
      </w:pPr>
      <w:r>
        <w:rPr>
          <w:rFonts w:cs="Times New Roman"/>
        </w:rPr>
        <w:t>“No,” Jesus said.</w:t>
      </w:r>
    </w:p>
    <w:p w14:paraId="14874BD9" w14:textId="77777777" w:rsidR="007D7487" w:rsidRDefault="00E6407B">
      <w:pPr>
        <w:ind w:firstLine="288"/>
      </w:pPr>
      <w:r>
        <w:rPr>
          <w:rFonts w:cs="Times New Roman"/>
        </w:rPr>
        <w:t>“They preserved them for you.”</w:t>
      </w:r>
    </w:p>
    <w:p w14:paraId="257590DC" w14:textId="77777777" w:rsidR="007D7487" w:rsidRDefault="00E6407B">
      <w:pPr>
        <w:ind w:firstLine="288"/>
      </w:pPr>
      <w:r>
        <w:rPr>
          <w:rFonts w:cs="Times New Roman"/>
        </w:rPr>
        <w:t>Nicodemus nodded.</w:t>
      </w:r>
    </w:p>
    <w:p w14:paraId="2A431746" w14:textId="77777777" w:rsidR="007D7487" w:rsidRDefault="00E6407B">
      <w:pPr>
        <w:ind w:firstLine="288"/>
      </w:pPr>
      <w:r>
        <w:rPr>
          <w:rFonts w:cs="Times New Roman"/>
        </w:rPr>
        <w:t>“They taught me where the passages were.”</w:t>
      </w:r>
    </w:p>
    <w:p w14:paraId="6AE0999D" w14:textId="77777777" w:rsidR="007D7487" w:rsidRDefault="00E6407B">
      <w:pPr>
        <w:ind w:firstLine="288"/>
      </w:pPr>
      <w:r>
        <w:rPr>
          <w:rFonts w:cs="Times New Roman"/>
        </w:rPr>
        <w:t>“Yes.”</w:t>
      </w:r>
    </w:p>
    <w:p w14:paraId="45721D49" w14:textId="77777777" w:rsidR="007D7487" w:rsidRDefault="00E6407B">
      <w:pPr>
        <w:ind w:firstLine="288"/>
      </w:pPr>
      <w:r>
        <w:rPr>
          <w:rFonts w:cs="Times New Roman"/>
        </w:rPr>
        <w:t>“But I learned to keep many of them in their familiar rooms.”</w:t>
      </w:r>
    </w:p>
    <w:p w14:paraId="45DA6019" w14:textId="77777777" w:rsidR="007D7487" w:rsidRDefault="00E6407B">
      <w:pPr>
        <w:ind w:firstLine="288"/>
      </w:pPr>
      <w:r>
        <w:rPr>
          <w:rFonts w:cs="Times New Roman"/>
        </w:rPr>
        <w:t>Jesus waited.</w:t>
      </w:r>
    </w:p>
    <w:p w14:paraId="65A56C1B" w14:textId="77777777" w:rsidR="007D7487" w:rsidRDefault="00E6407B">
      <w:pPr>
        <w:ind w:firstLine="288"/>
      </w:pPr>
      <w:r>
        <w:rPr>
          <w:rFonts w:cs="Times New Roman"/>
        </w:rPr>
        <w:t>Nicodemus looked toward His wounds.</w:t>
      </w:r>
    </w:p>
    <w:p w14:paraId="16313D86" w14:textId="77777777" w:rsidR="007D7487" w:rsidRDefault="00E6407B">
      <w:pPr>
        <w:ind w:firstLine="288"/>
      </w:pPr>
      <w:r>
        <w:rPr>
          <w:rFonts w:cs="Times New Roman"/>
        </w:rPr>
        <w:t>“And the events keep opening doors between the rooms.”</w:t>
      </w:r>
    </w:p>
    <w:p w14:paraId="7A11FEDD" w14:textId="77777777" w:rsidR="007D7487" w:rsidRDefault="00E6407B">
      <w:pPr>
        <w:ind w:firstLine="288"/>
      </w:pPr>
      <w:r>
        <w:rPr>
          <w:rFonts w:cs="Times New Roman"/>
        </w:rPr>
        <w:t>The gathering became very still.</w:t>
      </w:r>
    </w:p>
    <w:p w14:paraId="1F6B658A" w14:textId="77777777" w:rsidR="007D7487" w:rsidRDefault="00E6407B">
      <w:pPr>
        <w:ind w:firstLine="288"/>
      </w:pPr>
      <w:r>
        <w:rPr>
          <w:rFonts w:cs="Times New Roman"/>
        </w:rPr>
        <w:t>Jesus smiled.</w:t>
      </w:r>
    </w:p>
    <w:p w14:paraId="76231F58" w14:textId="77777777" w:rsidR="007D7487" w:rsidRDefault="00E6407B">
      <w:pPr>
        <w:ind w:firstLine="288"/>
      </w:pPr>
      <w:r>
        <w:rPr>
          <w:rFonts w:cs="Times New Roman"/>
        </w:rPr>
        <w:t>“Do not despise those who taught you to remember the words.”</w:t>
      </w:r>
    </w:p>
    <w:p w14:paraId="3C76665C" w14:textId="77777777" w:rsidR="007D7487" w:rsidRDefault="00E6407B">
      <w:pPr>
        <w:ind w:firstLine="288"/>
      </w:pPr>
      <w:r>
        <w:rPr>
          <w:rFonts w:cs="Times New Roman"/>
        </w:rPr>
        <w:t>Nicodemus bowed his head.</w:t>
      </w:r>
    </w:p>
    <w:p w14:paraId="2541A6C6" w14:textId="77777777" w:rsidR="007D7487" w:rsidRDefault="00E6407B">
      <w:pPr>
        <w:ind w:firstLine="288"/>
      </w:pPr>
      <w:r>
        <w:rPr>
          <w:rFonts w:cs="Times New Roman"/>
        </w:rPr>
        <w:t>“But now let what the Father has done teach you which words belong beside one another.”</w:t>
      </w:r>
    </w:p>
    <w:p w14:paraId="62A7BB1E" w14:textId="77777777" w:rsidR="007D7487" w:rsidRDefault="00E6407B">
      <w:pPr>
        <w:ind w:firstLine="288"/>
      </w:pPr>
      <w:r>
        <w:rPr>
          <w:rFonts w:cs="Times New Roman"/>
        </w:rPr>
        <w:t>The old teacher breathed out slowly.</w:t>
      </w:r>
    </w:p>
    <w:p w14:paraId="57C248C9" w14:textId="77777777" w:rsidR="007D7487" w:rsidRDefault="00E6407B">
      <w:pPr>
        <w:ind w:firstLine="288"/>
      </w:pPr>
      <w:r>
        <w:rPr>
          <w:rFonts w:cs="Times New Roman"/>
        </w:rPr>
        <w:t>This was not the destruction of his learning.</w:t>
      </w:r>
    </w:p>
    <w:p w14:paraId="536F2D85" w14:textId="77777777" w:rsidR="007D7487" w:rsidRDefault="00E6407B">
      <w:pPr>
        <w:ind w:firstLine="288"/>
      </w:pPr>
      <w:r>
        <w:rPr>
          <w:rFonts w:cs="Times New Roman"/>
        </w:rPr>
        <w:t>It was its recategorization.</w:t>
      </w:r>
    </w:p>
    <w:p w14:paraId="6B3233BC" w14:textId="77777777" w:rsidR="007D7487" w:rsidRDefault="00E6407B">
      <w:pPr>
        <w:ind w:firstLine="288"/>
      </w:pPr>
      <w:r>
        <w:rPr>
          <w:rFonts w:cs="Times New Roman"/>
        </w:rPr>
        <w:t>The Scriptures he had spent his life studying were becoming larger, not smaller.</w:t>
      </w:r>
    </w:p>
    <w:p w14:paraId="7FF7AD20" w14:textId="77777777" w:rsidR="007D7487" w:rsidRDefault="00E6407B">
      <w:pPr>
        <w:ind w:firstLine="288"/>
      </w:pPr>
      <w:r>
        <w:rPr>
          <w:rFonts w:cs="Times New Roman"/>
        </w:rPr>
        <w:t>Moses remained Moses.</w:t>
      </w:r>
    </w:p>
    <w:p w14:paraId="5BB9B250" w14:textId="77777777" w:rsidR="007D7487" w:rsidRDefault="00E6407B">
      <w:pPr>
        <w:ind w:firstLine="288"/>
      </w:pPr>
      <w:r>
        <w:rPr>
          <w:rFonts w:cs="Times New Roman"/>
        </w:rPr>
        <w:lastRenderedPageBreak/>
        <w:t>Elijah remained Elijah.</w:t>
      </w:r>
    </w:p>
    <w:p w14:paraId="7DFA937B" w14:textId="77777777" w:rsidR="007D7487" w:rsidRDefault="00E6407B">
      <w:pPr>
        <w:ind w:firstLine="288"/>
      </w:pPr>
      <w:r>
        <w:rPr>
          <w:rFonts w:cs="Times New Roman"/>
        </w:rPr>
        <w:t>Daniel remained Daniel.</w:t>
      </w:r>
    </w:p>
    <w:p w14:paraId="10F8CF85" w14:textId="77777777" w:rsidR="007D7487" w:rsidRDefault="00E6407B">
      <w:pPr>
        <w:ind w:firstLine="288"/>
      </w:pPr>
      <w:r>
        <w:rPr>
          <w:rFonts w:cs="Times New Roman"/>
        </w:rPr>
        <w:t>Isaiah remained Isaiah.</w:t>
      </w:r>
    </w:p>
    <w:p w14:paraId="343DE248" w14:textId="77777777" w:rsidR="007D7487" w:rsidRDefault="00E6407B">
      <w:pPr>
        <w:ind w:firstLine="288"/>
      </w:pPr>
      <w:r>
        <w:rPr>
          <w:rFonts w:cs="Times New Roman"/>
        </w:rPr>
        <w:t>But the risen Messiah was showing him why their words could converge without being collapsed into one another.</w:t>
      </w:r>
    </w:p>
    <w:p w14:paraId="451EAA24" w14:textId="77777777" w:rsidR="007D7487" w:rsidRDefault="00E6407B">
      <w:pPr>
        <w:ind w:firstLine="288"/>
      </w:pPr>
      <w:r>
        <w:rPr>
          <w:rFonts w:cs="Times New Roman"/>
        </w:rPr>
        <w:t>John watched Nicodemus’s face.</w:t>
      </w:r>
    </w:p>
    <w:p w14:paraId="4471F394" w14:textId="77777777" w:rsidR="007D7487" w:rsidRDefault="00E6407B">
      <w:pPr>
        <w:ind w:firstLine="288"/>
      </w:pPr>
      <w:r>
        <w:rPr>
          <w:rFonts w:cs="Times New Roman"/>
        </w:rPr>
        <w:t>For perhaps the first time, the old teacher looked grateful to have been wrong about the arrangement.</w:t>
      </w:r>
    </w:p>
    <w:p w14:paraId="629A6010" w14:textId="77777777" w:rsidR="007D7487" w:rsidRDefault="00E6407B">
      <w:pPr>
        <w:suppressLineNumbers/>
        <w:spacing w:before="100" w:after="100"/>
        <w:jc w:val="center"/>
      </w:pPr>
      <w:r>
        <w:rPr>
          <w:rFonts w:cs="Times New Roman"/>
          <w:sz w:val="20"/>
        </w:rPr>
        <w:t>* * *</w:t>
      </w:r>
    </w:p>
    <w:p w14:paraId="576423D9" w14:textId="77777777" w:rsidR="007D7487" w:rsidRDefault="00E6407B">
      <w:pPr>
        <w:ind w:firstLine="288"/>
      </w:pPr>
      <w:r>
        <w:rPr>
          <w:rFonts w:cs="Times New Roman"/>
        </w:rPr>
        <w:t>Jesus looked back toward Peter, James, and John.</w:t>
      </w:r>
    </w:p>
    <w:p w14:paraId="37C01419" w14:textId="77777777" w:rsidR="007D7487" w:rsidRDefault="00E6407B">
      <w:pPr>
        <w:ind w:firstLine="288"/>
      </w:pPr>
      <w:r>
        <w:rPr>
          <w:rFonts w:cs="Times New Roman"/>
        </w:rPr>
        <w:t>“You saw glory.”</w:t>
      </w:r>
    </w:p>
    <w:p w14:paraId="5ECFDBDF" w14:textId="77777777" w:rsidR="007D7487" w:rsidRDefault="00E6407B">
      <w:pPr>
        <w:ind w:firstLine="288"/>
      </w:pPr>
      <w:r>
        <w:rPr>
          <w:rFonts w:cs="Times New Roman"/>
        </w:rPr>
        <w:t>They nodded.</w:t>
      </w:r>
    </w:p>
    <w:p w14:paraId="6732DD37" w14:textId="77777777" w:rsidR="007D7487" w:rsidRDefault="00E6407B">
      <w:pPr>
        <w:ind w:firstLine="288"/>
      </w:pPr>
      <w:r>
        <w:rPr>
          <w:rFonts w:cs="Times New Roman"/>
        </w:rPr>
        <w:t>“You heard the Father.”</w:t>
      </w:r>
    </w:p>
    <w:p w14:paraId="255D73B4" w14:textId="77777777" w:rsidR="007D7487" w:rsidRDefault="00E6407B">
      <w:pPr>
        <w:ind w:firstLine="288"/>
      </w:pPr>
      <w:r>
        <w:rPr>
          <w:rFonts w:cs="Times New Roman"/>
        </w:rPr>
        <w:t>“Yes.”</w:t>
      </w:r>
    </w:p>
    <w:p w14:paraId="0D2C8960" w14:textId="77777777" w:rsidR="007D7487" w:rsidRDefault="00E6407B">
      <w:pPr>
        <w:ind w:firstLine="288"/>
      </w:pPr>
      <w:r>
        <w:rPr>
          <w:rFonts w:cs="Times New Roman"/>
        </w:rPr>
        <w:t>“You saw Moses.”</w:t>
      </w:r>
    </w:p>
    <w:p w14:paraId="009ED835" w14:textId="77777777" w:rsidR="007D7487" w:rsidRDefault="00E6407B">
      <w:pPr>
        <w:ind w:firstLine="288"/>
      </w:pPr>
      <w:r>
        <w:rPr>
          <w:rFonts w:cs="Times New Roman"/>
        </w:rPr>
        <w:t>“Yes.”</w:t>
      </w:r>
    </w:p>
    <w:p w14:paraId="68D922CC" w14:textId="77777777" w:rsidR="007D7487" w:rsidRDefault="00E6407B">
      <w:pPr>
        <w:ind w:firstLine="288"/>
      </w:pPr>
      <w:r>
        <w:rPr>
          <w:rFonts w:cs="Times New Roman"/>
        </w:rPr>
        <w:t>“Elijah.”</w:t>
      </w:r>
    </w:p>
    <w:p w14:paraId="6D18D921" w14:textId="77777777" w:rsidR="007D7487" w:rsidRDefault="00E6407B">
      <w:pPr>
        <w:ind w:firstLine="288"/>
      </w:pPr>
      <w:r>
        <w:rPr>
          <w:rFonts w:cs="Times New Roman"/>
        </w:rPr>
        <w:t>“Yes.”</w:t>
      </w:r>
    </w:p>
    <w:p w14:paraId="6D4EB74E" w14:textId="77777777" w:rsidR="007D7487" w:rsidRDefault="00E6407B">
      <w:pPr>
        <w:ind w:firstLine="288"/>
      </w:pPr>
      <w:r>
        <w:rPr>
          <w:rFonts w:cs="Times New Roman"/>
        </w:rPr>
        <w:t>“And what did I tell you as we came down?”</w:t>
      </w:r>
    </w:p>
    <w:p w14:paraId="7FDB0FF6" w14:textId="77777777" w:rsidR="007D7487" w:rsidRDefault="00E6407B">
      <w:pPr>
        <w:ind w:firstLine="288"/>
      </w:pPr>
      <w:r>
        <w:rPr>
          <w:rFonts w:cs="Times New Roman"/>
        </w:rPr>
        <w:t>Peter answered reluctantly.</w:t>
      </w:r>
    </w:p>
    <w:p w14:paraId="12004E7A" w14:textId="77777777" w:rsidR="007D7487" w:rsidRDefault="00E6407B">
      <w:pPr>
        <w:ind w:firstLine="288"/>
      </w:pPr>
      <w:r>
        <w:rPr>
          <w:rFonts w:cs="Times New Roman"/>
        </w:rPr>
        <w:t>“Tell the vision to no man until the Son of man be risen again from the dead.”</w:t>
      </w:r>
    </w:p>
    <w:p w14:paraId="30CF4669" w14:textId="77777777" w:rsidR="007D7487" w:rsidRDefault="00E6407B">
      <w:pPr>
        <w:ind w:firstLine="288"/>
      </w:pPr>
      <w:r>
        <w:rPr>
          <w:rFonts w:cs="Times New Roman"/>
        </w:rPr>
        <w:t>Jesus nodded.</w:t>
      </w:r>
    </w:p>
    <w:p w14:paraId="1ACCE471" w14:textId="77777777" w:rsidR="007D7487" w:rsidRDefault="00E6407B">
      <w:pPr>
        <w:ind w:firstLine="288"/>
      </w:pPr>
      <w:r>
        <w:rPr>
          <w:rFonts w:cs="Times New Roman"/>
        </w:rPr>
        <w:t>“Why wait?”</w:t>
      </w:r>
    </w:p>
    <w:p w14:paraId="416482AA" w14:textId="77777777" w:rsidR="007D7487" w:rsidRDefault="00E6407B">
      <w:pPr>
        <w:ind w:firstLine="288"/>
      </w:pPr>
      <w:r>
        <w:rPr>
          <w:rFonts w:cs="Times New Roman"/>
        </w:rPr>
        <w:t>Peter frowned.</w:t>
      </w:r>
    </w:p>
    <w:p w14:paraId="47F595C4" w14:textId="77777777" w:rsidR="007D7487" w:rsidRDefault="00E6407B">
      <w:pPr>
        <w:ind w:firstLine="288"/>
      </w:pPr>
      <w:r>
        <w:rPr>
          <w:rFonts w:cs="Times New Roman"/>
        </w:rPr>
        <w:t>Because without resurrection the story would become something else.</w:t>
      </w:r>
    </w:p>
    <w:p w14:paraId="337F4A29" w14:textId="77777777" w:rsidR="007D7487" w:rsidRDefault="00E6407B">
      <w:pPr>
        <w:ind w:firstLine="288"/>
      </w:pPr>
      <w:r>
        <w:rPr>
          <w:rFonts w:cs="Times New Roman"/>
        </w:rPr>
        <w:t>A marvel.</w:t>
      </w:r>
    </w:p>
    <w:p w14:paraId="354CC516" w14:textId="77777777" w:rsidR="007D7487" w:rsidRDefault="00E6407B">
      <w:pPr>
        <w:ind w:firstLine="288"/>
      </w:pPr>
      <w:r>
        <w:rPr>
          <w:rFonts w:cs="Times New Roman"/>
        </w:rPr>
        <w:t>A claim of brightness.</w:t>
      </w:r>
    </w:p>
    <w:p w14:paraId="5D31ADB0" w14:textId="77777777" w:rsidR="007D7487" w:rsidRDefault="00E6407B">
      <w:pPr>
        <w:ind w:firstLine="288"/>
      </w:pPr>
      <w:r>
        <w:rPr>
          <w:rFonts w:cs="Times New Roman"/>
        </w:rPr>
        <w:t>A strange mountain memory.</w:t>
      </w:r>
    </w:p>
    <w:p w14:paraId="55E12AD4" w14:textId="77777777" w:rsidR="007D7487" w:rsidRDefault="00E6407B">
      <w:pPr>
        <w:ind w:firstLine="288"/>
      </w:pPr>
      <w:r>
        <w:rPr>
          <w:rFonts w:cs="Times New Roman"/>
        </w:rPr>
        <w:t>Without the cross and resurrection, glory alone could be bent back into the same political expectations they had already carried.</w:t>
      </w:r>
    </w:p>
    <w:p w14:paraId="3A34E474" w14:textId="77777777" w:rsidR="007D7487" w:rsidRDefault="00E6407B">
      <w:pPr>
        <w:ind w:firstLine="288"/>
      </w:pPr>
      <w:r>
        <w:rPr>
          <w:rFonts w:cs="Times New Roman"/>
        </w:rPr>
        <w:t>John understood before he could explain it.</w:t>
      </w:r>
    </w:p>
    <w:p w14:paraId="1A2CFD07" w14:textId="77777777" w:rsidR="007D7487" w:rsidRDefault="00E6407B">
      <w:pPr>
        <w:ind w:firstLine="288"/>
      </w:pPr>
      <w:r>
        <w:rPr>
          <w:rFonts w:cs="Times New Roman"/>
        </w:rPr>
        <w:t>“Because we would have told it wrong.”</w:t>
      </w:r>
    </w:p>
    <w:p w14:paraId="4AF3A293" w14:textId="77777777" w:rsidR="007D7487" w:rsidRDefault="00E6407B">
      <w:pPr>
        <w:ind w:firstLine="288"/>
      </w:pPr>
      <w:r>
        <w:rPr>
          <w:rFonts w:cs="Times New Roman"/>
        </w:rPr>
        <w:t>Jesus looked toward him.</w:t>
      </w:r>
    </w:p>
    <w:p w14:paraId="7FB0C19B" w14:textId="77777777" w:rsidR="007D7487" w:rsidRDefault="00E6407B">
      <w:pPr>
        <w:ind w:firstLine="288"/>
      </w:pPr>
      <w:r>
        <w:rPr>
          <w:rFonts w:cs="Times New Roman"/>
        </w:rPr>
        <w:t>John continued.</w:t>
      </w:r>
    </w:p>
    <w:p w14:paraId="3B006034" w14:textId="77777777" w:rsidR="007D7487" w:rsidRDefault="00E6407B">
      <w:pPr>
        <w:ind w:firstLine="288"/>
      </w:pPr>
      <w:r>
        <w:rPr>
          <w:rFonts w:cs="Times New Roman"/>
        </w:rPr>
        <w:t>“We would have used the glory to prove You could not suffer.”</w:t>
      </w:r>
    </w:p>
    <w:p w14:paraId="18777F56" w14:textId="77777777" w:rsidR="007D7487" w:rsidRDefault="00E6407B">
      <w:pPr>
        <w:ind w:firstLine="288"/>
      </w:pPr>
      <w:r>
        <w:rPr>
          <w:rFonts w:cs="Times New Roman"/>
        </w:rPr>
        <w:t>Peter looked at him.</w:t>
      </w:r>
    </w:p>
    <w:p w14:paraId="3B5CD4EB" w14:textId="77777777" w:rsidR="007D7487" w:rsidRDefault="00E6407B">
      <w:pPr>
        <w:ind w:firstLine="288"/>
      </w:pPr>
      <w:r>
        <w:rPr>
          <w:rFonts w:cs="Times New Roman"/>
        </w:rPr>
        <w:t>John’s words hurt because they were true.</w:t>
      </w:r>
    </w:p>
    <w:p w14:paraId="73610A91" w14:textId="77777777" w:rsidR="007D7487" w:rsidRDefault="00E6407B">
      <w:pPr>
        <w:ind w:firstLine="288"/>
      </w:pPr>
      <w:r>
        <w:rPr>
          <w:rFonts w:cs="Times New Roman"/>
        </w:rPr>
        <w:t>Jesus nodded.</w:t>
      </w:r>
    </w:p>
    <w:p w14:paraId="6CDF5CA7" w14:textId="77777777" w:rsidR="007D7487" w:rsidRDefault="00E6407B">
      <w:pPr>
        <w:ind w:firstLine="288"/>
      </w:pPr>
      <w:r>
        <w:rPr>
          <w:rFonts w:cs="Times New Roman"/>
        </w:rPr>
        <w:lastRenderedPageBreak/>
        <w:t>“Now you can tell the mountain with the wounds.”</w:t>
      </w:r>
    </w:p>
    <w:p w14:paraId="4FF255CC" w14:textId="77777777" w:rsidR="007D7487" w:rsidRDefault="00E6407B">
      <w:pPr>
        <w:ind w:firstLine="288"/>
      </w:pPr>
      <w:r>
        <w:rPr>
          <w:rFonts w:cs="Times New Roman"/>
        </w:rPr>
        <w:t>Thomas stared at His hands.</w:t>
      </w:r>
    </w:p>
    <w:p w14:paraId="1ED258F0" w14:textId="77777777" w:rsidR="007D7487" w:rsidRDefault="00E6407B">
      <w:pPr>
        <w:ind w:firstLine="288"/>
      </w:pPr>
      <w:r>
        <w:rPr>
          <w:rFonts w:cs="Times New Roman"/>
        </w:rPr>
        <w:t>“And the wounds with the mountain.”</w:t>
      </w:r>
    </w:p>
    <w:p w14:paraId="06AAC343" w14:textId="77777777" w:rsidR="007D7487" w:rsidRDefault="00E6407B">
      <w:pPr>
        <w:ind w:firstLine="288"/>
      </w:pPr>
      <w:r>
        <w:rPr>
          <w:rFonts w:cs="Times New Roman"/>
        </w:rPr>
        <w:t>Jesus smiled.</w:t>
      </w:r>
    </w:p>
    <w:p w14:paraId="60118D2C" w14:textId="77777777" w:rsidR="007D7487" w:rsidRDefault="00E6407B">
      <w:pPr>
        <w:ind w:firstLine="288"/>
      </w:pPr>
      <w:r>
        <w:rPr>
          <w:rFonts w:cs="Times New Roman"/>
        </w:rPr>
        <w:t>“Yes.”</w:t>
      </w:r>
    </w:p>
    <w:p w14:paraId="1C61B4CB" w14:textId="77777777" w:rsidR="007D7487" w:rsidRDefault="00E6407B">
      <w:pPr>
        <w:ind w:firstLine="288"/>
      </w:pPr>
      <w:r>
        <w:rPr>
          <w:rFonts w:cs="Times New Roman"/>
        </w:rPr>
        <w:t>That changed both.</w:t>
      </w:r>
    </w:p>
    <w:p w14:paraId="6B61811F" w14:textId="77777777" w:rsidR="007D7487" w:rsidRDefault="00E6407B">
      <w:pPr>
        <w:ind w:firstLine="288"/>
      </w:pPr>
      <w:r>
        <w:rPr>
          <w:rFonts w:cs="Times New Roman"/>
        </w:rPr>
        <w:t>Glory could no longer be used to deny suffering.</w:t>
      </w:r>
    </w:p>
    <w:p w14:paraId="16A37701" w14:textId="77777777" w:rsidR="007D7487" w:rsidRDefault="00E6407B">
      <w:pPr>
        <w:ind w:firstLine="288"/>
      </w:pPr>
      <w:r>
        <w:rPr>
          <w:rFonts w:cs="Times New Roman"/>
        </w:rPr>
        <w:t>Suffering could no longer be used to deny glory.</w:t>
      </w:r>
    </w:p>
    <w:p w14:paraId="181914D7" w14:textId="77777777" w:rsidR="007D7487" w:rsidRDefault="00E6407B">
      <w:pPr>
        <w:ind w:firstLine="288"/>
      </w:pPr>
      <w:r>
        <w:rPr>
          <w:rFonts w:cs="Times New Roman"/>
        </w:rPr>
        <w:t>The Father had placed both around the same Son.</w:t>
      </w:r>
    </w:p>
    <w:p w14:paraId="15414DC8" w14:textId="77777777" w:rsidR="007D7487" w:rsidRDefault="00E6407B">
      <w:pPr>
        <w:ind w:firstLine="288"/>
      </w:pPr>
      <w:r>
        <w:rPr>
          <w:rFonts w:cs="Times New Roman"/>
        </w:rPr>
        <w:t>The road from Caesarea Philippi had not moved away from the kingdom.</w:t>
      </w:r>
    </w:p>
    <w:p w14:paraId="0551A4B0" w14:textId="77777777" w:rsidR="007D7487" w:rsidRDefault="00E6407B">
      <w:pPr>
        <w:ind w:firstLine="288"/>
      </w:pPr>
      <w:r>
        <w:rPr>
          <w:rFonts w:cs="Times New Roman"/>
        </w:rPr>
        <w:t>It had moved deeper into how the kingdom would come.</w:t>
      </w:r>
    </w:p>
    <w:p w14:paraId="28279BCD" w14:textId="77777777" w:rsidR="007D7487" w:rsidRDefault="00E6407B">
      <w:pPr>
        <w:suppressLineNumbers/>
      </w:pPr>
      <w:r>
        <w:br w:type="page"/>
      </w:r>
    </w:p>
    <w:p w14:paraId="1290D33A" w14:textId="77777777" w:rsidR="007D7487" w:rsidRDefault="00E6407B">
      <w:pPr>
        <w:pStyle w:val="Heading1"/>
        <w:suppressLineNumbers/>
      </w:pPr>
      <w:r>
        <w:rPr>
          <w:rFonts w:ascii="Times New Roman" w:hAnsi="Times New Roman" w:cs="Times New Roman"/>
        </w:rPr>
        <w:lastRenderedPageBreak/>
        <w:t>Section 7B — Distributed Wisdom and Witness</w:t>
      </w:r>
    </w:p>
    <w:p w14:paraId="5904240C" w14:textId="77777777" w:rsidR="007D7487" w:rsidRDefault="00E6407B">
      <w:pPr>
        <w:ind w:firstLine="288"/>
      </w:pPr>
      <w:r>
        <w:rPr>
          <w:rFonts w:cs="Times New Roman"/>
        </w:rPr>
        <w:t>No one spoke for several moments.</w:t>
      </w:r>
    </w:p>
    <w:p w14:paraId="0EE7C13F" w14:textId="77777777" w:rsidR="007D7487" w:rsidRDefault="00E6407B">
      <w:pPr>
        <w:ind w:firstLine="288"/>
      </w:pPr>
      <w:r>
        <w:rPr>
          <w:rFonts w:cs="Times New Roman"/>
        </w:rPr>
        <w:t>The mountain had opened one question and closed another.</w:t>
      </w:r>
    </w:p>
    <w:p w14:paraId="6BED3C0A" w14:textId="77777777" w:rsidR="007D7487" w:rsidRDefault="00E6407B">
      <w:pPr>
        <w:ind w:firstLine="288"/>
      </w:pPr>
      <w:r>
        <w:rPr>
          <w:rFonts w:cs="Times New Roman"/>
        </w:rPr>
        <w:t>Glory and suffering were no longer enemies.</w:t>
      </w:r>
    </w:p>
    <w:p w14:paraId="072547A5" w14:textId="77777777" w:rsidR="007D7487" w:rsidRDefault="00E6407B">
      <w:pPr>
        <w:ind w:firstLine="288"/>
      </w:pPr>
      <w:r>
        <w:rPr>
          <w:rFonts w:cs="Times New Roman"/>
        </w:rPr>
        <w:t>Then Nathanael asked the question John had not known he wanted answered.</w:t>
      </w:r>
    </w:p>
    <w:p w14:paraId="3C3A29BB" w14:textId="77777777" w:rsidR="007D7487" w:rsidRDefault="00E6407B">
      <w:pPr>
        <w:ind w:firstLine="288"/>
      </w:pPr>
      <w:r>
        <w:rPr>
          <w:rFonts w:cs="Times New Roman"/>
        </w:rPr>
        <w:t>“Why give the clues that way?”</w:t>
      </w:r>
    </w:p>
    <w:p w14:paraId="1E5FCBE5" w14:textId="77777777" w:rsidR="007D7487" w:rsidRDefault="00E6407B">
      <w:pPr>
        <w:ind w:firstLine="288"/>
      </w:pPr>
      <w:r>
        <w:rPr>
          <w:rFonts w:cs="Times New Roman"/>
        </w:rPr>
        <w:t>Jesus looked toward him.</w:t>
      </w:r>
    </w:p>
    <w:p w14:paraId="5C1DC550" w14:textId="77777777" w:rsidR="007D7487" w:rsidRDefault="00E6407B">
      <w:pPr>
        <w:ind w:firstLine="288"/>
      </w:pPr>
      <w:r>
        <w:rPr>
          <w:rFonts w:cs="Times New Roman"/>
        </w:rPr>
        <w:t>Nathanael’s brow furrowed.</w:t>
      </w:r>
    </w:p>
    <w:p w14:paraId="7D2785F2" w14:textId="77777777" w:rsidR="007D7487" w:rsidRDefault="00E6407B">
      <w:pPr>
        <w:ind w:firstLine="288"/>
      </w:pPr>
      <w:r>
        <w:rPr>
          <w:rFonts w:cs="Times New Roman"/>
        </w:rPr>
        <w:t>“Moses.”</w:t>
      </w:r>
    </w:p>
    <w:p w14:paraId="704A86BA" w14:textId="77777777" w:rsidR="007D7487" w:rsidRDefault="00E6407B">
      <w:pPr>
        <w:ind w:firstLine="288"/>
      </w:pPr>
      <w:r>
        <w:rPr>
          <w:rFonts w:cs="Times New Roman"/>
        </w:rPr>
        <w:t>“The Prophets.”</w:t>
      </w:r>
    </w:p>
    <w:p w14:paraId="761F8A79" w14:textId="77777777" w:rsidR="007D7487" w:rsidRDefault="00E6407B">
      <w:pPr>
        <w:ind w:firstLine="288"/>
      </w:pPr>
      <w:r>
        <w:rPr>
          <w:rFonts w:cs="Times New Roman"/>
        </w:rPr>
        <w:t>“The Psalms.”</w:t>
      </w:r>
    </w:p>
    <w:p w14:paraId="33103C5E" w14:textId="77777777" w:rsidR="007D7487" w:rsidRDefault="00E6407B">
      <w:pPr>
        <w:ind w:firstLine="288"/>
      </w:pPr>
      <w:r>
        <w:rPr>
          <w:rFonts w:cs="Times New Roman"/>
        </w:rPr>
        <w:t>“Pieces.”</w:t>
      </w:r>
    </w:p>
    <w:p w14:paraId="10E8B818" w14:textId="77777777" w:rsidR="007D7487" w:rsidRDefault="00E6407B">
      <w:pPr>
        <w:ind w:firstLine="288"/>
      </w:pPr>
      <w:r>
        <w:rPr>
          <w:rFonts w:cs="Times New Roman"/>
        </w:rPr>
        <w:t>“Images.”</w:t>
      </w:r>
    </w:p>
    <w:p w14:paraId="4AEB314E" w14:textId="77777777" w:rsidR="007D7487" w:rsidRDefault="00E6407B">
      <w:pPr>
        <w:ind w:firstLine="288"/>
      </w:pPr>
      <w:r>
        <w:rPr>
          <w:rFonts w:cs="Times New Roman"/>
        </w:rPr>
        <w:t>“Things we understood only after they happened.”</w:t>
      </w:r>
    </w:p>
    <w:p w14:paraId="3BCF6D34" w14:textId="77777777" w:rsidR="007D7487" w:rsidRDefault="00E6407B">
      <w:pPr>
        <w:ind w:firstLine="288"/>
      </w:pPr>
      <w:r>
        <w:rPr>
          <w:rFonts w:cs="Times New Roman"/>
        </w:rPr>
        <w:t>Jesus nodded.</w:t>
      </w:r>
    </w:p>
    <w:p w14:paraId="1F9D4500" w14:textId="77777777" w:rsidR="007D7487" w:rsidRDefault="00E6407B">
      <w:pPr>
        <w:ind w:firstLine="288"/>
      </w:pPr>
      <w:r>
        <w:rPr>
          <w:rFonts w:cs="Times New Roman"/>
        </w:rPr>
        <w:t>John remembered words from before the arrest.</w:t>
      </w:r>
    </w:p>
    <w:p w14:paraId="6F6CD40F" w14:textId="77777777" w:rsidR="007D7487" w:rsidRDefault="00E6407B">
      <w:pPr>
        <w:ind w:firstLine="288"/>
      </w:pPr>
      <w:r>
        <w:rPr>
          <w:rFonts w:cs="Times New Roman"/>
        </w:rPr>
        <w:t>“I have told you before it come to pass…”</w:t>
      </w:r>
    </w:p>
    <w:p w14:paraId="3D103318" w14:textId="77777777" w:rsidR="007D7487" w:rsidRDefault="00E6407B">
      <w:pPr>
        <w:ind w:firstLine="288"/>
      </w:pPr>
      <w:r>
        <w:rPr>
          <w:rFonts w:cs="Times New Roman"/>
        </w:rPr>
        <w:t>Jesus turned toward him.</w:t>
      </w:r>
    </w:p>
    <w:p w14:paraId="3184EC12" w14:textId="77777777" w:rsidR="007D7487" w:rsidRDefault="00E6407B">
      <w:pPr>
        <w:ind w:firstLine="288"/>
      </w:pPr>
      <w:r>
        <w:rPr>
          <w:rFonts w:cs="Times New Roman"/>
        </w:rPr>
        <w:t>John finished from memory.</w:t>
      </w:r>
    </w:p>
    <w:p w14:paraId="53614BE6" w14:textId="77777777" w:rsidR="007D7487" w:rsidRDefault="00E6407B">
      <w:pPr>
        <w:ind w:firstLine="288"/>
      </w:pPr>
      <w:r>
        <w:rPr>
          <w:rFonts w:cs="Times New Roman"/>
        </w:rPr>
        <w:t>“…that, when it is come to pass, ye might believe.”</w:t>
      </w:r>
    </w:p>
    <w:p w14:paraId="56A99CD5" w14:textId="77777777" w:rsidR="007D7487" w:rsidRDefault="00E6407B">
      <w:pPr>
        <w:ind w:firstLine="288"/>
      </w:pPr>
      <w:r>
        <w:rPr>
          <w:rFonts w:cs="Times New Roman"/>
        </w:rPr>
        <w:t>Jesus smiled.</w:t>
      </w:r>
    </w:p>
    <w:p w14:paraId="43F26EE5" w14:textId="77777777" w:rsidR="007D7487" w:rsidRDefault="00E6407B">
      <w:pPr>
        <w:ind w:firstLine="288"/>
      </w:pPr>
      <w:r>
        <w:rPr>
          <w:rFonts w:cs="Times New Roman"/>
        </w:rPr>
        <w:t>“The Father was not confused.”</w:t>
      </w:r>
    </w:p>
    <w:p w14:paraId="46952706" w14:textId="77777777" w:rsidR="007D7487" w:rsidRDefault="00E6407B">
      <w:pPr>
        <w:ind w:firstLine="288"/>
      </w:pPr>
      <w:r>
        <w:rPr>
          <w:rFonts w:cs="Times New Roman"/>
        </w:rPr>
        <w:t>“He was not improvising.”</w:t>
      </w:r>
    </w:p>
    <w:p w14:paraId="6306F73B" w14:textId="77777777" w:rsidR="007D7487" w:rsidRDefault="00E6407B">
      <w:pPr>
        <w:ind w:firstLine="288"/>
      </w:pPr>
      <w:r>
        <w:rPr>
          <w:rFonts w:cs="Times New Roman"/>
        </w:rPr>
        <w:t>“He gave the fathers and prophets what He chose to give.”</w:t>
      </w:r>
    </w:p>
    <w:p w14:paraId="1D477B69" w14:textId="77777777" w:rsidR="007D7487" w:rsidRDefault="00E6407B">
      <w:pPr>
        <w:ind w:firstLine="288"/>
      </w:pPr>
      <w:r>
        <w:rPr>
          <w:rFonts w:cs="Times New Roman"/>
        </w:rPr>
        <w:t>“Promises.”</w:t>
      </w:r>
    </w:p>
    <w:p w14:paraId="5A5630FA" w14:textId="77777777" w:rsidR="007D7487" w:rsidRDefault="00E6407B">
      <w:pPr>
        <w:ind w:firstLine="288"/>
      </w:pPr>
      <w:r>
        <w:rPr>
          <w:rFonts w:cs="Times New Roman"/>
        </w:rPr>
        <w:t>“Patterns.”</w:t>
      </w:r>
    </w:p>
    <w:p w14:paraId="37A1CBC0" w14:textId="77777777" w:rsidR="007D7487" w:rsidRDefault="00E6407B">
      <w:pPr>
        <w:ind w:firstLine="288"/>
      </w:pPr>
      <w:r>
        <w:rPr>
          <w:rFonts w:cs="Times New Roman"/>
        </w:rPr>
        <w:t>“Words.”</w:t>
      </w:r>
    </w:p>
    <w:p w14:paraId="551251ED" w14:textId="77777777" w:rsidR="007D7487" w:rsidRDefault="00E6407B">
      <w:pPr>
        <w:ind w:firstLine="288"/>
      </w:pPr>
      <w:r>
        <w:rPr>
          <w:rFonts w:cs="Times New Roman"/>
        </w:rPr>
        <w:t>“Events.”</w:t>
      </w:r>
    </w:p>
    <w:p w14:paraId="3ADDCE62" w14:textId="77777777" w:rsidR="007D7487" w:rsidRDefault="00E6407B">
      <w:pPr>
        <w:ind w:firstLine="288"/>
      </w:pPr>
      <w:r>
        <w:rPr>
          <w:rFonts w:cs="Times New Roman"/>
        </w:rPr>
        <w:t>“Enough that when these things happened, those who loved His Word could look backward and know that His hand had been there before them.”</w:t>
      </w:r>
    </w:p>
    <w:p w14:paraId="6A4364E8" w14:textId="77777777" w:rsidR="007D7487" w:rsidRDefault="00E6407B">
      <w:pPr>
        <w:ind w:firstLine="288"/>
      </w:pPr>
      <w:r>
        <w:rPr>
          <w:rFonts w:cs="Times New Roman"/>
        </w:rPr>
        <w:t>Nicodemus nodded slowly.</w:t>
      </w:r>
    </w:p>
    <w:p w14:paraId="36831A48" w14:textId="77777777" w:rsidR="007D7487" w:rsidRDefault="00E6407B">
      <w:pPr>
        <w:ind w:firstLine="288"/>
      </w:pPr>
      <w:r>
        <w:rPr>
          <w:rFonts w:cs="Times New Roman"/>
        </w:rPr>
        <w:t>“So the mystery was not absence.”</w:t>
      </w:r>
    </w:p>
    <w:p w14:paraId="5E941B9D" w14:textId="77777777" w:rsidR="007D7487" w:rsidRDefault="00E6407B">
      <w:pPr>
        <w:ind w:firstLine="288"/>
      </w:pPr>
      <w:r>
        <w:rPr>
          <w:rFonts w:cs="Times New Roman"/>
        </w:rPr>
        <w:t>“No.”</w:t>
      </w:r>
    </w:p>
    <w:p w14:paraId="72F43F9B" w14:textId="77777777" w:rsidR="007D7487" w:rsidRDefault="00E6407B">
      <w:pPr>
        <w:ind w:firstLine="288"/>
      </w:pPr>
      <w:r>
        <w:rPr>
          <w:rFonts w:cs="Times New Roman"/>
        </w:rPr>
        <w:t>“It was distribution.”</w:t>
      </w:r>
    </w:p>
    <w:p w14:paraId="1F391AE4" w14:textId="77777777" w:rsidR="007D7487" w:rsidRDefault="00E6407B">
      <w:pPr>
        <w:ind w:firstLine="288"/>
      </w:pPr>
      <w:r>
        <w:rPr>
          <w:rFonts w:cs="Times New Roman"/>
        </w:rPr>
        <w:t>Jesus looked at him.</w:t>
      </w:r>
    </w:p>
    <w:p w14:paraId="6CC960C9" w14:textId="77777777" w:rsidR="007D7487" w:rsidRDefault="00E6407B">
      <w:pPr>
        <w:ind w:firstLine="288"/>
      </w:pPr>
      <w:r>
        <w:rPr>
          <w:rFonts w:cs="Times New Roman"/>
        </w:rPr>
        <w:t>“Some things were clear.”</w:t>
      </w:r>
    </w:p>
    <w:p w14:paraId="0492F58F" w14:textId="77777777" w:rsidR="007D7487" w:rsidRDefault="00E6407B">
      <w:pPr>
        <w:ind w:firstLine="288"/>
      </w:pPr>
      <w:r>
        <w:rPr>
          <w:rFonts w:cs="Times New Roman"/>
        </w:rPr>
        <w:t>“Some were veiled.”</w:t>
      </w:r>
    </w:p>
    <w:p w14:paraId="14E33037" w14:textId="77777777" w:rsidR="007D7487" w:rsidRDefault="00E6407B">
      <w:pPr>
        <w:ind w:firstLine="288"/>
      </w:pPr>
      <w:r>
        <w:rPr>
          <w:rFonts w:cs="Times New Roman"/>
        </w:rPr>
        <w:lastRenderedPageBreak/>
        <w:t>“Some belonged to one historical moment and still taught beyond it.”</w:t>
      </w:r>
    </w:p>
    <w:p w14:paraId="6ABD6979" w14:textId="77777777" w:rsidR="007D7487" w:rsidRDefault="00E6407B">
      <w:pPr>
        <w:ind w:firstLine="288"/>
      </w:pPr>
      <w:r>
        <w:rPr>
          <w:rFonts w:cs="Times New Roman"/>
        </w:rPr>
        <w:t>“Some stood beside one another and seemed impossible to join until the events joined them.”</w:t>
      </w:r>
    </w:p>
    <w:p w14:paraId="7F842956" w14:textId="77777777" w:rsidR="007D7487" w:rsidRDefault="00E6407B">
      <w:pPr>
        <w:ind w:firstLine="288"/>
      </w:pPr>
      <w:r>
        <w:rPr>
          <w:rFonts w:cs="Times New Roman"/>
        </w:rPr>
        <w:t>John thought of suffering and glory.</w:t>
      </w:r>
    </w:p>
    <w:p w14:paraId="0C32B50B" w14:textId="77777777" w:rsidR="007D7487" w:rsidRDefault="00E6407B">
      <w:pPr>
        <w:ind w:firstLine="288"/>
      </w:pPr>
      <w:r>
        <w:rPr>
          <w:rFonts w:cs="Times New Roman"/>
        </w:rPr>
        <w:t>A cut-off Servant who sees seed.</w:t>
      </w:r>
    </w:p>
    <w:p w14:paraId="10581096" w14:textId="77777777" w:rsidR="007D7487" w:rsidRDefault="00E6407B">
      <w:pPr>
        <w:ind w:firstLine="288"/>
      </w:pPr>
      <w:r>
        <w:rPr>
          <w:rFonts w:cs="Times New Roman"/>
        </w:rPr>
        <w:t>A ruler from Judah.</w:t>
      </w:r>
    </w:p>
    <w:p w14:paraId="1D80F6B4" w14:textId="77777777" w:rsidR="007D7487" w:rsidRDefault="00E6407B">
      <w:pPr>
        <w:ind w:firstLine="288"/>
      </w:pPr>
      <w:r>
        <w:rPr>
          <w:rFonts w:cs="Times New Roman"/>
        </w:rPr>
        <w:t>A birthright with Joseph.</w:t>
      </w:r>
    </w:p>
    <w:p w14:paraId="7785114F" w14:textId="77777777" w:rsidR="007D7487" w:rsidRDefault="00E6407B">
      <w:pPr>
        <w:ind w:firstLine="288"/>
      </w:pPr>
      <w:r>
        <w:rPr>
          <w:rFonts w:cs="Times New Roman"/>
        </w:rPr>
        <w:t>A King who is also Priest.</w:t>
      </w:r>
    </w:p>
    <w:p w14:paraId="46F5ED33" w14:textId="77777777" w:rsidR="007D7487" w:rsidRDefault="00E6407B">
      <w:pPr>
        <w:ind w:firstLine="288"/>
      </w:pPr>
      <w:r>
        <w:rPr>
          <w:rFonts w:cs="Times New Roman"/>
        </w:rPr>
        <w:t>A dead Messiah who lives.</w:t>
      </w:r>
    </w:p>
    <w:p w14:paraId="63998DC6" w14:textId="77777777" w:rsidR="007D7487" w:rsidRDefault="00E6407B">
      <w:pPr>
        <w:ind w:firstLine="288"/>
      </w:pPr>
      <w:r>
        <w:rPr>
          <w:rFonts w:cs="Times New Roman"/>
        </w:rPr>
        <w:t>A Son of Man who receives dominion after beasts have ravaged the earth.</w:t>
      </w:r>
    </w:p>
    <w:p w14:paraId="14E0D360" w14:textId="77777777" w:rsidR="007D7487" w:rsidRDefault="00E6407B">
      <w:pPr>
        <w:ind w:firstLine="288"/>
      </w:pPr>
      <w:r>
        <w:rPr>
          <w:rFonts w:cs="Times New Roman"/>
        </w:rPr>
        <w:t>Jesus looked toward Nicodemus.</w:t>
      </w:r>
    </w:p>
    <w:p w14:paraId="1019D9AD" w14:textId="77777777" w:rsidR="007D7487" w:rsidRDefault="00E6407B">
      <w:pPr>
        <w:ind w:firstLine="288"/>
      </w:pPr>
      <w:r>
        <w:rPr>
          <w:rFonts w:cs="Times New Roman"/>
        </w:rPr>
        <w:t>“You were taught categories.”</w:t>
      </w:r>
    </w:p>
    <w:p w14:paraId="4AC0867B" w14:textId="77777777" w:rsidR="007D7487" w:rsidRDefault="00E6407B">
      <w:pPr>
        <w:ind w:firstLine="288"/>
      </w:pPr>
      <w:r>
        <w:rPr>
          <w:rFonts w:cs="Times New Roman"/>
        </w:rPr>
        <w:t>Nicodemus nodded.</w:t>
      </w:r>
    </w:p>
    <w:p w14:paraId="56F40535" w14:textId="77777777" w:rsidR="007D7487" w:rsidRDefault="00E6407B">
      <w:pPr>
        <w:ind w:firstLine="288"/>
      </w:pPr>
      <w:r>
        <w:rPr>
          <w:rFonts w:cs="Times New Roman"/>
        </w:rPr>
        <w:t>“Everyone is.”</w:t>
      </w:r>
    </w:p>
    <w:p w14:paraId="6A78AB00" w14:textId="77777777" w:rsidR="007D7487" w:rsidRDefault="00E6407B">
      <w:pPr>
        <w:ind w:firstLine="288"/>
      </w:pPr>
      <w:r>
        <w:rPr>
          <w:rFonts w:cs="Times New Roman"/>
        </w:rPr>
        <w:t>Jesus’ answer surprised him.</w:t>
      </w:r>
    </w:p>
    <w:p w14:paraId="32451CA8" w14:textId="77777777" w:rsidR="007D7487" w:rsidRDefault="00E6407B">
      <w:pPr>
        <w:ind w:firstLine="288"/>
      </w:pPr>
      <w:r>
        <w:rPr>
          <w:rFonts w:cs="Times New Roman"/>
        </w:rPr>
        <w:t>“Categories help you remember.”</w:t>
      </w:r>
    </w:p>
    <w:p w14:paraId="206923F6" w14:textId="77777777" w:rsidR="007D7487" w:rsidRDefault="00E6407B">
      <w:pPr>
        <w:ind w:firstLine="288"/>
      </w:pPr>
      <w:r>
        <w:rPr>
          <w:rFonts w:cs="Times New Roman"/>
        </w:rPr>
        <w:t>The old teacher listened.</w:t>
      </w:r>
    </w:p>
    <w:p w14:paraId="7C95606B" w14:textId="77777777" w:rsidR="007D7487" w:rsidRDefault="00E6407B">
      <w:pPr>
        <w:ind w:firstLine="288"/>
      </w:pPr>
      <w:r>
        <w:rPr>
          <w:rFonts w:cs="Times New Roman"/>
        </w:rPr>
        <w:t>“They become dangerous only when you defend the category against the Scripture.”</w:t>
      </w:r>
    </w:p>
    <w:p w14:paraId="09A0D0BA" w14:textId="77777777" w:rsidR="007D7487" w:rsidRDefault="00E6407B">
      <w:pPr>
        <w:ind w:firstLine="288"/>
      </w:pPr>
      <w:r>
        <w:rPr>
          <w:rFonts w:cs="Times New Roman"/>
        </w:rPr>
        <w:t>Nicodemus went still.</w:t>
      </w:r>
    </w:p>
    <w:p w14:paraId="797419C0" w14:textId="77777777" w:rsidR="007D7487" w:rsidRDefault="00E6407B">
      <w:pPr>
        <w:ind w:firstLine="288"/>
      </w:pPr>
      <w:r>
        <w:rPr>
          <w:rFonts w:cs="Times New Roman"/>
        </w:rPr>
        <w:t>Jesus continued.</w:t>
      </w:r>
    </w:p>
    <w:p w14:paraId="760CE511" w14:textId="77777777" w:rsidR="007D7487" w:rsidRDefault="00E6407B">
      <w:pPr>
        <w:ind w:firstLine="288"/>
      </w:pPr>
      <w:r>
        <w:rPr>
          <w:rFonts w:cs="Times New Roman"/>
        </w:rPr>
        <w:t>“If a passage says more than the place you were taught to put it, move your understanding.”</w:t>
      </w:r>
    </w:p>
    <w:p w14:paraId="67BCA300" w14:textId="77777777" w:rsidR="007D7487" w:rsidRDefault="00E6407B">
      <w:pPr>
        <w:ind w:firstLine="288"/>
      </w:pPr>
      <w:r>
        <w:rPr>
          <w:rFonts w:cs="Times New Roman"/>
        </w:rPr>
        <w:t>“Do not move the words.”</w:t>
      </w:r>
    </w:p>
    <w:p w14:paraId="4AC63182" w14:textId="77777777" w:rsidR="007D7487" w:rsidRDefault="00E6407B">
      <w:pPr>
        <w:ind w:firstLine="288"/>
      </w:pPr>
      <w:r>
        <w:rPr>
          <w:rFonts w:cs="Times New Roman"/>
        </w:rPr>
        <w:t>The sentence struck John.</w:t>
      </w:r>
    </w:p>
    <w:p w14:paraId="30662164" w14:textId="77777777" w:rsidR="007D7487" w:rsidRDefault="00E6407B">
      <w:pPr>
        <w:ind w:firstLine="288"/>
      </w:pPr>
      <w:r>
        <w:rPr>
          <w:rFonts w:cs="Times New Roman"/>
        </w:rPr>
        <w:t>Do not move the words.</w:t>
      </w:r>
    </w:p>
    <w:p w14:paraId="591BD903" w14:textId="77777777" w:rsidR="007D7487" w:rsidRDefault="00E6407B">
      <w:pPr>
        <w:ind w:firstLine="288"/>
      </w:pPr>
      <w:r>
        <w:rPr>
          <w:rFonts w:cs="Times New Roman"/>
        </w:rPr>
        <w:t>Move your understanding.</w:t>
      </w:r>
    </w:p>
    <w:p w14:paraId="1C612035" w14:textId="77777777" w:rsidR="007D7487" w:rsidRDefault="00E6407B">
      <w:pPr>
        <w:ind w:firstLine="288"/>
      </w:pPr>
      <w:r>
        <w:rPr>
          <w:rFonts w:cs="Times New Roman"/>
        </w:rPr>
        <w:t>Nicodemus repeated it under his breath.</w:t>
      </w:r>
    </w:p>
    <w:p w14:paraId="551D5C1B" w14:textId="77777777" w:rsidR="007D7487" w:rsidRDefault="00E6407B">
      <w:pPr>
        <w:ind w:firstLine="288"/>
      </w:pPr>
      <w:r>
        <w:rPr>
          <w:rFonts w:cs="Times New Roman"/>
        </w:rPr>
        <w:t>“Do not move the words.”</w:t>
      </w:r>
    </w:p>
    <w:p w14:paraId="62636341" w14:textId="77777777" w:rsidR="007D7487" w:rsidRDefault="00E6407B">
      <w:pPr>
        <w:ind w:firstLine="288"/>
      </w:pPr>
      <w:r>
        <w:rPr>
          <w:rFonts w:cs="Times New Roman"/>
        </w:rPr>
        <w:t>Jesus nodded.</w:t>
      </w:r>
    </w:p>
    <w:p w14:paraId="19E3A096" w14:textId="77777777" w:rsidR="007D7487" w:rsidRDefault="00E6407B">
      <w:pPr>
        <w:ind w:firstLine="288"/>
      </w:pPr>
      <w:r>
        <w:rPr>
          <w:rFonts w:cs="Times New Roman"/>
        </w:rPr>
        <w:t>“The Father is not asking you to abandon Moses in order to understand Me.”</w:t>
      </w:r>
    </w:p>
    <w:p w14:paraId="4C946A84" w14:textId="77777777" w:rsidR="007D7487" w:rsidRDefault="00E6407B">
      <w:pPr>
        <w:ind w:firstLine="288"/>
      </w:pPr>
      <w:r>
        <w:rPr>
          <w:rFonts w:cs="Times New Roman"/>
        </w:rPr>
        <w:t>“Nor Isaiah.”</w:t>
      </w:r>
    </w:p>
    <w:p w14:paraId="74C7237D" w14:textId="77777777" w:rsidR="007D7487" w:rsidRDefault="00E6407B">
      <w:pPr>
        <w:ind w:firstLine="288"/>
      </w:pPr>
      <w:r>
        <w:rPr>
          <w:rFonts w:cs="Times New Roman"/>
        </w:rPr>
        <w:t>“Nor David.”</w:t>
      </w:r>
    </w:p>
    <w:p w14:paraId="16A974F0" w14:textId="77777777" w:rsidR="007D7487" w:rsidRDefault="00E6407B">
      <w:pPr>
        <w:ind w:firstLine="288"/>
      </w:pPr>
      <w:r>
        <w:rPr>
          <w:rFonts w:cs="Times New Roman"/>
        </w:rPr>
        <w:t>“Nor Daniel.”</w:t>
      </w:r>
    </w:p>
    <w:p w14:paraId="7DF7DED8" w14:textId="77777777" w:rsidR="007D7487" w:rsidRDefault="00E6407B">
      <w:pPr>
        <w:ind w:firstLine="288"/>
      </w:pPr>
      <w:r>
        <w:rPr>
          <w:rFonts w:cs="Times New Roman"/>
        </w:rPr>
        <w:t>“He is asking you to hear what they said.”</w:t>
      </w:r>
    </w:p>
    <w:p w14:paraId="292D057F" w14:textId="77777777" w:rsidR="007D7487" w:rsidRDefault="00E6407B">
      <w:pPr>
        <w:ind w:firstLine="288"/>
      </w:pPr>
      <w:r>
        <w:rPr>
          <w:rFonts w:cs="Times New Roman"/>
        </w:rPr>
        <w:t>“And to let what has happened expose where your understanding was too narrow.”</w:t>
      </w:r>
    </w:p>
    <w:p w14:paraId="3F38AAE2" w14:textId="77777777" w:rsidR="007D7487" w:rsidRDefault="00E6407B">
      <w:pPr>
        <w:ind w:firstLine="288"/>
      </w:pPr>
      <w:r>
        <w:rPr>
          <w:rFonts w:cs="Times New Roman"/>
        </w:rPr>
        <w:t>Nicodemus’s eyes filled.</w:t>
      </w:r>
    </w:p>
    <w:p w14:paraId="7C008075" w14:textId="77777777" w:rsidR="007D7487" w:rsidRDefault="00E6407B">
      <w:pPr>
        <w:ind w:firstLine="288"/>
      </w:pPr>
      <w:r>
        <w:rPr>
          <w:rFonts w:cs="Times New Roman"/>
        </w:rPr>
        <w:t>For a man who had spent his life inside Scripture, the correction was not humiliation.</w:t>
      </w:r>
    </w:p>
    <w:p w14:paraId="3A4CF8F9" w14:textId="77777777" w:rsidR="007D7487" w:rsidRDefault="00E6407B">
      <w:pPr>
        <w:ind w:firstLine="288"/>
      </w:pPr>
      <w:r>
        <w:rPr>
          <w:rFonts w:cs="Times New Roman"/>
        </w:rPr>
        <w:t>It was release.</w:t>
      </w:r>
    </w:p>
    <w:p w14:paraId="35F834A9" w14:textId="77777777" w:rsidR="007D7487" w:rsidRDefault="00E6407B">
      <w:pPr>
        <w:ind w:firstLine="288"/>
      </w:pPr>
      <w:r>
        <w:rPr>
          <w:rFonts w:cs="Times New Roman"/>
        </w:rPr>
        <w:t>He did not need to throw away the library.</w:t>
      </w:r>
    </w:p>
    <w:p w14:paraId="0E0906D2" w14:textId="77777777" w:rsidR="007D7487" w:rsidRDefault="00E6407B">
      <w:pPr>
        <w:ind w:firstLine="288"/>
      </w:pPr>
      <w:r>
        <w:rPr>
          <w:rFonts w:cs="Times New Roman"/>
        </w:rPr>
        <w:t>He needed to rearrange the shelves.</w:t>
      </w:r>
    </w:p>
    <w:p w14:paraId="0B576E73" w14:textId="77777777" w:rsidR="007D7487" w:rsidRDefault="00E6407B">
      <w:pPr>
        <w:ind w:firstLine="288"/>
      </w:pPr>
      <w:r>
        <w:rPr>
          <w:rFonts w:cs="Times New Roman"/>
        </w:rPr>
        <w:lastRenderedPageBreak/>
        <w:t>Joseph leaned toward him.</w:t>
      </w:r>
    </w:p>
    <w:p w14:paraId="3434E22F" w14:textId="77777777" w:rsidR="007D7487" w:rsidRDefault="00E6407B">
      <w:pPr>
        <w:ind w:firstLine="288"/>
      </w:pPr>
      <w:r>
        <w:rPr>
          <w:rFonts w:cs="Times New Roman"/>
        </w:rPr>
        <w:t>“You will be unbearable after this.”</w:t>
      </w:r>
    </w:p>
    <w:p w14:paraId="6BD5E596" w14:textId="77777777" w:rsidR="007D7487" w:rsidRDefault="00E6407B">
      <w:pPr>
        <w:ind w:firstLine="288"/>
      </w:pPr>
      <w:r>
        <w:rPr>
          <w:rFonts w:cs="Times New Roman"/>
        </w:rPr>
        <w:t>Nicodemus wiped beneath one eye.</w:t>
      </w:r>
    </w:p>
    <w:p w14:paraId="07D59465" w14:textId="77777777" w:rsidR="007D7487" w:rsidRDefault="00E6407B">
      <w:pPr>
        <w:ind w:firstLine="288"/>
      </w:pPr>
      <w:r>
        <w:rPr>
          <w:rFonts w:cs="Times New Roman"/>
        </w:rPr>
        <w:t>“I was already told I think with my mouth.”</w:t>
      </w:r>
    </w:p>
    <w:p w14:paraId="27AAA58F" w14:textId="77777777" w:rsidR="007D7487" w:rsidRDefault="00E6407B">
      <w:pPr>
        <w:ind w:firstLine="288"/>
      </w:pPr>
      <w:r>
        <w:rPr>
          <w:rFonts w:cs="Times New Roman"/>
        </w:rPr>
        <w:t>“That was before Jesus gave you permission to reorganize everything.”</w:t>
      </w:r>
    </w:p>
    <w:p w14:paraId="589E21A2" w14:textId="77777777" w:rsidR="007D7487" w:rsidRDefault="00E6407B">
      <w:pPr>
        <w:ind w:firstLine="288"/>
      </w:pPr>
      <w:r>
        <w:rPr>
          <w:rFonts w:cs="Times New Roman"/>
        </w:rPr>
        <w:t>Nicodemus looked at him.</w:t>
      </w:r>
    </w:p>
    <w:p w14:paraId="457D3704" w14:textId="77777777" w:rsidR="007D7487" w:rsidRDefault="00E6407B">
      <w:pPr>
        <w:ind w:firstLine="288"/>
      </w:pPr>
      <w:r>
        <w:rPr>
          <w:rFonts w:cs="Times New Roman"/>
        </w:rPr>
        <w:t>“He did not give me permission to reorganize everything.”</w:t>
      </w:r>
    </w:p>
    <w:p w14:paraId="6FB47542" w14:textId="77777777" w:rsidR="007D7487" w:rsidRDefault="00E6407B">
      <w:pPr>
        <w:ind w:firstLine="288"/>
      </w:pPr>
      <w:r>
        <w:rPr>
          <w:rFonts w:cs="Times New Roman"/>
        </w:rPr>
        <w:t>Joseph smiled.</w:t>
      </w:r>
    </w:p>
    <w:p w14:paraId="790358E3" w14:textId="77777777" w:rsidR="007D7487" w:rsidRDefault="00E6407B">
      <w:pPr>
        <w:ind w:firstLine="288"/>
      </w:pPr>
      <w:r>
        <w:rPr>
          <w:rFonts w:cs="Times New Roman"/>
        </w:rPr>
        <w:t>“Good. There is hope.”</w:t>
      </w:r>
    </w:p>
    <w:p w14:paraId="1075FCAC" w14:textId="77777777" w:rsidR="007D7487" w:rsidRDefault="00E6407B">
      <w:pPr>
        <w:ind w:firstLine="288"/>
      </w:pPr>
      <w:r>
        <w:rPr>
          <w:rFonts w:cs="Times New Roman"/>
        </w:rPr>
        <w:t>The gathering laughed.</w:t>
      </w:r>
    </w:p>
    <w:p w14:paraId="196AFDDF" w14:textId="77777777" w:rsidR="007D7487" w:rsidRDefault="00E6407B">
      <w:pPr>
        <w:ind w:firstLine="288"/>
      </w:pPr>
      <w:r>
        <w:rPr>
          <w:rFonts w:cs="Times New Roman"/>
        </w:rPr>
        <w:t>Jesus let them.</w:t>
      </w:r>
    </w:p>
    <w:p w14:paraId="389A0E02" w14:textId="77777777" w:rsidR="007D7487" w:rsidRDefault="00E6407B">
      <w:pPr>
        <w:ind w:firstLine="288"/>
      </w:pPr>
      <w:r>
        <w:rPr>
          <w:rFonts w:cs="Times New Roman"/>
        </w:rPr>
        <w:t>Then His expression became serious again.</w:t>
      </w:r>
    </w:p>
    <w:p w14:paraId="09182CD6" w14:textId="77777777" w:rsidR="007D7487" w:rsidRDefault="00E6407B">
      <w:pPr>
        <w:suppressLineNumbers/>
        <w:spacing w:before="100" w:after="100"/>
        <w:jc w:val="center"/>
      </w:pPr>
      <w:r>
        <w:rPr>
          <w:rFonts w:cs="Times New Roman"/>
          <w:sz w:val="20"/>
        </w:rPr>
        <w:t>* * *</w:t>
      </w:r>
    </w:p>
    <w:p w14:paraId="7F7CB381" w14:textId="77777777" w:rsidR="007D7487" w:rsidRDefault="00E6407B">
      <w:pPr>
        <w:ind w:firstLine="288"/>
      </w:pPr>
      <w:r>
        <w:rPr>
          <w:rFonts w:cs="Times New Roman"/>
        </w:rPr>
        <w:t>“The adversary also saw pieces.”</w:t>
      </w:r>
    </w:p>
    <w:p w14:paraId="6DFF4AAE" w14:textId="77777777" w:rsidR="007D7487" w:rsidRDefault="00E6407B">
      <w:pPr>
        <w:ind w:firstLine="288"/>
      </w:pPr>
      <w:r>
        <w:rPr>
          <w:rFonts w:cs="Times New Roman"/>
        </w:rPr>
        <w:t>The laughter disappeared.</w:t>
      </w:r>
    </w:p>
    <w:p w14:paraId="75E0E7EC" w14:textId="77777777" w:rsidR="007D7487" w:rsidRDefault="00E6407B">
      <w:pPr>
        <w:ind w:firstLine="288"/>
      </w:pPr>
      <w:r>
        <w:rPr>
          <w:rFonts w:cs="Times New Roman"/>
        </w:rPr>
        <w:t>Jesus looked toward His wounds.</w:t>
      </w:r>
    </w:p>
    <w:p w14:paraId="502E4C88" w14:textId="77777777" w:rsidR="007D7487" w:rsidRDefault="00E6407B">
      <w:pPr>
        <w:ind w:firstLine="288"/>
      </w:pPr>
      <w:r>
        <w:rPr>
          <w:rFonts w:cs="Times New Roman"/>
        </w:rPr>
        <w:t>“He saw authority.”</w:t>
      </w:r>
    </w:p>
    <w:p w14:paraId="1B3AEABB" w14:textId="77777777" w:rsidR="007D7487" w:rsidRDefault="00E6407B">
      <w:pPr>
        <w:ind w:firstLine="288"/>
      </w:pPr>
      <w:r>
        <w:rPr>
          <w:rFonts w:cs="Times New Roman"/>
        </w:rPr>
        <w:t>“He saw unclean spirits flee.”</w:t>
      </w:r>
    </w:p>
    <w:p w14:paraId="3E4BBBEF" w14:textId="77777777" w:rsidR="007D7487" w:rsidRDefault="00E6407B">
      <w:pPr>
        <w:ind w:firstLine="288"/>
      </w:pPr>
      <w:r>
        <w:rPr>
          <w:rFonts w:cs="Times New Roman"/>
        </w:rPr>
        <w:t>“He saw men healed.”</w:t>
      </w:r>
    </w:p>
    <w:p w14:paraId="7A759BE8" w14:textId="77777777" w:rsidR="007D7487" w:rsidRDefault="00E6407B">
      <w:pPr>
        <w:ind w:firstLine="288"/>
      </w:pPr>
      <w:r>
        <w:rPr>
          <w:rFonts w:cs="Times New Roman"/>
        </w:rPr>
        <w:t>“He saw the dead raised.”</w:t>
      </w:r>
    </w:p>
    <w:p w14:paraId="0CEB1C8E" w14:textId="77777777" w:rsidR="007D7487" w:rsidRDefault="00E6407B">
      <w:pPr>
        <w:ind w:firstLine="288"/>
      </w:pPr>
      <w:r>
        <w:rPr>
          <w:rFonts w:cs="Times New Roman"/>
        </w:rPr>
        <w:t>“He heard confession.”</w:t>
      </w:r>
    </w:p>
    <w:p w14:paraId="32B31E12" w14:textId="77777777" w:rsidR="007D7487" w:rsidRDefault="00E6407B">
      <w:pPr>
        <w:ind w:firstLine="288"/>
      </w:pPr>
      <w:r>
        <w:rPr>
          <w:rFonts w:cs="Times New Roman"/>
        </w:rPr>
        <w:t>“He saw glory.”</w:t>
      </w:r>
    </w:p>
    <w:p w14:paraId="1C957202" w14:textId="77777777" w:rsidR="007D7487" w:rsidRDefault="00E6407B">
      <w:pPr>
        <w:ind w:firstLine="288"/>
      </w:pPr>
      <w:r>
        <w:rPr>
          <w:rFonts w:cs="Times New Roman"/>
        </w:rPr>
        <w:t>“He heard what men called Me.”</w:t>
      </w:r>
    </w:p>
    <w:p w14:paraId="2C43658F" w14:textId="77777777" w:rsidR="007D7487" w:rsidRDefault="00E6407B">
      <w:pPr>
        <w:ind w:firstLine="288"/>
      </w:pPr>
      <w:r>
        <w:rPr>
          <w:rFonts w:cs="Times New Roman"/>
        </w:rPr>
        <w:t>“He saw crowds.”</w:t>
      </w:r>
    </w:p>
    <w:p w14:paraId="309BE695" w14:textId="77777777" w:rsidR="007D7487" w:rsidRDefault="00E6407B">
      <w:pPr>
        <w:ind w:firstLine="288"/>
      </w:pPr>
      <w:r>
        <w:rPr>
          <w:rFonts w:cs="Times New Roman"/>
        </w:rPr>
        <w:t>“He saw fear leave men who had been bound.”</w:t>
      </w:r>
    </w:p>
    <w:p w14:paraId="67E9AE7B" w14:textId="77777777" w:rsidR="007D7487" w:rsidRDefault="00E6407B">
      <w:pPr>
        <w:ind w:firstLine="288"/>
      </w:pPr>
      <w:r>
        <w:rPr>
          <w:rFonts w:cs="Times New Roman"/>
        </w:rPr>
        <w:t>Jesus lifted His eyes.</w:t>
      </w:r>
    </w:p>
    <w:p w14:paraId="0AD7820C" w14:textId="77777777" w:rsidR="007D7487" w:rsidRDefault="00E6407B">
      <w:pPr>
        <w:ind w:firstLine="288"/>
      </w:pPr>
      <w:r>
        <w:rPr>
          <w:rFonts w:cs="Times New Roman"/>
        </w:rPr>
        <w:t>“He did not understand what the Father would accomplish through My death.”</w:t>
      </w:r>
    </w:p>
    <w:p w14:paraId="08A4C647" w14:textId="77777777" w:rsidR="007D7487" w:rsidRDefault="00E6407B">
      <w:pPr>
        <w:ind w:firstLine="288"/>
      </w:pPr>
      <w:r>
        <w:rPr>
          <w:rFonts w:cs="Times New Roman"/>
        </w:rPr>
        <w:t>Simon stared at Him.</w:t>
      </w:r>
    </w:p>
    <w:p w14:paraId="345742F2" w14:textId="77777777" w:rsidR="007D7487" w:rsidRDefault="00E6407B">
      <w:pPr>
        <w:ind w:firstLine="288"/>
      </w:pPr>
      <w:r>
        <w:rPr>
          <w:rFonts w:cs="Times New Roman"/>
        </w:rPr>
        <w:t>“The men who hurried Me toward the cross believed death would end the threat.”</w:t>
      </w:r>
    </w:p>
    <w:p w14:paraId="12B01DC0" w14:textId="77777777" w:rsidR="007D7487" w:rsidRDefault="00E6407B">
      <w:pPr>
        <w:ind w:firstLine="288"/>
      </w:pPr>
      <w:r>
        <w:rPr>
          <w:rFonts w:cs="Times New Roman"/>
        </w:rPr>
        <w:t>Jesus left the rulers unnamed.</w:t>
      </w:r>
    </w:p>
    <w:p w14:paraId="09720E71" w14:textId="77777777" w:rsidR="007D7487" w:rsidRDefault="00E6407B">
      <w:pPr>
        <w:ind w:firstLine="288"/>
      </w:pPr>
      <w:r>
        <w:rPr>
          <w:rFonts w:cs="Times New Roman"/>
        </w:rPr>
        <w:t>Human guilt remained human guilt.</w:t>
      </w:r>
    </w:p>
    <w:p w14:paraId="77A0C7A9" w14:textId="77777777" w:rsidR="007D7487" w:rsidRDefault="00E6407B">
      <w:pPr>
        <w:ind w:firstLine="288"/>
      </w:pPr>
      <w:r>
        <w:rPr>
          <w:rFonts w:cs="Times New Roman"/>
        </w:rPr>
        <w:t>Spiritual hostility remained spiritual hostility.</w:t>
      </w:r>
    </w:p>
    <w:p w14:paraId="6E188A97" w14:textId="77777777" w:rsidR="007D7487" w:rsidRDefault="00E6407B">
      <w:pPr>
        <w:ind w:firstLine="288"/>
      </w:pPr>
      <w:r>
        <w:rPr>
          <w:rFonts w:cs="Times New Roman"/>
        </w:rPr>
        <w:t>The two did not need to be collapsed into one explanation.</w:t>
      </w:r>
    </w:p>
    <w:p w14:paraId="3E89A7C9" w14:textId="77777777" w:rsidR="007D7487" w:rsidRDefault="00E6407B">
      <w:pPr>
        <w:ind w:firstLine="288"/>
      </w:pPr>
      <w:r>
        <w:rPr>
          <w:rFonts w:cs="Times New Roman"/>
        </w:rPr>
        <w:t>“They did not understand that obedience through death would become the victory.”</w:t>
      </w:r>
    </w:p>
    <w:p w14:paraId="41F69745" w14:textId="77777777" w:rsidR="007D7487" w:rsidRDefault="00E6407B">
      <w:pPr>
        <w:ind w:firstLine="288"/>
      </w:pPr>
      <w:r>
        <w:rPr>
          <w:rFonts w:cs="Times New Roman"/>
        </w:rPr>
        <w:t>John felt cold in the sunlight.</w:t>
      </w:r>
    </w:p>
    <w:p w14:paraId="2C161652" w14:textId="77777777" w:rsidR="007D7487" w:rsidRDefault="00E6407B">
      <w:pPr>
        <w:ind w:firstLine="288"/>
      </w:pPr>
      <w:r>
        <w:rPr>
          <w:rFonts w:cs="Times New Roman"/>
        </w:rPr>
        <w:t>The cross had not been something the Father merely survived.</w:t>
      </w:r>
    </w:p>
    <w:p w14:paraId="666322FA" w14:textId="77777777" w:rsidR="007D7487" w:rsidRDefault="00E6407B">
      <w:pPr>
        <w:ind w:firstLine="288"/>
      </w:pPr>
      <w:r>
        <w:rPr>
          <w:rFonts w:cs="Times New Roman"/>
        </w:rPr>
        <w:t>The enemy had entered it as though it were triumph.</w:t>
      </w:r>
    </w:p>
    <w:p w14:paraId="0441ACD6" w14:textId="77777777" w:rsidR="007D7487" w:rsidRDefault="00E6407B">
      <w:pPr>
        <w:ind w:firstLine="288"/>
      </w:pPr>
      <w:r>
        <w:rPr>
          <w:rFonts w:cs="Times New Roman"/>
        </w:rPr>
        <w:t>And the Father had made it the place from which death itself would be answered.</w:t>
      </w:r>
    </w:p>
    <w:p w14:paraId="66904350" w14:textId="77777777" w:rsidR="007D7487" w:rsidRDefault="00E6407B">
      <w:pPr>
        <w:ind w:firstLine="288"/>
      </w:pPr>
      <w:r>
        <w:rPr>
          <w:rFonts w:cs="Times New Roman"/>
        </w:rPr>
        <w:lastRenderedPageBreak/>
        <w:t>Thomas looked toward the wounds again.</w:t>
      </w:r>
    </w:p>
    <w:p w14:paraId="47734F65" w14:textId="77777777" w:rsidR="007D7487" w:rsidRDefault="00E6407B">
      <w:pPr>
        <w:ind w:firstLine="288"/>
      </w:pPr>
      <w:r>
        <w:rPr>
          <w:rFonts w:cs="Times New Roman"/>
        </w:rPr>
        <w:t>“So the hiddenness protected the purpose?”</w:t>
      </w:r>
    </w:p>
    <w:p w14:paraId="2DB9AEC8" w14:textId="77777777" w:rsidR="007D7487" w:rsidRDefault="00E6407B">
      <w:pPr>
        <w:ind w:firstLine="288"/>
      </w:pPr>
      <w:r>
        <w:rPr>
          <w:rFonts w:cs="Times New Roman"/>
        </w:rPr>
        <w:t>Jesus considered him.</w:t>
      </w:r>
    </w:p>
    <w:p w14:paraId="4773075F" w14:textId="77777777" w:rsidR="007D7487" w:rsidRDefault="00E6407B">
      <w:pPr>
        <w:ind w:firstLine="288"/>
      </w:pPr>
      <w:r>
        <w:rPr>
          <w:rFonts w:cs="Times New Roman"/>
        </w:rPr>
        <w:t>“The Father revealed what He chose.”</w:t>
      </w:r>
    </w:p>
    <w:p w14:paraId="22EEA3C0" w14:textId="77777777" w:rsidR="007D7487" w:rsidRDefault="00E6407B">
      <w:pPr>
        <w:ind w:firstLine="288"/>
      </w:pPr>
      <w:r>
        <w:rPr>
          <w:rFonts w:cs="Times New Roman"/>
        </w:rPr>
        <w:t>“And withheld what He chose.”</w:t>
      </w:r>
    </w:p>
    <w:p w14:paraId="380CC73B" w14:textId="77777777" w:rsidR="007D7487" w:rsidRDefault="00E6407B">
      <w:pPr>
        <w:ind w:firstLine="288"/>
      </w:pPr>
      <w:r>
        <w:rPr>
          <w:rFonts w:cs="Times New Roman"/>
        </w:rPr>
        <w:t>Thomas waited.</w:t>
      </w:r>
    </w:p>
    <w:p w14:paraId="5D43EB0A" w14:textId="77777777" w:rsidR="007D7487" w:rsidRDefault="00E6407B">
      <w:pPr>
        <w:ind w:firstLine="288"/>
      </w:pPr>
      <w:r>
        <w:rPr>
          <w:rFonts w:cs="Times New Roman"/>
        </w:rPr>
        <w:t>Jesus continued.</w:t>
      </w:r>
    </w:p>
    <w:p w14:paraId="119CB8DA" w14:textId="77777777" w:rsidR="007D7487" w:rsidRDefault="00E6407B">
      <w:pPr>
        <w:ind w:firstLine="288"/>
      </w:pPr>
      <w:r>
        <w:rPr>
          <w:rFonts w:cs="Times New Roman"/>
        </w:rPr>
        <w:t>“You know enough now to see that the plan was not absent.”</w:t>
      </w:r>
    </w:p>
    <w:p w14:paraId="446C2AFB" w14:textId="77777777" w:rsidR="007D7487" w:rsidRDefault="00E6407B">
      <w:pPr>
        <w:ind w:firstLine="288"/>
      </w:pPr>
      <w:r>
        <w:rPr>
          <w:rFonts w:cs="Times New Roman"/>
        </w:rPr>
        <w:t>“You do not know enough to claim you understand every reason the Father veiled every part.”</w:t>
      </w:r>
    </w:p>
    <w:p w14:paraId="04B9CA56" w14:textId="77777777" w:rsidR="007D7487" w:rsidRDefault="00E6407B">
      <w:pPr>
        <w:ind w:firstLine="288"/>
      </w:pPr>
      <w:r>
        <w:rPr>
          <w:rFonts w:cs="Times New Roman"/>
        </w:rPr>
        <w:t>Thomas nodded.</w:t>
      </w:r>
    </w:p>
    <w:p w14:paraId="6693EEFA" w14:textId="77777777" w:rsidR="007D7487" w:rsidRDefault="00E6407B">
      <w:pPr>
        <w:ind w:firstLine="288"/>
      </w:pPr>
      <w:r>
        <w:rPr>
          <w:rFonts w:cs="Times New Roman"/>
        </w:rPr>
        <w:t>The answer did not manufacture certainty where Scripture had left mystery.</w:t>
      </w:r>
    </w:p>
    <w:p w14:paraId="5443CD54" w14:textId="77777777" w:rsidR="007D7487" w:rsidRDefault="00E6407B">
      <w:pPr>
        <w:ind w:firstLine="288"/>
      </w:pPr>
      <w:r>
        <w:rPr>
          <w:rFonts w:cs="Times New Roman"/>
        </w:rPr>
        <w:t>It preserved the wonder without turning speculation into doctrine.</w:t>
      </w:r>
    </w:p>
    <w:p w14:paraId="4828E78E" w14:textId="77777777" w:rsidR="007D7487" w:rsidRDefault="00E6407B">
      <w:pPr>
        <w:suppressLineNumbers/>
        <w:spacing w:before="100" w:after="100"/>
        <w:jc w:val="center"/>
      </w:pPr>
      <w:r>
        <w:rPr>
          <w:rFonts w:cs="Times New Roman"/>
          <w:sz w:val="20"/>
        </w:rPr>
        <w:t>* * *</w:t>
      </w:r>
    </w:p>
    <w:p w14:paraId="64481CD5" w14:textId="77777777" w:rsidR="007D7487" w:rsidRDefault="00E6407B">
      <w:pPr>
        <w:ind w:firstLine="288"/>
      </w:pPr>
      <w:r>
        <w:rPr>
          <w:rFonts w:cs="Times New Roman"/>
        </w:rPr>
        <w:t>Jesus turned toward Andrew.</w:t>
      </w:r>
    </w:p>
    <w:p w14:paraId="3D8706F3" w14:textId="77777777" w:rsidR="007D7487" w:rsidRDefault="00E6407B">
      <w:pPr>
        <w:ind w:firstLine="288"/>
      </w:pPr>
      <w:r>
        <w:rPr>
          <w:rFonts w:cs="Times New Roman"/>
        </w:rPr>
        <w:t>“You followed John.”</w:t>
      </w:r>
    </w:p>
    <w:p w14:paraId="00225D84" w14:textId="77777777" w:rsidR="007D7487" w:rsidRDefault="00E6407B">
      <w:pPr>
        <w:ind w:firstLine="288"/>
      </w:pPr>
      <w:r>
        <w:rPr>
          <w:rFonts w:cs="Times New Roman"/>
        </w:rPr>
        <w:t>Andrew nodded.</w:t>
      </w:r>
    </w:p>
    <w:p w14:paraId="416A3E23" w14:textId="77777777" w:rsidR="007D7487" w:rsidRDefault="00E6407B">
      <w:pPr>
        <w:ind w:firstLine="288"/>
      </w:pPr>
      <w:r>
        <w:rPr>
          <w:rFonts w:cs="Times New Roman"/>
        </w:rPr>
        <w:t>“Before you followed Me.”</w:t>
      </w:r>
    </w:p>
    <w:p w14:paraId="23DE8C80" w14:textId="77777777" w:rsidR="007D7487" w:rsidRDefault="00E6407B">
      <w:pPr>
        <w:ind w:firstLine="288"/>
      </w:pPr>
      <w:r>
        <w:rPr>
          <w:rFonts w:cs="Times New Roman"/>
        </w:rPr>
        <w:t>“Yes, Lord.”</w:t>
      </w:r>
    </w:p>
    <w:p w14:paraId="2BC0CCD0" w14:textId="77777777" w:rsidR="007D7487" w:rsidRDefault="00E6407B">
      <w:pPr>
        <w:ind w:firstLine="288"/>
      </w:pPr>
      <w:r>
        <w:rPr>
          <w:rFonts w:cs="Times New Roman"/>
        </w:rPr>
        <w:t>“What did John say about himself?”</w:t>
      </w:r>
    </w:p>
    <w:p w14:paraId="1E7E17E3" w14:textId="77777777" w:rsidR="007D7487" w:rsidRDefault="00E6407B">
      <w:pPr>
        <w:ind w:firstLine="288"/>
      </w:pPr>
      <w:r>
        <w:rPr>
          <w:rFonts w:cs="Times New Roman"/>
        </w:rPr>
        <w:t>Andrew smiled faintly.</w:t>
      </w:r>
    </w:p>
    <w:p w14:paraId="66672E83" w14:textId="77777777" w:rsidR="007D7487" w:rsidRDefault="00E6407B">
      <w:pPr>
        <w:ind w:firstLine="288"/>
      </w:pPr>
      <w:r>
        <w:rPr>
          <w:rFonts w:cs="Times New Roman"/>
        </w:rPr>
        <w:t>“He was the voice.”</w:t>
      </w:r>
    </w:p>
    <w:p w14:paraId="1F7049A2" w14:textId="77777777" w:rsidR="007D7487" w:rsidRDefault="00E6407B">
      <w:pPr>
        <w:ind w:firstLine="288"/>
      </w:pPr>
      <w:r>
        <w:rPr>
          <w:rFonts w:cs="Times New Roman"/>
        </w:rPr>
        <w:t>Nicodemus completed Isaiah under his breath.</w:t>
      </w:r>
    </w:p>
    <w:p w14:paraId="31C590DD" w14:textId="77777777" w:rsidR="007D7487" w:rsidRDefault="00E6407B">
      <w:pPr>
        <w:ind w:firstLine="288"/>
      </w:pPr>
      <w:r>
        <w:rPr>
          <w:rFonts w:cs="Times New Roman"/>
        </w:rPr>
        <w:t>“The voice of him that crieth in the wilderness.”</w:t>
      </w:r>
    </w:p>
    <w:p w14:paraId="03532CEE" w14:textId="77777777" w:rsidR="007D7487" w:rsidRDefault="00E6407B">
      <w:pPr>
        <w:ind w:firstLine="288"/>
      </w:pPr>
      <w:r>
        <w:rPr>
          <w:rFonts w:cs="Times New Roman"/>
        </w:rPr>
        <w:t>Andrew continued:</w:t>
      </w:r>
    </w:p>
    <w:p w14:paraId="28EF543E" w14:textId="77777777" w:rsidR="007D7487" w:rsidRDefault="00E6407B">
      <w:pPr>
        <w:ind w:firstLine="288"/>
      </w:pPr>
      <w:r>
        <w:rPr>
          <w:rFonts w:cs="Times New Roman"/>
        </w:rPr>
        <w:t>“Prepare ye the way of the LORD.”</w:t>
      </w:r>
    </w:p>
    <w:p w14:paraId="007FA7B2" w14:textId="77777777" w:rsidR="007D7487" w:rsidRDefault="00E6407B">
      <w:pPr>
        <w:ind w:firstLine="288"/>
      </w:pPr>
      <w:r>
        <w:rPr>
          <w:rFonts w:cs="Times New Roman"/>
        </w:rPr>
        <w:t>Jesus nodded.</w:t>
      </w:r>
    </w:p>
    <w:p w14:paraId="3C5101A0" w14:textId="77777777" w:rsidR="007D7487" w:rsidRDefault="00E6407B">
      <w:pPr>
        <w:ind w:firstLine="288"/>
      </w:pPr>
      <w:r>
        <w:rPr>
          <w:rFonts w:cs="Times New Roman"/>
        </w:rPr>
        <w:t>“What did he call Me?”</w:t>
      </w:r>
    </w:p>
    <w:p w14:paraId="0AB8262E" w14:textId="77777777" w:rsidR="007D7487" w:rsidRDefault="00E6407B">
      <w:pPr>
        <w:ind w:firstLine="288"/>
      </w:pPr>
      <w:r>
        <w:rPr>
          <w:rFonts w:cs="Times New Roman"/>
        </w:rPr>
        <w:t>Andrew’s expression changed.</w:t>
      </w:r>
    </w:p>
    <w:p w14:paraId="559D637D" w14:textId="77777777" w:rsidR="007D7487" w:rsidRDefault="00E6407B">
      <w:pPr>
        <w:ind w:firstLine="288"/>
      </w:pPr>
      <w:r>
        <w:rPr>
          <w:rFonts w:cs="Times New Roman"/>
        </w:rPr>
        <w:t>“The Lamb of God.”</w:t>
      </w:r>
    </w:p>
    <w:p w14:paraId="11FE95C5" w14:textId="77777777" w:rsidR="007D7487" w:rsidRDefault="00E6407B">
      <w:pPr>
        <w:ind w:firstLine="288"/>
      </w:pPr>
      <w:r>
        <w:rPr>
          <w:rFonts w:cs="Times New Roman"/>
        </w:rPr>
        <w:t>The words landed differently after Golgotha.</w:t>
      </w:r>
    </w:p>
    <w:p w14:paraId="6EC4547F" w14:textId="77777777" w:rsidR="007D7487" w:rsidRDefault="00E6407B">
      <w:pPr>
        <w:ind w:firstLine="288"/>
      </w:pPr>
      <w:r>
        <w:rPr>
          <w:rFonts w:cs="Times New Roman"/>
        </w:rPr>
        <w:t>“What else?”</w:t>
      </w:r>
    </w:p>
    <w:p w14:paraId="7CEA733C" w14:textId="77777777" w:rsidR="007D7487" w:rsidRDefault="00E6407B">
      <w:pPr>
        <w:ind w:firstLine="288"/>
      </w:pPr>
      <w:r>
        <w:rPr>
          <w:rFonts w:cs="Times New Roman"/>
        </w:rPr>
        <w:t>“The Son of God.”</w:t>
      </w:r>
    </w:p>
    <w:p w14:paraId="4953C29A" w14:textId="77777777" w:rsidR="007D7487" w:rsidRDefault="00E6407B">
      <w:pPr>
        <w:ind w:firstLine="288"/>
      </w:pPr>
      <w:r>
        <w:rPr>
          <w:rFonts w:cs="Times New Roman"/>
        </w:rPr>
        <w:t>“And what testimony did he give concerning the Spirit?”</w:t>
      </w:r>
    </w:p>
    <w:p w14:paraId="2D5D66E3" w14:textId="77777777" w:rsidR="007D7487" w:rsidRDefault="00E6407B">
      <w:pPr>
        <w:ind w:firstLine="288"/>
      </w:pPr>
      <w:r>
        <w:rPr>
          <w:rFonts w:cs="Times New Roman"/>
        </w:rPr>
        <w:t>Andrew answered carefully.</w:t>
      </w:r>
    </w:p>
    <w:p w14:paraId="7340DD3E" w14:textId="77777777" w:rsidR="007D7487" w:rsidRDefault="00E6407B">
      <w:pPr>
        <w:ind w:firstLine="288"/>
      </w:pPr>
      <w:r>
        <w:rPr>
          <w:rFonts w:cs="Times New Roman"/>
        </w:rPr>
        <w:t>“He said the One who sent him to baptize had told him how he would know.”</w:t>
      </w:r>
    </w:p>
    <w:p w14:paraId="1A747801" w14:textId="77777777" w:rsidR="007D7487" w:rsidRDefault="00E6407B">
      <w:pPr>
        <w:ind w:firstLine="288"/>
      </w:pPr>
      <w:r>
        <w:rPr>
          <w:rFonts w:cs="Times New Roman"/>
        </w:rPr>
        <w:t>“Upon whom thou shalt see the Spirit descending…”</w:t>
      </w:r>
    </w:p>
    <w:p w14:paraId="012C882C" w14:textId="77777777" w:rsidR="007D7487" w:rsidRDefault="00E6407B">
      <w:pPr>
        <w:ind w:firstLine="288"/>
      </w:pPr>
      <w:r>
        <w:rPr>
          <w:rFonts w:cs="Times New Roman"/>
        </w:rPr>
        <w:t>Andrew finished:</w:t>
      </w:r>
    </w:p>
    <w:p w14:paraId="2470B03D" w14:textId="77777777" w:rsidR="007D7487" w:rsidRDefault="00E6407B">
      <w:pPr>
        <w:ind w:firstLine="288"/>
      </w:pPr>
      <w:r>
        <w:rPr>
          <w:rFonts w:cs="Times New Roman"/>
        </w:rPr>
        <w:t>“…and remaining on him.”</w:t>
      </w:r>
    </w:p>
    <w:p w14:paraId="1225ED1B" w14:textId="77777777" w:rsidR="007D7487" w:rsidRDefault="00E6407B">
      <w:pPr>
        <w:ind w:firstLine="288"/>
      </w:pPr>
      <w:r>
        <w:rPr>
          <w:rFonts w:cs="Times New Roman"/>
        </w:rPr>
        <w:lastRenderedPageBreak/>
        <w:t>Jesus nodded.</w:t>
      </w:r>
    </w:p>
    <w:p w14:paraId="5405D4B9" w14:textId="77777777" w:rsidR="007D7487" w:rsidRDefault="00E6407B">
      <w:pPr>
        <w:ind w:firstLine="288"/>
      </w:pPr>
      <w:r>
        <w:rPr>
          <w:rFonts w:cs="Times New Roman"/>
        </w:rPr>
        <w:t>“And what did John say he saw?”</w:t>
      </w:r>
    </w:p>
    <w:p w14:paraId="7EBEB055" w14:textId="77777777" w:rsidR="007D7487" w:rsidRDefault="00E6407B">
      <w:pPr>
        <w:ind w:firstLine="288"/>
      </w:pPr>
      <w:r>
        <w:rPr>
          <w:rFonts w:cs="Times New Roman"/>
        </w:rPr>
        <w:t>“The Spirit descending from heaven like a dove.”</w:t>
      </w:r>
    </w:p>
    <w:p w14:paraId="747F9D6B" w14:textId="77777777" w:rsidR="007D7487" w:rsidRDefault="00E6407B">
      <w:pPr>
        <w:ind w:firstLine="288"/>
      </w:pPr>
      <w:r>
        <w:rPr>
          <w:rFonts w:cs="Times New Roman"/>
        </w:rPr>
        <w:t>“And?”</w:t>
      </w:r>
    </w:p>
    <w:p w14:paraId="5EC70B7A" w14:textId="77777777" w:rsidR="007D7487" w:rsidRDefault="00E6407B">
      <w:pPr>
        <w:ind w:firstLine="288"/>
      </w:pPr>
      <w:r>
        <w:rPr>
          <w:rFonts w:cs="Times New Roman"/>
        </w:rPr>
        <w:t>“That it abode upon You.”</w:t>
      </w:r>
    </w:p>
    <w:p w14:paraId="15104008" w14:textId="77777777" w:rsidR="007D7487" w:rsidRDefault="00E6407B">
      <w:pPr>
        <w:ind w:firstLine="288"/>
      </w:pPr>
      <w:r>
        <w:rPr>
          <w:rFonts w:cs="Times New Roman"/>
        </w:rPr>
        <w:t>Jesus looked around the gathering.</w:t>
      </w:r>
    </w:p>
    <w:p w14:paraId="2B753E49" w14:textId="77777777" w:rsidR="007D7487" w:rsidRDefault="00E6407B">
      <w:pPr>
        <w:ind w:firstLine="288"/>
      </w:pPr>
      <w:r>
        <w:rPr>
          <w:rFonts w:cs="Times New Roman"/>
        </w:rPr>
        <w:t>“And what did he bear record?”</w:t>
      </w:r>
    </w:p>
    <w:p w14:paraId="4BE34605" w14:textId="77777777" w:rsidR="007D7487" w:rsidRDefault="00E6407B">
      <w:pPr>
        <w:ind w:firstLine="288"/>
      </w:pPr>
      <w:r>
        <w:rPr>
          <w:rFonts w:cs="Times New Roman"/>
        </w:rPr>
        <w:t>Andrew’s voice strengthened.</w:t>
      </w:r>
    </w:p>
    <w:p w14:paraId="6901FCF0" w14:textId="77777777" w:rsidR="007D7487" w:rsidRDefault="00E6407B">
      <w:pPr>
        <w:ind w:firstLine="288"/>
      </w:pPr>
      <w:r>
        <w:rPr>
          <w:rFonts w:cs="Times New Roman"/>
        </w:rPr>
        <w:t>“That You are the Son of God.”</w:t>
      </w:r>
    </w:p>
    <w:p w14:paraId="0C517C33" w14:textId="77777777" w:rsidR="007D7487" w:rsidRDefault="00E6407B">
      <w:pPr>
        <w:ind w:firstLine="288"/>
      </w:pPr>
      <w:r>
        <w:rPr>
          <w:rFonts w:cs="Times New Roman"/>
        </w:rPr>
        <w:t>John spoke quietly.</w:t>
      </w:r>
    </w:p>
    <w:p w14:paraId="2D16716B" w14:textId="77777777" w:rsidR="007D7487" w:rsidRDefault="00E6407B">
      <w:pPr>
        <w:ind w:firstLine="288"/>
      </w:pPr>
      <w:r>
        <w:rPr>
          <w:rFonts w:cs="Times New Roman"/>
        </w:rPr>
        <w:t>“I heard his testimony.”</w:t>
      </w:r>
    </w:p>
    <w:p w14:paraId="5109D4E3" w14:textId="77777777" w:rsidR="007D7487" w:rsidRDefault="00E6407B">
      <w:pPr>
        <w:ind w:firstLine="288"/>
      </w:pPr>
      <w:r>
        <w:rPr>
          <w:rFonts w:cs="Times New Roman"/>
        </w:rPr>
        <w:t>Jesus looked toward him.</w:t>
      </w:r>
    </w:p>
    <w:p w14:paraId="0138D918" w14:textId="77777777" w:rsidR="007D7487" w:rsidRDefault="00E6407B">
      <w:pPr>
        <w:ind w:firstLine="288"/>
      </w:pPr>
      <w:r>
        <w:rPr>
          <w:rFonts w:cs="Times New Roman"/>
        </w:rPr>
        <w:t>John did not borrow the Baptist’s eyes.</w:t>
      </w:r>
    </w:p>
    <w:p w14:paraId="7CED0BE9" w14:textId="77777777" w:rsidR="007D7487" w:rsidRDefault="00E6407B">
      <w:pPr>
        <w:ind w:firstLine="288"/>
      </w:pPr>
      <w:r>
        <w:rPr>
          <w:rFonts w:cs="Times New Roman"/>
        </w:rPr>
        <w:t>The Baptist was the explicit witness who had said he saw the Spirit descend and remain.</w:t>
      </w:r>
    </w:p>
    <w:p w14:paraId="2CEEF191" w14:textId="77777777" w:rsidR="007D7487" w:rsidRDefault="00E6407B">
      <w:pPr>
        <w:ind w:firstLine="288"/>
      </w:pPr>
      <w:r>
        <w:rPr>
          <w:rFonts w:cs="Times New Roman"/>
        </w:rPr>
        <w:t>John gave what was his.</w:t>
      </w:r>
    </w:p>
    <w:p w14:paraId="65B619B8" w14:textId="77777777" w:rsidR="007D7487" w:rsidRDefault="00E6407B">
      <w:pPr>
        <w:ind w:firstLine="288"/>
      </w:pPr>
      <w:r>
        <w:rPr>
          <w:rFonts w:cs="Times New Roman"/>
        </w:rPr>
        <w:t>“I heard him point to You.”</w:t>
      </w:r>
    </w:p>
    <w:p w14:paraId="1605A414" w14:textId="77777777" w:rsidR="007D7487" w:rsidRDefault="00E6407B">
      <w:pPr>
        <w:ind w:firstLine="288"/>
      </w:pPr>
      <w:r>
        <w:rPr>
          <w:rFonts w:cs="Times New Roman"/>
        </w:rPr>
        <w:t>Andrew looked toward him and nodded.</w:t>
      </w:r>
    </w:p>
    <w:p w14:paraId="71744CE2" w14:textId="77777777" w:rsidR="007D7487" w:rsidRDefault="00E6407B">
      <w:pPr>
        <w:ind w:firstLine="288"/>
      </w:pPr>
      <w:r>
        <w:rPr>
          <w:rFonts w:cs="Times New Roman"/>
        </w:rPr>
        <w:t>Jesus smiled.</w:t>
      </w:r>
    </w:p>
    <w:p w14:paraId="15B66E18" w14:textId="77777777" w:rsidR="007D7487" w:rsidRDefault="00E6407B">
      <w:pPr>
        <w:ind w:firstLine="288"/>
      </w:pPr>
      <w:r>
        <w:rPr>
          <w:rFonts w:cs="Times New Roman"/>
        </w:rPr>
        <w:t>“Then the witness did not begin after My resurrection.”</w:t>
      </w:r>
    </w:p>
    <w:p w14:paraId="12AA4917" w14:textId="77777777" w:rsidR="007D7487" w:rsidRDefault="00E6407B">
      <w:pPr>
        <w:ind w:firstLine="288"/>
      </w:pPr>
      <w:r>
        <w:rPr>
          <w:rFonts w:cs="Times New Roman"/>
        </w:rPr>
        <w:t>He looked toward Nicodemus.</w:t>
      </w:r>
    </w:p>
    <w:p w14:paraId="29C2BDF1" w14:textId="77777777" w:rsidR="007D7487" w:rsidRDefault="00E6407B">
      <w:pPr>
        <w:ind w:firstLine="288"/>
      </w:pPr>
      <w:r>
        <w:rPr>
          <w:rFonts w:cs="Times New Roman"/>
        </w:rPr>
        <w:t>“How does Moses say a matter is established?”</w:t>
      </w:r>
    </w:p>
    <w:p w14:paraId="2EFD7E13" w14:textId="77777777" w:rsidR="007D7487" w:rsidRDefault="00E6407B">
      <w:pPr>
        <w:ind w:firstLine="288"/>
      </w:pPr>
      <w:r>
        <w:rPr>
          <w:rFonts w:cs="Times New Roman"/>
        </w:rPr>
        <w:t>The old teacher answered immediately.</w:t>
      </w:r>
    </w:p>
    <w:p w14:paraId="4DDA693B" w14:textId="77777777" w:rsidR="007D7487" w:rsidRDefault="00E6407B">
      <w:pPr>
        <w:ind w:firstLine="288"/>
      </w:pPr>
      <w:r>
        <w:rPr>
          <w:rFonts w:cs="Times New Roman"/>
        </w:rPr>
        <w:t>“At the mouth of two witnesses, or at the mouth of three witnesses, shall the matter be established.”</w:t>
      </w:r>
    </w:p>
    <w:p w14:paraId="4F03DD77" w14:textId="77777777" w:rsidR="007D7487" w:rsidRDefault="00E6407B">
      <w:pPr>
        <w:ind w:firstLine="288"/>
      </w:pPr>
      <w:r>
        <w:rPr>
          <w:rFonts w:cs="Times New Roman"/>
        </w:rPr>
        <w:t>Jesus opened His hands.</w:t>
      </w:r>
    </w:p>
    <w:p w14:paraId="625400AF" w14:textId="77777777" w:rsidR="007D7487" w:rsidRDefault="00E6407B">
      <w:pPr>
        <w:ind w:firstLine="288"/>
      </w:pPr>
      <w:r>
        <w:rPr>
          <w:rFonts w:cs="Times New Roman"/>
        </w:rPr>
        <w:t>“The Father did not ask Israel to receive a secret claim.”</w:t>
      </w:r>
    </w:p>
    <w:p w14:paraId="4BAB2D57" w14:textId="77777777" w:rsidR="007D7487" w:rsidRDefault="00E6407B">
      <w:pPr>
        <w:ind w:firstLine="288"/>
      </w:pPr>
      <w:r>
        <w:rPr>
          <w:rFonts w:cs="Times New Roman"/>
        </w:rPr>
        <w:t>“At Jordan, the Father bore witness concerning the Son.”</w:t>
      </w:r>
    </w:p>
    <w:p w14:paraId="00F72E70" w14:textId="77777777" w:rsidR="007D7487" w:rsidRDefault="00E6407B">
      <w:pPr>
        <w:ind w:firstLine="288"/>
      </w:pPr>
      <w:r>
        <w:rPr>
          <w:rFonts w:cs="Times New Roman"/>
        </w:rPr>
        <w:t>“The Spirit descended and remained.”</w:t>
      </w:r>
    </w:p>
    <w:p w14:paraId="25BD2B46" w14:textId="77777777" w:rsidR="007D7487" w:rsidRDefault="00E6407B">
      <w:pPr>
        <w:ind w:firstLine="288"/>
      </w:pPr>
      <w:r>
        <w:rPr>
          <w:rFonts w:cs="Times New Roman"/>
        </w:rPr>
        <w:t>“John bore record.”</w:t>
      </w:r>
    </w:p>
    <w:p w14:paraId="6531D2D4" w14:textId="77777777" w:rsidR="007D7487" w:rsidRDefault="00E6407B">
      <w:pPr>
        <w:ind w:firstLine="288"/>
      </w:pPr>
      <w:r>
        <w:rPr>
          <w:rFonts w:cs="Times New Roman"/>
        </w:rPr>
        <w:t>Andrew nodded.</w:t>
      </w:r>
    </w:p>
    <w:p w14:paraId="4371EF69" w14:textId="77777777" w:rsidR="007D7487" w:rsidRDefault="00E6407B">
      <w:pPr>
        <w:ind w:firstLine="288"/>
      </w:pPr>
      <w:r>
        <w:rPr>
          <w:rFonts w:cs="Times New Roman"/>
        </w:rPr>
        <w:t>Jesus continued.</w:t>
      </w:r>
    </w:p>
    <w:p w14:paraId="04FA6FF5" w14:textId="77777777" w:rsidR="007D7487" w:rsidRDefault="00E6407B">
      <w:pPr>
        <w:ind w:firstLine="288"/>
      </w:pPr>
      <w:r>
        <w:rPr>
          <w:rFonts w:cs="Times New Roman"/>
        </w:rPr>
        <w:t>“What did My works do?”</w:t>
      </w:r>
    </w:p>
    <w:p w14:paraId="16A5B132" w14:textId="77777777" w:rsidR="007D7487" w:rsidRDefault="00E6407B">
      <w:pPr>
        <w:ind w:firstLine="288"/>
      </w:pPr>
      <w:r>
        <w:rPr>
          <w:rFonts w:cs="Times New Roman"/>
        </w:rPr>
        <w:t>James answered.</w:t>
      </w:r>
    </w:p>
    <w:p w14:paraId="6D8B7E90" w14:textId="77777777" w:rsidR="007D7487" w:rsidRDefault="00E6407B">
      <w:pPr>
        <w:ind w:firstLine="288"/>
      </w:pPr>
      <w:r>
        <w:rPr>
          <w:rFonts w:cs="Times New Roman"/>
        </w:rPr>
        <w:t>“They bore witness.”</w:t>
      </w:r>
    </w:p>
    <w:p w14:paraId="1B834B62" w14:textId="77777777" w:rsidR="007D7487" w:rsidRDefault="00E6407B">
      <w:pPr>
        <w:ind w:firstLine="288"/>
      </w:pPr>
      <w:r>
        <w:rPr>
          <w:rFonts w:cs="Times New Roman"/>
        </w:rPr>
        <w:t>Jesus looked toward him.</w:t>
      </w:r>
    </w:p>
    <w:p w14:paraId="16EFA5D4" w14:textId="77777777" w:rsidR="007D7487" w:rsidRDefault="00E6407B">
      <w:pPr>
        <w:ind w:firstLine="288"/>
      </w:pPr>
      <w:r>
        <w:rPr>
          <w:rFonts w:cs="Times New Roman"/>
        </w:rPr>
        <w:t>“What works?”</w:t>
      </w:r>
    </w:p>
    <w:p w14:paraId="02B9647A" w14:textId="77777777" w:rsidR="007D7487" w:rsidRDefault="00E6407B">
      <w:pPr>
        <w:ind w:firstLine="288"/>
      </w:pPr>
      <w:r>
        <w:rPr>
          <w:rFonts w:cs="Times New Roman"/>
        </w:rPr>
        <w:t>James began.</w:t>
      </w:r>
    </w:p>
    <w:p w14:paraId="1D50411D" w14:textId="77777777" w:rsidR="007D7487" w:rsidRDefault="00E6407B">
      <w:pPr>
        <w:ind w:firstLine="288"/>
      </w:pPr>
      <w:r>
        <w:rPr>
          <w:rFonts w:cs="Times New Roman"/>
        </w:rPr>
        <w:t>“Healings.”</w:t>
      </w:r>
    </w:p>
    <w:p w14:paraId="2ADEB022" w14:textId="77777777" w:rsidR="007D7487" w:rsidRDefault="00E6407B">
      <w:pPr>
        <w:ind w:firstLine="288"/>
      </w:pPr>
      <w:r>
        <w:rPr>
          <w:rFonts w:cs="Times New Roman"/>
        </w:rPr>
        <w:lastRenderedPageBreak/>
        <w:t>Andrew:</w:t>
      </w:r>
    </w:p>
    <w:p w14:paraId="3C17D47B" w14:textId="77777777" w:rsidR="007D7487" w:rsidRDefault="00E6407B">
      <w:pPr>
        <w:ind w:firstLine="288"/>
      </w:pPr>
      <w:r>
        <w:rPr>
          <w:rFonts w:cs="Times New Roman"/>
        </w:rPr>
        <w:t>“Unclean spirits cast out.”</w:t>
      </w:r>
    </w:p>
    <w:p w14:paraId="793F3B23" w14:textId="77777777" w:rsidR="007D7487" w:rsidRDefault="00E6407B">
      <w:pPr>
        <w:ind w:firstLine="288"/>
      </w:pPr>
      <w:r>
        <w:rPr>
          <w:rFonts w:cs="Times New Roman"/>
        </w:rPr>
        <w:t>Thomas:</w:t>
      </w:r>
    </w:p>
    <w:p w14:paraId="09CCA05C" w14:textId="77777777" w:rsidR="007D7487" w:rsidRDefault="00E6407B">
      <w:pPr>
        <w:ind w:firstLine="288"/>
      </w:pPr>
      <w:r>
        <w:rPr>
          <w:rFonts w:cs="Times New Roman"/>
        </w:rPr>
        <w:t>“The dead raised.”</w:t>
      </w:r>
    </w:p>
    <w:p w14:paraId="0A30999B" w14:textId="77777777" w:rsidR="007D7487" w:rsidRDefault="00E6407B">
      <w:pPr>
        <w:ind w:firstLine="288"/>
      </w:pPr>
      <w:r>
        <w:rPr>
          <w:rFonts w:cs="Times New Roman"/>
        </w:rPr>
        <w:t>Mary Magdalene:</w:t>
      </w:r>
    </w:p>
    <w:p w14:paraId="05817AEC" w14:textId="77777777" w:rsidR="007D7487" w:rsidRDefault="00E6407B">
      <w:pPr>
        <w:ind w:firstLine="288"/>
      </w:pPr>
      <w:r>
        <w:rPr>
          <w:rFonts w:cs="Times New Roman"/>
        </w:rPr>
        <w:t>“The blind seeing.”</w:t>
      </w:r>
    </w:p>
    <w:p w14:paraId="53555845" w14:textId="77777777" w:rsidR="007D7487" w:rsidRDefault="00E6407B">
      <w:pPr>
        <w:ind w:firstLine="288"/>
      </w:pPr>
      <w:r>
        <w:rPr>
          <w:rFonts w:cs="Times New Roman"/>
        </w:rPr>
        <w:t>Joanna:</w:t>
      </w:r>
    </w:p>
    <w:p w14:paraId="0C28332D" w14:textId="77777777" w:rsidR="007D7487" w:rsidRDefault="00E6407B">
      <w:pPr>
        <w:ind w:firstLine="288"/>
      </w:pPr>
      <w:r>
        <w:rPr>
          <w:rFonts w:cs="Times New Roman"/>
        </w:rPr>
        <w:t>“Lepers cleansed.”</w:t>
      </w:r>
    </w:p>
    <w:p w14:paraId="7D3FEC3B" w14:textId="77777777" w:rsidR="007D7487" w:rsidRDefault="00E6407B">
      <w:pPr>
        <w:ind w:firstLine="288"/>
      </w:pPr>
      <w:r>
        <w:rPr>
          <w:rFonts w:cs="Times New Roman"/>
        </w:rPr>
        <w:t>Peter:</w:t>
      </w:r>
    </w:p>
    <w:p w14:paraId="18569E0E" w14:textId="77777777" w:rsidR="007D7487" w:rsidRDefault="00E6407B">
      <w:pPr>
        <w:ind w:firstLine="288"/>
      </w:pPr>
      <w:r>
        <w:rPr>
          <w:rFonts w:cs="Times New Roman"/>
        </w:rPr>
        <w:t>“Crowds fed.”</w:t>
      </w:r>
    </w:p>
    <w:p w14:paraId="4DFA340F" w14:textId="77777777" w:rsidR="007D7487" w:rsidRDefault="00E6407B">
      <w:pPr>
        <w:ind w:firstLine="288"/>
      </w:pPr>
      <w:r>
        <w:rPr>
          <w:rFonts w:cs="Times New Roman"/>
        </w:rPr>
        <w:t>Jesus nodded.</w:t>
      </w:r>
    </w:p>
    <w:p w14:paraId="12AC0D67" w14:textId="77777777" w:rsidR="007D7487" w:rsidRDefault="00E6407B">
      <w:pPr>
        <w:ind w:firstLine="288"/>
      </w:pPr>
      <w:r>
        <w:rPr>
          <w:rFonts w:cs="Times New Roman"/>
        </w:rPr>
        <w:t>“And did I hide the works?”</w:t>
      </w:r>
    </w:p>
    <w:p w14:paraId="6D8AD5BF" w14:textId="77777777" w:rsidR="007D7487" w:rsidRDefault="00E6407B">
      <w:pPr>
        <w:ind w:firstLine="288"/>
      </w:pPr>
      <w:r>
        <w:rPr>
          <w:rFonts w:cs="Times New Roman"/>
        </w:rPr>
        <w:t>“No.”</w:t>
      </w:r>
    </w:p>
    <w:p w14:paraId="0236FC79" w14:textId="77777777" w:rsidR="007D7487" w:rsidRDefault="00E6407B">
      <w:pPr>
        <w:ind w:firstLine="288"/>
      </w:pPr>
      <w:r>
        <w:rPr>
          <w:rFonts w:cs="Times New Roman"/>
        </w:rPr>
        <w:t>“Where did I teach?”</w:t>
      </w:r>
    </w:p>
    <w:p w14:paraId="128059A5" w14:textId="77777777" w:rsidR="007D7487" w:rsidRDefault="00E6407B">
      <w:pPr>
        <w:ind w:firstLine="288"/>
      </w:pPr>
      <w:r>
        <w:rPr>
          <w:rFonts w:cs="Times New Roman"/>
        </w:rPr>
        <w:t>Nicodemus answered:</w:t>
      </w:r>
    </w:p>
    <w:p w14:paraId="60FBBE72" w14:textId="77777777" w:rsidR="007D7487" w:rsidRDefault="00E6407B">
      <w:pPr>
        <w:ind w:firstLine="288"/>
      </w:pPr>
      <w:r>
        <w:rPr>
          <w:rFonts w:cs="Times New Roman"/>
        </w:rPr>
        <w:t>“In synagogues.”</w:t>
      </w:r>
    </w:p>
    <w:p w14:paraId="34C61267" w14:textId="77777777" w:rsidR="007D7487" w:rsidRDefault="00E6407B">
      <w:pPr>
        <w:ind w:firstLine="288"/>
      </w:pPr>
      <w:r>
        <w:rPr>
          <w:rFonts w:cs="Times New Roman"/>
        </w:rPr>
        <w:t>Matthew:</w:t>
      </w:r>
    </w:p>
    <w:p w14:paraId="2DBCBDFB" w14:textId="77777777" w:rsidR="007D7487" w:rsidRDefault="00E6407B">
      <w:pPr>
        <w:ind w:firstLine="288"/>
      </w:pPr>
      <w:r>
        <w:rPr>
          <w:rFonts w:cs="Times New Roman"/>
        </w:rPr>
        <w:t>“In houses.”</w:t>
      </w:r>
    </w:p>
    <w:p w14:paraId="3CD10161" w14:textId="77777777" w:rsidR="007D7487" w:rsidRDefault="00E6407B">
      <w:pPr>
        <w:ind w:firstLine="288"/>
      </w:pPr>
      <w:r>
        <w:rPr>
          <w:rFonts w:cs="Times New Roman"/>
        </w:rPr>
        <w:t>James:</w:t>
      </w:r>
    </w:p>
    <w:p w14:paraId="392EACBF" w14:textId="77777777" w:rsidR="007D7487" w:rsidRDefault="00E6407B">
      <w:pPr>
        <w:ind w:firstLine="288"/>
      </w:pPr>
      <w:r>
        <w:rPr>
          <w:rFonts w:cs="Times New Roman"/>
        </w:rPr>
        <w:t>“On hills.”</w:t>
      </w:r>
    </w:p>
    <w:p w14:paraId="4EA5F24E" w14:textId="77777777" w:rsidR="007D7487" w:rsidRDefault="00E6407B">
      <w:pPr>
        <w:ind w:firstLine="288"/>
      </w:pPr>
      <w:r>
        <w:rPr>
          <w:rFonts w:cs="Times New Roman"/>
        </w:rPr>
        <w:t>John:</w:t>
      </w:r>
    </w:p>
    <w:p w14:paraId="4F4D68C9" w14:textId="77777777" w:rsidR="007D7487" w:rsidRDefault="00E6407B">
      <w:pPr>
        <w:ind w:firstLine="288"/>
      </w:pPr>
      <w:r>
        <w:rPr>
          <w:rFonts w:cs="Times New Roman"/>
        </w:rPr>
        <w:t>“In the Temple.”</w:t>
      </w:r>
    </w:p>
    <w:p w14:paraId="67B9C7AD" w14:textId="77777777" w:rsidR="007D7487" w:rsidRDefault="00E6407B">
      <w:pPr>
        <w:ind w:firstLine="288"/>
      </w:pPr>
      <w:r>
        <w:rPr>
          <w:rFonts w:cs="Times New Roman"/>
        </w:rPr>
        <w:t>Jesus nodded.</w:t>
      </w:r>
    </w:p>
    <w:p w14:paraId="5D2E1DD3" w14:textId="77777777" w:rsidR="007D7487" w:rsidRDefault="00E6407B">
      <w:pPr>
        <w:ind w:firstLine="288"/>
      </w:pPr>
      <w:r>
        <w:rPr>
          <w:rFonts w:cs="Times New Roman"/>
        </w:rPr>
        <w:t>“I healed where men could see.”</w:t>
      </w:r>
    </w:p>
    <w:p w14:paraId="4D3B09A8" w14:textId="77777777" w:rsidR="007D7487" w:rsidRDefault="00E6407B">
      <w:pPr>
        <w:ind w:firstLine="288"/>
      </w:pPr>
      <w:r>
        <w:rPr>
          <w:rFonts w:cs="Times New Roman"/>
        </w:rPr>
        <w:t>“I cleansed lepers and sent them to the priests.”</w:t>
      </w:r>
    </w:p>
    <w:p w14:paraId="6CEE6259" w14:textId="77777777" w:rsidR="007D7487" w:rsidRDefault="00E6407B">
      <w:pPr>
        <w:ind w:firstLine="288"/>
      </w:pPr>
      <w:r>
        <w:rPr>
          <w:rFonts w:cs="Times New Roman"/>
        </w:rPr>
        <w:t>“I fed crowds.”</w:t>
      </w:r>
    </w:p>
    <w:p w14:paraId="103FD4E4" w14:textId="77777777" w:rsidR="007D7487" w:rsidRDefault="00E6407B">
      <w:pPr>
        <w:ind w:firstLine="288"/>
      </w:pPr>
      <w:r>
        <w:rPr>
          <w:rFonts w:cs="Times New Roman"/>
        </w:rPr>
        <w:t>“I called the dead from tombs before witnesses.”</w:t>
      </w:r>
    </w:p>
    <w:p w14:paraId="7BD6D94F" w14:textId="77777777" w:rsidR="007D7487" w:rsidRDefault="00E6407B">
      <w:pPr>
        <w:ind w:firstLine="288"/>
      </w:pPr>
      <w:r>
        <w:rPr>
          <w:rFonts w:cs="Times New Roman"/>
        </w:rPr>
        <w:t>“I taught openly.”</w:t>
      </w:r>
    </w:p>
    <w:p w14:paraId="7C5BAB86" w14:textId="77777777" w:rsidR="007D7487" w:rsidRDefault="00E6407B">
      <w:pPr>
        <w:ind w:firstLine="288"/>
      </w:pPr>
      <w:r>
        <w:rPr>
          <w:rFonts w:cs="Times New Roman"/>
        </w:rPr>
        <w:t>John remembered the night of the trial.</w:t>
      </w:r>
    </w:p>
    <w:p w14:paraId="63D02F62" w14:textId="77777777" w:rsidR="007D7487" w:rsidRDefault="00E6407B">
      <w:pPr>
        <w:ind w:firstLine="288"/>
      </w:pPr>
      <w:r>
        <w:rPr>
          <w:rFonts w:cs="Times New Roman"/>
        </w:rPr>
        <w:t>Jesus facing questions.</w:t>
      </w:r>
    </w:p>
    <w:p w14:paraId="44B6BE9C" w14:textId="77777777" w:rsidR="007D7487" w:rsidRDefault="00E6407B">
      <w:pPr>
        <w:ind w:firstLine="288"/>
      </w:pPr>
      <w:r>
        <w:rPr>
          <w:rFonts w:cs="Times New Roman"/>
        </w:rPr>
        <w:t>“In secret have I said nothing.”</w:t>
      </w:r>
    </w:p>
    <w:p w14:paraId="31BB31C0" w14:textId="77777777" w:rsidR="007D7487" w:rsidRDefault="00E6407B">
      <w:pPr>
        <w:ind w:firstLine="288"/>
      </w:pPr>
      <w:r>
        <w:rPr>
          <w:rFonts w:cs="Times New Roman"/>
        </w:rPr>
        <w:t>Jesus looked toward him.</w:t>
      </w:r>
    </w:p>
    <w:p w14:paraId="75706CBC" w14:textId="77777777" w:rsidR="007D7487" w:rsidRDefault="00E6407B">
      <w:pPr>
        <w:ind w:firstLine="288"/>
      </w:pPr>
      <w:r>
        <w:rPr>
          <w:rFonts w:cs="Times New Roman"/>
        </w:rPr>
        <w:t>“Yes.”</w:t>
      </w:r>
    </w:p>
    <w:p w14:paraId="75086E44" w14:textId="77777777" w:rsidR="007D7487" w:rsidRDefault="00E6407B">
      <w:pPr>
        <w:ind w:firstLine="288"/>
      </w:pPr>
      <w:r>
        <w:rPr>
          <w:rFonts w:cs="Times New Roman"/>
        </w:rPr>
        <w:t>The phrase did not mean Jesus had never spoken privately.</w:t>
      </w:r>
    </w:p>
    <w:p w14:paraId="5F7B1E36" w14:textId="77777777" w:rsidR="007D7487" w:rsidRDefault="00E6407B">
      <w:pPr>
        <w:ind w:firstLine="288"/>
      </w:pPr>
      <w:r>
        <w:rPr>
          <w:rFonts w:cs="Times New Roman"/>
        </w:rPr>
        <w:t>John had been in private conversations.</w:t>
      </w:r>
    </w:p>
    <w:p w14:paraId="1142F308" w14:textId="77777777" w:rsidR="007D7487" w:rsidRDefault="00E6407B">
      <w:pPr>
        <w:ind w:firstLine="288"/>
      </w:pPr>
      <w:r>
        <w:rPr>
          <w:rFonts w:cs="Times New Roman"/>
        </w:rPr>
        <w:t>Nicodemus certainly had.</w:t>
      </w:r>
    </w:p>
    <w:p w14:paraId="50724595" w14:textId="77777777" w:rsidR="007D7487" w:rsidRDefault="00E6407B">
      <w:pPr>
        <w:ind w:firstLine="288"/>
      </w:pPr>
      <w:r>
        <w:rPr>
          <w:rFonts w:cs="Times New Roman"/>
        </w:rPr>
        <w:t>It meant Jesus’ teaching and claims were not a hidden conspiracy known only to initiates.</w:t>
      </w:r>
    </w:p>
    <w:p w14:paraId="4AE45080" w14:textId="77777777" w:rsidR="007D7487" w:rsidRDefault="00E6407B">
      <w:pPr>
        <w:ind w:firstLine="288"/>
      </w:pPr>
      <w:r>
        <w:rPr>
          <w:rFonts w:cs="Times New Roman"/>
        </w:rPr>
        <w:t>His ministry had been publicly available to examination.</w:t>
      </w:r>
    </w:p>
    <w:p w14:paraId="33F12381" w14:textId="77777777" w:rsidR="007D7487" w:rsidRDefault="00E6407B">
      <w:pPr>
        <w:ind w:firstLine="288"/>
      </w:pPr>
      <w:r>
        <w:rPr>
          <w:rFonts w:cs="Times New Roman"/>
        </w:rPr>
        <w:lastRenderedPageBreak/>
        <w:t>Nicodemus caught the distinction.</w:t>
      </w:r>
    </w:p>
    <w:p w14:paraId="44EBE002" w14:textId="77777777" w:rsidR="007D7487" w:rsidRDefault="00E6407B">
      <w:pPr>
        <w:ind w:firstLine="288"/>
      </w:pPr>
      <w:r>
        <w:rPr>
          <w:rFonts w:cs="Times New Roman"/>
        </w:rPr>
        <w:t>“Not every word was spoken to every man.”</w:t>
      </w:r>
    </w:p>
    <w:p w14:paraId="27FD85E5" w14:textId="77777777" w:rsidR="007D7487" w:rsidRDefault="00E6407B">
      <w:pPr>
        <w:ind w:firstLine="288"/>
      </w:pPr>
      <w:r>
        <w:rPr>
          <w:rFonts w:cs="Times New Roman"/>
        </w:rPr>
        <w:t>“No.”</w:t>
      </w:r>
    </w:p>
    <w:p w14:paraId="44065B83" w14:textId="77777777" w:rsidR="007D7487" w:rsidRDefault="00E6407B">
      <w:pPr>
        <w:ind w:firstLine="288"/>
      </w:pPr>
      <w:r>
        <w:rPr>
          <w:rFonts w:cs="Times New Roman"/>
        </w:rPr>
        <w:t>“But the claim was not hidden.”</w:t>
      </w:r>
    </w:p>
    <w:p w14:paraId="42F188B5" w14:textId="77777777" w:rsidR="007D7487" w:rsidRDefault="00E6407B">
      <w:pPr>
        <w:ind w:firstLine="288"/>
      </w:pPr>
      <w:r>
        <w:rPr>
          <w:rFonts w:cs="Times New Roman"/>
        </w:rPr>
        <w:t>“No.”</w:t>
      </w:r>
    </w:p>
    <w:p w14:paraId="4716529B" w14:textId="77777777" w:rsidR="007D7487" w:rsidRDefault="00E6407B">
      <w:pPr>
        <w:ind w:firstLine="288"/>
      </w:pPr>
      <w:r>
        <w:rPr>
          <w:rFonts w:cs="Times New Roman"/>
        </w:rPr>
        <w:t>Jesus looked around.</w:t>
      </w:r>
    </w:p>
    <w:p w14:paraId="3E6BEFC2" w14:textId="77777777" w:rsidR="007D7487" w:rsidRDefault="00E6407B">
      <w:pPr>
        <w:ind w:firstLine="288"/>
      </w:pPr>
      <w:r>
        <w:rPr>
          <w:rFonts w:cs="Times New Roman"/>
        </w:rPr>
        <w:t>“Do not make ‘openly’ mean there were no private conversations.”</w:t>
      </w:r>
    </w:p>
    <w:p w14:paraId="4DD9AB16" w14:textId="77777777" w:rsidR="007D7487" w:rsidRDefault="00E6407B">
      <w:pPr>
        <w:ind w:firstLine="288"/>
      </w:pPr>
      <w:r>
        <w:rPr>
          <w:rFonts w:cs="Times New Roman"/>
        </w:rPr>
        <w:t>Nicodemus nodded.</w:t>
      </w:r>
    </w:p>
    <w:p w14:paraId="32853B04" w14:textId="77777777" w:rsidR="007D7487" w:rsidRDefault="00E6407B">
      <w:pPr>
        <w:ind w:firstLine="288"/>
      </w:pPr>
      <w:r>
        <w:rPr>
          <w:rFonts w:cs="Times New Roman"/>
        </w:rPr>
        <w:t>“And do not make private instruction mean the Father left Israel without public witness.”</w:t>
      </w:r>
    </w:p>
    <w:p w14:paraId="3C35E1FE" w14:textId="77777777" w:rsidR="007D7487" w:rsidRDefault="00E6407B">
      <w:pPr>
        <w:suppressLineNumbers/>
        <w:spacing w:before="100" w:after="100"/>
        <w:jc w:val="center"/>
      </w:pPr>
      <w:r>
        <w:rPr>
          <w:rFonts w:cs="Times New Roman"/>
          <w:sz w:val="20"/>
        </w:rPr>
        <w:t>* * *</w:t>
      </w:r>
    </w:p>
    <w:p w14:paraId="7A2BA96F" w14:textId="77777777" w:rsidR="007D7487" w:rsidRDefault="00E6407B">
      <w:pPr>
        <w:ind w:firstLine="288"/>
      </w:pPr>
      <w:r>
        <w:rPr>
          <w:rFonts w:cs="Times New Roman"/>
        </w:rPr>
        <w:t>Jesus turned toward Joseph and Nicodemus.</w:t>
      </w:r>
    </w:p>
    <w:p w14:paraId="780FF132" w14:textId="77777777" w:rsidR="007D7487" w:rsidRDefault="00E6407B">
      <w:pPr>
        <w:ind w:firstLine="288"/>
      </w:pPr>
      <w:r>
        <w:rPr>
          <w:rFonts w:cs="Times New Roman"/>
        </w:rPr>
        <w:t>“These men handled My dead body.”</w:t>
      </w:r>
    </w:p>
    <w:p w14:paraId="16A4FE55" w14:textId="77777777" w:rsidR="007D7487" w:rsidRDefault="00E6407B">
      <w:pPr>
        <w:ind w:firstLine="288"/>
      </w:pPr>
      <w:r>
        <w:rPr>
          <w:rFonts w:cs="Times New Roman"/>
        </w:rPr>
        <w:t>Joseph’s lips parted.</w:t>
      </w:r>
    </w:p>
    <w:p w14:paraId="52BDBD66" w14:textId="77777777" w:rsidR="007D7487" w:rsidRDefault="00E6407B">
      <w:pPr>
        <w:ind w:firstLine="288"/>
      </w:pPr>
      <w:r>
        <w:rPr>
          <w:rFonts w:cs="Times New Roman"/>
        </w:rPr>
        <w:t>Nicodemus’s face softened.</w:t>
      </w:r>
    </w:p>
    <w:p w14:paraId="5417C693" w14:textId="77777777" w:rsidR="007D7487" w:rsidRDefault="00E6407B">
      <w:pPr>
        <w:ind w:firstLine="288"/>
      </w:pPr>
      <w:r>
        <w:rPr>
          <w:rFonts w:cs="Times New Roman"/>
        </w:rPr>
        <w:t>“The women knew where I was laid.”</w:t>
      </w:r>
    </w:p>
    <w:p w14:paraId="2F29CB0C" w14:textId="77777777" w:rsidR="007D7487" w:rsidRDefault="00E6407B">
      <w:pPr>
        <w:ind w:firstLine="288"/>
      </w:pPr>
      <w:r>
        <w:rPr>
          <w:rFonts w:cs="Times New Roman"/>
        </w:rPr>
        <w:t>Mary Magdalene nodded.</w:t>
      </w:r>
    </w:p>
    <w:p w14:paraId="715F566F" w14:textId="77777777" w:rsidR="007D7487" w:rsidRDefault="00E6407B">
      <w:pPr>
        <w:ind w:firstLine="288"/>
      </w:pPr>
      <w:r>
        <w:rPr>
          <w:rFonts w:cs="Times New Roman"/>
        </w:rPr>
        <w:t>“John and Peter saw the empty tomb.”</w:t>
      </w:r>
    </w:p>
    <w:p w14:paraId="7183E0AC" w14:textId="77777777" w:rsidR="007D7487" w:rsidRDefault="00E6407B">
      <w:pPr>
        <w:ind w:firstLine="288"/>
      </w:pPr>
      <w:r>
        <w:rPr>
          <w:rFonts w:cs="Times New Roman"/>
        </w:rPr>
        <w:t>John felt attention move toward him.</w:t>
      </w:r>
    </w:p>
    <w:p w14:paraId="6B4F2C87" w14:textId="77777777" w:rsidR="007D7487" w:rsidRDefault="00E6407B">
      <w:pPr>
        <w:ind w:firstLine="288"/>
      </w:pPr>
      <w:r>
        <w:rPr>
          <w:rFonts w:cs="Times New Roman"/>
        </w:rPr>
        <w:t>“Thomas saw the wounds.”</w:t>
      </w:r>
    </w:p>
    <w:p w14:paraId="576C3599" w14:textId="77777777" w:rsidR="007D7487" w:rsidRDefault="00E6407B">
      <w:pPr>
        <w:ind w:firstLine="288"/>
      </w:pPr>
      <w:r>
        <w:rPr>
          <w:rFonts w:cs="Times New Roman"/>
        </w:rPr>
        <w:t>Thomas’s breathing changed.</w:t>
      </w:r>
    </w:p>
    <w:p w14:paraId="6D51007A" w14:textId="77777777" w:rsidR="007D7487" w:rsidRDefault="00E6407B">
      <w:pPr>
        <w:ind w:firstLine="288"/>
      </w:pPr>
      <w:r>
        <w:rPr>
          <w:rFonts w:cs="Times New Roman"/>
        </w:rPr>
        <w:t>“And now…”</w:t>
      </w:r>
    </w:p>
    <w:p w14:paraId="578C369D" w14:textId="77777777" w:rsidR="007D7487" w:rsidRDefault="00E6407B">
      <w:pPr>
        <w:ind w:firstLine="288"/>
      </w:pPr>
      <w:r>
        <w:rPr>
          <w:rFonts w:cs="Times New Roman"/>
        </w:rPr>
        <w:t>Jesus looked across the gathered disciples.</w:t>
      </w:r>
    </w:p>
    <w:p w14:paraId="39180D43" w14:textId="77777777" w:rsidR="007D7487" w:rsidRDefault="00E6407B">
      <w:pPr>
        <w:ind w:firstLine="288"/>
      </w:pPr>
      <w:r>
        <w:rPr>
          <w:rFonts w:cs="Times New Roman"/>
        </w:rPr>
        <w:t>“…you see Me.”</w:t>
      </w:r>
    </w:p>
    <w:p w14:paraId="6AC19037" w14:textId="77777777" w:rsidR="007D7487" w:rsidRDefault="00E6407B">
      <w:pPr>
        <w:ind w:firstLine="288"/>
      </w:pPr>
      <w:r>
        <w:rPr>
          <w:rFonts w:cs="Times New Roman"/>
        </w:rPr>
        <w:t>He let the silence answer.</w:t>
      </w:r>
    </w:p>
    <w:p w14:paraId="1EC675C2" w14:textId="77777777" w:rsidR="007D7487" w:rsidRDefault="00E6407B">
      <w:pPr>
        <w:ind w:firstLine="288"/>
      </w:pPr>
      <w:r>
        <w:rPr>
          <w:rFonts w:cs="Times New Roman"/>
        </w:rPr>
        <w:t>Then He continued.</w:t>
      </w:r>
    </w:p>
    <w:p w14:paraId="3EA05CE8" w14:textId="77777777" w:rsidR="007D7487" w:rsidRDefault="00E6407B">
      <w:pPr>
        <w:ind w:firstLine="288"/>
      </w:pPr>
      <w:r>
        <w:rPr>
          <w:rFonts w:cs="Times New Roman"/>
        </w:rPr>
        <w:t>“Not every man in Jerusalem has seen Me risen.”</w:t>
      </w:r>
    </w:p>
    <w:p w14:paraId="29190A6C" w14:textId="77777777" w:rsidR="007D7487" w:rsidRDefault="00E6407B">
      <w:pPr>
        <w:ind w:firstLine="288"/>
      </w:pPr>
      <w:r>
        <w:rPr>
          <w:rFonts w:cs="Times New Roman"/>
        </w:rPr>
        <w:t>Peter looked up.</w:t>
      </w:r>
    </w:p>
    <w:p w14:paraId="40B1986B" w14:textId="77777777" w:rsidR="007D7487" w:rsidRDefault="00E6407B">
      <w:pPr>
        <w:ind w:firstLine="288"/>
      </w:pPr>
      <w:r>
        <w:rPr>
          <w:rFonts w:cs="Times New Roman"/>
        </w:rPr>
        <w:t>“But neither has the Father left you with one man’s secret claim.”</w:t>
      </w:r>
    </w:p>
    <w:p w14:paraId="783109C6" w14:textId="77777777" w:rsidR="007D7487" w:rsidRDefault="00E6407B">
      <w:pPr>
        <w:ind w:firstLine="288"/>
      </w:pPr>
      <w:r>
        <w:rPr>
          <w:rFonts w:cs="Times New Roman"/>
        </w:rPr>
        <w:t>Jesus moved His gaze from face to face.</w:t>
      </w:r>
    </w:p>
    <w:p w14:paraId="0C50E705" w14:textId="77777777" w:rsidR="007D7487" w:rsidRDefault="00E6407B">
      <w:pPr>
        <w:ind w:firstLine="288"/>
      </w:pPr>
      <w:r>
        <w:rPr>
          <w:rFonts w:cs="Times New Roman"/>
        </w:rPr>
        <w:t>“Different witnesses.”</w:t>
      </w:r>
    </w:p>
    <w:p w14:paraId="16BB687C" w14:textId="77777777" w:rsidR="007D7487" w:rsidRDefault="00E6407B">
      <w:pPr>
        <w:ind w:firstLine="288"/>
      </w:pPr>
      <w:r>
        <w:rPr>
          <w:rFonts w:cs="Times New Roman"/>
        </w:rPr>
        <w:t>“Different pieces.”</w:t>
      </w:r>
    </w:p>
    <w:p w14:paraId="2EA42355" w14:textId="77777777" w:rsidR="007D7487" w:rsidRDefault="00E6407B">
      <w:pPr>
        <w:ind w:firstLine="288"/>
      </w:pPr>
      <w:r>
        <w:rPr>
          <w:rFonts w:cs="Times New Roman"/>
        </w:rPr>
        <w:t>“One Lord.”</w:t>
      </w:r>
    </w:p>
    <w:p w14:paraId="69EC35E3" w14:textId="77777777" w:rsidR="007D7487" w:rsidRDefault="00E6407B">
      <w:pPr>
        <w:ind w:firstLine="288"/>
      </w:pPr>
      <w:r>
        <w:rPr>
          <w:rFonts w:cs="Times New Roman"/>
        </w:rPr>
        <w:t>John felt the sentence settle.</w:t>
      </w:r>
    </w:p>
    <w:p w14:paraId="25DC46A5" w14:textId="77777777" w:rsidR="007D7487" w:rsidRDefault="00E6407B">
      <w:pPr>
        <w:ind w:firstLine="288"/>
      </w:pPr>
      <w:r>
        <w:rPr>
          <w:rFonts w:cs="Times New Roman"/>
        </w:rPr>
        <w:t>Mary had a voice in a garden.</w:t>
      </w:r>
    </w:p>
    <w:p w14:paraId="0E8EE11D" w14:textId="77777777" w:rsidR="007D7487" w:rsidRDefault="00E6407B">
      <w:pPr>
        <w:ind w:firstLine="288"/>
      </w:pPr>
      <w:r>
        <w:rPr>
          <w:rFonts w:cs="Times New Roman"/>
        </w:rPr>
        <w:t>Joseph had a dead body in his own tomb.</w:t>
      </w:r>
    </w:p>
    <w:p w14:paraId="1A5EDFB7" w14:textId="77777777" w:rsidR="007D7487" w:rsidRDefault="00E6407B">
      <w:pPr>
        <w:ind w:firstLine="288"/>
      </w:pPr>
      <w:r>
        <w:rPr>
          <w:rFonts w:cs="Times New Roman"/>
        </w:rPr>
        <w:t>Nicodemus had burial linen beneath his hands.</w:t>
      </w:r>
    </w:p>
    <w:p w14:paraId="44B94293" w14:textId="77777777" w:rsidR="007D7487" w:rsidRDefault="00E6407B">
      <w:pPr>
        <w:ind w:firstLine="288"/>
      </w:pPr>
      <w:r>
        <w:rPr>
          <w:rFonts w:cs="Times New Roman"/>
        </w:rPr>
        <w:t>Thomas had wounds.</w:t>
      </w:r>
    </w:p>
    <w:p w14:paraId="123BEC1A" w14:textId="77777777" w:rsidR="007D7487" w:rsidRDefault="00E6407B">
      <w:pPr>
        <w:ind w:firstLine="288"/>
      </w:pPr>
      <w:r>
        <w:rPr>
          <w:rFonts w:cs="Times New Roman"/>
        </w:rPr>
        <w:t>Andrew had the Baptist.</w:t>
      </w:r>
    </w:p>
    <w:p w14:paraId="1FDD6E19" w14:textId="77777777" w:rsidR="007D7487" w:rsidRDefault="00E6407B">
      <w:pPr>
        <w:ind w:firstLine="288"/>
      </w:pPr>
      <w:r>
        <w:rPr>
          <w:rFonts w:cs="Times New Roman"/>
        </w:rPr>
        <w:lastRenderedPageBreak/>
        <w:t>Jesus’ mother had memories from before any apostle knew His name.</w:t>
      </w:r>
    </w:p>
    <w:p w14:paraId="0CD587F5" w14:textId="77777777" w:rsidR="007D7487" w:rsidRDefault="00E6407B">
      <w:pPr>
        <w:ind w:firstLine="288"/>
      </w:pPr>
      <w:r>
        <w:rPr>
          <w:rFonts w:cs="Times New Roman"/>
        </w:rPr>
        <w:t>Peter carried a private meeting he had not been forced to expose.</w:t>
      </w:r>
    </w:p>
    <w:p w14:paraId="76CD716E" w14:textId="77777777" w:rsidR="007D7487" w:rsidRDefault="00E6407B">
      <w:pPr>
        <w:ind w:firstLine="288"/>
      </w:pPr>
      <w:r>
        <w:rPr>
          <w:rFonts w:cs="Times New Roman"/>
        </w:rPr>
        <w:t>John carried the linen and empty place.</w:t>
      </w:r>
    </w:p>
    <w:p w14:paraId="42858857" w14:textId="77777777" w:rsidR="007D7487" w:rsidRDefault="00E6407B">
      <w:pPr>
        <w:ind w:firstLine="288"/>
      </w:pPr>
      <w:r>
        <w:rPr>
          <w:rFonts w:cs="Times New Roman"/>
        </w:rPr>
        <w:t>The three carried the mountain.</w:t>
      </w:r>
    </w:p>
    <w:p w14:paraId="17CC435B" w14:textId="77777777" w:rsidR="007D7487" w:rsidRDefault="00E6407B">
      <w:pPr>
        <w:ind w:firstLine="288"/>
      </w:pPr>
      <w:r>
        <w:rPr>
          <w:rFonts w:cs="Times New Roman"/>
        </w:rPr>
        <w:t>The crowds had seen signs.</w:t>
      </w:r>
    </w:p>
    <w:p w14:paraId="1240B40E" w14:textId="77777777" w:rsidR="007D7487" w:rsidRDefault="00E6407B">
      <w:pPr>
        <w:ind w:firstLine="288"/>
      </w:pPr>
      <w:r>
        <w:rPr>
          <w:rFonts w:cs="Times New Roman"/>
        </w:rPr>
        <w:t>Priests had received cleansed lepers.</w:t>
      </w:r>
    </w:p>
    <w:p w14:paraId="57484730" w14:textId="77777777" w:rsidR="007D7487" w:rsidRDefault="00E6407B">
      <w:pPr>
        <w:ind w:firstLine="288"/>
      </w:pPr>
      <w:r>
        <w:rPr>
          <w:rFonts w:cs="Times New Roman"/>
        </w:rPr>
        <w:t>Enemies had heard public teaching.</w:t>
      </w:r>
    </w:p>
    <w:p w14:paraId="0ADFEEEE" w14:textId="77777777" w:rsidR="007D7487" w:rsidRDefault="00E6407B">
      <w:pPr>
        <w:ind w:firstLine="288"/>
      </w:pPr>
      <w:r>
        <w:rPr>
          <w:rFonts w:cs="Times New Roman"/>
        </w:rPr>
        <w:t>The Father had not placed every witness in one person.</w:t>
      </w:r>
    </w:p>
    <w:p w14:paraId="4BDDE8EB" w14:textId="77777777" w:rsidR="007D7487" w:rsidRDefault="00E6407B">
      <w:pPr>
        <w:ind w:firstLine="288"/>
      </w:pPr>
      <w:r>
        <w:rPr>
          <w:rFonts w:cs="Times New Roman"/>
        </w:rPr>
        <w:t>He had distributed them.</w:t>
      </w:r>
    </w:p>
    <w:p w14:paraId="1B3D4BA7" w14:textId="77777777" w:rsidR="007D7487" w:rsidRDefault="00E6407B">
      <w:pPr>
        <w:ind w:firstLine="288"/>
      </w:pPr>
      <w:r>
        <w:rPr>
          <w:rFonts w:cs="Times New Roman"/>
        </w:rPr>
        <w:t>Nicodemus looked around the gathering.</w:t>
      </w:r>
    </w:p>
    <w:p w14:paraId="198BF5B3" w14:textId="77777777" w:rsidR="007D7487" w:rsidRDefault="00E6407B">
      <w:pPr>
        <w:ind w:firstLine="288"/>
      </w:pPr>
      <w:r>
        <w:rPr>
          <w:rFonts w:cs="Times New Roman"/>
        </w:rPr>
        <w:t>“Like the Scriptures.”</w:t>
      </w:r>
    </w:p>
    <w:p w14:paraId="295D9810" w14:textId="77777777" w:rsidR="007D7487" w:rsidRDefault="00E6407B">
      <w:pPr>
        <w:ind w:firstLine="288"/>
      </w:pPr>
      <w:r>
        <w:rPr>
          <w:rFonts w:cs="Times New Roman"/>
        </w:rPr>
        <w:t>Jesus looked toward him.</w:t>
      </w:r>
    </w:p>
    <w:p w14:paraId="069F74F5" w14:textId="77777777" w:rsidR="007D7487" w:rsidRDefault="00E6407B">
      <w:pPr>
        <w:ind w:firstLine="288"/>
      </w:pPr>
      <w:r>
        <w:rPr>
          <w:rFonts w:cs="Times New Roman"/>
        </w:rPr>
        <w:t>The old teacher continued.</w:t>
      </w:r>
    </w:p>
    <w:p w14:paraId="2E5697FF" w14:textId="77777777" w:rsidR="007D7487" w:rsidRDefault="00E6407B">
      <w:pPr>
        <w:ind w:firstLine="288"/>
      </w:pPr>
      <w:r>
        <w:rPr>
          <w:rFonts w:cs="Times New Roman"/>
        </w:rPr>
        <w:t>“Different witnesses.”</w:t>
      </w:r>
    </w:p>
    <w:p w14:paraId="4B11E5EE" w14:textId="77777777" w:rsidR="007D7487" w:rsidRDefault="00E6407B">
      <w:pPr>
        <w:ind w:firstLine="288"/>
      </w:pPr>
      <w:r>
        <w:rPr>
          <w:rFonts w:cs="Times New Roman"/>
        </w:rPr>
        <w:t>“Different pieces.”</w:t>
      </w:r>
    </w:p>
    <w:p w14:paraId="08AEC291" w14:textId="77777777" w:rsidR="007D7487" w:rsidRDefault="00E6407B">
      <w:pPr>
        <w:ind w:firstLine="288"/>
      </w:pPr>
      <w:r>
        <w:rPr>
          <w:rFonts w:cs="Times New Roman"/>
        </w:rPr>
        <w:t>Jesus waited.</w:t>
      </w:r>
    </w:p>
    <w:p w14:paraId="336AE5C1" w14:textId="77777777" w:rsidR="007D7487" w:rsidRDefault="00E6407B">
      <w:pPr>
        <w:ind w:firstLine="288"/>
      </w:pPr>
      <w:r>
        <w:rPr>
          <w:rFonts w:cs="Times New Roman"/>
        </w:rPr>
        <w:t>Nicodemus’s voice softened.</w:t>
      </w:r>
    </w:p>
    <w:p w14:paraId="26FCF5FB" w14:textId="77777777" w:rsidR="007D7487" w:rsidRDefault="00E6407B">
      <w:pPr>
        <w:ind w:firstLine="288"/>
      </w:pPr>
      <w:r>
        <w:rPr>
          <w:rFonts w:cs="Times New Roman"/>
        </w:rPr>
        <w:t>“One Lord.”</w:t>
      </w:r>
    </w:p>
    <w:p w14:paraId="517561FE" w14:textId="77777777" w:rsidR="007D7487" w:rsidRDefault="00E6407B">
      <w:pPr>
        <w:ind w:firstLine="288"/>
      </w:pPr>
      <w:r>
        <w:rPr>
          <w:rFonts w:cs="Times New Roman"/>
        </w:rPr>
        <w:t>Jesus smiled.</w:t>
      </w:r>
    </w:p>
    <w:p w14:paraId="1F3D35E0" w14:textId="77777777" w:rsidR="007D7487" w:rsidRDefault="00E6407B">
      <w:pPr>
        <w:ind w:firstLine="288"/>
      </w:pPr>
      <w:r>
        <w:rPr>
          <w:rFonts w:cs="Times New Roman"/>
        </w:rPr>
        <w:t>The same principle that had been teaching them how to read was teaching them how to testify.</w:t>
      </w:r>
    </w:p>
    <w:p w14:paraId="0A489BBC" w14:textId="77777777" w:rsidR="007D7487" w:rsidRDefault="00E6407B">
      <w:pPr>
        <w:ind w:firstLine="288"/>
      </w:pPr>
      <w:r>
        <w:rPr>
          <w:rFonts w:cs="Times New Roman"/>
        </w:rPr>
        <w:t>No one witness had to pretend he had seen everything.</w:t>
      </w:r>
    </w:p>
    <w:p w14:paraId="1E8B281B" w14:textId="77777777" w:rsidR="007D7487" w:rsidRDefault="00E6407B">
      <w:pPr>
        <w:ind w:firstLine="288"/>
      </w:pPr>
      <w:r>
        <w:rPr>
          <w:rFonts w:cs="Times New Roman"/>
        </w:rPr>
        <w:t>No one book of Moses, prophet, Psalm, sign, or disciple carried every detail by itself.</w:t>
      </w:r>
    </w:p>
    <w:p w14:paraId="5B8E5F1C" w14:textId="77777777" w:rsidR="007D7487" w:rsidRDefault="00E6407B">
      <w:pPr>
        <w:ind w:firstLine="288"/>
      </w:pPr>
      <w:r>
        <w:rPr>
          <w:rFonts w:cs="Times New Roman"/>
        </w:rPr>
        <w:t>Truth did not become weaker because God had distributed the testimony.</w:t>
      </w:r>
    </w:p>
    <w:p w14:paraId="7FE3A410" w14:textId="77777777" w:rsidR="007D7487" w:rsidRDefault="00E6407B">
      <w:pPr>
        <w:ind w:firstLine="288"/>
      </w:pPr>
      <w:r>
        <w:rPr>
          <w:rFonts w:cs="Times New Roman"/>
        </w:rPr>
        <w:t>It became harder to reduce to one man’s invention.</w:t>
      </w:r>
    </w:p>
    <w:p w14:paraId="5B19F36B" w14:textId="77777777" w:rsidR="007D7487" w:rsidRDefault="00E6407B">
      <w:pPr>
        <w:ind w:firstLine="288"/>
      </w:pPr>
      <w:r>
        <w:rPr>
          <w:rFonts w:cs="Times New Roman"/>
        </w:rPr>
        <w:t>John looked toward Thomas.</w:t>
      </w:r>
    </w:p>
    <w:p w14:paraId="0D9C4895" w14:textId="77777777" w:rsidR="007D7487" w:rsidRDefault="00E6407B">
      <w:pPr>
        <w:ind w:firstLine="288"/>
      </w:pPr>
      <w:r>
        <w:rPr>
          <w:rFonts w:cs="Times New Roman"/>
        </w:rPr>
        <w:t>Thomas understood.</w:t>
      </w:r>
    </w:p>
    <w:p w14:paraId="3F994782" w14:textId="77777777" w:rsidR="007D7487" w:rsidRDefault="00E6407B">
      <w:pPr>
        <w:ind w:firstLine="288"/>
      </w:pPr>
      <w:r>
        <w:rPr>
          <w:rFonts w:cs="Times New Roman"/>
        </w:rPr>
        <w:t>People would one day believe without touching the wounds.</w:t>
      </w:r>
    </w:p>
    <w:p w14:paraId="765915B9" w14:textId="77777777" w:rsidR="007D7487" w:rsidRDefault="00E6407B">
      <w:pPr>
        <w:ind w:firstLine="288"/>
      </w:pPr>
      <w:r>
        <w:rPr>
          <w:rFonts w:cs="Times New Roman"/>
        </w:rPr>
        <w:t>That made witness sacred.</w:t>
      </w:r>
    </w:p>
    <w:p w14:paraId="52A34FB2" w14:textId="77777777" w:rsidR="007D7487" w:rsidRDefault="00E6407B">
      <w:pPr>
        <w:ind w:firstLine="288"/>
      </w:pPr>
      <w:r>
        <w:rPr>
          <w:rFonts w:cs="Times New Roman"/>
        </w:rPr>
        <w:t>No embellishment.</w:t>
      </w:r>
    </w:p>
    <w:p w14:paraId="5E35324F" w14:textId="77777777" w:rsidR="007D7487" w:rsidRDefault="00E6407B">
      <w:pPr>
        <w:ind w:firstLine="288"/>
      </w:pPr>
      <w:r>
        <w:rPr>
          <w:rFonts w:cs="Times New Roman"/>
        </w:rPr>
        <w:t>No borrowing another man’s eyes.</w:t>
      </w:r>
    </w:p>
    <w:p w14:paraId="39D7E7F3" w14:textId="77777777" w:rsidR="007D7487" w:rsidRDefault="00E6407B">
      <w:pPr>
        <w:ind w:firstLine="288"/>
      </w:pPr>
      <w:r>
        <w:rPr>
          <w:rFonts w:cs="Times New Roman"/>
        </w:rPr>
        <w:t>No pretending silence was certainty.</w:t>
      </w:r>
    </w:p>
    <w:p w14:paraId="2AEA3AA8" w14:textId="77777777" w:rsidR="007D7487" w:rsidRDefault="00E6407B">
      <w:pPr>
        <w:ind w:firstLine="288"/>
      </w:pPr>
      <w:r>
        <w:rPr>
          <w:rFonts w:cs="Times New Roman"/>
        </w:rPr>
        <w:t>Tell what you saw.</w:t>
      </w:r>
    </w:p>
    <w:p w14:paraId="76D90FA7" w14:textId="77777777" w:rsidR="007D7487" w:rsidRDefault="00E6407B">
      <w:pPr>
        <w:ind w:firstLine="288"/>
      </w:pPr>
      <w:r>
        <w:rPr>
          <w:rFonts w:cs="Times New Roman"/>
        </w:rPr>
        <w:t>Tell what you heard.</w:t>
      </w:r>
    </w:p>
    <w:p w14:paraId="003A6498" w14:textId="77777777" w:rsidR="007D7487" w:rsidRDefault="00E6407B">
      <w:pPr>
        <w:ind w:firstLine="288"/>
      </w:pPr>
      <w:r>
        <w:rPr>
          <w:rFonts w:cs="Times New Roman"/>
        </w:rPr>
        <w:t>Tell what Scripture says.</w:t>
      </w:r>
    </w:p>
    <w:p w14:paraId="5B31D67C" w14:textId="77777777" w:rsidR="007D7487" w:rsidRDefault="00E6407B">
      <w:pPr>
        <w:ind w:firstLine="288"/>
      </w:pPr>
      <w:r>
        <w:rPr>
          <w:rFonts w:cs="Times New Roman"/>
        </w:rPr>
        <w:t>Let the pieces converge honestly.</w:t>
      </w:r>
    </w:p>
    <w:p w14:paraId="21FE46E4" w14:textId="77777777" w:rsidR="007D7487" w:rsidRDefault="00E6407B">
      <w:pPr>
        <w:suppressLineNumbers/>
        <w:spacing w:before="100" w:after="100"/>
        <w:jc w:val="center"/>
      </w:pPr>
      <w:r>
        <w:rPr>
          <w:rFonts w:cs="Times New Roman"/>
          <w:sz w:val="20"/>
        </w:rPr>
        <w:t>* * *</w:t>
      </w:r>
    </w:p>
    <w:p w14:paraId="32F253A6" w14:textId="77777777" w:rsidR="007D7487" w:rsidRDefault="00E6407B">
      <w:pPr>
        <w:ind w:firstLine="288"/>
      </w:pPr>
      <w:r>
        <w:rPr>
          <w:rFonts w:cs="Times New Roman"/>
        </w:rPr>
        <w:t>Peter looked toward Jesus.</w:t>
      </w:r>
    </w:p>
    <w:p w14:paraId="157FD156" w14:textId="77777777" w:rsidR="007D7487" w:rsidRDefault="00E6407B">
      <w:pPr>
        <w:ind w:firstLine="288"/>
      </w:pPr>
      <w:r>
        <w:rPr>
          <w:rFonts w:cs="Times New Roman"/>
        </w:rPr>
        <w:t>“Then when we tell people…”</w:t>
      </w:r>
    </w:p>
    <w:p w14:paraId="638E9566" w14:textId="77777777" w:rsidR="007D7487" w:rsidRDefault="00E6407B">
      <w:pPr>
        <w:ind w:firstLine="288"/>
      </w:pPr>
      <w:r>
        <w:rPr>
          <w:rFonts w:cs="Times New Roman"/>
        </w:rPr>
        <w:lastRenderedPageBreak/>
        <w:t>He stopped.</w:t>
      </w:r>
    </w:p>
    <w:p w14:paraId="70065CFE" w14:textId="77777777" w:rsidR="007D7487" w:rsidRDefault="00E6407B">
      <w:pPr>
        <w:ind w:firstLine="288"/>
      </w:pPr>
      <w:r>
        <w:rPr>
          <w:rFonts w:cs="Times New Roman"/>
        </w:rPr>
        <w:t>Jesus waited.</w:t>
      </w:r>
    </w:p>
    <w:p w14:paraId="3F2A6E8A" w14:textId="77777777" w:rsidR="007D7487" w:rsidRDefault="00E6407B">
      <w:pPr>
        <w:ind w:firstLine="288"/>
      </w:pPr>
      <w:r>
        <w:rPr>
          <w:rFonts w:cs="Times New Roman"/>
        </w:rPr>
        <w:t>Peter tried again.</w:t>
      </w:r>
    </w:p>
    <w:p w14:paraId="59DF7E1F" w14:textId="77777777" w:rsidR="007D7487" w:rsidRDefault="00E6407B">
      <w:pPr>
        <w:ind w:firstLine="288"/>
      </w:pPr>
      <w:r>
        <w:rPr>
          <w:rFonts w:cs="Times New Roman"/>
        </w:rPr>
        <w:t>“We do not tell only the empty tomb.”</w:t>
      </w:r>
    </w:p>
    <w:p w14:paraId="6DF64ADE" w14:textId="77777777" w:rsidR="007D7487" w:rsidRDefault="00E6407B">
      <w:pPr>
        <w:ind w:firstLine="288"/>
      </w:pPr>
      <w:r>
        <w:rPr>
          <w:rFonts w:cs="Times New Roman"/>
        </w:rPr>
        <w:t>“No.”</w:t>
      </w:r>
    </w:p>
    <w:p w14:paraId="1CA31E29" w14:textId="77777777" w:rsidR="007D7487" w:rsidRDefault="00E6407B">
      <w:pPr>
        <w:ind w:firstLine="288"/>
      </w:pPr>
      <w:r>
        <w:rPr>
          <w:rFonts w:cs="Times New Roman"/>
        </w:rPr>
        <w:t>“Or only the miracles.”</w:t>
      </w:r>
    </w:p>
    <w:p w14:paraId="38C8D9F2" w14:textId="77777777" w:rsidR="007D7487" w:rsidRDefault="00E6407B">
      <w:pPr>
        <w:ind w:firstLine="288"/>
      </w:pPr>
      <w:r>
        <w:rPr>
          <w:rFonts w:cs="Times New Roman"/>
        </w:rPr>
        <w:t>“No.”</w:t>
      </w:r>
    </w:p>
    <w:p w14:paraId="0C5DE498" w14:textId="77777777" w:rsidR="007D7487" w:rsidRDefault="00E6407B">
      <w:pPr>
        <w:ind w:firstLine="288"/>
      </w:pPr>
      <w:r>
        <w:rPr>
          <w:rFonts w:cs="Times New Roman"/>
        </w:rPr>
        <w:t>“Or only the prophets.”</w:t>
      </w:r>
    </w:p>
    <w:p w14:paraId="0917603B" w14:textId="77777777" w:rsidR="007D7487" w:rsidRDefault="00E6407B">
      <w:pPr>
        <w:ind w:firstLine="288"/>
      </w:pPr>
      <w:r>
        <w:rPr>
          <w:rFonts w:cs="Times New Roman"/>
        </w:rPr>
        <w:t>“No.”</w:t>
      </w:r>
    </w:p>
    <w:p w14:paraId="60D37612" w14:textId="77777777" w:rsidR="007D7487" w:rsidRDefault="00E6407B">
      <w:pPr>
        <w:ind w:firstLine="288"/>
      </w:pPr>
      <w:r>
        <w:rPr>
          <w:rFonts w:cs="Times New Roman"/>
        </w:rPr>
        <w:t>“Or only what John the Baptist said.”</w:t>
      </w:r>
    </w:p>
    <w:p w14:paraId="2B658B0C" w14:textId="77777777" w:rsidR="007D7487" w:rsidRDefault="00E6407B">
      <w:pPr>
        <w:ind w:firstLine="288"/>
      </w:pPr>
      <w:r>
        <w:rPr>
          <w:rFonts w:cs="Times New Roman"/>
        </w:rPr>
        <w:t>“No.”</w:t>
      </w:r>
    </w:p>
    <w:p w14:paraId="71942485" w14:textId="77777777" w:rsidR="007D7487" w:rsidRDefault="00E6407B">
      <w:pPr>
        <w:ind w:firstLine="288"/>
      </w:pPr>
      <w:r>
        <w:rPr>
          <w:rFonts w:cs="Times New Roman"/>
        </w:rPr>
        <w:t>Peter looked around.</w:t>
      </w:r>
    </w:p>
    <w:p w14:paraId="5B4A085D" w14:textId="77777777" w:rsidR="007D7487" w:rsidRDefault="00E6407B">
      <w:pPr>
        <w:ind w:firstLine="288"/>
      </w:pPr>
      <w:r>
        <w:rPr>
          <w:rFonts w:cs="Times New Roman"/>
        </w:rPr>
        <w:t>“We tell them how the witnesses agree.”</w:t>
      </w:r>
    </w:p>
    <w:p w14:paraId="422FAFFA" w14:textId="77777777" w:rsidR="007D7487" w:rsidRDefault="00E6407B">
      <w:pPr>
        <w:ind w:firstLine="288"/>
      </w:pPr>
      <w:r>
        <w:rPr>
          <w:rFonts w:cs="Times New Roman"/>
        </w:rPr>
        <w:t>Jesus nodded.</w:t>
      </w:r>
    </w:p>
    <w:p w14:paraId="3A7EDBA5" w14:textId="77777777" w:rsidR="007D7487" w:rsidRDefault="00E6407B">
      <w:pPr>
        <w:ind w:firstLine="288"/>
      </w:pPr>
      <w:r>
        <w:rPr>
          <w:rFonts w:cs="Times New Roman"/>
        </w:rPr>
        <w:t>“And when you do not know?”</w:t>
      </w:r>
    </w:p>
    <w:p w14:paraId="2FBD09E8" w14:textId="77777777" w:rsidR="007D7487" w:rsidRDefault="00E6407B">
      <w:pPr>
        <w:ind w:firstLine="288"/>
      </w:pPr>
      <w:r>
        <w:rPr>
          <w:rFonts w:cs="Times New Roman"/>
        </w:rPr>
        <w:t>Peter’s expression became more serious.</w:t>
      </w:r>
    </w:p>
    <w:p w14:paraId="0231CF45" w14:textId="77777777" w:rsidR="007D7487" w:rsidRDefault="00E6407B">
      <w:pPr>
        <w:ind w:firstLine="288"/>
      </w:pPr>
      <w:r>
        <w:rPr>
          <w:rFonts w:cs="Times New Roman"/>
        </w:rPr>
        <w:t>“Say we do not know.”</w:t>
      </w:r>
    </w:p>
    <w:p w14:paraId="4BE93034" w14:textId="77777777" w:rsidR="007D7487" w:rsidRDefault="00E6407B">
      <w:pPr>
        <w:ind w:firstLine="288"/>
      </w:pPr>
      <w:r>
        <w:rPr>
          <w:rFonts w:cs="Times New Roman"/>
        </w:rPr>
        <w:t>“Yes.”</w:t>
      </w:r>
    </w:p>
    <w:p w14:paraId="4BEB2631" w14:textId="77777777" w:rsidR="007D7487" w:rsidRDefault="00E6407B">
      <w:pPr>
        <w:ind w:firstLine="288"/>
      </w:pPr>
      <w:r>
        <w:rPr>
          <w:rFonts w:cs="Times New Roman"/>
        </w:rPr>
        <w:t>John felt the sentence like an instruction meant for more than the men sitting in Galilee.</w:t>
      </w:r>
    </w:p>
    <w:p w14:paraId="1724F47A" w14:textId="77777777" w:rsidR="007D7487" w:rsidRDefault="00E6407B">
      <w:pPr>
        <w:ind w:firstLine="288"/>
      </w:pPr>
      <w:r>
        <w:rPr>
          <w:rFonts w:cs="Times New Roman"/>
        </w:rPr>
        <w:t>Do not repair the testimony by inventing certainty.</w:t>
      </w:r>
    </w:p>
    <w:p w14:paraId="7FC3BB84" w14:textId="77777777" w:rsidR="007D7487" w:rsidRDefault="00E6407B">
      <w:pPr>
        <w:ind w:firstLine="288"/>
      </w:pPr>
      <w:r>
        <w:rPr>
          <w:rFonts w:cs="Times New Roman"/>
        </w:rPr>
        <w:t>Do not make one witness say what another witness saw.</w:t>
      </w:r>
    </w:p>
    <w:p w14:paraId="12FDB6EF" w14:textId="77777777" w:rsidR="007D7487" w:rsidRDefault="00E6407B">
      <w:pPr>
        <w:ind w:firstLine="288"/>
      </w:pPr>
      <w:r>
        <w:rPr>
          <w:rFonts w:cs="Times New Roman"/>
        </w:rPr>
        <w:t>Do not make the prophet say what the prophet did not say.</w:t>
      </w:r>
    </w:p>
    <w:p w14:paraId="2A5FAB98" w14:textId="77777777" w:rsidR="007D7487" w:rsidRDefault="00E6407B">
      <w:pPr>
        <w:ind w:firstLine="288"/>
      </w:pPr>
      <w:r>
        <w:rPr>
          <w:rFonts w:cs="Times New Roman"/>
        </w:rPr>
        <w:t>Do not make a place named in one Gospel appear in another merely because it would make the story easier.</w:t>
      </w:r>
    </w:p>
    <w:p w14:paraId="3346A59C" w14:textId="77777777" w:rsidR="007D7487" w:rsidRDefault="00E6407B">
      <w:pPr>
        <w:ind w:firstLine="288"/>
      </w:pPr>
      <w:r>
        <w:rPr>
          <w:rFonts w:cs="Times New Roman"/>
        </w:rPr>
        <w:t>Do not make a pattern into an equation because the resemblance is beautiful.</w:t>
      </w:r>
    </w:p>
    <w:p w14:paraId="384C1EC6" w14:textId="77777777" w:rsidR="007D7487" w:rsidRDefault="00E6407B">
      <w:pPr>
        <w:ind w:firstLine="288"/>
      </w:pPr>
      <w:r>
        <w:rPr>
          <w:rFonts w:cs="Times New Roman"/>
        </w:rPr>
        <w:t>Let Scripture answer Scripture.</w:t>
      </w:r>
    </w:p>
    <w:p w14:paraId="5B45683F" w14:textId="77777777" w:rsidR="007D7487" w:rsidRDefault="00E6407B">
      <w:pPr>
        <w:ind w:firstLine="288"/>
      </w:pPr>
      <w:r>
        <w:rPr>
          <w:rFonts w:cs="Times New Roman"/>
        </w:rPr>
        <w:t>Let witness answer witness.</w:t>
      </w:r>
    </w:p>
    <w:p w14:paraId="10BD1C52" w14:textId="77777777" w:rsidR="007D7487" w:rsidRDefault="00E6407B">
      <w:pPr>
        <w:ind w:firstLine="288"/>
      </w:pPr>
      <w:r>
        <w:rPr>
          <w:rFonts w:cs="Times New Roman"/>
        </w:rPr>
        <w:t>Let the Father’s wisdom become manifold without becoming confused.</w:t>
      </w:r>
    </w:p>
    <w:p w14:paraId="41F42AB0" w14:textId="77777777" w:rsidR="007D7487" w:rsidRDefault="00E6407B">
      <w:pPr>
        <w:ind w:firstLine="288"/>
      </w:pPr>
      <w:r>
        <w:rPr>
          <w:rFonts w:cs="Times New Roman"/>
        </w:rPr>
        <w:t>Nicodemus had lowered his head.</w:t>
      </w:r>
    </w:p>
    <w:p w14:paraId="4F1684EB" w14:textId="77777777" w:rsidR="007D7487" w:rsidRDefault="00E6407B">
      <w:pPr>
        <w:ind w:firstLine="288"/>
      </w:pPr>
      <w:r>
        <w:rPr>
          <w:rFonts w:cs="Times New Roman"/>
        </w:rPr>
        <w:t>John suspected the old teacher was rearranging an entire lifetime.</w:t>
      </w:r>
    </w:p>
    <w:p w14:paraId="2DF60330" w14:textId="77777777" w:rsidR="007D7487" w:rsidRDefault="00E6407B">
      <w:pPr>
        <w:ind w:firstLine="288"/>
      </w:pPr>
      <w:r>
        <w:rPr>
          <w:rFonts w:cs="Times New Roman"/>
        </w:rPr>
        <w:t>Joseph nudged him.</w:t>
      </w:r>
    </w:p>
    <w:p w14:paraId="51E51DC8" w14:textId="77777777" w:rsidR="007D7487" w:rsidRDefault="00E6407B">
      <w:pPr>
        <w:ind w:firstLine="288"/>
      </w:pPr>
      <w:r>
        <w:rPr>
          <w:rFonts w:cs="Times New Roman"/>
        </w:rPr>
        <w:t>“Still breathing?”</w:t>
      </w:r>
    </w:p>
    <w:p w14:paraId="5DB45739" w14:textId="77777777" w:rsidR="007D7487" w:rsidRDefault="00E6407B">
      <w:pPr>
        <w:ind w:firstLine="288"/>
      </w:pPr>
      <w:r>
        <w:rPr>
          <w:rFonts w:cs="Times New Roman"/>
        </w:rPr>
        <w:t>Nicodemus did not look up.</w:t>
      </w:r>
    </w:p>
    <w:p w14:paraId="6A83102E" w14:textId="77777777" w:rsidR="007D7487" w:rsidRDefault="00E6407B">
      <w:pPr>
        <w:ind w:firstLine="288"/>
      </w:pPr>
      <w:r>
        <w:rPr>
          <w:rFonts w:cs="Times New Roman"/>
        </w:rPr>
        <w:t>“Quietly.”</w:t>
      </w:r>
    </w:p>
    <w:p w14:paraId="411092D2" w14:textId="77777777" w:rsidR="007D7487" w:rsidRDefault="00E6407B">
      <w:pPr>
        <w:ind w:firstLine="288"/>
      </w:pPr>
      <w:r>
        <w:rPr>
          <w:rFonts w:cs="Times New Roman"/>
        </w:rPr>
        <w:t>Peter smiled.</w:t>
      </w:r>
    </w:p>
    <w:p w14:paraId="33DD6186" w14:textId="77777777" w:rsidR="007D7487" w:rsidRDefault="00E6407B">
      <w:pPr>
        <w:ind w:firstLine="288"/>
      </w:pPr>
      <w:r>
        <w:rPr>
          <w:rFonts w:cs="Times New Roman"/>
        </w:rPr>
        <w:t>Progress.</w:t>
      </w:r>
    </w:p>
    <w:p w14:paraId="4EF32659" w14:textId="77777777" w:rsidR="007D7487" w:rsidRDefault="00E6407B">
      <w:pPr>
        <w:suppressLineNumbers/>
        <w:spacing w:before="100" w:after="100"/>
        <w:jc w:val="center"/>
      </w:pPr>
      <w:r>
        <w:rPr>
          <w:rFonts w:cs="Times New Roman"/>
          <w:sz w:val="20"/>
        </w:rPr>
        <w:t>* * *</w:t>
      </w:r>
    </w:p>
    <w:p w14:paraId="611307E9" w14:textId="77777777" w:rsidR="007D7487" w:rsidRDefault="00E6407B">
      <w:pPr>
        <w:ind w:firstLine="288"/>
      </w:pPr>
      <w:r>
        <w:rPr>
          <w:rFonts w:cs="Times New Roman"/>
        </w:rPr>
        <w:t>Jesus let them sit with the witness.</w:t>
      </w:r>
    </w:p>
    <w:p w14:paraId="32235ED8" w14:textId="77777777" w:rsidR="007D7487" w:rsidRDefault="00E6407B">
      <w:pPr>
        <w:ind w:firstLine="288"/>
      </w:pPr>
      <w:r>
        <w:rPr>
          <w:rFonts w:cs="Times New Roman"/>
        </w:rPr>
        <w:lastRenderedPageBreak/>
        <w:t>Then His eyes moved toward Matthew and Simon.</w:t>
      </w:r>
    </w:p>
    <w:p w14:paraId="11FA5F36" w14:textId="77777777" w:rsidR="007D7487" w:rsidRDefault="00E6407B">
      <w:pPr>
        <w:ind w:firstLine="288"/>
      </w:pPr>
      <w:r>
        <w:rPr>
          <w:rFonts w:cs="Times New Roman"/>
        </w:rPr>
        <w:t>“You expected deliverance.”</w:t>
      </w:r>
    </w:p>
    <w:p w14:paraId="4D234CD2" w14:textId="77777777" w:rsidR="007D7487" w:rsidRDefault="00E6407B">
      <w:pPr>
        <w:ind w:firstLine="288"/>
      </w:pPr>
      <w:r>
        <w:rPr>
          <w:rFonts w:cs="Times New Roman"/>
        </w:rPr>
        <w:t>Both men looked at Him.</w:t>
      </w:r>
    </w:p>
    <w:p w14:paraId="5E46E296" w14:textId="77777777" w:rsidR="007D7487" w:rsidRDefault="00E6407B">
      <w:pPr>
        <w:ind w:firstLine="288"/>
      </w:pPr>
      <w:r>
        <w:rPr>
          <w:rFonts w:cs="Times New Roman"/>
        </w:rPr>
        <w:t>“You expected another Exodus.”</w:t>
      </w:r>
    </w:p>
    <w:p w14:paraId="606F8D93" w14:textId="77777777" w:rsidR="007D7487" w:rsidRDefault="00E6407B">
      <w:pPr>
        <w:ind w:firstLine="288"/>
      </w:pPr>
      <w:r>
        <w:rPr>
          <w:rFonts w:cs="Times New Roman"/>
        </w:rPr>
        <w:t>The word changed the air.</w:t>
      </w:r>
    </w:p>
    <w:p w14:paraId="32972E9F" w14:textId="77777777" w:rsidR="007D7487" w:rsidRDefault="00E6407B">
      <w:pPr>
        <w:ind w:firstLine="288"/>
      </w:pPr>
      <w:r>
        <w:rPr>
          <w:rFonts w:cs="Times New Roman"/>
        </w:rPr>
        <w:t>Egypt.</w:t>
      </w:r>
    </w:p>
    <w:p w14:paraId="6CE46B04" w14:textId="77777777" w:rsidR="007D7487" w:rsidRDefault="00E6407B">
      <w:pPr>
        <w:ind w:firstLine="288"/>
      </w:pPr>
      <w:r>
        <w:rPr>
          <w:rFonts w:cs="Times New Roman"/>
        </w:rPr>
        <w:t>Pharaoh.</w:t>
      </w:r>
    </w:p>
    <w:p w14:paraId="11EA6FD1" w14:textId="77777777" w:rsidR="007D7487" w:rsidRDefault="00E6407B">
      <w:pPr>
        <w:ind w:firstLine="288"/>
      </w:pPr>
      <w:r>
        <w:rPr>
          <w:rFonts w:cs="Times New Roman"/>
        </w:rPr>
        <w:t>Slavery.</w:t>
      </w:r>
    </w:p>
    <w:p w14:paraId="69D06609" w14:textId="77777777" w:rsidR="007D7487" w:rsidRDefault="00E6407B">
      <w:pPr>
        <w:ind w:firstLine="288"/>
      </w:pPr>
      <w:r>
        <w:rPr>
          <w:rFonts w:cs="Times New Roman"/>
        </w:rPr>
        <w:t>Blood.</w:t>
      </w:r>
    </w:p>
    <w:p w14:paraId="7AE7618D" w14:textId="77777777" w:rsidR="007D7487" w:rsidRDefault="00E6407B">
      <w:pPr>
        <w:ind w:firstLine="288"/>
      </w:pPr>
      <w:r>
        <w:rPr>
          <w:rFonts w:cs="Times New Roman"/>
        </w:rPr>
        <w:t>A lamb.</w:t>
      </w:r>
    </w:p>
    <w:p w14:paraId="199648D9" w14:textId="77777777" w:rsidR="007D7487" w:rsidRDefault="00E6407B">
      <w:pPr>
        <w:ind w:firstLine="288"/>
      </w:pPr>
      <w:r>
        <w:rPr>
          <w:rFonts w:cs="Times New Roman"/>
        </w:rPr>
        <w:t>A sea.</w:t>
      </w:r>
    </w:p>
    <w:p w14:paraId="35757297" w14:textId="77777777" w:rsidR="007D7487" w:rsidRDefault="00E6407B">
      <w:pPr>
        <w:ind w:firstLine="288"/>
      </w:pPr>
      <w:r>
        <w:rPr>
          <w:rFonts w:cs="Times New Roman"/>
        </w:rPr>
        <w:t>A people brought out.</w:t>
      </w:r>
    </w:p>
    <w:p w14:paraId="75B9E8D0" w14:textId="77777777" w:rsidR="007D7487" w:rsidRDefault="00E6407B">
      <w:pPr>
        <w:ind w:firstLine="288"/>
      </w:pPr>
      <w:r>
        <w:rPr>
          <w:rFonts w:cs="Times New Roman"/>
        </w:rPr>
        <w:t>John felt the next layer approaching.</w:t>
      </w:r>
    </w:p>
    <w:p w14:paraId="78256B38" w14:textId="77777777" w:rsidR="007D7487" w:rsidRDefault="00E6407B">
      <w:pPr>
        <w:ind w:firstLine="288"/>
      </w:pPr>
      <w:r>
        <w:rPr>
          <w:rFonts w:cs="Times New Roman"/>
        </w:rPr>
        <w:t>The war had begun in Eden.</w:t>
      </w:r>
    </w:p>
    <w:p w14:paraId="4E8F46B1" w14:textId="77777777" w:rsidR="007D7487" w:rsidRDefault="00E6407B">
      <w:pPr>
        <w:ind w:firstLine="288"/>
      </w:pPr>
      <w:r>
        <w:rPr>
          <w:rFonts w:cs="Times New Roman"/>
        </w:rPr>
        <w:t>Joshua had shown real conquest without conquering death.</w:t>
      </w:r>
    </w:p>
    <w:p w14:paraId="6997DE2C" w14:textId="77777777" w:rsidR="007D7487" w:rsidRDefault="00E6407B">
      <w:pPr>
        <w:ind w:firstLine="288"/>
      </w:pPr>
      <w:r>
        <w:rPr>
          <w:rFonts w:cs="Times New Roman"/>
        </w:rPr>
        <w:t>Caesarea Philippi had placed confession beside the gates of Hades.</w:t>
      </w:r>
    </w:p>
    <w:p w14:paraId="02333114" w14:textId="77777777" w:rsidR="007D7487" w:rsidRDefault="00E6407B">
      <w:pPr>
        <w:ind w:firstLine="288"/>
      </w:pPr>
      <w:r>
        <w:rPr>
          <w:rFonts w:cs="Times New Roman"/>
        </w:rPr>
        <w:t>The mountain had placed glory beside the coming cross.</w:t>
      </w:r>
    </w:p>
    <w:p w14:paraId="00EE7FBF" w14:textId="77777777" w:rsidR="007D7487" w:rsidRDefault="00E6407B">
      <w:pPr>
        <w:ind w:firstLine="288"/>
      </w:pPr>
      <w:r>
        <w:rPr>
          <w:rFonts w:cs="Times New Roman"/>
        </w:rPr>
        <w:t>The Father had distributed witnesses across Scripture, history, signs, and people.</w:t>
      </w:r>
    </w:p>
    <w:p w14:paraId="58A76DB2" w14:textId="77777777" w:rsidR="007D7487" w:rsidRDefault="00E6407B">
      <w:pPr>
        <w:ind w:firstLine="288"/>
      </w:pPr>
      <w:r>
        <w:rPr>
          <w:rFonts w:cs="Times New Roman"/>
        </w:rPr>
        <w:t>Now Jesus was reaching for Israel’s great deliverance story.</w:t>
      </w:r>
    </w:p>
    <w:p w14:paraId="2A28360D" w14:textId="77777777" w:rsidR="007D7487" w:rsidRDefault="00E6407B">
      <w:pPr>
        <w:ind w:firstLine="288"/>
      </w:pPr>
      <w:r>
        <w:rPr>
          <w:rFonts w:cs="Times New Roman"/>
        </w:rPr>
        <w:t>And John knew enough by then to be wary whenever Jesus asked a familiar question.</w:t>
      </w:r>
    </w:p>
    <w:p w14:paraId="63AE6923" w14:textId="77777777" w:rsidR="007D7487" w:rsidRDefault="00E6407B">
      <w:pPr>
        <w:ind w:firstLine="288"/>
      </w:pPr>
      <w:r>
        <w:rPr>
          <w:rFonts w:cs="Times New Roman"/>
        </w:rPr>
        <w:t>Because familiar stories had stopped staying where they had always been kept.</w:t>
      </w:r>
    </w:p>
    <w:p w14:paraId="35044A71" w14:textId="77777777" w:rsidR="007D7487" w:rsidRDefault="00E6407B">
      <w:pPr>
        <w:suppressLineNumbers/>
      </w:pPr>
      <w:r>
        <w:br w:type="page"/>
      </w:r>
    </w:p>
    <w:p w14:paraId="00A8AC05" w14:textId="77777777" w:rsidR="007D7487" w:rsidRDefault="00E6407B">
      <w:pPr>
        <w:pStyle w:val="Heading1"/>
        <w:suppressLineNumbers/>
      </w:pPr>
      <w:r>
        <w:rPr>
          <w:rFonts w:ascii="Times New Roman" w:hAnsi="Times New Roman" w:cs="Times New Roman"/>
        </w:rPr>
        <w:lastRenderedPageBreak/>
        <w:t>Section 8 — Exodus to Resurrection Clues</w:t>
      </w:r>
    </w:p>
    <w:p w14:paraId="61DBDC8F" w14:textId="77777777" w:rsidR="007D7487" w:rsidRDefault="00E6407B">
      <w:pPr>
        <w:ind w:firstLine="288"/>
      </w:pPr>
      <w:r>
        <w:rPr>
          <w:rFonts w:cs="Times New Roman"/>
        </w:rPr>
        <w:t>Jesus waited until the group had gone quiet again.</w:t>
      </w:r>
    </w:p>
    <w:p w14:paraId="4AA94240" w14:textId="77777777" w:rsidR="007D7487" w:rsidRDefault="00E6407B">
      <w:pPr>
        <w:ind w:firstLine="288"/>
      </w:pPr>
      <w:r>
        <w:rPr>
          <w:rFonts w:cs="Times New Roman"/>
        </w:rPr>
        <w:t>Then He asked:</w:t>
      </w:r>
    </w:p>
    <w:p w14:paraId="5A5F708F" w14:textId="77777777" w:rsidR="007D7487" w:rsidRDefault="00E6407B">
      <w:pPr>
        <w:ind w:firstLine="288"/>
      </w:pPr>
      <w:r>
        <w:rPr>
          <w:rFonts w:cs="Times New Roman"/>
        </w:rPr>
        <w:t>"You expected another Exodus."</w:t>
      </w:r>
    </w:p>
    <w:p w14:paraId="1A6DF997" w14:textId="77777777" w:rsidR="007D7487" w:rsidRDefault="00E6407B">
      <w:pPr>
        <w:ind w:firstLine="288"/>
      </w:pPr>
      <w:r>
        <w:rPr>
          <w:rFonts w:cs="Times New Roman"/>
        </w:rPr>
        <w:t>Nicodemus's attention sharpened.</w:t>
      </w:r>
    </w:p>
    <w:p w14:paraId="080CCEF4" w14:textId="77777777" w:rsidR="007D7487" w:rsidRDefault="00E6407B">
      <w:pPr>
        <w:ind w:firstLine="288"/>
      </w:pPr>
      <w:r>
        <w:rPr>
          <w:rFonts w:cs="Times New Roman"/>
        </w:rPr>
        <w:t>Jesus looked toward him.</w:t>
      </w:r>
    </w:p>
    <w:p w14:paraId="6E6C29D9" w14:textId="77777777" w:rsidR="007D7487" w:rsidRDefault="00E6407B">
      <w:pPr>
        <w:ind w:firstLine="288"/>
      </w:pPr>
      <w:r>
        <w:rPr>
          <w:rFonts w:cs="Times New Roman"/>
        </w:rPr>
        <w:t>"Before Pharaoh was broken, why did the LORD act?"</w:t>
      </w:r>
    </w:p>
    <w:p w14:paraId="468E6769" w14:textId="77777777" w:rsidR="007D7487" w:rsidRDefault="00E6407B">
      <w:pPr>
        <w:ind w:firstLine="288"/>
      </w:pPr>
      <w:r>
        <w:rPr>
          <w:rFonts w:cs="Times New Roman"/>
        </w:rPr>
        <w:t>Nicodemus searched the beginning of Exodus rather than its climax.</w:t>
      </w:r>
    </w:p>
    <w:p w14:paraId="60221177" w14:textId="77777777" w:rsidR="007D7487" w:rsidRDefault="00E6407B">
      <w:pPr>
        <w:ind w:firstLine="288"/>
      </w:pPr>
      <w:r>
        <w:rPr>
          <w:rFonts w:cs="Times New Roman"/>
        </w:rPr>
        <w:t>"God heard their groaning."</w:t>
      </w:r>
    </w:p>
    <w:p w14:paraId="1604F8C5" w14:textId="77777777" w:rsidR="007D7487" w:rsidRDefault="00E6407B">
      <w:pPr>
        <w:ind w:firstLine="288"/>
      </w:pPr>
      <w:r>
        <w:rPr>
          <w:rFonts w:cs="Times New Roman"/>
        </w:rPr>
        <w:t>"And?"</w:t>
      </w:r>
    </w:p>
    <w:p w14:paraId="57C85EAE" w14:textId="77777777" w:rsidR="007D7487" w:rsidRDefault="00E6407B">
      <w:pPr>
        <w:ind w:firstLine="288"/>
      </w:pPr>
      <w:r>
        <w:rPr>
          <w:rFonts w:cs="Times New Roman"/>
        </w:rPr>
        <w:t>"God remembered his covenant with Abraham, with Isaac, and with Jacob."</w:t>
      </w:r>
    </w:p>
    <w:p w14:paraId="3CE50D22" w14:textId="77777777" w:rsidR="007D7487" w:rsidRDefault="00E6407B">
      <w:pPr>
        <w:ind w:firstLine="288"/>
      </w:pPr>
      <w:r>
        <w:rPr>
          <w:rFonts w:cs="Times New Roman"/>
        </w:rPr>
        <w:t>"And God looked upon the children of Israel."</w:t>
      </w:r>
    </w:p>
    <w:p w14:paraId="3A35959D" w14:textId="77777777" w:rsidR="007D7487" w:rsidRDefault="00E6407B">
      <w:pPr>
        <w:ind w:firstLine="288"/>
      </w:pPr>
      <w:r>
        <w:rPr>
          <w:rFonts w:cs="Times New Roman"/>
        </w:rPr>
        <w:t>"And God had respect unto them."</w:t>
      </w:r>
    </w:p>
    <w:p w14:paraId="34B96DB8" w14:textId="77777777" w:rsidR="007D7487" w:rsidRDefault="00E6407B">
      <w:pPr>
        <w:ind w:firstLine="288"/>
      </w:pPr>
      <w:r>
        <w:rPr>
          <w:rFonts w:cs="Times New Roman"/>
        </w:rPr>
        <w:t>Jesus nodded.</w:t>
      </w:r>
    </w:p>
    <w:p w14:paraId="48B302D6" w14:textId="77777777" w:rsidR="007D7487" w:rsidRDefault="00E6407B">
      <w:pPr>
        <w:ind w:firstLine="288"/>
      </w:pPr>
      <w:r>
        <w:rPr>
          <w:rFonts w:cs="Times New Roman"/>
        </w:rPr>
        <w:t>"Israel did not break Egypt by remembering harder."</w:t>
      </w:r>
    </w:p>
    <w:p w14:paraId="1680A12A" w14:textId="77777777" w:rsidR="007D7487" w:rsidRDefault="00E6407B">
      <w:pPr>
        <w:ind w:firstLine="288"/>
      </w:pPr>
      <w:r>
        <w:rPr>
          <w:rFonts w:cs="Times New Roman"/>
        </w:rPr>
        <w:t>"God remembered His covenant, and God acted."</w:t>
      </w:r>
    </w:p>
    <w:p w14:paraId="5FB37E6E" w14:textId="77777777" w:rsidR="007D7487" w:rsidRDefault="00E6407B">
      <w:pPr>
        <w:ind w:firstLine="288"/>
      </w:pPr>
      <w:r>
        <w:rPr>
          <w:rFonts w:cs="Times New Roman"/>
        </w:rPr>
        <w:t>Matthew lowered his eyes.</w:t>
      </w:r>
    </w:p>
    <w:p w14:paraId="04062851" w14:textId="77777777" w:rsidR="007D7487" w:rsidRDefault="00E6407B">
      <w:pPr>
        <w:ind w:firstLine="288"/>
      </w:pPr>
      <w:r>
        <w:rPr>
          <w:rFonts w:cs="Times New Roman"/>
        </w:rPr>
        <w:t>"Then the deliverance begins with His faithfulness."</w:t>
      </w:r>
    </w:p>
    <w:p w14:paraId="7B45638B" w14:textId="77777777" w:rsidR="007D7487" w:rsidRDefault="00E6407B">
      <w:pPr>
        <w:ind w:firstLine="288"/>
      </w:pPr>
      <w:r>
        <w:rPr>
          <w:rFonts w:cs="Times New Roman"/>
        </w:rPr>
        <w:t>"Yes."</w:t>
      </w:r>
    </w:p>
    <w:p w14:paraId="3008CD93" w14:textId="77777777" w:rsidR="007D7487" w:rsidRDefault="00E6407B">
      <w:pPr>
        <w:ind w:firstLine="288"/>
      </w:pPr>
      <w:r>
        <w:rPr>
          <w:rFonts w:cs="Times New Roman"/>
        </w:rPr>
        <w:t>John held onto the order.</w:t>
      </w:r>
    </w:p>
    <w:p w14:paraId="5CC34077" w14:textId="77777777" w:rsidR="007D7487" w:rsidRDefault="00E6407B">
      <w:pPr>
        <w:ind w:firstLine="288"/>
      </w:pPr>
      <w:r>
        <w:rPr>
          <w:rFonts w:cs="Times New Roman"/>
        </w:rPr>
        <w:t>Covenant.</w:t>
      </w:r>
    </w:p>
    <w:p w14:paraId="498CFAAF" w14:textId="77777777" w:rsidR="007D7487" w:rsidRDefault="00E6407B">
      <w:pPr>
        <w:ind w:firstLine="288"/>
      </w:pPr>
      <w:r>
        <w:rPr>
          <w:rFonts w:cs="Times New Roman"/>
        </w:rPr>
        <w:t>God hears.</w:t>
      </w:r>
    </w:p>
    <w:p w14:paraId="4079E32A" w14:textId="77777777" w:rsidR="007D7487" w:rsidRDefault="00E6407B">
      <w:pPr>
        <w:ind w:firstLine="288"/>
      </w:pPr>
      <w:r>
        <w:rPr>
          <w:rFonts w:cs="Times New Roman"/>
        </w:rPr>
        <w:t>God remembers.</w:t>
      </w:r>
    </w:p>
    <w:p w14:paraId="1F0CA910" w14:textId="77777777" w:rsidR="007D7487" w:rsidRDefault="00E6407B">
      <w:pPr>
        <w:ind w:firstLine="288"/>
      </w:pPr>
      <w:r>
        <w:rPr>
          <w:rFonts w:cs="Times New Roman"/>
        </w:rPr>
        <w:t>God sees.</w:t>
      </w:r>
    </w:p>
    <w:p w14:paraId="43BE8661" w14:textId="77777777" w:rsidR="007D7487" w:rsidRDefault="00E6407B">
      <w:pPr>
        <w:ind w:firstLine="288"/>
      </w:pPr>
      <w:r>
        <w:rPr>
          <w:rFonts w:cs="Times New Roman"/>
        </w:rPr>
        <w:t>God intervenes.</w:t>
      </w:r>
    </w:p>
    <w:p w14:paraId="7F362095" w14:textId="77777777" w:rsidR="007D7487" w:rsidRDefault="00E6407B">
      <w:pPr>
        <w:ind w:firstLine="288"/>
      </w:pPr>
      <w:r>
        <w:rPr>
          <w:rFonts w:cs="Times New Roman"/>
        </w:rPr>
        <w:t>The great Exodus did not begin with Israel becoming powerful enough to free itself.</w:t>
      </w:r>
    </w:p>
    <w:p w14:paraId="5A8D032A" w14:textId="77777777" w:rsidR="007D7487" w:rsidRDefault="00E6407B">
      <w:pPr>
        <w:ind w:firstLine="288"/>
      </w:pPr>
      <w:r>
        <w:rPr>
          <w:rFonts w:cs="Times New Roman"/>
        </w:rPr>
        <w:t>It began with the God of Abraham, Isaac, and Jacob keeping faith with what He had promised.</w:t>
      </w:r>
    </w:p>
    <w:p w14:paraId="6EBF5904" w14:textId="77777777" w:rsidR="007D7487" w:rsidRDefault="00E6407B">
      <w:pPr>
        <w:ind w:firstLine="288"/>
      </w:pPr>
      <w:r>
        <w:rPr>
          <w:rFonts w:cs="Times New Roman"/>
        </w:rPr>
        <w:t>The word changed the air.</w:t>
      </w:r>
    </w:p>
    <w:p w14:paraId="3DC6EAD6" w14:textId="77777777" w:rsidR="007D7487" w:rsidRDefault="00E6407B">
      <w:pPr>
        <w:ind w:firstLine="288"/>
      </w:pPr>
      <w:r>
        <w:rPr>
          <w:rFonts w:cs="Times New Roman"/>
        </w:rPr>
        <w:t>Every Israelite knew the story.</w:t>
      </w:r>
    </w:p>
    <w:p w14:paraId="132BDB4D" w14:textId="77777777" w:rsidR="007D7487" w:rsidRDefault="00E6407B">
      <w:pPr>
        <w:ind w:firstLine="288"/>
      </w:pPr>
      <w:r>
        <w:rPr>
          <w:rFonts w:cs="Times New Roman"/>
        </w:rPr>
        <w:t>Egypt.</w:t>
      </w:r>
    </w:p>
    <w:p w14:paraId="1488DE5C" w14:textId="77777777" w:rsidR="007D7487" w:rsidRDefault="00E6407B">
      <w:pPr>
        <w:ind w:firstLine="288"/>
      </w:pPr>
      <w:r>
        <w:rPr>
          <w:rFonts w:cs="Times New Roman"/>
        </w:rPr>
        <w:t>Pharaoh.</w:t>
      </w:r>
    </w:p>
    <w:p w14:paraId="61C72A8A" w14:textId="77777777" w:rsidR="007D7487" w:rsidRDefault="00E6407B">
      <w:pPr>
        <w:ind w:firstLine="288"/>
      </w:pPr>
      <w:r>
        <w:rPr>
          <w:rFonts w:cs="Times New Roman"/>
        </w:rPr>
        <w:t>Slavery.</w:t>
      </w:r>
    </w:p>
    <w:p w14:paraId="30B7D609" w14:textId="77777777" w:rsidR="007D7487" w:rsidRDefault="00E6407B">
      <w:pPr>
        <w:ind w:firstLine="288"/>
      </w:pPr>
      <w:r>
        <w:rPr>
          <w:rFonts w:cs="Times New Roman"/>
        </w:rPr>
        <w:t>Blood.</w:t>
      </w:r>
    </w:p>
    <w:p w14:paraId="179AF24F" w14:textId="77777777" w:rsidR="007D7487" w:rsidRDefault="00E6407B">
      <w:pPr>
        <w:ind w:firstLine="288"/>
      </w:pPr>
      <w:r>
        <w:rPr>
          <w:rFonts w:cs="Times New Roman"/>
        </w:rPr>
        <w:t>Sea.</w:t>
      </w:r>
    </w:p>
    <w:p w14:paraId="2E4E8EC7" w14:textId="77777777" w:rsidR="007D7487" w:rsidRDefault="00E6407B">
      <w:pPr>
        <w:ind w:firstLine="288"/>
      </w:pPr>
      <w:r>
        <w:rPr>
          <w:rFonts w:cs="Times New Roman"/>
        </w:rPr>
        <w:t>Wilderness.</w:t>
      </w:r>
    </w:p>
    <w:p w14:paraId="16C8261D" w14:textId="77777777" w:rsidR="007D7487" w:rsidRDefault="00E6407B">
      <w:pPr>
        <w:ind w:firstLine="288"/>
      </w:pPr>
      <w:r>
        <w:rPr>
          <w:rFonts w:cs="Times New Roman"/>
        </w:rPr>
        <w:t>Jesus looked toward Matthew.</w:t>
      </w:r>
    </w:p>
    <w:p w14:paraId="176AD465" w14:textId="77777777" w:rsidR="007D7487" w:rsidRDefault="00E6407B">
      <w:pPr>
        <w:ind w:firstLine="288"/>
      </w:pPr>
      <w:r>
        <w:rPr>
          <w:rFonts w:cs="Times New Roman"/>
        </w:rPr>
        <w:t>"Were you wrong to want deliverance?"</w:t>
      </w:r>
    </w:p>
    <w:p w14:paraId="7862E075" w14:textId="77777777" w:rsidR="007D7487" w:rsidRDefault="00E6407B">
      <w:pPr>
        <w:ind w:firstLine="288"/>
      </w:pPr>
      <w:r>
        <w:rPr>
          <w:rFonts w:cs="Times New Roman"/>
        </w:rPr>
        <w:lastRenderedPageBreak/>
        <w:t>Matthew shook his head.</w:t>
      </w:r>
    </w:p>
    <w:p w14:paraId="0449EA6F" w14:textId="77777777" w:rsidR="007D7487" w:rsidRDefault="00E6407B">
      <w:pPr>
        <w:ind w:firstLine="288"/>
      </w:pPr>
      <w:r>
        <w:rPr>
          <w:rFonts w:cs="Times New Roman"/>
        </w:rPr>
        <w:t>"No."</w:t>
      </w:r>
    </w:p>
    <w:p w14:paraId="22B3569A" w14:textId="77777777" w:rsidR="007D7487" w:rsidRDefault="00E6407B">
      <w:pPr>
        <w:ind w:firstLine="288"/>
      </w:pPr>
      <w:r>
        <w:rPr>
          <w:rFonts w:cs="Times New Roman"/>
        </w:rPr>
        <w:t>"You were wrong about how deep the bondage went."</w:t>
      </w:r>
    </w:p>
    <w:p w14:paraId="550E2736" w14:textId="77777777" w:rsidR="007D7487" w:rsidRDefault="00E6407B">
      <w:pPr>
        <w:ind w:firstLine="288"/>
      </w:pPr>
      <w:r>
        <w:rPr>
          <w:rFonts w:cs="Times New Roman"/>
        </w:rPr>
        <w:t>He turned toward Simon.</w:t>
      </w:r>
    </w:p>
    <w:p w14:paraId="1B033795" w14:textId="77777777" w:rsidR="007D7487" w:rsidRDefault="00E6407B">
      <w:pPr>
        <w:ind w:firstLine="288"/>
      </w:pPr>
      <w:r>
        <w:rPr>
          <w:rFonts w:cs="Times New Roman"/>
        </w:rPr>
        <w:t>"Can Rome enslave a body?"</w:t>
      </w:r>
    </w:p>
    <w:p w14:paraId="6578175C" w14:textId="77777777" w:rsidR="007D7487" w:rsidRDefault="00E6407B">
      <w:pPr>
        <w:ind w:firstLine="288"/>
      </w:pPr>
      <w:r>
        <w:rPr>
          <w:rFonts w:cs="Times New Roman"/>
        </w:rPr>
        <w:t>"Yes."</w:t>
      </w:r>
    </w:p>
    <w:p w14:paraId="4B250228" w14:textId="77777777" w:rsidR="007D7487" w:rsidRDefault="00E6407B">
      <w:pPr>
        <w:ind w:firstLine="288"/>
      </w:pPr>
      <w:r>
        <w:rPr>
          <w:rFonts w:cs="Times New Roman"/>
        </w:rPr>
        <w:t>"Could Egypt?"</w:t>
      </w:r>
    </w:p>
    <w:p w14:paraId="65D09B49" w14:textId="77777777" w:rsidR="007D7487" w:rsidRDefault="00E6407B">
      <w:pPr>
        <w:ind w:firstLine="288"/>
      </w:pPr>
      <w:r>
        <w:rPr>
          <w:rFonts w:cs="Times New Roman"/>
        </w:rPr>
        <w:t>"Yes."</w:t>
      </w:r>
    </w:p>
    <w:p w14:paraId="0EE228CC" w14:textId="77777777" w:rsidR="007D7487" w:rsidRDefault="00E6407B">
      <w:pPr>
        <w:ind w:firstLine="288"/>
      </w:pPr>
      <w:r>
        <w:rPr>
          <w:rFonts w:cs="Times New Roman"/>
        </w:rPr>
        <w:t>"Can Caesar make every man a sinner?"</w:t>
      </w:r>
    </w:p>
    <w:p w14:paraId="1543D575" w14:textId="77777777" w:rsidR="007D7487" w:rsidRDefault="00E6407B">
      <w:pPr>
        <w:ind w:firstLine="288"/>
      </w:pPr>
      <w:r>
        <w:rPr>
          <w:rFonts w:cs="Times New Roman"/>
        </w:rPr>
        <w:t>Simon frowned.</w:t>
      </w:r>
    </w:p>
    <w:p w14:paraId="66609795" w14:textId="77777777" w:rsidR="007D7487" w:rsidRDefault="00E6407B">
      <w:pPr>
        <w:ind w:firstLine="288"/>
      </w:pPr>
      <w:r>
        <w:rPr>
          <w:rFonts w:cs="Times New Roman"/>
        </w:rPr>
        <w:t>"No."</w:t>
      </w:r>
    </w:p>
    <w:p w14:paraId="22A4242B" w14:textId="77777777" w:rsidR="007D7487" w:rsidRDefault="00E6407B">
      <w:pPr>
        <w:ind w:firstLine="288"/>
      </w:pPr>
      <w:r>
        <w:rPr>
          <w:rFonts w:cs="Times New Roman"/>
        </w:rPr>
        <w:t>"Can Rome explain why every man dies?"</w:t>
      </w:r>
    </w:p>
    <w:p w14:paraId="0E0C54D3" w14:textId="77777777" w:rsidR="007D7487" w:rsidRDefault="00E6407B">
      <w:pPr>
        <w:ind w:firstLine="288"/>
      </w:pPr>
      <w:r>
        <w:rPr>
          <w:rFonts w:cs="Times New Roman"/>
        </w:rPr>
        <w:t>No answer.</w:t>
      </w:r>
    </w:p>
    <w:p w14:paraId="0A1ED5E8" w14:textId="77777777" w:rsidR="007D7487" w:rsidRDefault="00E6407B">
      <w:pPr>
        <w:ind w:firstLine="288"/>
      </w:pPr>
      <w:r>
        <w:rPr>
          <w:rFonts w:cs="Times New Roman"/>
        </w:rPr>
        <w:t>"Can a human king remove guilt before God?"</w:t>
      </w:r>
    </w:p>
    <w:p w14:paraId="5C00E20C" w14:textId="77777777" w:rsidR="007D7487" w:rsidRDefault="00E6407B">
      <w:pPr>
        <w:ind w:firstLine="288"/>
      </w:pPr>
      <w:r>
        <w:rPr>
          <w:rFonts w:cs="Times New Roman"/>
        </w:rPr>
        <w:t>Silence.</w:t>
      </w:r>
    </w:p>
    <w:p w14:paraId="28ECCC1D" w14:textId="77777777" w:rsidR="007D7487" w:rsidRDefault="00E6407B">
      <w:pPr>
        <w:ind w:firstLine="288"/>
      </w:pPr>
      <w:r>
        <w:rPr>
          <w:rFonts w:cs="Times New Roman"/>
        </w:rPr>
        <w:t>Jesus said:</w:t>
      </w:r>
    </w:p>
    <w:p w14:paraId="1F5F41A4" w14:textId="77777777" w:rsidR="007D7487" w:rsidRDefault="00E6407B">
      <w:pPr>
        <w:ind w:firstLine="288"/>
      </w:pPr>
      <w:r>
        <w:rPr>
          <w:rFonts w:cs="Times New Roman"/>
        </w:rPr>
        <w:t>"I told you: whosoever committeth sin is the servant of sin."</w:t>
      </w:r>
    </w:p>
    <w:p w14:paraId="2465E089" w14:textId="77777777" w:rsidR="007D7487" w:rsidRDefault="00E6407B">
      <w:pPr>
        <w:ind w:firstLine="288"/>
      </w:pPr>
      <w:r>
        <w:rPr>
          <w:rFonts w:cs="Times New Roman"/>
        </w:rPr>
        <w:t>John remembered the dispute.</w:t>
      </w:r>
    </w:p>
    <w:p w14:paraId="7363A4D5" w14:textId="77777777" w:rsidR="007D7487" w:rsidRDefault="00E6407B">
      <w:pPr>
        <w:ind w:firstLine="288"/>
      </w:pPr>
      <w:r>
        <w:rPr>
          <w:rFonts w:cs="Times New Roman"/>
        </w:rPr>
        <w:t>The claim of Abraham's children.</w:t>
      </w:r>
    </w:p>
    <w:p w14:paraId="50B78101" w14:textId="77777777" w:rsidR="007D7487" w:rsidRDefault="00E6407B">
      <w:pPr>
        <w:ind w:firstLine="288"/>
      </w:pPr>
      <w:r>
        <w:rPr>
          <w:rFonts w:cs="Times New Roman"/>
        </w:rPr>
        <w:t>The anger.</w:t>
      </w:r>
    </w:p>
    <w:p w14:paraId="2ADCE67F" w14:textId="77777777" w:rsidR="007D7487" w:rsidRDefault="00E6407B">
      <w:pPr>
        <w:ind w:firstLine="288"/>
      </w:pPr>
      <w:r>
        <w:rPr>
          <w:rFonts w:cs="Times New Roman"/>
        </w:rPr>
        <w:t>The words about freedom.</w:t>
      </w:r>
    </w:p>
    <w:p w14:paraId="77835586" w14:textId="77777777" w:rsidR="007D7487" w:rsidRDefault="00E6407B">
      <w:pPr>
        <w:ind w:firstLine="288"/>
      </w:pPr>
      <w:r>
        <w:rPr>
          <w:rFonts w:cs="Times New Roman"/>
        </w:rPr>
        <w:t>He spoke softly.</w:t>
      </w:r>
    </w:p>
    <w:p w14:paraId="0474E926" w14:textId="77777777" w:rsidR="007D7487" w:rsidRDefault="00E6407B">
      <w:pPr>
        <w:ind w:firstLine="288"/>
      </w:pPr>
      <w:r>
        <w:rPr>
          <w:rFonts w:cs="Times New Roman"/>
        </w:rPr>
        <w:t>"If the Son therefore shall make you free..."</w:t>
      </w:r>
    </w:p>
    <w:p w14:paraId="142106D6" w14:textId="77777777" w:rsidR="007D7487" w:rsidRDefault="00E6407B">
      <w:pPr>
        <w:ind w:firstLine="288"/>
      </w:pPr>
      <w:r>
        <w:rPr>
          <w:rFonts w:cs="Times New Roman"/>
        </w:rPr>
        <w:t>Jesus looked at him.</w:t>
      </w:r>
    </w:p>
    <w:p w14:paraId="521003C7" w14:textId="77777777" w:rsidR="007D7487" w:rsidRDefault="00E6407B">
      <w:pPr>
        <w:ind w:firstLine="288"/>
      </w:pPr>
      <w:r>
        <w:rPr>
          <w:rFonts w:cs="Times New Roman"/>
        </w:rPr>
        <w:t>John finished.</w:t>
      </w:r>
    </w:p>
    <w:p w14:paraId="4B6DC06F" w14:textId="77777777" w:rsidR="007D7487" w:rsidRDefault="00E6407B">
      <w:pPr>
        <w:ind w:firstLine="288"/>
      </w:pPr>
      <w:r>
        <w:rPr>
          <w:rFonts w:cs="Times New Roman"/>
        </w:rPr>
        <w:t>"...ye shall be free indeed."</w:t>
      </w:r>
    </w:p>
    <w:p w14:paraId="4C7C45AE" w14:textId="77777777" w:rsidR="007D7487" w:rsidRDefault="00E6407B">
      <w:pPr>
        <w:ind w:firstLine="288"/>
      </w:pPr>
      <w:r>
        <w:rPr>
          <w:rFonts w:cs="Times New Roman"/>
        </w:rPr>
        <w:t>Jesus nodded.</w:t>
      </w:r>
    </w:p>
    <w:p w14:paraId="5689F881" w14:textId="77777777" w:rsidR="007D7487" w:rsidRDefault="00E6407B">
      <w:pPr>
        <w:ind w:firstLine="288"/>
      </w:pPr>
      <w:r>
        <w:rPr>
          <w:rFonts w:cs="Times New Roman"/>
        </w:rPr>
        <w:t>"Egypt was real bondage."</w:t>
      </w:r>
    </w:p>
    <w:p w14:paraId="060F53F8" w14:textId="77777777" w:rsidR="007D7487" w:rsidRDefault="00E6407B">
      <w:pPr>
        <w:ind w:firstLine="288"/>
      </w:pPr>
      <w:r>
        <w:rPr>
          <w:rFonts w:cs="Times New Roman"/>
        </w:rPr>
        <w:t>"Rome is real power."</w:t>
      </w:r>
    </w:p>
    <w:p w14:paraId="1515022D" w14:textId="77777777" w:rsidR="007D7487" w:rsidRDefault="00E6407B">
      <w:pPr>
        <w:ind w:firstLine="288"/>
      </w:pPr>
      <w:r>
        <w:rPr>
          <w:rFonts w:cs="Times New Roman"/>
        </w:rPr>
        <w:t>"But the Father was not going to rescue mankind from one empire and leave every man enslaved to sin and death."</w:t>
      </w:r>
    </w:p>
    <w:p w14:paraId="62012AD9" w14:textId="77777777" w:rsidR="007D7487" w:rsidRDefault="00E6407B">
      <w:pPr>
        <w:ind w:firstLine="288"/>
      </w:pPr>
      <w:r>
        <w:rPr>
          <w:rFonts w:cs="Times New Roman"/>
        </w:rPr>
        <w:t>The Exodus did not shrink.</w:t>
      </w:r>
    </w:p>
    <w:p w14:paraId="61D5B101" w14:textId="77777777" w:rsidR="007D7487" w:rsidRDefault="00E6407B">
      <w:pPr>
        <w:ind w:firstLine="288"/>
      </w:pPr>
      <w:r>
        <w:rPr>
          <w:rFonts w:cs="Times New Roman"/>
        </w:rPr>
        <w:t>It deepened.</w:t>
      </w:r>
    </w:p>
    <w:p w14:paraId="5DF45BF6" w14:textId="77777777" w:rsidR="007D7487" w:rsidRDefault="00E6407B">
      <w:pPr>
        <w:ind w:firstLine="288"/>
      </w:pPr>
      <w:r>
        <w:rPr>
          <w:rFonts w:cs="Times New Roman"/>
        </w:rPr>
        <w:t>Jesus looked toward James.</w:t>
      </w:r>
    </w:p>
    <w:p w14:paraId="0278DC17" w14:textId="77777777" w:rsidR="007D7487" w:rsidRDefault="00E6407B">
      <w:pPr>
        <w:ind w:firstLine="288"/>
      </w:pPr>
      <w:r>
        <w:rPr>
          <w:rFonts w:cs="Times New Roman"/>
        </w:rPr>
        <w:t>"How did Israel leave Egypt?"</w:t>
      </w:r>
    </w:p>
    <w:p w14:paraId="71A00B29" w14:textId="77777777" w:rsidR="007D7487" w:rsidRDefault="00E6407B">
      <w:pPr>
        <w:ind w:firstLine="288"/>
      </w:pPr>
      <w:r>
        <w:rPr>
          <w:rFonts w:cs="Times New Roman"/>
        </w:rPr>
        <w:t>"Passover."</w:t>
      </w:r>
    </w:p>
    <w:p w14:paraId="23D91591" w14:textId="77777777" w:rsidR="007D7487" w:rsidRDefault="00E6407B">
      <w:pPr>
        <w:ind w:firstLine="288"/>
      </w:pPr>
      <w:r>
        <w:rPr>
          <w:rFonts w:cs="Times New Roman"/>
        </w:rPr>
        <w:t>"What stood between judgment and the household?"</w:t>
      </w:r>
    </w:p>
    <w:p w14:paraId="5A1D14D8" w14:textId="77777777" w:rsidR="007D7487" w:rsidRDefault="00E6407B">
      <w:pPr>
        <w:ind w:firstLine="288"/>
      </w:pPr>
      <w:r>
        <w:rPr>
          <w:rFonts w:cs="Times New Roman"/>
        </w:rPr>
        <w:t>"The blood."</w:t>
      </w:r>
    </w:p>
    <w:p w14:paraId="28B59303" w14:textId="77777777" w:rsidR="007D7487" w:rsidRDefault="00E6407B">
      <w:pPr>
        <w:ind w:firstLine="288"/>
      </w:pPr>
      <w:r>
        <w:rPr>
          <w:rFonts w:cs="Times New Roman"/>
        </w:rPr>
        <w:lastRenderedPageBreak/>
        <w:t>"And the lamb?"</w:t>
      </w:r>
    </w:p>
    <w:p w14:paraId="58D5AD2F" w14:textId="77777777" w:rsidR="007D7487" w:rsidRDefault="00E6407B">
      <w:pPr>
        <w:ind w:firstLine="288"/>
      </w:pPr>
      <w:r>
        <w:rPr>
          <w:rFonts w:cs="Times New Roman"/>
        </w:rPr>
        <w:t>Nicodemus's eyes had already gone somewhere into Torah.</w:t>
      </w:r>
    </w:p>
    <w:p w14:paraId="1861CEC6" w14:textId="77777777" w:rsidR="007D7487" w:rsidRDefault="00E6407B">
      <w:pPr>
        <w:ind w:firstLine="288"/>
      </w:pPr>
      <w:r>
        <w:rPr>
          <w:rFonts w:cs="Times New Roman"/>
        </w:rPr>
        <w:t>Jesus waited.</w:t>
      </w:r>
    </w:p>
    <w:p w14:paraId="7B464E94" w14:textId="77777777" w:rsidR="007D7487" w:rsidRDefault="00E6407B">
      <w:pPr>
        <w:ind w:firstLine="288"/>
      </w:pPr>
      <w:r>
        <w:rPr>
          <w:rFonts w:cs="Times New Roman"/>
        </w:rPr>
        <w:t>"No bone was to be broken."</w:t>
      </w:r>
    </w:p>
    <w:p w14:paraId="53417D00" w14:textId="77777777" w:rsidR="007D7487" w:rsidRDefault="00E6407B">
      <w:pPr>
        <w:ind w:firstLine="288"/>
      </w:pPr>
      <w:r>
        <w:rPr>
          <w:rFonts w:cs="Times New Roman"/>
        </w:rPr>
        <w:t>John's chest tightened.</w:t>
      </w:r>
    </w:p>
    <w:p w14:paraId="12653EF2" w14:textId="77777777" w:rsidR="007D7487" w:rsidRDefault="00E6407B">
      <w:pPr>
        <w:ind w:firstLine="288"/>
      </w:pPr>
      <w:r>
        <w:rPr>
          <w:rFonts w:cs="Times New Roman"/>
        </w:rPr>
        <w:t>Golgotha.</w:t>
      </w:r>
    </w:p>
    <w:p w14:paraId="512C8A80" w14:textId="77777777" w:rsidR="007D7487" w:rsidRDefault="00E6407B">
      <w:pPr>
        <w:ind w:firstLine="288"/>
      </w:pPr>
      <w:r>
        <w:rPr>
          <w:rFonts w:cs="Times New Roman"/>
        </w:rPr>
        <w:t>The soldiers.</w:t>
      </w:r>
    </w:p>
    <w:p w14:paraId="34CA405E" w14:textId="77777777" w:rsidR="007D7487" w:rsidRDefault="00E6407B">
      <w:pPr>
        <w:ind w:firstLine="288"/>
      </w:pPr>
      <w:r>
        <w:rPr>
          <w:rFonts w:cs="Times New Roman"/>
        </w:rPr>
        <w:t>Legs broken on either side.</w:t>
      </w:r>
    </w:p>
    <w:p w14:paraId="4E143741" w14:textId="77777777" w:rsidR="007D7487" w:rsidRDefault="00E6407B">
      <w:pPr>
        <w:ind w:firstLine="288"/>
      </w:pPr>
      <w:r>
        <w:rPr>
          <w:rFonts w:cs="Times New Roman"/>
        </w:rPr>
        <w:t>Then Jesus.</w:t>
      </w:r>
    </w:p>
    <w:p w14:paraId="7898A209" w14:textId="77777777" w:rsidR="007D7487" w:rsidRDefault="00E6407B">
      <w:pPr>
        <w:ind w:firstLine="288"/>
      </w:pPr>
      <w:r>
        <w:rPr>
          <w:rFonts w:cs="Times New Roman"/>
        </w:rPr>
        <w:t>Already dead.</w:t>
      </w:r>
    </w:p>
    <w:p w14:paraId="128D22EA" w14:textId="77777777" w:rsidR="007D7487" w:rsidRDefault="00E6407B">
      <w:pPr>
        <w:ind w:firstLine="288"/>
      </w:pPr>
      <w:r>
        <w:rPr>
          <w:rFonts w:cs="Times New Roman"/>
        </w:rPr>
        <w:t>The spear.</w:t>
      </w:r>
    </w:p>
    <w:p w14:paraId="4B81375C" w14:textId="77777777" w:rsidR="007D7487" w:rsidRDefault="00E6407B">
      <w:pPr>
        <w:ind w:firstLine="288"/>
      </w:pPr>
      <w:r>
        <w:rPr>
          <w:rFonts w:cs="Times New Roman"/>
        </w:rPr>
        <w:t>He heard himself speak.</w:t>
      </w:r>
    </w:p>
    <w:p w14:paraId="3735A1C9" w14:textId="77777777" w:rsidR="007D7487" w:rsidRDefault="00E6407B">
      <w:pPr>
        <w:ind w:firstLine="288"/>
      </w:pPr>
      <w:r>
        <w:rPr>
          <w:rFonts w:cs="Times New Roman"/>
        </w:rPr>
        <w:t>"They broke the others."</w:t>
      </w:r>
    </w:p>
    <w:p w14:paraId="1F8C5BF0" w14:textId="77777777" w:rsidR="007D7487" w:rsidRDefault="00E6407B">
      <w:pPr>
        <w:ind w:firstLine="288"/>
      </w:pPr>
      <w:r>
        <w:rPr>
          <w:rFonts w:cs="Times New Roman"/>
        </w:rPr>
        <w:t>Everyone turned.</w:t>
      </w:r>
    </w:p>
    <w:p w14:paraId="66AFB757" w14:textId="77777777" w:rsidR="007D7487" w:rsidRDefault="00E6407B">
      <w:pPr>
        <w:ind w:firstLine="288"/>
      </w:pPr>
      <w:r>
        <w:rPr>
          <w:rFonts w:cs="Times New Roman"/>
        </w:rPr>
        <w:t>John looked at Jesus.</w:t>
      </w:r>
    </w:p>
    <w:p w14:paraId="7E19646F" w14:textId="77777777" w:rsidR="007D7487" w:rsidRDefault="00E6407B">
      <w:pPr>
        <w:ind w:firstLine="288"/>
      </w:pPr>
      <w:r>
        <w:rPr>
          <w:rFonts w:cs="Times New Roman"/>
        </w:rPr>
        <w:t>"But not Yours."</w:t>
      </w:r>
    </w:p>
    <w:p w14:paraId="2F2F02BE" w14:textId="77777777" w:rsidR="007D7487" w:rsidRDefault="00E6407B">
      <w:pPr>
        <w:ind w:firstLine="288"/>
      </w:pPr>
      <w:r>
        <w:rPr>
          <w:rFonts w:cs="Times New Roman"/>
        </w:rPr>
        <w:t>Jesus held his gaze.</w:t>
      </w:r>
    </w:p>
    <w:p w14:paraId="3988F5C9" w14:textId="77777777" w:rsidR="007D7487" w:rsidRDefault="00E6407B">
      <w:pPr>
        <w:ind w:firstLine="288"/>
      </w:pPr>
      <w:r>
        <w:rPr>
          <w:rFonts w:cs="Times New Roman"/>
        </w:rPr>
        <w:t>"The lamb was real."</w:t>
      </w:r>
    </w:p>
    <w:p w14:paraId="5649F3CA" w14:textId="77777777" w:rsidR="007D7487" w:rsidRDefault="00E6407B">
      <w:pPr>
        <w:ind w:firstLine="288"/>
      </w:pPr>
      <w:r>
        <w:rPr>
          <w:rFonts w:cs="Times New Roman"/>
        </w:rPr>
        <w:t>"The blood was real."</w:t>
      </w:r>
    </w:p>
    <w:p w14:paraId="6E1A6911" w14:textId="77777777" w:rsidR="007D7487" w:rsidRDefault="00E6407B">
      <w:pPr>
        <w:ind w:firstLine="288"/>
      </w:pPr>
      <w:r>
        <w:rPr>
          <w:rFonts w:cs="Times New Roman"/>
        </w:rPr>
        <w:t>"The deliverance was real."</w:t>
      </w:r>
    </w:p>
    <w:p w14:paraId="063DA578" w14:textId="77777777" w:rsidR="007D7487" w:rsidRDefault="00E6407B">
      <w:pPr>
        <w:ind w:firstLine="288"/>
      </w:pPr>
      <w:r>
        <w:rPr>
          <w:rFonts w:cs="Times New Roman"/>
        </w:rPr>
        <w:t>"And the Father was teaching."</w:t>
      </w:r>
    </w:p>
    <w:p w14:paraId="06019C7A" w14:textId="77777777" w:rsidR="007D7487" w:rsidRDefault="00E6407B">
      <w:pPr>
        <w:ind w:firstLine="288"/>
      </w:pPr>
      <w:r>
        <w:rPr>
          <w:rFonts w:cs="Times New Roman"/>
        </w:rPr>
        <w:t>John imagined generations of children asking:</w:t>
      </w:r>
    </w:p>
    <w:p w14:paraId="06DCAA6C" w14:textId="77777777" w:rsidR="007D7487" w:rsidRDefault="00E6407B">
      <w:pPr>
        <w:ind w:firstLine="288"/>
      </w:pPr>
      <w:r>
        <w:rPr>
          <w:rFonts w:cs="Times New Roman"/>
        </w:rPr>
        <w:t>Why is this night different?</w:t>
      </w:r>
    </w:p>
    <w:p w14:paraId="5A82AA41" w14:textId="77777777" w:rsidR="007D7487" w:rsidRDefault="00E6407B">
      <w:pPr>
        <w:ind w:firstLine="288"/>
      </w:pPr>
      <w:r>
        <w:rPr>
          <w:rFonts w:cs="Times New Roman"/>
        </w:rPr>
        <w:t>How many answers had been sitting inside the ritual before the disciples could see where it pointed?</w:t>
      </w:r>
    </w:p>
    <w:p w14:paraId="61CA6238" w14:textId="77777777" w:rsidR="007D7487" w:rsidRDefault="00E6407B">
      <w:pPr>
        <w:ind w:firstLine="288"/>
      </w:pPr>
      <w:r>
        <w:rPr>
          <w:rFonts w:cs="Times New Roman"/>
        </w:rPr>
        <w:t>Jesus looked toward Peter.</w:t>
      </w:r>
    </w:p>
    <w:p w14:paraId="2C26D9AF" w14:textId="77777777" w:rsidR="007D7487" w:rsidRDefault="00E6407B">
      <w:pPr>
        <w:ind w:firstLine="288"/>
      </w:pPr>
      <w:r>
        <w:rPr>
          <w:rFonts w:cs="Times New Roman"/>
        </w:rPr>
        <w:t>"What did Israel do with the blood?"</w:t>
      </w:r>
    </w:p>
    <w:p w14:paraId="6979D228" w14:textId="77777777" w:rsidR="007D7487" w:rsidRDefault="00E6407B">
      <w:pPr>
        <w:ind w:firstLine="288"/>
      </w:pPr>
      <w:r>
        <w:rPr>
          <w:rFonts w:cs="Times New Roman"/>
        </w:rPr>
        <w:t>Peter answered.</w:t>
      </w:r>
    </w:p>
    <w:p w14:paraId="01804298" w14:textId="77777777" w:rsidR="007D7487" w:rsidRDefault="00E6407B">
      <w:pPr>
        <w:ind w:firstLine="288"/>
      </w:pPr>
      <w:r>
        <w:rPr>
          <w:rFonts w:cs="Times New Roman"/>
        </w:rPr>
        <w:t>"Put it on the doorposts."</w:t>
      </w:r>
    </w:p>
    <w:p w14:paraId="30877093" w14:textId="77777777" w:rsidR="007D7487" w:rsidRDefault="00E6407B">
      <w:pPr>
        <w:ind w:firstLine="288"/>
      </w:pPr>
      <w:r>
        <w:rPr>
          <w:rFonts w:cs="Times New Roman"/>
        </w:rPr>
        <w:t>"And the lintel."</w:t>
      </w:r>
    </w:p>
    <w:p w14:paraId="56F68973" w14:textId="77777777" w:rsidR="007D7487" w:rsidRDefault="00E6407B">
      <w:pPr>
        <w:ind w:firstLine="288"/>
      </w:pPr>
      <w:r>
        <w:rPr>
          <w:rFonts w:cs="Times New Roman"/>
        </w:rPr>
        <w:t>"With hyssop," Joanna added from among the women.</w:t>
      </w:r>
    </w:p>
    <w:p w14:paraId="4B03E225" w14:textId="77777777" w:rsidR="007D7487" w:rsidRDefault="00E6407B">
      <w:pPr>
        <w:ind w:firstLine="288"/>
      </w:pPr>
      <w:r>
        <w:rPr>
          <w:rFonts w:cs="Times New Roman"/>
        </w:rPr>
        <w:t>Jesus nodded.</w:t>
      </w:r>
    </w:p>
    <w:p w14:paraId="6F079408" w14:textId="77777777" w:rsidR="007D7487" w:rsidRDefault="00E6407B">
      <w:pPr>
        <w:ind w:firstLine="288"/>
      </w:pPr>
      <w:r>
        <w:rPr>
          <w:rFonts w:cs="Times New Roman"/>
        </w:rPr>
        <w:t>The women had remembered details the men had not.</w:t>
      </w:r>
    </w:p>
    <w:p w14:paraId="10C6FB02" w14:textId="77777777" w:rsidR="007D7487" w:rsidRDefault="00E6407B">
      <w:pPr>
        <w:ind w:firstLine="288"/>
      </w:pPr>
      <w:r>
        <w:rPr>
          <w:rFonts w:cs="Times New Roman"/>
        </w:rPr>
        <w:t>"What passed over?"</w:t>
      </w:r>
    </w:p>
    <w:p w14:paraId="3C983832" w14:textId="77777777" w:rsidR="007D7487" w:rsidRDefault="00E6407B">
      <w:pPr>
        <w:ind w:firstLine="288"/>
      </w:pPr>
      <w:r>
        <w:rPr>
          <w:rFonts w:cs="Times New Roman"/>
        </w:rPr>
        <w:t>"Judgment."</w:t>
      </w:r>
    </w:p>
    <w:p w14:paraId="36B0A00B" w14:textId="77777777" w:rsidR="007D7487" w:rsidRDefault="00E6407B">
      <w:pPr>
        <w:ind w:firstLine="288"/>
      </w:pPr>
      <w:r>
        <w:rPr>
          <w:rFonts w:cs="Times New Roman"/>
        </w:rPr>
        <w:t>"What left Egypt?"</w:t>
      </w:r>
    </w:p>
    <w:p w14:paraId="30F8A395" w14:textId="77777777" w:rsidR="007D7487" w:rsidRDefault="00E6407B">
      <w:pPr>
        <w:ind w:firstLine="288"/>
      </w:pPr>
      <w:r>
        <w:rPr>
          <w:rFonts w:cs="Times New Roman"/>
        </w:rPr>
        <w:t>"The people."</w:t>
      </w:r>
    </w:p>
    <w:p w14:paraId="4DA85FF2" w14:textId="77777777" w:rsidR="007D7487" w:rsidRDefault="00E6407B">
      <w:pPr>
        <w:ind w:firstLine="288"/>
      </w:pPr>
      <w:r>
        <w:rPr>
          <w:rFonts w:cs="Times New Roman"/>
        </w:rPr>
        <w:t>Jesus waited.</w:t>
      </w:r>
    </w:p>
    <w:p w14:paraId="4F75B86E" w14:textId="77777777" w:rsidR="007D7487" w:rsidRDefault="00E6407B">
      <w:pPr>
        <w:ind w:firstLine="288"/>
      </w:pPr>
      <w:r>
        <w:rPr>
          <w:rFonts w:cs="Times New Roman"/>
        </w:rPr>
        <w:lastRenderedPageBreak/>
        <w:t>"Only Jacob's children?"</w:t>
      </w:r>
    </w:p>
    <w:p w14:paraId="723134EA" w14:textId="77777777" w:rsidR="007D7487" w:rsidRDefault="00E6407B">
      <w:pPr>
        <w:ind w:firstLine="288"/>
      </w:pPr>
      <w:r>
        <w:rPr>
          <w:rFonts w:cs="Times New Roman"/>
        </w:rPr>
        <w:t>Several faces changed.</w:t>
      </w:r>
    </w:p>
    <w:p w14:paraId="64C7F6DB" w14:textId="77777777" w:rsidR="007D7487" w:rsidRDefault="00E6407B">
      <w:pPr>
        <w:ind w:firstLine="288"/>
      </w:pPr>
      <w:r>
        <w:rPr>
          <w:rFonts w:cs="Times New Roman"/>
        </w:rPr>
        <w:t>Nicodemus answered from Moses.</w:t>
      </w:r>
    </w:p>
    <w:p w14:paraId="66562784" w14:textId="77777777" w:rsidR="007D7487" w:rsidRDefault="00E6407B">
      <w:pPr>
        <w:ind w:firstLine="288"/>
      </w:pPr>
      <w:r>
        <w:rPr>
          <w:rFonts w:cs="Times New Roman"/>
        </w:rPr>
        <w:t>"A mixed multitude went up also with them."</w:t>
      </w:r>
    </w:p>
    <w:p w14:paraId="1236EBBE" w14:textId="77777777" w:rsidR="007D7487" w:rsidRDefault="00E6407B">
      <w:pPr>
        <w:ind w:firstLine="288"/>
      </w:pPr>
      <w:r>
        <w:rPr>
          <w:rFonts w:cs="Times New Roman"/>
        </w:rPr>
        <w:t>Jesus nodded.</w:t>
      </w:r>
    </w:p>
    <w:p w14:paraId="5FFE8401" w14:textId="77777777" w:rsidR="007D7487" w:rsidRDefault="00E6407B">
      <w:pPr>
        <w:ind w:firstLine="288"/>
      </w:pPr>
      <w:r>
        <w:rPr>
          <w:rFonts w:cs="Times New Roman"/>
        </w:rPr>
        <w:t>"Do not make them Israel by pretending Moses called them Israel."</w:t>
      </w:r>
    </w:p>
    <w:p w14:paraId="421B0C1B" w14:textId="77777777" w:rsidR="007D7487" w:rsidRDefault="00E6407B">
      <w:pPr>
        <w:ind w:firstLine="288"/>
      </w:pPr>
      <w:r>
        <w:rPr>
          <w:rFonts w:cs="Times New Roman"/>
        </w:rPr>
        <w:t>"And do not miss them because the covenant story was entrusted to Israel."</w:t>
      </w:r>
    </w:p>
    <w:p w14:paraId="22AC374F" w14:textId="77777777" w:rsidR="007D7487" w:rsidRDefault="00E6407B">
      <w:pPr>
        <w:ind w:firstLine="288"/>
      </w:pPr>
      <w:r>
        <w:rPr>
          <w:rFonts w:cs="Times New Roman"/>
        </w:rPr>
        <w:t>Andrew looked toward Him.</w:t>
      </w:r>
    </w:p>
    <w:p w14:paraId="43D2A0D3" w14:textId="77777777" w:rsidR="007D7487" w:rsidRDefault="00E6407B">
      <w:pPr>
        <w:ind w:firstLine="288"/>
      </w:pPr>
      <w:r>
        <w:rPr>
          <w:rFonts w:cs="Times New Roman"/>
        </w:rPr>
        <w:t>"They saw what the LORD did."</w:t>
      </w:r>
    </w:p>
    <w:p w14:paraId="0270914D" w14:textId="77777777" w:rsidR="007D7487" w:rsidRDefault="00E6407B">
      <w:pPr>
        <w:ind w:firstLine="288"/>
      </w:pPr>
      <w:r>
        <w:rPr>
          <w:rFonts w:cs="Times New Roman"/>
        </w:rPr>
        <w:t>"And they went out with His people."</w:t>
      </w:r>
    </w:p>
    <w:p w14:paraId="3382F7DD" w14:textId="77777777" w:rsidR="007D7487" w:rsidRDefault="00E6407B">
      <w:pPr>
        <w:ind w:firstLine="288"/>
      </w:pPr>
      <w:r>
        <w:rPr>
          <w:rFonts w:cs="Times New Roman"/>
        </w:rPr>
        <w:t>The nations thread had appeared even inside the first Exodus without erasing the people through whom God had made His covenant known.</w:t>
      </w:r>
    </w:p>
    <w:p w14:paraId="426B984D" w14:textId="77777777" w:rsidR="007D7487" w:rsidRDefault="00E6407B">
      <w:pPr>
        <w:ind w:firstLine="288"/>
      </w:pPr>
      <w:r>
        <w:rPr>
          <w:rFonts w:cs="Times New Roman"/>
        </w:rPr>
        <w:t>"What happened to the oppressor's claim?"</w:t>
      </w:r>
    </w:p>
    <w:p w14:paraId="34BEA999" w14:textId="77777777" w:rsidR="007D7487" w:rsidRDefault="00E6407B">
      <w:pPr>
        <w:ind w:firstLine="288"/>
      </w:pPr>
      <w:r>
        <w:rPr>
          <w:rFonts w:cs="Times New Roman"/>
        </w:rPr>
        <w:t>"It was broken."</w:t>
      </w:r>
    </w:p>
    <w:p w14:paraId="117D3471" w14:textId="77777777" w:rsidR="007D7487" w:rsidRDefault="00E6407B">
      <w:pPr>
        <w:ind w:firstLine="288"/>
      </w:pPr>
      <w:r>
        <w:rPr>
          <w:rFonts w:cs="Times New Roman"/>
        </w:rPr>
        <w:t>Jesus did not say Egypt had been unreal.</w:t>
      </w:r>
    </w:p>
    <w:p w14:paraId="0B518F12" w14:textId="77777777" w:rsidR="007D7487" w:rsidRDefault="00E6407B">
      <w:pPr>
        <w:ind w:firstLine="288"/>
      </w:pPr>
      <w:r>
        <w:rPr>
          <w:rFonts w:cs="Times New Roman"/>
        </w:rPr>
        <w:t>He let the first Exodus remain what it had been.</w:t>
      </w:r>
    </w:p>
    <w:p w14:paraId="52EA6BF9" w14:textId="77777777" w:rsidR="007D7487" w:rsidRDefault="00E6407B">
      <w:pPr>
        <w:ind w:firstLine="288"/>
      </w:pPr>
      <w:r>
        <w:rPr>
          <w:rFonts w:cs="Times New Roman"/>
        </w:rPr>
        <w:t>Then He looked at His own wounds.</w:t>
      </w:r>
    </w:p>
    <w:p w14:paraId="063CFF69" w14:textId="77777777" w:rsidR="007D7487" w:rsidRDefault="00E6407B">
      <w:pPr>
        <w:ind w:firstLine="288"/>
      </w:pPr>
      <w:r>
        <w:rPr>
          <w:rFonts w:cs="Times New Roman"/>
        </w:rPr>
        <w:t>"You expected Me to repeat Moses by changing the ruler over Israel."</w:t>
      </w:r>
    </w:p>
    <w:p w14:paraId="6D1F0B5A" w14:textId="77777777" w:rsidR="007D7487" w:rsidRDefault="00E6407B">
      <w:pPr>
        <w:ind w:firstLine="288"/>
      </w:pPr>
      <w:r>
        <w:rPr>
          <w:rFonts w:cs="Times New Roman"/>
        </w:rPr>
        <w:t>"The Father intended a deliverance that reached beneath every ruler."</w:t>
      </w:r>
    </w:p>
    <w:p w14:paraId="5B035BFA" w14:textId="77777777" w:rsidR="007D7487" w:rsidRDefault="00E6407B">
      <w:pPr>
        <w:suppressLineNumbers/>
        <w:spacing w:before="100" w:after="100"/>
        <w:jc w:val="center"/>
      </w:pPr>
      <w:r>
        <w:rPr>
          <w:rFonts w:cs="Times New Roman"/>
          <w:sz w:val="20"/>
        </w:rPr>
        <w:t>* * *</w:t>
      </w:r>
    </w:p>
    <w:p w14:paraId="2AEC6F65" w14:textId="77777777" w:rsidR="007D7487" w:rsidRDefault="00E6407B">
      <w:pPr>
        <w:ind w:firstLine="288"/>
      </w:pPr>
      <w:r>
        <w:rPr>
          <w:rFonts w:cs="Times New Roman"/>
        </w:rPr>
        <w:t>Jesus turned toward Nicodemus.</w:t>
      </w:r>
    </w:p>
    <w:p w14:paraId="4B7A4CE8" w14:textId="77777777" w:rsidR="007D7487" w:rsidRDefault="00E6407B">
      <w:pPr>
        <w:ind w:firstLine="288"/>
      </w:pPr>
      <w:r>
        <w:rPr>
          <w:rFonts w:cs="Times New Roman"/>
        </w:rPr>
        <w:t>"And there was another wilderness story."</w:t>
      </w:r>
    </w:p>
    <w:p w14:paraId="2DE54A9B" w14:textId="77777777" w:rsidR="007D7487" w:rsidRDefault="00E6407B">
      <w:pPr>
        <w:ind w:firstLine="288"/>
      </w:pPr>
      <w:r>
        <w:rPr>
          <w:rFonts w:cs="Times New Roman"/>
        </w:rPr>
        <w:t>The old teacher's posture changed immediately.</w:t>
      </w:r>
    </w:p>
    <w:p w14:paraId="506BEC7B" w14:textId="77777777" w:rsidR="007D7487" w:rsidRDefault="00E6407B">
      <w:pPr>
        <w:ind w:firstLine="288"/>
      </w:pPr>
      <w:r>
        <w:rPr>
          <w:rFonts w:cs="Times New Roman"/>
        </w:rPr>
        <w:t>He knew when he was being targeted now.</w:t>
      </w:r>
    </w:p>
    <w:p w14:paraId="575C1229" w14:textId="77777777" w:rsidR="007D7487" w:rsidRDefault="00E6407B">
      <w:pPr>
        <w:ind w:firstLine="288"/>
      </w:pPr>
      <w:r>
        <w:rPr>
          <w:rFonts w:cs="Times New Roman"/>
        </w:rPr>
        <w:t>Jesus gave him one word.</w:t>
      </w:r>
    </w:p>
    <w:p w14:paraId="023182D1" w14:textId="77777777" w:rsidR="007D7487" w:rsidRDefault="00E6407B">
      <w:pPr>
        <w:ind w:firstLine="288"/>
      </w:pPr>
      <w:r>
        <w:rPr>
          <w:rFonts w:cs="Times New Roman"/>
        </w:rPr>
        <w:t>"Serpents."</w:t>
      </w:r>
    </w:p>
    <w:p w14:paraId="40745030" w14:textId="77777777" w:rsidR="007D7487" w:rsidRDefault="00E6407B">
      <w:pPr>
        <w:ind w:firstLine="288"/>
      </w:pPr>
      <w:r>
        <w:rPr>
          <w:rFonts w:cs="Times New Roman"/>
        </w:rPr>
        <w:t>Nicodemus froze.</w:t>
      </w:r>
    </w:p>
    <w:p w14:paraId="4935071F" w14:textId="77777777" w:rsidR="007D7487" w:rsidRDefault="00E6407B">
      <w:pPr>
        <w:ind w:firstLine="288"/>
      </w:pPr>
      <w:r>
        <w:rPr>
          <w:rFonts w:cs="Times New Roman"/>
        </w:rPr>
        <w:t>John watched recognition approach.</w:t>
      </w:r>
    </w:p>
    <w:p w14:paraId="125F1E42" w14:textId="77777777" w:rsidR="007D7487" w:rsidRDefault="00E6407B">
      <w:pPr>
        <w:ind w:firstLine="288"/>
      </w:pPr>
      <w:r>
        <w:rPr>
          <w:rFonts w:cs="Times New Roman"/>
        </w:rPr>
        <w:t>Not yet the answer.</w:t>
      </w:r>
    </w:p>
    <w:p w14:paraId="66189654" w14:textId="77777777" w:rsidR="007D7487" w:rsidRDefault="00E6407B">
      <w:pPr>
        <w:ind w:firstLine="288"/>
      </w:pPr>
      <w:r>
        <w:rPr>
          <w:rFonts w:cs="Times New Roman"/>
        </w:rPr>
        <w:t>The instant before.</w:t>
      </w:r>
    </w:p>
    <w:p w14:paraId="584BF1E0" w14:textId="77777777" w:rsidR="007D7487" w:rsidRDefault="00E6407B">
      <w:pPr>
        <w:ind w:firstLine="288"/>
      </w:pPr>
      <w:r>
        <w:rPr>
          <w:rFonts w:cs="Times New Roman"/>
        </w:rPr>
        <w:t>"The people spoke against God and against Moses."</w:t>
      </w:r>
    </w:p>
    <w:p w14:paraId="748B04A6" w14:textId="77777777" w:rsidR="007D7487" w:rsidRDefault="00E6407B">
      <w:pPr>
        <w:ind w:firstLine="288"/>
      </w:pPr>
      <w:r>
        <w:rPr>
          <w:rFonts w:cs="Times New Roman"/>
        </w:rPr>
        <w:t>Nicodemus nodded.</w:t>
      </w:r>
    </w:p>
    <w:p w14:paraId="143E5230" w14:textId="77777777" w:rsidR="007D7487" w:rsidRDefault="00E6407B">
      <w:pPr>
        <w:ind w:firstLine="288"/>
      </w:pPr>
      <w:r>
        <w:rPr>
          <w:rFonts w:cs="Times New Roman"/>
        </w:rPr>
        <w:t>"They were dying."</w:t>
      </w:r>
    </w:p>
    <w:p w14:paraId="35E3B4E9" w14:textId="77777777" w:rsidR="007D7487" w:rsidRDefault="00E6407B">
      <w:pPr>
        <w:ind w:firstLine="288"/>
      </w:pPr>
      <w:r>
        <w:rPr>
          <w:rFonts w:cs="Times New Roman"/>
        </w:rPr>
        <w:t>"Yes."</w:t>
      </w:r>
    </w:p>
    <w:p w14:paraId="7BA00E55" w14:textId="77777777" w:rsidR="007D7487" w:rsidRDefault="00E6407B">
      <w:pPr>
        <w:ind w:firstLine="288"/>
      </w:pPr>
      <w:r>
        <w:rPr>
          <w:rFonts w:cs="Times New Roman"/>
        </w:rPr>
        <w:t>"What did the LORD command Moses to lift?"</w:t>
      </w:r>
    </w:p>
    <w:p w14:paraId="4652BBDA" w14:textId="77777777" w:rsidR="007D7487" w:rsidRDefault="00E6407B">
      <w:pPr>
        <w:ind w:firstLine="288"/>
      </w:pPr>
      <w:r>
        <w:rPr>
          <w:rFonts w:cs="Times New Roman"/>
        </w:rPr>
        <w:t>"A serpent of brass."</w:t>
      </w:r>
    </w:p>
    <w:p w14:paraId="6EFD8677" w14:textId="77777777" w:rsidR="007D7487" w:rsidRDefault="00E6407B">
      <w:pPr>
        <w:ind w:firstLine="288"/>
      </w:pPr>
      <w:r>
        <w:rPr>
          <w:rFonts w:cs="Times New Roman"/>
        </w:rPr>
        <w:t>"And if one who had been bitten looked according to God's word?"</w:t>
      </w:r>
    </w:p>
    <w:p w14:paraId="0F1C6F21" w14:textId="77777777" w:rsidR="007D7487" w:rsidRDefault="00E6407B">
      <w:pPr>
        <w:ind w:firstLine="288"/>
      </w:pPr>
      <w:r>
        <w:rPr>
          <w:rFonts w:cs="Times New Roman"/>
        </w:rPr>
        <w:t>"He lived."</w:t>
      </w:r>
    </w:p>
    <w:p w14:paraId="50E00E0B" w14:textId="77777777" w:rsidR="007D7487" w:rsidRDefault="00E6407B">
      <w:pPr>
        <w:ind w:firstLine="288"/>
      </w:pPr>
      <w:r>
        <w:rPr>
          <w:rFonts w:cs="Times New Roman"/>
        </w:rPr>
        <w:lastRenderedPageBreak/>
        <w:t>Jesus said nothing else.</w:t>
      </w:r>
    </w:p>
    <w:p w14:paraId="3E8799A8" w14:textId="77777777" w:rsidR="007D7487" w:rsidRDefault="00E6407B">
      <w:pPr>
        <w:ind w:firstLine="288"/>
      </w:pPr>
      <w:r>
        <w:rPr>
          <w:rFonts w:cs="Times New Roman"/>
        </w:rPr>
        <w:t>He simply looked at Nicodemus.</w:t>
      </w:r>
    </w:p>
    <w:p w14:paraId="731E9DD1" w14:textId="77777777" w:rsidR="007D7487" w:rsidRDefault="00E6407B">
      <w:pPr>
        <w:ind w:firstLine="288"/>
      </w:pPr>
      <w:r>
        <w:rPr>
          <w:rFonts w:cs="Times New Roman"/>
        </w:rPr>
        <w:t>The old teacher's mouth opened.</w:t>
      </w:r>
    </w:p>
    <w:p w14:paraId="78994851" w14:textId="77777777" w:rsidR="007D7487" w:rsidRDefault="00E6407B">
      <w:pPr>
        <w:ind w:firstLine="288"/>
      </w:pPr>
      <w:r>
        <w:rPr>
          <w:rFonts w:cs="Times New Roman"/>
        </w:rPr>
        <w:t>Closed.</w:t>
      </w:r>
    </w:p>
    <w:p w14:paraId="2B78531F" w14:textId="77777777" w:rsidR="007D7487" w:rsidRDefault="00E6407B">
      <w:pPr>
        <w:ind w:firstLine="288"/>
      </w:pPr>
      <w:r>
        <w:rPr>
          <w:rFonts w:cs="Times New Roman"/>
        </w:rPr>
        <w:t>His breath caught high in his throat.</w:t>
      </w:r>
    </w:p>
    <w:p w14:paraId="4219A44D" w14:textId="77777777" w:rsidR="007D7487" w:rsidRDefault="00E6407B">
      <w:pPr>
        <w:ind w:firstLine="288"/>
      </w:pPr>
      <w:r>
        <w:rPr>
          <w:rFonts w:cs="Times New Roman"/>
        </w:rPr>
        <w:t>His chin lifted slightly as though he needed more room to draw air.</w:t>
      </w:r>
    </w:p>
    <w:p w14:paraId="6CC10838" w14:textId="77777777" w:rsidR="007D7487" w:rsidRDefault="00E6407B">
      <w:pPr>
        <w:ind w:firstLine="288"/>
      </w:pPr>
      <w:r>
        <w:rPr>
          <w:rFonts w:cs="Times New Roman"/>
        </w:rPr>
        <w:t>A night returned.</w:t>
      </w:r>
    </w:p>
    <w:p w14:paraId="44653BE9" w14:textId="77777777" w:rsidR="007D7487" w:rsidRDefault="00E6407B">
      <w:pPr>
        <w:ind w:firstLine="288"/>
      </w:pPr>
      <w:r>
        <w:rPr>
          <w:rFonts w:cs="Times New Roman"/>
        </w:rPr>
        <w:t>A rooftop.</w:t>
      </w:r>
    </w:p>
    <w:p w14:paraId="7AB84550" w14:textId="77777777" w:rsidR="007D7487" w:rsidRDefault="00E6407B">
      <w:pPr>
        <w:ind w:firstLine="288"/>
      </w:pPr>
      <w:r>
        <w:rPr>
          <w:rFonts w:cs="Times New Roman"/>
        </w:rPr>
        <w:t>A younger old man pretending he understood more than he did.</w:t>
      </w:r>
    </w:p>
    <w:p w14:paraId="0A480EF1" w14:textId="77777777" w:rsidR="007D7487" w:rsidRDefault="00E6407B">
      <w:pPr>
        <w:ind w:firstLine="288"/>
      </w:pPr>
      <w:r>
        <w:rPr>
          <w:rFonts w:cs="Times New Roman"/>
        </w:rPr>
        <w:t>"And as Moses lifted up the serpent in the wilderness..."</w:t>
      </w:r>
    </w:p>
    <w:p w14:paraId="0971F737" w14:textId="77777777" w:rsidR="007D7487" w:rsidRDefault="00E6407B">
      <w:pPr>
        <w:ind w:firstLine="288"/>
      </w:pPr>
      <w:r>
        <w:rPr>
          <w:rFonts w:cs="Times New Roman"/>
        </w:rPr>
        <w:t>Nicodemus stood so quickly Joseph reached out.</w:t>
      </w:r>
    </w:p>
    <w:p w14:paraId="7425AD47" w14:textId="77777777" w:rsidR="007D7487" w:rsidRDefault="00E6407B">
      <w:pPr>
        <w:ind w:firstLine="288"/>
      </w:pPr>
      <w:r>
        <w:rPr>
          <w:rFonts w:cs="Times New Roman"/>
        </w:rPr>
        <w:t>"You told me."</w:t>
      </w:r>
    </w:p>
    <w:p w14:paraId="647574C0" w14:textId="77777777" w:rsidR="007D7487" w:rsidRDefault="00E6407B">
      <w:pPr>
        <w:ind w:firstLine="288"/>
      </w:pPr>
      <w:r>
        <w:rPr>
          <w:rFonts w:cs="Times New Roman"/>
        </w:rPr>
        <w:t>Jesus smiled.</w:t>
      </w:r>
    </w:p>
    <w:p w14:paraId="090CE29D" w14:textId="77777777" w:rsidR="007D7487" w:rsidRDefault="00E6407B">
      <w:pPr>
        <w:ind w:firstLine="288"/>
      </w:pPr>
      <w:r>
        <w:rPr>
          <w:rFonts w:cs="Times New Roman"/>
        </w:rPr>
        <w:t>Nicodemus pointed at Him.</w:t>
      </w:r>
    </w:p>
    <w:p w14:paraId="4E5E53FC" w14:textId="77777777" w:rsidR="007D7487" w:rsidRDefault="00E6407B">
      <w:pPr>
        <w:ind w:firstLine="288"/>
      </w:pPr>
      <w:r>
        <w:rPr>
          <w:rFonts w:cs="Times New Roman"/>
        </w:rPr>
        <w:t>"You told me."</w:t>
      </w:r>
    </w:p>
    <w:p w14:paraId="13C8D82C" w14:textId="77777777" w:rsidR="007D7487" w:rsidRDefault="00E6407B">
      <w:pPr>
        <w:ind w:firstLine="288"/>
      </w:pPr>
      <w:r>
        <w:rPr>
          <w:rFonts w:cs="Times New Roman"/>
        </w:rPr>
        <w:t>Laughter moved through the gathering, but Nicodemus barely heard it.</w:t>
      </w:r>
    </w:p>
    <w:p w14:paraId="1B19B97F" w14:textId="77777777" w:rsidR="007D7487" w:rsidRDefault="00E6407B">
      <w:pPr>
        <w:ind w:firstLine="288"/>
      </w:pPr>
      <w:r>
        <w:rPr>
          <w:rFonts w:cs="Times New Roman"/>
        </w:rPr>
        <w:t>"The serpent was lifted."</w:t>
      </w:r>
    </w:p>
    <w:p w14:paraId="44EE08BD" w14:textId="77777777" w:rsidR="007D7487" w:rsidRDefault="00E6407B">
      <w:pPr>
        <w:ind w:firstLine="288"/>
      </w:pPr>
      <w:r>
        <w:rPr>
          <w:rFonts w:cs="Times New Roman"/>
        </w:rPr>
        <w:t>His eyes went to Jesus' hands.</w:t>
      </w:r>
    </w:p>
    <w:p w14:paraId="7AD21F10" w14:textId="77777777" w:rsidR="007D7487" w:rsidRDefault="00E6407B">
      <w:pPr>
        <w:ind w:firstLine="288"/>
      </w:pPr>
      <w:r>
        <w:rPr>
          <w:rFonts w:cs="Times New Roman"/>
        </w:rPr>
        <w:t>"The Son of man..."</w:t>
      </w:r>
    </w:p>
    <w:p w14:paraId="69FE91EF" w14:textId="77777777" w:rsidR="007D7487" w:rsidRDefault="00E6407B">
      <w:pPr>
        <w:ind w:firstLine="288"/>
      </w:pPr>
      <w:r>
        <w:rPr>
          <w:rFonts w:cs="Times New Roman"/>
        </w:rPr>
        <w:t>His voice dropped.</w:t>
      </w:r>
    </w:p>
    <w:p w14:paraId="66317808" w14:textId="77777777" w:rsidR="007D7487" w:rsidRDefault="00E6407B">
      <w:pPr>
        <w:ind w:firstLine="288"/>
      </w:pPr>
      <w:r>
        <w:rPr>
          <w:rFonts w:cs="Times New Roman"/>
        </w:rPr>
        <w:t>"Lifted up."</w:t>
      </w:r>
    </w:p>
    <w:p w14:paraId="12D6AE90" w14:textId="77777777" w:rsidR="007D7487" w:rsidRDefault="00E6407B">
      <w:pPr>
        <w:ind w:firstLine="288"/>
      </w:pPr>
      <w:r>
        <w:rPr>
          <w:rFonts w:cs="Times New Roman"/>
        </w:rPr>
        <w:t>He looked as though the years between that night and Golgotha had collapsed into one moment.</w:t>
      </w:r>
    </w:p>
    <w:p w14:paraId="50F3941E" w14:textId="77777777" w:rsidR="007D7487" w:rsidRDefault="00E6407B">
      <w:pPr>
        <w:ind w:firstLine="288"/>
      </w:pPr>
      <w:r>
        <w:rPr>
          <w:rFonts w:cs="Times New Roman"/>
        </w:rPr>
        <w:t>"I watched You."</w:t>
      </w:r>
    </w:p>
    <w:p w14:paraId="2B861984" w14:textId="77777777" w:rsidR="007D7487" w:rsidRDefault="00E6407B">
      <w:pPr>
        <w:ind w:firstLine="288"/>
      </w:pPr>
      <w:r>
        <w:rPr>
          <w:rFonts w:cs="Times New Roman"/>
        </w:rPr>
        <w:t>His eyes flooded.</w:t>
      </w:r>
    </w:p>
    <w:p w14:paraId="528DB5E4" w14:textId="77777777" w:rsidR="007D7487" w:rsidRDefault="00E6407B">
      <w:pPr>
        <w:ind w:firstLine="288"/>
      </w:pPr>
      <w:r>
        <w:rPr>
          <w:rFonts w:cs="Times New Roman"/>
        </w:rPr>
        <w:t>"I watched them lift You."</w:t>
      </w:r>
    </w:p>
    <w:p w14:paraId="2187DCF9" w14:textId="77777777" w:rsidR="007D7487" w:rsidRDefault="00E6407B">
      <w:pPr>
        <w:ind w:firstLine="288"/>
      </w:pPr>
      <w:r>
        <w:rPr>
          <w:rFonts w:cs="Times New Roman"/>
        </w:rPr>
        <w:t>A breath.</w:t>
      </w:r>
    </w:p>
    <w:p w14:paraId="7434FA92" w14:textId="77777777" w:rsidR="007D7487" w:rsidRDefault="00E6407B">
      <w:pPr>
        <w:ind w:firstLine="288"/>
      </w:pPr>
      <w:r>
        <w:rPr>
          <w:rFonts w:cs="Times New Roman"/>
        </w:rPr>
        <w:t>"And You told me before it happened."</w:t>
      </w:r>
    </w:p>
    <w:p w14:paraId="2F7DA322" w14:textId="77777777" w:rsidR="007D7487" w:rsidRDefault="00E6407B">
      <w:pPr>
        <w:ind w:firstLine="288"/>
      </w:pPr>
      <w:r>
        <w:rPr>
          <w:rFonts w:cs="Times New Roman"/>
        </w:rPr>
        <w:t>His mouth pulled into a disbelieving smile.</w:t>
      </w:r>
    </w:p>
    <w:p w14:paraId="01E81F01" w14:textId="77777777" w:rsidR="007D7487" w:rsidRDefault="00E6407B">
      <w:pPr>
        <w:ind w:firstLine="288"/>
      </w:pPr>
      <w:r>
        <w:rPr>
          <w:rFonts w:cs="Times New Roman"/>
        </w:rPr>
        <w:t>"Of course."</w:t>
      </w:r>
    </w:p>
    <w:p w14:paraId="40FA2010" w14:textId="77777777" w:rsidR="007D7487" w:rsidRDefault="00E6407B">
      <w:pPr>
        <w:ind w:firstLine="288"/>
      </w:pPr>
      <w:r>
        <w:rPr>
          <w:rFonts w:cs="Times New Roman"/>
        </w:rPr>
        <w:t>Jesus raised one eyebrow.</w:t>
      </w:r>
    </w:p>
    <w:p w14:paraId="56ACD038" w14:textId="77777777" w:rsidR="007D7487" w:rsidRDefault="00E6407B">
      <w:pPr>
        <w:ind w:firstLine="288"/>
      </w:pPr>
      <w:r>
        <w:rPr>
          <w:rFonts w:cs="Times New Roman"/>
        </w:rPr>
        <w:t>"That one took you some time."</w:t>
      </w:r>
    </w:p>
    <w:p w14:paraId="3EBCCCFC" w14:textId="77777777" w:rsidR="007D7487" w:rsidRDefault="00E6407B">
      <w:pPr>
        <w:ind w:firstLine="288"/>
      </w:pPr>
      <w:r>
        <w:rPr>
          <w:rFonts w:cs="Times New Roman"/>
        </w:rPr>
        <w:t>Nicodemus laughed through tears.</w:t>
      </w:r>
    </w:p>
    <w:p w14:paraId="6C10B4D0" w14:textId="77777777" w:rsidR="007D7487" w:rsidRDefault="00E6407B">
      <w:pPr>
        <w:ind w:firstLine="288"/>
      </w:pPr>
      <w:r>
        <w:rPr>
          <w:rFonts w:cs="Times New Roman"/>
        </w:rPr>
        <w:t>"Three years."</w:t>
      </w:r>
    </w:p>
    <w:p w14:paraId="57F58486" w14:textId="77777777" w:rsidR="007D7487" w:rsidRDefault="00E6407B">
      <w:pPr>
        <w:ind w:firstLine="288"/>
      </w:pPr>
      <w:r>
        <w:rPr>
          <w:rFonts w:cs="Times New Roman"/>
        </w:rPr>
        <w:t>"Better late than never."</w:t>
      </w:r>
    </w:p>
    <w:p w14:paraId="00E9F75A" w14:textId="77777777" w:rsidR="007D7487" w:rsidRDefault="00E6407B">
      <w:pPr>
        <w:ind w:firstLine="288"/>
      </w:pPr>
      <w:r>
        <w:rPr>
          <w:rFonts w:cs="Times New Roman"/>
        </w:rPr>
        <w:t>Joseph leaned toward him.</w:t>
      </w:r>
    </w:p>
    <w:p w14:paraId="2AC2F60A" w14:textId="77777777" w:rsidR="007D7487" w:rsidRDefault="00E6407B">
      <w:pPr>
        <w:ind w:firstLine="288"/>
      </w:pPr>
      <w:r>
        <w:rPr>
          <w:rFonts w:cs="Times New Roman"/>
        </w:rPr>
        <w:t>"Breathe."</w:t>
      </w:r>
    </w:p>
    <w:p w14:paraId="146595E8" w14:textId="77777777" w:rsidR="007D7487" w:rsidRDefault="00E6407B">
      <w:pPr>
        <w:ind w:firstLine="288"/>
      </w:pPr>
      <w:r>
        <w:rPr>
          <w:rFonts w:cs="Times New Roman"/>
        </w:rPr>
        <w:t>Nicodemus waved him away.</w:t>
      </w:r>
    </w:p>
    <w:p w14:paraId="1834B412" w14:textId="77777777" w:rsidR="007D7487" w:rsidRDefault="00E6407B">
      <w:pPr>
        <w:ind w:firstLine="288"/>
      </w:pPr>
      <w:r>
        <w:rPr>
          <w:rFonts w:cs="Times New Roman"/>
        </w:rPr>
        <w:t>"I am breathing."</w:t>
      </w:r>
    </w:p>
    <w:p w14:paraId="38ECDD03" w14:textId="77777777" w:rsidR="007D7487" w:rsidRDefault="00E6407B">
      <w:pPr>
        <w:ind w:firstLine="288"/>
      </w:pPr>
      <w:r>
        <w:rPr>
          <w:rFonts w:cs="Times New Roman"/>
        </w:rPr>
        <w:lastRenderedPageBreak/>
        <w:t>"Not convincingly."</w:t>
      </w:r>
    </w:p>
    <w:p w14:paraId="71E77C57" w14:textId="77777777" w:rsidR="007D7487" w:rsidRDefault="00E6407B">
      <w:pPr>
        <w:ind w:firstLine="288"/>
      </w:pPr>
      <w:r>
        <w:rPr>
          <w:rFonts w:cs="Times New Roman"/>
        </w:rPr>
        <w:t>Peter called from the other side.</w:t>
      </w:r>
    </w:p>
    <w:p w14:paraId="5899F942" w14:textId="77777777" w:rsidR="007D7487" w:rsidRDefault="00E6407B">
      <w:pPr>
        <w:ind w:firstLine="288"/>
      </w:pPr>
      <w:r>
        <w:rPr>
          <w:rFonts w:cs="Times New Roman"/>
        </w:rPr>
        <w:t>"Try quieter."</w:t>
      </w:r>
    </w:p>
    <w:p w14:paraId="25FC494C" w14:textId="77777777" w:rsidR="007D7487" w:rsidRDefault="00E6407B">
      <w:pPr>
        <w:ind w:firstLine="288"/>
      </w:pPr>
      <w:r>
        <w:rPr>
          <w:rFonts w:cs="Times New Roman"/>
        </w:rPr>
        <w:t>Nicodemus turned.</w:t>
      </w:r>
    </w:p>
    <w:p w14:paraId="5A94A6CC" w14:textId="77777777" w:rsidR="007D7487" w:rsidRDefault="00E6407B">
      <w:pPr>
        <w:ind w:firstLine="288"/>
      </w:pPr>
      <w:r>
        <w:rPr>
          <w:rFonts w:cs="Times New Roman"/>
        </w:rPr>
        <w:t>"I have not said anything to you."</w:t>
      </w:r>
    </w:p>
    <w:p w14:paraId="13CFD72C" w14:textId="77777777" w:rsidR="007D7487" w:rsidRDefault="00E6407B">
      <w:pPr>
        <w:ind w:firstLine="288"/>
      </w:pPr>
      <w:r>
        <w:rPr>
          <w:rFonts w:cs="Times New Roman"/>
        </w:rPr>
        <w:t>"You are breathing loudly again."</w:t>
      </w:r>
    </w:p>
    <w:p w14:paraId="277E7E84" w14:textId="77777777" w:rsidR="007D7487" w:rsidRDefault="00E6407B">
      <w:pPr>
        <w:ind w:firstLine="288"/>
      </w:pPr>
      <w:r>
        <w:rPr>
          <w:rFonts w:cs="Times New Roman"/>
        </w:rPr>
        <w:t>The laughter came more easily this time.</w:t>
      </w:r>
    </w:p>
    <w:p w14:paraId="3AC84507" w14:textId="77777777" w:rsidR="007D7487" w:rsidRDefault="00E6407B">
      <w:pPr>
        <w:ind w:firstLine="288"/>
      </w:pPr>
      <w:r>
        <w:rPr>
          <w:rFonts w:cs="Times New Roman"/>
        </w:rPr>
        <w:t>Nicodemus sat.</w:t>
      </w:r>
    </w:p>
    <w:p w14:paraId="300CE46D" w14:textId="77777777" w:rsidR="007D7487" w:rsidRDefault="00E6407B">
      <w:pPr>
        <w:ind w:firstLine="288"/>
      </w:pPr>
      <w:r>
        <w:rPr>
          <w:rFonts w:cs="Times New Roman"/>
        </w:rPr>
        <w:t>His eyes never left Jesus.</w:t>
      </w:r>
    </w:p>
    <w:p w14:paraId="79A3FCFD" w14:textId="77777777" w:rsidR="007D7487" w:rsidRDefault="00E6407B">
      <w:pPr>
        <w:ind w:firstLine="288"/>
      </w:pPr>
      <w:r>
        <w:rPr>
          <w:rFonts w:cs="Times New Roman"/>
        </w:rPr>
        <w:t>What had once sounded like an impossible nighttime riddle had become a memory of the cross.</w:t>
      </w:r>
    </w:p>
    <w:p w14:paraId="232D7C7C" w14:textId="77777777" w:rsidR="007D7487" w:rsidRDefault="00E6407B">
      <w:pPr>
        <w:ind w:firstLine="288"/>
      </w:pPr>
      <w:r>
        <w:rPr>
          <w:rFonts w:cs="Times New Roman"/>
        </w:rPr>
        <w:t>Lifted.</w:t>
      </w:r>
    </w:p>
    <w:p w14:paraId="230D5D37" w14:textId="77777777" w:rsidR="007D7487" w:rsidRDefault="00E6407B">
      <w:pPr>
        <w:ind w:firstLine="288"/>
      </w:pPr>
      <w:r>
        <w:rPr>
          <w:rFonts w:cs="Times New Roman"/>
        </w:rPr>
        <w:t>Look.</w:t>
      </w:r>
    </w:p>
    <w:p w14:paraId="52BDDB59" w14:textId="77777777" w:rsidR="007D7487" w:rsidRDefault="00E6407B">
      <w:pPr>
        <w:ind w:firstLine="288"/>
      </w:pPr>
      <w:r>
        <w:rPr>
          <w:rFonts w:cs="Times New Roman"/>
        </w:rPr>
        <w:t>Believe.</w:t>
      </w:r>
    </w:p>
    <w:p w14:paraId="5894D367" w14:textId="77777777" w:rsidR="007D7487" w:rsidRDefault="00E6407B">
      <w:pPr>
        <w:ind w:firstLine="288"/>
      </w:pPr>
      <w:r>
        <w:rPr>
          <w:rFonts w:cs="Times New Roman"/>
        </w:rPr>
        <w:t>Live.</w:t>
      </w:r>
    </w:p>
    <w:p w14:paraId="607EE9BD" w14:textId="77777777" w:rsidR="007D7487" w:rsidRDefault="00E6407B">
      <w:pPr>
        <w:suppressLineNumbers/>
        <w:spacing w:before="100" w:after="100"/>
        <w:jc w:val="center"/>
      </w:pPr>
      <w:r>
        <w:rPr>
          <w:rFonts w:cs="Times New Roman"/>
          <w:sz w:val="20"/>
        </w:rPr>
        <w:t>* * *</w:t>
      </w:r>
    </w:p>
    <w:p w14:paraId="7FD9D0E5" w14:textId="77777777" w:rsidR="007D7487" w:rsidRDefault="00E6407B">
      <w:pPr>
        <w:ind w:firstLine="288"/>
      </w:pPr>
      <w:r>
        <w:rPr>
          <w:rFonts w:cs="Times New Roman"/>
        </w:rPr>
        <w:t>Jesus let Nicodemus recover.</w:t>
      </w:r>
    </w:p>
    <w:p w14:paraId="622FEE34" w14:textId="77777777" w:rsidR="007D7487" w:rsidRDefault="00E6407B">
      <w:pPr>
        <w:ind w:firstLine="288"/>
      </w:pPr>
      <w:r>
        <w:rPr>
          <w:rFonts w:cs="Times New Roman"/>
        </w:rPr>
        <w:t>Then He asked John:</w:t>
      </w:r>
    </w:p>
    <w:p w14:paraId="63D23B66" w14:textId="77777777" w:rsidR="007D7487" w:rsidRDefault="00E6407B">
      <w:pPr>
        <w:ind w:firstLine="288"/>
      </w:pPr>
      <w:r>
        <w:rPr>
          <w:rFonts w:cs="Times New Roman"/>
        </w:rPr>
        <w:t>"What did you hear beneath the cross?"</w:t>
      </w:r>
    </w:p>
    <w:p w14:paraId="133D9139" w14:textId="77777777" w:rsidR="007D7487" w:rsidRDefault="00E6407B">
      <w:pPr>
        <w:ind w:firstLine="288"/>
      </w:pPr>
      <w:r>
        <w:rPr>
          <w:rFonts w:cs="Times New Roman"/>
        </w:rPr>
        <w:t>John did not understand the question at first.</w:t>
      </w:r>
    </w:p>
    <w:p w14:paraId="3BF8F107" w14:textId="77777777" w:rsidR="007D7487" w:rsidRDefault="00E6407B">
      <w:pPr>
        <w:ind w:firstLine="288"/>
      </w:pPr>
      <w:r>
        <w:rPr>
          <w:rFonts w:cs="Times New Roman"/>
        </w:rPr>
        <w:t>Jesus continued.</w:t>
      </w:r>
    </w:p>
    <w:p w14:paraId="584371A8" w14:textId="77777777" w:rsidR="007D7487" w:rsidRDefault="00E6407B">
      <w:pPr>
        <w:ind w:firstLine="288"/>
      </w:pPr>
      <w:r>
        <w:rPr>
          <w:rFonts w:cs="Times New Roman"/>
        </w:rPr>
        <w:t>"The voices."</w:t>
      </w:r>
    </w:p>
    <w:p w14:paraId="2E6C2B40" w14:textId="77777777" w:rsidR="007D7487" w:rsidRDefault="00E6407B">
      <w:pPr>
        <w:ind w:firstLine="288"/>
      </w:pPr>
      <w:r>
        <w:rPr>
          <w:rFonts w:cs="Times New Roman"/>
        </w:rPr>
        <w:t>John's stomach tightened.</w:t>
      </w:r>
    </w:p>
    <w:p w14:paraId="06C3FB56" w14:textId="77777777" w:rsidR="007D7487" w:rsidRDefault="00E6407B">
      <w:pPr>
        <w:ind w:firstLine="288"/>
      </w:pPr>
      <w:r>
        <w:rPr>
          <w:rFonts w:cs="Times New Roman"/>
        </w:rPr>
        <w:t>Mockery.</w:t>
      </w:r>
    </w:p>
    <w:p w14:paraId="278DD7DA" w14:textId="77777777" w:rsidR="007D7487" w:rsidRDefault="00E6407B">
      <w:pPr>
        <w:ind w:firstLine="288"/>
      </w:pPr>
      <w:r>
        <w:rPr>
          <w:rFonts w:cs="Times New Roman"/>
        </w:rPr>
        <w:t>Men passing.</w:t>
      </w:r>
    </w:p>
    <w:p w14:paraId="079E9639" w14:textId="77777777" w:rsidR="007D7487" w:rsidRDefault="00E6407B">
      <w:pPr>
        <w:ind w:firstLine="288"/>
      </w:pPr>
      <w:r>
        <w:rPr>
          <w:rFonts w:cs="Times New Roman"/>
        </w:rPr>
        <w:t>Priests.</w:t>
      </w:r>
    </w:p>
    <w:p w14:paraId="69F5BBE1" w14:textId="77777777" w:rsidR="007D7487" w:rsidRDefault="00E6407B">
      <w:pPr>
        <w:ind w:firstLine="288"/>
      </w:pPr>
      <w:r>
        <w:rPr>
          <w:rFonts w:cs="Times New Roman"/>
        </w:rPr>
        <w:t>Soldiers.</w:t>
      </w:r>
    </w:p>
    <w:p w14:paraId="1335A944" w14:textId="77777777" w:rsidR="007D7487" w:rsidRDefault="00E6407B">
      <w:pPr>
        <w:ind w:firstLine="288"/>
      </w:pPr>
      <w:r>
        <w:rPr>
          <w:rFonts w:cs="Times New Roman"/>
        </w:rPr>
        <w:t>Words thrown upward toward a dying man.</w:t>
      </w:r>
    </w:p>
    <w:p w14:paraId="0CAB5938" w14:textId="77777777" w:rsidR="007D7487" w:rsidRDefault="00E6407B">
      <w:pPr>
        <w:ind w:firstLine="288"/>
      </w:pPr>
      <w:r>
        <w:rPr>
          <w:rFonts w:cs="Times New Roman"/>
        </w:rPr>
        <w:t>Jesus looked toward Nicodemus.</w:t>
      </w:r>
    </w:p>
    <w:p w14:paraId="248A5FB6" w14:textId="77777777" w:rsidR="007D7487" w:rsidRDefault="00E6407B">
      <w:pPr>
        <w:ind w:firstLine="288"/>
      </w:pPr>
      <w:r>
        <w:rPr>
          <w:rFonts w:cs="Times New Roman"/>
        </w:rPr>
        <w:t>"What did David write?"</w:t>
      </w:r>
    </w:p>
    <w:p w14:paraId="6B867C97" w14:textId="77777777" w:rsidR="007D7487" w:rsidRDefault="00E6407B">
      <w:pPr>
        <w:ind w:firstLine="288"/>
      </w:pPr>
      <w:r>
        <w:rPr>
          <w:rFonts w:cs="Times New Roman"/>
        </w:rPr>
        <w:t>Psalm 22 began moving through the old teacher's face.</w:t>
      </w:r>
    </w:p>
    <w:p w14:paraId="2166A4E5" w14:textId="77777777" w:rsidR="007D7487" w:rsidRDefault="00E6407B">
      <w:pPr>
        <w:ind w:firstLine="288"/>
      </w:pPr>
      <w:r>
        <w:rPr>
          <w:rFonts w:cs="Times New Roman"/>
        </w:rPr>
        <w:t>Jesus did not recite the whole Psalm.</w:t>
      </w:r>
    </w:p>
    <w:p w14:paraId="79D0985D" w14:textId="77777777" w:rsidR="007D7487" w:rsidRDefault="00E6407B">
      <w:pPr>
        <w:ind w:firstLine="288"/>
      </w:pPr>
      <w:r>
        <w:rPr>
          <w:rFonts w:cs="Times New Roman"/>
        </w:rPr>
        <w:t>He gave them the clues.</w:t>
      </w:r>
    </w:p>
    <w:p w14:paraId="52722A4F" w14:textId="77777777" w:rsidR="007D7487" w:rsidRDefault="00E6407B">
      <w:pPr>
        <w:ind w:firstLine="288"/>
      </w:pPr>
      <w:r>
        <w:rPr>
          <w:rFonts w:cs="Times New Roman"/>
        </w:rPr>
        <w:t>"Mockery."</w:t>
      </w:r>
    </w:p>
    <w:p w14:paraId="00CE02BA" w14:textId="77777777" w:rsidR="007D7487" w:rsidRDefault="00E6407B">
      <w:pPr>
        <w:ind w:firstLine="288"/>
      </w:pPr>
      <w:r>
        <w:rPr>
          <w:rFonts w:cs="Times New Roman"/>
        </w:rPr>
        <w:t>John heard it.</w:t>
      </w:r>
    </w:p>
    <w:p w14:paraId="7A4B4DDE" w14:textId="77777777" w:rsidR="007D7487" w:rsidRDefault="00E6407B">
      <w:pPr>
        <w:ind w:firstLine="288"/>
      </w:pPr>
      <w:r>
        <w:rPr>
          <w:rFonts w:cs="Times New Roman"/>
        </w:rPr>
        <w:t>"He trusted on the LORD that he would deliver him."</w:t>
      </w:r>
    </w:p>
    <w:p w14:paraId="35F7359C" w14:textId="77777777" w:rsidR="007D7487" w:rsidRDefault="00E6407B">
      <w:pPr>
        <w:ind w:firstLine="288"/>
      </w:pPr>
      <w:r>
        <w:rPr>
          <w:rFonts w:cs="Times New Roman"/>
        </w:rPr>
        <w:t>The exact cruelty returned.</w:t>
      </w:r>
    </w:p>
    <w:p w14:paraId="67D07FB4" w14:textId="77777777" w:rsidR="007D7487" w:rsidRDefault="00E6407B">
      <w:pPr>
        <w:ind w:firstLine="288"/>
      </w:pPr>
      <w:r>
        <w:rPr>
          <w:rFonts w:cs="Times New Roman"/>
        </w:rPr>
        <w:t>John's breathing changed.</w:t>
      </w:r>
    </w:p>
    <w:p w14:paraId="44C01B05" w14:textId="77777777" w:rsidR="007D7487" w:rsidRDefault="00E6407B">
      <w:pPr>
        <w:ind w:firstLine="288"/>
      </w:pPr>
      <w:r>
        <w:rPr>
          <w:rFonts w:cs="Times New Roman"/>
        </w:rPr>
        <w:t>They had said it.</w:t>
      </w:r>
    </w:p>
    <w:p w14:paraId="18D9679C" w14:textId="77777777" w:rsidR="007D7487" w:rsidRDefault="00E6407B">
      <w:pPr>
        <w:ind w:firstLine="288"/>
      </w:pPr>
      <w:r>
        <w:rPr>
          <w:rFonts w:cs="Times New Roman"/>
        </w:rPr>
        <w:lastRenderedPageBreak/>
        <w:t>He had heard them.</w:t>
      </w:r>
    </w:p>
    <w:p w14:paraId="67688883" w14:textId="77777777" w:rsidR="007D7487" w:rsidRDefault="00E6407B">
      <w:pPr>
        <w:ind w:firstLine="288"/>
      </w:pPr>
      <w:r>
        <w:rPr>
          <w:rFonts w:cs="Times New Roman"/>
        </w:rPr>
        <w:t>Jesus continued.</w:t>
      </w:r>
    </w:p>
    <w:p w14:paraId="3049F650" w14:textId="77777777" w:rsidR="007D7487" w:rsidRDefault="00E6407B">
      <w:pPr>
        <w:ind w:firstLine="288"/>
      </w:pPr>
      <w:r>
        <w:rPr>
          <w:rFonts w:cs="Times New Roman"/>
        </w:rPr>
        <w:t>"Garments."</w:t>
      </w:r>
    </w:p>
    <w:p w14:paraId="207B240B" w14:textId="77777777" w:rsidR="007D7487" w:rsidRDefault="00E6407B">
      <w:pPr>
        <w:ind w:firstLine="288"/>
      </w:pPr>
      <w:r>
        <w:rPr>
          <w:rFonts w:cs="Times New Roman"/>
        </w:rPr>
        <w:t>John's eyes closed briefly.</w:t>
      </w:r>
    </w:p>
    <w:p w14:paraId="2F2290B1" w14:textId="77777777" w:rsidR="007D7487" w:rsidRDefault="00E6407B">
      <w:pPr>
        <w:ind w:firstLine="288"/>
      </w:pPr>
      <w:r>
        <w:rPr>
          <w:rFonts w:cs="Times New Roman"/>
        </w:rPr>
        <w:t>Soldiers.</w:t>
      </w:r>
    </w:p>
    <w:p w14:paraId="5C158FD8" w14:textId="77777777" w:rsidR="007D7487" w:rsidRDefault="00E6407B">
      <w:pPr>
        <w:ind w:firstLine="288"/>
      </w:pPr>
      <w:r>
        <w:rPr>
          <w:rFonts w:cs="Times New Roman"/>
        </w:rPr>
        <w:t>Clothing divided.</w:t>
      </w:r>
    </w:p>
    <w:p w14:paraId="423C3E7D" w14:textId="77777777" w:rsidR="007D7487" w:rsidRDefault="00E6407B">
      <w:pPr>
        <w:ind w:firstLine="288"/>
      </w:pPr>
      <w:r>
        <w:rPr>
          <w:rFonts w:cs="Times New Roman"/>
        </w:rPr>
        <w:t>Lots cast.</w:t>
      </w:r>
    </w:p>
    <w:p w14:paraId="1C362644" w14:textId="77777777" w:rsidR="007D7487" w:rsidRDefault="00E6407B">
      <w:pPr>
        <w:ind w:firstLine="288"/>
      </w:pPr>
      <w:r>
        <w:rPr>
          <w:rFonts w:cs="Times New Roman"/>
        </w:rPr>
        <w:t>The casual boredom of men gambling beneath a crucified body.</w:t>
      </w:r>
    </w:p>
    <w:p w14:paraId="6466C4E9" w14:textId="77777777" w:rsidR="007D7487" w:rsidRDefault="00E6407B">
      <w:pPr>
        <w:ind w:firstLine="288"/>
      </w:pPr>
      <w:r>
        <w:rPr>
          <w:rFonts w:cs="Times New Roman"/>
        </w:rPr>
        <w:t>"You saw it."</w:t>
      </w:r>
    </w:p>
    <w:p w14:paraId="559D000D" w14:textId="77777777" w:rsidR="007D7487" w:rsidRDefault="00E6407B">
      <w:pPr>
        <w:ind w:firstLine="288"/>
      </w:pPr>
      <w:r>
        <w:rPr>
          <w:rFonts w:cs="Times New Roman"/>
        </w:rPr>
        <w:t>John nodded.</w:t>
      </w:r>
    </w:p>
    <w:p w14:paraId="0317D1A9" w14:textId="77777777" w:rsidR="007D7487" w:rsidRDefault="00E6407B">
      <w:pPr>
        <w:ind w:firstLine="288"/>
      </w:pPr>
      <w:r>
        <w:rPr>
          <w:rFonts w:cs="Times New Roman"/>
        </w:rPr>
        <w:t>Peter looked at him.</w:t>
      </w:r>
    </w:p>
    <w:p w14:paraId="43D2F931" w14:textId="77777777" w:rsidR="007D7487" w:rsidRDefault="00E6407B">
      <w:pPr>
        <w:ind w:firstLine="288"/>
      </w:pPr>
      <w:r>
        <w:rPr>
          <w:rFonts w:cs="Times New Roman"/>
        </w:rPr>
        <w:t>John forced the words out.</w:t>
      </w:r>
    </w:p>
    <w:p w14:paraId="0FAE9A82" w14:textId="77777777" w:rsidR="007D7487" w:rsidRDefault="00E6407B">
      <w:pPr>
        <w:ind w:firstLine="288"/>
      </w:pPr>
      <w:r>
        <w:rPr>
          <w:rFonts w:cs="Times New Roman"/>
        </w:rPr>
        <w:t>"They parted Your garments."</w:t>
      </w:r>
    </w:p>
    <w:p w14:paraId="386A1F34" w14:textId="77777777" w:rsidR="007D7487" w:rsidRDefault="00E6407B">
      <w:pPr>
        <w:ind w:firstLine="288"/>
      </w:pPr>
      <w:r>
        <w:rPr>
          <w:rFonts w:cs="Times New Roman"/>
        </w:rPr>
        <w:t>"And cast lots."</w:t>
      </w:r>
    </w:p>
    <w:p w14:paraId="5A3BEDA6" w14:textId="77777777" w:rsidR="007D7487" w:rsidRDefault="00E6407B">
      <w:pPr>
        <w:ind w:firstLine="288"/>
      </w:pPr>
      <w:r>
        <w:rPr>
          <w:rFonts w:cs="Times New Roman"/>
        </w:rPr>
        <w:t>Jesus looked toward Nicodemus.</w:t>
      </w:r>
    </w:p>
    <w:p w14:paraId="4818D863" w14:textId="77777777" w:rsidR="007D7487" w:rsidRDefault="00E6407B">
      <w:pPr>
        <w:ind w:firstLine="288"/>
      </w:pPr>
      <w:r>
        <w:rPr>
          <w:rFonts w:cs="Times New Roman"/>
        </w:rPr>
        <w:t>"How does the Psalm end?"</w:t>
      </w:r>
    </w:p>
    <w:p w14:paraId="7C323B0F" w14:textId="77777777" w:rsidR="007D7487" w:rsidRDefault="00E6407B">
      <w:pPr>
        <w:ind w:firstLine="288"/>
      </w:pPr>
      <w:r>
        <w:rPr>
          <w:rFonts w:cs="Times New Roman"/>
        </w:rPr>
        <w:t>Nicodemus had shifted from tears to concentration.</w:t>
      </w:r>
    </w:p>
    <w:p w14:paraId="2E109A46" w14:textId="77777777" w:rsidR="007D7487" w:rsidRDefault="00E6407B">
      <w:pPr>
        <w:ind w:firstLine="288"/>
      </w:pPr>
      <w:r>
        <w:rPr>
          <w:rFonts w:cs="Times New Roman"/>
        </w:rPr>
        <w:t>"The kingdom is the LORD'S."</w:t>
      </w:r>
    </w:p>
    <w:p w14:paraId="4DFB3197" w14:textId="77777777" w:rsidR="007D7487" w:rsidRDefault="00E6407B">
      <w:pPr>
        <w:ind w:firstLine="288"/>
      </w:pPr>
      <w:r>
        <w:rPr>
          <w:rFonts w:cs="Times New Roman"/>
        </w:rPr>
        <w:t>"And?"</w:t>
      </w:r>
    </w:p>
    <w:p w14:paraId="38AA569B" w14:textId="77777777" w:rsidR="007D7487" w:rsidRDefault="00E6407B">
      <w:pPr>
        <w:ind w:firstLine="288"/>
      </w:pPr>
      <w:r>
        <w:rPr>
          <w:rFonts w:cs="Times New Roman"/>
        </w:rPr>
        <w:t>"He is the governor among the nations."</w:t>
      </w:r>
    </w:p>
    <w:p w14:paraId="79C94F99" w14:textId="77777777" w:rsidR="007D7487" w:rsidRDefault="00E6407B">
      <w:pPr>
        <w:ind w:firstLine="288"/>
      </w:pPr>
      <w:r>
        <w:rPr>
          <w:rFonts w:cs="Times New Roman"/>
        </w:rPr>
        <w:t>"And?"</w:t>
      </w:r>
    </w:p>
    <w:p w14:paraId="3AFF91E0" w14:textId="77777777" w:rsidR="007D7487" w:rsidRDefault="00E6407B">
      <w:pPr>
        <w:ind w:firstLine="288"/>
      </w:pPr>
      <w:r>
        <w:rPr>
          <w:rFonts w:cs="Times New Roman"/>
        </w:rPr>
        <w:t>Nicodemus's expression changed.</w:t>
      </w:r>
    </w:p>
    <w:p w14:paraId="798C0A6D" w14:textId="77777777" w:rsidR="007D7487" w:rsidRDefault="00E6407B">
      <w:pPr>
        <w:ind w:firstLine="288"/>
      </w:pPr>
      <w:r>
        <w:rPr>
          <w:rFonts w:cs="Times New Roman"/>
        </w:rPr>
        <w:t>"All the ends of the world shall remember and turn unto the LORD."</w:t>
      </w:r>
    </w:p>
    <w:p w14:paraId="0C78DF74" w14:textId="77777777" w:rsidR="007D7487" w:rsidRDefault="00E6407B">
      <w:pPr>
        <w:ind w:firstLine="288"/>
      </w:pPr>
      <w:r>
        <w:rPr>
          <w:rFonts w:cs="Times New Roman"/>
        </w:rPr>
        <w:t>Jesus let that stand.</w:t>
      </w:r>
    </w:p>
    <w:p w14:paraId="14210F54" w14:textId="77777777" w:rsidR="007D7487" w:rsidRDefault="00E6407B">
      <w:pPr>
        <w:ind w:firstLine="288"/>
      </w:pPr>
      <w:r>
        <w:rPr>
          <w:rFonts w:cs="Times New Roman"/>
        </w:rPr>
        <w:t>A Psalm of suffering.</w:t>
      </w:r>
    </w:p>
    <w:p w14:paraId="5355C71B" w14:textId="77777777" w:rsidR="007D7487" w:rsidRDefault="00E6407B">
      <w:pPr>
        <w:ind w:firstLine="288"/>
      </w:pPr>
      <w:r>
        <w:rPr>
          <w:rFonts w:cs="Times New Roman"/>
        </w:rPr>
        <w:t>Ending among the nations.</w:t>
      </w:r>
    </w:p>
    <w:p w14:paraId="1CC43C7D" w14:textId="77777777" w:rsidR="007D7487" w:rsidRDefault="00E6407B">
      <w:pPr>
        <w:ind w:firstLine="288"/>
      </w:pPr>
      <w:r>
        <w:rPr>
          <w:rFonts w:cs="Times New Roman"/>
        </w:rPr>
        <w:t>Simon the Zealot noticed it.</w:t>
      </w:r>
    </w:p>
    <w:p w14:paraId="2F514D8B" w14:textId="77777777" w:rsidR="007D7487" w:rsidRDefault="00E6407B">
      <w:pPr>
        <w:ind w:firstLine="288"/>
      </w:pPr>
      <w:r>
        <w:rPr>
          <w:rFonts w:cs="Times New Roman"/>
        </w:rPr>
        <w:t>"So even there..."</w:t>
      </w:r>
    </w:p>
    <w:p w14:paraId="5D18A7EF" w14:textId="77777777" w:rsidR="007D7487" w:rsidRDefault="00E6407B">
      <w:pPr>
        <w:ind w:firstLine="288"/>
      </w:pPr>
      <w:r>
        <w:rPr>
          <w:rFonts w:cs="Times New Roman"/>
        </w:rPr>
        <w:t>Jesus looked toward him.</w:t>
      </w:r>
    </w:p>
    <w:p w14:paraId="15EF5EE2" w14:textId="77777777" w:rsidR="007D7487" w:rsidRDefault="00E6407B">
      <w:pPr>
        <w:ind w:firstLine="288"/>
      </w:pPr>
      <w:r>
        <w:rPr>
          <w:rFonts w:cs="Times New Roman"/>
        </w:rPr>
        <w:t>"The nations."</w:t>
      </w:r>
    </w:p>
    <w:p w14:paraId="1B17BC86" w14:textId="77777777" w:rsidR="007D7487" w:rsidRDefault="00E6407B">
      <w:pPr>
        <w:ind w:firstLine="288"/>
      </w:pPr>
      <w:r>
        <w:rPr>
          <w:rFonts w:cs="Times New Roman"/>
        </w:rPr>
        <w:t>Simon shook his head slowly.</w:t>
      </w:r>
    </w:p>
    <w:p w14:paraId="78A831E6" w14:textId="77777777" w:rsidR="007D7487" w:rsidRDefault="00E6407B">
      <w:pPr>
        <w:ind w:firstLine="288"/>
      </w:pPr>
      <w:r>
        <w:rPr>
          <w:rFonts w:cs="Times New Roman"/>
        </w:rPr>
        <w:t>They had been waiting for Messiah to throw nations away.</w:t>
      </w:r>
    </w:p>
    <w:p w14:paraId="678F40DC" w14:textId="77777777" w:rsidR="007D7487" w:rsidRDefault="00E6407B">
      <w:pPr>
        <w:ind w:firstLine="288"/>
      </w:pPr>
      <w:r>
        <w:rPr>
          <w:rFonts w:cs="Times New Roman"/>
        </w:rPr>
        <w:t>David's suffering Psalm had ended with the nations remembering the LORD.</w:t>
      </w:r>
    </w:p>
    <w:p w14:paraId="7DB81EF2" w14:textId="77777777" w:rsidR="007D7487" w:rsidRDefault="00E6407B">
      <w:pPr>
        <w:ind w:firstLine="288"/>
      </w:pPr>
      <w:r>
        <w:rPr>
          <w:rFonts w:cs="Times New Roman"/>
        </w:rPr>
        <w:t>Nicodemus looked almost offended by the arrangement.</w:t>
      </w:r>
    </w:p>
    <w:p w14:paraId="1B8820C1" w14:textId="77777777" w:rsidR="007D7487" w:rsidRDefault="00E6407B">
      <w:pPr>
        <w:ind w:firstLine="288"/>
      </w:pPr>
      <w:r>
        <w:rPr>
          <w:rFonts w:cs="Times New Roman"/>
        </w:rPr>
        <w:t>"I was taught the suffering words and the kingdom words from the same Psalm."</w:t>
      </w:r>
    </w:p>
    <w:p w14:paraId="505D42E3" w14:textId="77777777" w:rsidR="007D7487" w:rsidRDefault="00E6407B">
      <w:pPr>
        <w:ind w:firstLine="288"/>
      </w:pPr>
      <w:r>
        <w:rPr>
          <w:rFonts w:cs="Times New Roman"/>
        </w:rPr>
        <w:t>"But I kept them at different distances from one another."</w:t>
      </w:r>
    </w:p>
    <w:p w14:paraId="24DBCFD7" w14:textId="77777777" w:rsidR="007D7487" w:rsidRDefault="00E6407B">
      <w:pPr>
        <w:ind w:firstLine="288"/>
      </w:pPr>
      <w:r>
        <w:rPr>
          <w:rFonts w:cs="Times New Roman"/>
        </w:rPr>
        <w:t>Jesus looked at him.</w:t>
      </w:r>
    </w:p>
    <w:p w14:paraId="1FC128A0" w14:textId="77777777" w:rsidR="007D7487" w:rsidRDefault="00E6407B">
      <w:pPr>
        <w:ind w:firstLine="288"/>
      </w:pPr>
      <w:r>
        <w:rPr>
          <w:rFonts w:cs="Times New Roman"/>
        </w:rPr>
        <w:t>"The Psalm did not."</w:t>
      </w:r>
    </w:p>
    <w:p w14:paraId="50403A78" w14:textId="77777777" w:rsidR="007D7487" w:rsidRDefault="00E6407B">
      <w:pPr>
        <w:ind w:firstLine="288"/>
      </w:pPr>
      <w:r>
        <w:rPr>
          <w:rFonts w:cs="Times New Roman"/>
        </w:rPr>
        <w:lastRenderedPageBreak/>
        <w:t>Nicodemus closed his eyes.</w:t>
      </w:r>
    </w:p>
    <w:p w14:paraId="4B0FFE36" w14:textId="77777777" w:rsidR="007D7487" w:rsidRDefault="00E6407B">
      <w:pPr>
        <w:ind w:firstLine="288"/>
      </w:pPr>
      <w:r>
        <w:rPr>
          <w:rFonts w:cs="Times New Roman"/>
        </w:rPr>
        <w:t>Another shelf moved.</w:t>
      </w:r>
    </w:p>
    <w:p w14:paraId="3F9837AE" w14:textId="77777777" w:rsidR="007D7487" w:rsidRDefault="00E6407B">
      <w:pPr>
        <w:ind w:firstLine="288"/>
      </w:pPr>
      <w:r>
        <w:rPr>
          <w:rFonts w:cs="Times New Roman"/>
        </w:rPr>
        <w:t>Jesus turned from David to Isaiah.</w:t>
      </w:r>
    </w:p>
    <w:p w14:paraId="4D9CF4CA" w14:textId="77777777" w:rsidR="007D7487" w:rsidRDefault="00E6407B">
      <w:pPr>
        <w:ind w:firstLine="288"/>
      </w:pPr>
      <w:r>
        <w:rPr>
          <w:rFonts w:cs="Times New Roman"/>
        </w:rPr>
        <w:t>"The Servant was despised."</w:t>
      </w:r>
    </w:p>
    <w:p w14:paraId="1967B669" w14:textId="77777777" w:rsidR="007D7487" w:rsidRDefault="00E6407B">
      <w:pPr>
        <w:ind w:firstLine="288"/>
      </w:pPr>
      <w:r>
        <w:rPr>
          <w:rFonts w:cs="Times New Roman"/>
        </w:rPr>
        <w:t>"Rejected."</w:t>
      </w:r>
    </w:p>
    <w:p w14:paraId="3ACDA97F" w14:textId="77777777" w:rsidR="007D7487" w:rsidRDefault="00E6407B">
      <w:pPr>
        <w:ind w:firstLine="288"/>
      </w:pPr>
      <w:r>
        <w:rPr>
          <w:rFonts w:cs="Times New Roman"/>
        </w:rPr>
        <w:t>"Wounded."</w:t>
      </w:r>
    </w:p>
    <w:p w14:paraId="7EEC2E52" w14:textId="77777777" w:rsidR="007D7487" w:rsidRDefault="00E6407B">
      <w:pPr>
        <w:ind w:firstLine="288"/>
      </w:pPr>
      <w:r>
        <w:rPr>
          <w:rFonts w:cs="Times New Roman"/>
        </w:rPr>
        <w:t>"Bruised."</w:t>
      </w:r>
    </w:p>
    <w:p w14:paraId="45BA010A" w14:textId="77777777" w:rsidR="007D7487" w:rsidRDefault="00E6407B">
      <w:pPr>
        <w:ind w:firstLine="288"/>
      </w:pPr>
      <w:r>
        <w:rPr>
          <w:rFonts w:cs="Times New Roman"/>
        </w:rPr>
        <w:t>"Cut off from the land of the living."</w:t>
      </w:r>
    </w:p>
    <w:p w14:paraId="0BC6C337" w14:textId="77777777" w:rsidR="007D7487" w:rsidRDefault="00E6407B">
      <w:pPr>
        <w:ind w:firstLine="288"/>
      </w:pPr>
      <w:r>
        <w:rPr>
          <w:rFonts w:cs="Times New Roman"/>
        </w:rPr>
        <w:t>Joseph's hand tightened against his knee.</w:t>
      </w:r>
    </w:p>
    <w:p w14:paraId="633BBBA4" w14:textId="77777777" w:rsidR="007D7487" w:rsidRDefault="00E6407B">
      <w:pPr>
        <w:ind w:firstLine="288"/>
      </w:pPr>
      <w:r>
        <w:rPr>
          <w:rFonts w:cs="Times New Roman"/>
        </w:rPr>
        <w:t>Jesus looked toward him.</w:t>
      </w:r>
    </w:p>
    <w:p w14:paraId="059A784B" w14:textId="77777777" w:rsidR="007D7487" w:rsidRDefault="00E6407B">
      <w:pPr>
        <w:ind w:firstLine="288"/>
      </w:pPr>
      <w:r>
        <w:rPr>
          <w:rFonts w:cs="Times New Roman"/>
        </w:rPr>
        <w:t>"And His grave?"</w:t>
      </w:r>
    </w:p>
    <w:p w14:paraId="12059670" w14:textId="77777777" w:rsidR="007D7487" w:rsidRDefault="00E6407B">
      <w:pPr>
        <w:ind w:firstLine="288"/>
      </w:pPr>
      <w:r>
        <w:rPr>
          <w:rFonts w:cs="Times New Roman"/>
        </w:rPr>
        <w:t>Joseph's throat moved.</w:t>
      </w:r>
    </w:p>
    <w:p w14:paraId="7B68FB35" w14:textId="77777777" w:rsidR="007D7487" w:rsidRDefault="00E6407B">
      <w:pPr>
        <w:ind w:firstLine="288"/>
      </w:pPr>
      <w:r>
        <w:rPr>
          <w:rFonts w:cs="Times New Roman"/>
        </w:rPr>
        <w:t>He had carried the words on the road.</w:t>
      </w:r>
    </w:p>
    <w:p w14:paraId="057A2D1F" w14:textId="77777777" w:rsidR="007D7487" w:rsidRDefault="00E6407B">
      <w:pPr>
        <w:ind w:firstLine="288"/>
      </w:pPr>
      <w:r>
        <w:rPr>
          <w:rFonts w:cs="Times New Roman"/>
        </w:rPr>
        <w:t>Now the One who had lain in his tomb was asking him to speak them.</w:t>
      </w:r>
    </w:p>
    <w:p w14:paraId="3B21C452" w14:textId="77777777" w:rsidR="007D7487" w:rsidRDefault="00E6407B">
      <w:pPr>
        <w:ind w:firstLine="288"/>
      </w:pPr>
      <w:r>
        <w:rPr>
          <w:rFonts w:cs="Times New Roman"/>
        </w:rPr>
        <w:t>"With the wicked..."</w:t>
      </w:r>
    </w:p>
    <w:p w14:paraId="19755143" w14:textId="77777777" w:rsidR="007D7487" w:rsidRDefault="00E6407B">
      <w:pPr>
        <w:ind w:firstLine="288"/>
      </w:pPr>
      <w:r>
        <w:rPr>
          <w:rFonts w:cs="Times New Roman"/>
        </w:rPr>
        <w:t>His voice stopped.</w:t>
      </w:r>
    </w:p>
    <w:p w14:paraId="44BB3827" w14:textId="77777777" w:rsidR="007D7487" w:rsidRDefault="00E6407B">
      <w:pPr>
        <w:ind w:firstLine="288"/>
      </w:pPr>
      <w:r>
        <w:rPr>
          <w:rFonts w:cs="Times New Roman"/>
        </w:rPr>
        <w:t>He lifted his chin slightly and drew in a careful breath.</w:t>
      </w:r>
    </w:p>
    <w:p w14:paraId="5D660E93" w14:textId="77777777" w:rsidR="007D7487" w:rsidRDefault="00E6407B">
      <w:pPr>
        <w:ind w:firstLine="288"/>
      </w:pPr>
      <w:r>
        <w:rPr>
          <w:rFonts w:cs="Times New Roman"/>
        </w:rPr>
        <w:t>"...and with the rich in his death."</w:t>
      </w:r>
    </w:p>
    <w:p w14:paraId="2F4A1883" w14:textId="77777777" w:rsidR="007D7487" w:rsidRDefault="00E6407B">
      <w:pPr>
        <w:ind w:firstLine="288"/>
      </w:pPr>
      <w:r>
        <w:rPr>
          <w:rFonts w:cs="Times New Roman"/>
        </w:rPr>
        <w:t>Silence.</w:t>
      </w:r>
    </w:p>
    <w:p w14:paraId="489B1DC6" w14:textId="77777777" w:rsidR="007D7487" w:rsidRDefault="00E6407B">
      <w:pPr>
        <w:ind w:firstLine="288"/>
      </w:pPr>
      <w:r>
        <w:rPr>
          <w:rFonts w:cs="Times New Roman"/>
        </w:rPr>
        <w:t>Joseph looked at Jesus.</w:t>
      </w:r>
    </w:p>
    <w:p w14:paraId="01D21A03" w14:textId="77777777" w:rsidR="007D7487" w:rsidRDefault="00E6407B">
      <w:pPr>
        <w:ind w:firstLine="288"/>
      </w:pPr>
      <w:r>
        <w:rPr>
          <w:rFonts w:cs="Times New Roman"/>
        </w:rPr>
        <w:t>"You were in my tomb."</w:t>
      </w:r>
    </w:p>
    <w:p w14:paraId="743C99D6" w14:textId="77777777" w:rsidR="007D7487" w:rsidRDefault="00E6407B">
      <w:pPr>
        <w:ind w:firstLine="288"/>
      </w:pPr>
      <w:r>
        <w:rPr>
          <w:rFonts w:cs="Times New Roman"/>
        </w:rPr>
        <w:t>Jesus' expression softened.</w:t>
      </w:r>
    </w:p>
    <w:p w14:paraId="53E6A227" w14:textId="77777777" w:rsidR="007D7487" w:rsidRDefault="00E6407B">
      <w:pPr>
        <w:ind w:firstLine="288"/>
      </w:pPr>
      <w:r>
        <w:rPr>
          <w:rFonts w:cs="Times New Roman"/>
        </w:rPr>
        <w:t>"For a little while."</w:t>
      </w:r>
    </w:p>
    <w:p w14:paraId="51E782DD" w14:textId="77777777" w:rsidR="007D7487" w:rsidRDefault="00E6407B">
      <w:pPr>
        <w:ind w:firstLine="288"/>
      </w:pPr>
      <w:r>
        <w:rPr>
          <w:rFonts w:cs="Times New Roman"/>
        </w:rPr>
        <w:t>Joseph laughed once.</w:t>
      </w:r>
    </w:p>
    <w:p w14:paraId="39944A2D" w14:textId="77777777" w:rsidR="007D7487" w:rsidRDefault="00E6407B">
      <w:pPr>
        <w:ind w:firstLine="288"/>
      </w:pPr>
      <w:r>
        <w:rPr>
          <w:rFonts w:cs="Times New Roman"/>
        </w:rPr>
        <w:t>The laugh turned immediately into a sob.</w:t>
      </w:r>
    </w:p>
    <w:p w14:paraId="08EE7DC9" w14:textId="77777777" w:rsidR="007D7487" w:rsidRDefault="00E6407B">
      <w:pPr>
        <w:ind w:firstLine="288"/>
      </w:pPr>
      <w:r>
        <w:rPr>
          <w:rFonts w:cs="Times New Roman"/>
        </w:rPr>
        <w:t>He covered his face.</w:t>
      </w:r>
    </w:p>
    <w:p w14:paraId="405C4EE7" w14:textId="77777777" w:rsidR="007D7487" w:rsidRDefault="00E6407B">
      <w:pPr>
        <w:ind w:firstLine="288"/>
      </w:pPr>
      <w:r>
        <w:rPr>
          <w:rFonts w:cs="Times New Roman"/>
        </w:rPr>
        <w:t>Nicodemus put an arm around him.</w:t>
      </w:r>
    </w:p>
    <w:p w14:paraId="304BC750" w14:textId="77777777" w:rsidR="007D7487" w:rsidRDefault="00E6407B">
      <w:pPr>
        <w:ind w:firstLine="288"/>
      </w:pPr>
      <w:r>
        <w:rPr>
          <w:rFonts w:cs="Times New Roman"/>
        </w:rPr>
        <w:t>No one hurried the moment.</w:t>
      </w:r>
    </w:p>
    <w:p w14:paraId="662A2845" w14:textId="77777777" w:rsidR="007D7487" w:rsidRDefault="00E6407B">
      <w:pPr>
        <w:ind w:firstLine="288"/>
      </w:pPr>
      <w:r>
        <w:rPr>
          <w:rFonts w:cs="Times New Roman"/>
        </w:rPr>
        <w:t>The rich man had not bought fulfillment.</w:t>
      </w:r>
    </w:p>
    <w:p w14:paraId="7A57C198" w14:textId="77777777" w:rsidR="007D7487" w:rsidRDefault="00E6407B">
      <w:pPr>
        <w:ind w:firstLine="288"/>
      </w:pPr>
      <w:r>
        <w:rPr>
          <w:rFonts w:cs="Times New Roman"/>
        </w:rPr>
        <w:t>He had not arranged prophecy.</w:t>
      </w:r>
    </w:p>
    <w:p w14:paraId="13AADEF4" w14:textId="77777777" w:rsidR="007D7487" w:rsidRDefault="00E6407B">
      <w:pPr>
        <w:ind w:firstLine="288"/>
      </w:pPr>
      <w:r>
        <w:rPr>
          <w:rFonts w:cs="Times New Roman"/>
        </w:rPr>
        <w:t>He had simply done what love and courage permitted him to do when Jesus was dead.</w:t>
      </w:r>
    </w:p>
    <w:p w14:paraId="1D37FE80" w14:textId="77777777" w:rsidR="007D7487" w:rsidRDefault="00E6407B">
      <w:pPr>
        <w:ind w:firstLine="288"/>
      </w:pPr>
      <w:r>
        <w:rPr>
          <w:rFonts w:cs="Times New Roman"/>
        </w:rPr>
        <w:t>And in doing it, he had walked into Isaiah without knowing it.</w:t>
      </w:r>
    </w:p>
    <w:p w14:paraId="082B2F66" w14:textId="77777777" w:rsidR="007D7487" w:rsidRDefault="00E6407B">
      <w:pPr>
        <w:ind w:firstLine="288"/>
      </w:pPr>
      <w:r>
        <w:rPr>
          <w:rFonts w:cs="Times New Roman"/>
        </w:rPr>
        <w:t>Jesus waited until Joseph could breathe again.</w:t>
      </w:r>
    </w:p>
    <w:p w14:paraId="7BC606B0" w14:textId="77777777" w:rsidR="007D7487" w:rsidRDefault="00E6407B">
      <w:pPr>
        <w:ind w:firstLine="288"/>
      </w:pPr>
      <w:r>
        <w:rPr>
          <w:rFonts w:cs="Times New Roman"/>
        </w:rPr>
        <w:t>Then:</w:t>
      </w:r>
    </w:p>
    <w:p w14:paraId="76FB7556" w14:textId="77777777" w:rsidR="007D7487" w:rsidRDefault="00E6407B">
      <w:pPr>
        <w:ind w:firstLine="288"/>
      </w:pPr>
      <w:r>
        <w:rPr>
          <w:rFonts w:cs="Times New Roman"/>
        </w:rPr>
        <w:t>"What comes after the Servant is cut off?"</w:t>
      </w:r>
    </w:p>
    <w:p w14:paraId="27D1578F" w14:textId="77777777" w:rsidR="007D7487" w:rsidRDefault="00E6407B">
      <w:pPr>
        <w:ind w:firstLine="288"/>
      </w:pPr>
      <w:r>
        <w:rPr>
          <w:rFonts w:cs="Times New Roman"/>
        </w:rPr>
        <w:t>Nicodemus looked up.</w:t>
      </w:r>
    </w:p>
    <w:p w14:paraId="2518D168" w14:textId="77777777" w:rsidR="007D7487" w:rsidRDefault="00E6407B">
      <w:pPr>
        <w:ind w:firstLine="288"/>
      </w:pPr>
      <w:r>
        <w:rPr>
          <w:rFonts w:cs="Times New Roman"/>
        </w:rPr>
        <w:t>"He shall see his seed."</w:t>
      </w:r>
    </w:p>
    <w:p w14:paraId="44264F0F" w14:textId="77777777" w:rsidR="007D7487" w:rsidRDefault="00E6407B">
      <w:pPr>
        <w:ind w:firstLine="288"/>
      </w:pPr>
      <w:r>
        <w:rPr>
          <w:rFonts w:cs="Times New Roman"/>
        </w:rPr>
        <w:t>"And?"</w:t>
      </w:r>
    </w:p>
    <w:p w14:paraId="0CB3C8D8" w14:textId="77777777" w:rsidR="007D7487" w:rsidRDefault="00E6407B">
      <w:pPr>
        <w:ind w:firstLine="288"/>
      </w:pPr>
      <w:r>
        <w:rPr>
          <w:rFonts w:cs="Times New Roman"/>
        </w:rPr>
        <w:lastRenderedPageBreak/>
        <w:t>"He shall prolong his days."</w:t>
      </w:r>
    </w:p>
    <w:p w14:paraId="682CCA80" w14:textId="77777777" w:rsidR="007D7487" w:rsidRDefault="00E6407B">
      <w:pPr>
        <w:ind w:firstLine="288"/>
      </w:pPr>
      <w:r>
        <w:rPr>
          <w:rFonts w:cs="Times New Roman"/>
        </w:rPr>
        <w:t>There it was.</w:t>
      </w:r>
    </w:p>
    <w:p w14:paraId="19618E02" w14:textId="77777777" w:rsidR="007D7487" w:rsidRDefault="00E6407B">
      <w:pPr>
        <w:ind w:firstLine="288"/>
      </w:pPr>
      <w:r>
        <w:rPr>
          <w:rFonts w:cs="Times New Roman"/>
        </w:rPr>
        <w:t>Cut off.</w:t>
      </w:r>
    </w:p>
    <w:p w14:paraId="4E919FB8" w14:textId="77777777" w:rsidR="007D7487" w:rsidRDefault="00E6407B">
      <w:pPr>
        <w:ind w:firstLine="288"/>
      </w:pPr>
      <w:r>
        <w:rPr>
          <w:rFonts w:cs="Times New Roman"/>
        </w:rPr>
        <w:t>Then seeing.</w:t>
      </w:r>
    </w:p>
    <w:p w14:paraId="43A92A23" w14:textId="77777777" w:rsidR="007D7487" w:rsidRDefault="00E6407B">
      <w:pPr>
        <w:ind w:firstLine="288"/>
      </w:pPr>
      <w:r>
        <w:rPr>
          <w:rFonts w:cs="Times New Roman"/>
        </w:rPr>
        <w:t>Dead.</w:t>
      </w:r>
    </w:p>
    <w:p w14:paraId="4BC267D1" w14:textId="77777777" w:rsidR="007D7487" w:rsidRDefault="00E6407B">
      <w:pPr>
        <w:ind w:firstLine="288"/>
      </w:pPr>
      <w:r>
        <w:rPr>
          <w:rFonts w:cs="Times New Roman"/>
        </w:rPr>
        <w:t>Then days prolonged.</w:t>
      </w:r>
    </w:p>
    <w:p w14:paraId="7C15945D" w14:textId="77777777" w:rsidR="007D7487" w:rsidRDefault="00E6407B">
      <w:pPr>
        <w:ind w:firstLine="288"/>
      </w:pPr>
      <w:r>
        <w:rPr>
          <w:rFonts w:cs="Times New Roman"/>
        </w:rPr>
        <w:t>The contradiction only looked like contradiction until the risen Servant stood in front of them.</w:t>
      </w:r>
    </w:p>
    <w:p w14:paraId="62E9B303" w14:textId="77777777" w:rsidR="007D7487" w:rsidRDefault="00E6407B">
      <w:pPr>
        <w:ind w:firstLine="288"/>
      </w:pPr>
      <w:r>
        <w:rPr>
          <w:rFonts w:cs="Times New Roman"/>
        </w:rPr>
        <w:t>Nicodemus did not say "of course" this time.</w:t>
      </w:r>
    </w:p>
    <w:p w14:paraId="3A85646A" w14:textId="77777777" w:rsidR="007D7487" w:rsidRDefault="00E6407B">
      <w:pPr>
        <w:ind w:firstLine="288"/>
      </w:pPr>
      <w:r>
        <w:rPr>
          <w:rFonts w:cs="Times New Roman"/>
        </w:rPr>
        <w:t>He simply stared.</w:t>
      </w:r>
    </w:p>
    <w:p w14:paraId="2A6A06AF" w14:textId="77777777" w:rsidR="007D7487" w:rsidRDefault="00E6407B">
      <w:pPr>
        <w:ind w:firstLine="288"/>
      </w:pPr>
      <w:r>
        <w:rPr>
          <w:rFonts w:cs="Times New Roman"/>
        </w:rPr>
        <w:t>Jesus looked toward John.</w:t>
      </w:r>
    </w:p>
    <w:p w14:paraId="408F28B0" w14:textId="77777777" w:rsidR="007D7487" w:rsidRDefault="00E6407B">
      <w:pPr>
        <w:ind w:firstLine="288"/>
      </w:pPr>
      <w:r>
        <w:rPr>
          <w:rFonts w:cs="Times New Roman"/>
        </w:rPr>
        <w:t>"You were looking for glory."</w:t>
      </w:r>
    </w:p>
    <w:p w14:paraId="4F18BBDB" w14:textId="77777777" w:rsidR="007D7487" w:rsidRDefault="00E6407B">
      <w:pPr>
        <w:ind w:firstLine="288"/>
      </w:pPr>
      <w:r>
        <w:rPr>
          <w:rFonts w:cs="Times New Roman"/>
        </w:rPr>
        <w:t>John lowered his eyes.</w:t>
      </w:r>
    </w:p>
    <w:p w14:paraId="02EBAB30" w14:textId="77777777" w:rsidR="007D7487" w:rsidRDefault="00E6407B">
      <w:pPr>
        <w:ind w:firstLine="288"/>
      </w:pPr>
      <w:r>
        <w:rPr>
          <w:rFonts w:cs="Times New Roman"/>
        </w:rPr>
        <w:t>"And stepping over the suffering that led into it."</w:t>
      </w:r>
    </w:p>
    <w:p w14:paraId="2612EFC2" w14:textId="77777777" w:rsidR="007D7487" w:rsidRDefault="00E6407B">
      <w:pPr>
        <w:suppressLineNumbers/>
        <w:spacing w:before="100" w:after="100"/>
        <w:jc w:val="center"/>
      </w:pPr>
      <w:r>
        <w:rPr>
          <w:rFonts w:cs="Times New Roman"/>
          <w:sz w:val="20"/>
        </w:rPr>
        <w:t>* * *</w:t>
      </w:r>
    </w:p>
    <w:p w14:paraId="3F84BC79" w14:textId="77777777" w:rsidR="007D7487" w:rsidRDefault="00E6407B">
      <w:pPr>
        <w:ind w:firstLine="288"/>
      </w:pPr>
      <w:r>
        <w:rPr>
          <w:rFonts w:cs="Times New Roman"/>
        </w:rPr>
        <w:t>Peter's breathing changed.</w:t>
      </w:r>
    </w:p>
    <w:p w14:paraId="623F3403" w14:textId="77777777" w:rsidR="007D7487" w:rsidRDefault="00E6407B">
      <w:pPr>
        <w:ind w:firstLine="288"/>
      </w:pPr>
      <w:r>
        <w:rPr>
          <w:rFonts w:cs="Times New Roman"/>
        </w:rPr>
        <w:t>John heard it before Peter spoke.</w:t>
      </w:r>
    </w:p>
    <w:p w14:paraId="2DBB50ED" w14:textId="77777777" w:rsidR="007D7487" w:rsidRDefault="00E6407B">
      <w:pPr>
        <w:ind w:firstLine="288"/>
      </w:pPr>
      <w:r>
        <w:rPr>
          <w:rFonts w:cs="Times New Roman"/>
        </w:rPr>
        <w:t>Peter had kept his back straight before the larger gathering.</w:t>
      </w:r>
    </w:p>
    <w:p w14:paraId="061C54EA" w14:textId="77777777" w:rsidR="007D7487" w:rsidRDefault="00E6407B">
      <w:pPr>
        <w:ind w:firstLine="288"/>
      </w:pPr>
      <w:r>
        <w:rPr>
          <w:rFonts w:cs="Times New Roman"/>
        </w:rPr>
        <w:t>Now his head lowered slightly.</w:t>
      </w:r>
    </w:p>
    <w:p w14:paraId="07F24D0F" w14:textId="77777777" w:rsidR="007D7487" w:rsidRDefault="00E6407B">
      <w:pPr>
        <w:ind w:firstLine="288"/>
      </w:pPr>
      <w:r>
        <w:rPr>
          <w:rFonts w:cs="Times New Roman"/>
        </w:rPr>
        <w:t>"Then You had to die?"</w:t>
      </w:r>
    </w:p>
    <w:p w14:paraId="7582E6D4" w14:textId="77777777" w:rsidR="007D7487" w:rsidRDefault="00E6407B">
      <w:pPr>
        <w:ind w:firstLine="288"/>
      </w:pPr>
      <w:r>
        <w:rPr>
          <w:rFonts w:cs="Times New Roman"/>
        </w:rPr>
        <w:t>The question sounded younger than Peter.</w:t>
      </w:r>
    </w:p>
    <w:p w14:paraId="39DE3D90" w14:textId="77777777" w:rsidR="007D7487" w:rsidRDefault="00E6407B">
      <w:pPr>
        <w:ind w:firstLine="288"/>
      </w:pPr>
      <w:r>
        <w:rPr>
          <w:rFonts w:cs="Times New Roman"/>
        </w:rPr>
        <w:t>Jesus looked at him.</w:t>
      </w:r>
    </w:p>
    <w:p w14:paraId="1DECA28B" w14:textId="77777777" w:rsidR="007D7487" w:rsidRDefault="00E6407B">
      <w:pPr>
        <w:ind w:firstLine="288"/>
      </w:pPr>
      <w:r>
        <w:rPr>
          <w:rFonts w:cs="Times New Roman"/>
        </w:rPr>
        <w:t>"What did the Scriptures say?"</w:t>
      </w:r>
    </w:p>
    <w:p w14:paraId="1A24712F" w14:textId="77777777" w:rsidR="007D7487" w:rsidRDefault="00E6407B">
      <w:pPr>
        <w:ind w:firstLine="288"/>
      </w:pPr>
      <w:r>
        <w:rPr>
          <w:rFonts w:cs="Times New Roman"/>
        </w:rPr>
        <w:t>Peter swallowed.</w:t>
      </w:r>
    </w:p>
    <w:p w14:paraId="0316E4E1" w14:textId="77777777" w:rsidR="007D7487" w:rsidRDefault="00E6407B">
      <w:pPr>
        <w:ind w:firstLine="288"/>
      </w:pPr>
      <w:r>
        <w:rPr>
          <w:rFonts w:cs="Times New Roman"/>
        </w:rPr>
        <w:t>"The Shepherd..."</w:t>
      </w:r>
    </w:p>
    <w:p w14:paraId="2057462F" w14:textId="77777777" w:rsidR="007D7487" w:rsidRDefault="00E6407B">
      <w:pPr>
        <w:ind w:firstLine="288"/>
      </w:pPr>
      <w:r>
        <w:rPr>
          <w:rFonts w:cs="Times New Roman"/>
        </w:rPr>
        <w:t>His jaw tightened.</w:t>
      </w:r>
    </w:p>
    <w:p w14:paraId="4F2C46A0" w14:textId="77777777" w:rsidR="007D7487" w:rsidRDefault="00E6407B">
      <w:pPr>
        <w:ind w:firstLine="288"/>
      </w:pPr>
      <w:r>
        <w:rPr>
          <w:rFonts w:cs="Times New Roman"/>
        </w:rPr>
        <w:t>"Would be struck."</w:t>
      </w:r>
    </w:p>
    <w:p w14:paraId="709E58E4" w14:textId="77777777" w:rsidR="007D7487" w:rsidRDefault="00E6407B">
      <w:pPr>
        <w:ind w:firstLine="288"/>
      </w:pPr>
      <w:r>
        <w:rPr>
          <w:rFonts w:cs="Times New Roman"/>
        </w:rPr>
        <w:t>"And the sheep?"</w:t>
      </w:r>
    </w:p>
    <w:p w14:paraId="05C50AD5" w14:textId="77777777" w:rsidR="007D7487" w:rsidRDefault="00E6407B">
      <w:pPr>
        <w:ind w:firstLine="288"/>
      </w:pPr>
      <w:r>
        <w:rPr>
          <w:rFonts w:cs="Times New Roman"/>
        </w:rPr>
        <w:t>"Scattered."</w:t>
      </w:r>
    </w:p>
    <w:p w14:paraId="733D4559" w14:textId="77777777" w:rsidR="007D7487" w:rsidRDefault="00E6407B">
      <w:pPr>
        <w:ind w:firstLine="288"/>
      </w:pPr>
      <w:r>
        <w:rPr>
          <w:rFonts w:cs="Times New Roman"/>
        </w:rPr>
        <w:t>The last word nearly disappeared.</w:t>
      </w:r>
    </w:p>
    <w:p w14:paraId="109A5B79" w14:textId="77777777" w:rsidR="007D7487" w:rsidRDefault="00E6407B">
      <w:pPr>
        <w:ind w:firstLine="288"/>
      </w:pPr>
      <w:r>
        <w:rPr>
          <w:rFonts w:cs="Times New Roman"/>
        </w:rPr>
        <w:t>Jesus did not force him to relive the courtyard in front of everyone.</w:t>
      </w:r>
    </w:p>
    <w:p w14:paraId="0CB3F96B" w14:textId="77777777" w:rsidR="007D7487" w:rsidRDefault="00E6407B">
      <w:pPr>
        <w:ind w:firstLine="288"/>
      </w:pPr>
      <w:r>
        <w:rPr>
          <w:rFonts w:cs="Times New Roman"/>
        </w:rPr>
        <w:t>"The Servant would be cut off."</w:t>
      </w:r>
    </w:p>
    <w:p w14:paraId="6F7423C8" w14:textId="77777777" w:rsidR="007D7487" w:rsidRDefault="00E6407B">
      <w:pPr>
        <w:ind w:firstLine="288"/>
      </w:pPr>
      <w:r>
        <w:rPr>
          <w:rFonts w:cs="Times New Roman"/>
        </w:rPr>
        <w:t>"The righteous One would suffer."</w:t>
      </w:r>
    </w:p>
    <w:p w14:paraId="558DAC69" w14:textId="77777777" w:rsidR="007D7487" w:rsidRDefault="00E6407B">
      <w:pPr>
        <w:ind w:firstLine="288"/>
      </w:pPr>
      <w:r>
        <w:rPr>
          <w:rFonts w:cs="Times New Roman"/>
        </w:rPr>
        <w:t>"The Son of Man would be lifted."</w:t>
      </w:r>
    </w:p>
    <w:p w14:paraId="371C229E" w14:textId="77777777" w:rsidR="007D7487" w:rsidRDefault="00E6407B">
      <w:pPr>
        <w:ind w:firstLine="288"/>
      </w:pPr>
      <w:r>
        <w:rPr>
          <w:rFonts w:cs="Times New Roman"/>
        </w:rPr>
        <w:t>"The Lamb would be slain."</w:t>
      </w:r>
    </w:p>
    <w:p w14:paraId="4D68E582" w14:textId="77777777" w:rsidR="007D7487" w:rsidRDefault="00E6407B">
      <w:pPr>
        <w:ind w:firstLine="288"/>
      </w:pPr>
      <w:r>
        <w:rPr>
          <w:rFonts w:cs="Times New Roman"/>
        </w:rPr>
        <w:t>Then Jesus looked toward John.</w:t>
      </w:r>
    </w:p>
    <w:p w14:paraId="4C398B76" w14:textId="77777777" w:rsidR="007D7487" w:rsidRDefault="00E6407B">
      <w:pPr>
        <w:ind w:firstLine="288"/>
      </w:pPr>
      <w:r>
        <w:rPr>
          <w:rFonts w:cs="Times New Roman"/>
        </w:rPr>
        <w:t>"And yet?"</w:t>
      </w:r>
    </w:p>
    <w:p w14:paraId="56A80289" w14:textId="77777777" w:rsidR="007D7487" w:rsidRDefault="00E6407B">
      <w:pPr>
        <w:ind w:firstLine="288"/>
      </w:pPr>
      <w:r>
        <w:rPr>
          <w:rFonts w:cs="Times New Roman"/>
        </w:rPr>
        <w:t>John searched memory.</w:t>
      </w:r>
    </w:p>
    <w:p w14:paraId="0676255A" w14:textId="77777777" w:rsidR="007D7487" w:rsidRDefault="00E6407B">
      <w:pPr>
        <w:ind w:firstLine="288"/>
      </w:pPr>
      <w:r>
        <w:rPr>
          <w:rFonts w:cs="Times New Roman"/>
        </w:rPr>
        <w:t>Psalm 16.</w:t>
      </w:r>
    </w:p>
    <w:p w14:paraId="7D83B087" w14:textId="77777777" w:rsidR="007D7487" w:rsidRDefault="00E6407B">
      <w:pPr>
        <w:ind w:firstLine="288"/>
      </w:pPr>
      <w:r>
        <w:rPr>
          <w:rFonts w:cs="Times New Roman"/>
        </w:rPr>
        <w:lastRenderedPageBreak/>
        <w:t>"Thou wilt not leave my soul in hell."</w:t>
      </w:r>
    </w:p>
    <w:p w14:paraId="40182C25" w14:textId="77777777" w:rsidR="007D7487" w:rsidRDefault="00E6407B">
      <w:pPr>
        <w:ind w:firstLine="288"/>
      </w:pPr>
      <w:r>
        <w:rPr>
          <w:rFonts w:cs="Times New Roman"/>
        </w:rPr>
        <w:t>"And?"</w:t>
      </w:r>
    </w:p>
    <w:p w14:paraId="7A626014" w14:textId="77777777" w:rsidR="007D7487" w:rsidRDefault="00E6407B">
      <w:pPr>
        <w:ind w:firstLine="288"/>
      </w:pPr>
      <w:r>
        <w:rPr>
          <w:rFonts w:cs="Times New Roman"/>
        </w:rPr>
        <w:t>"Neither wilt thou suffer thine Holy One to see corruption."</w:t>
      </w:r>
    </w:p>
    <w:p w14:paraId="2B0CDAE6" w14:textId="77777777" w:rsidR="007D7487" w:rsidRDefault="00E6407B">
      <w:pPr>
        <w:ind w:firstLine="288"/>
      </w:pPr>
      <w:r>
        <w:rPr>
          <w:rFonts w:cs="Times New Roman"/>
        </w:rPr>
        <w:t>Jesus nodded.</w:t>
      </w:r>
    </w:p>
    <w:p w14:paraId="2736784E" w14:textId="77777777" w:rsidR="007D7487" w:rsidRDefault="00E6407B">
      <w:pPr>
        <w:ind w:firstLine="288"/>
      </w:pPr>
      <w:r>
        <w:rPr>
          <w:rFonts w:cs="Times New Roman"/>
        </w:rPr>
        <w:t>"What did I tell you?"</w:t>
      </w:r>
    </w:p>
    <w:p w14:paraId="6FB21E80" w14:textId="77777777" w:rsidR="007D7487" w:rsidRDefault="00E6407B">
      <w:pPr>
        <w:ind w:firstLine="288"/>
      </w:pPr>
      <w:r>
        <w:rPr>
          <w:rFonts w:cs="Times New Roman"/>
        </w:rPr>
        <w:t>John almost laughed from embarrassment.</w:t>
      </w:r>
    </w:p>
    <w:p w14:paraId="1F49105C" w14:textId="77777777" w:rsidR="007D7487" w:rsidRDefault="00E6407B">
      <w:pPr>
        <w:ind w:firstLine="288"/>
      </w:pPr>
      <w:r>
        <w:rPr>
          <w:rFonts w:cs="Times New Roman"/>
        </w:rPr>
        <w:t>There were too many.</w:t>
      </w:r>
    </w:p>
    <w:p w14:paraId="510556A3" w14:textId="77777777" w:rsidR="007D7487" w:rsidRDefault="00E6407B">
      <w:pPr>
        <w:ind w:firstLine="288"/>
      </w:pPr>
      <w:r>
        <w:rPr>
          <w:rFonts w:cs="Times New Roman"/>
        </w:rPr>
        <w:t>"Destroy this temple..."</w:t>
      </w:r>
    </w:p>
    <w:p w14:paraId="54D9946A" w14:textId="77777777" w:rsidR="007D7487" w:rsidRDefault="00E6407B">
      <w:pPr>
        <w:ind w:firstLine="288"/>
      </w:pPr>
      <w:r>
        <w:rPr>
          <w:rFonts w:cs="Times New Roman"/>
        </w:rPr>
        <w:t>"And?"</w:t>
      </w:r>
    </w:p>
    <w:p w14:paraId="3A1F813F" w14:textId="77777777" w:rsidR="007D7487" w:rsidRDefault="00E6407B">
      <w:pPr>
        <w:ind w:firstLine="288"/>
      </w:pPr>
      <w:r>
        <w:rPr>
          <w:rFonts w:cs="Times New Roman"/>
        </w:rPr>
        <w:t>"In three days I will raise it up."</w:t>
      </w:r>
    </w:p>
    <w:p w14:paraId="65AE2673" w14:textId="77777777" w:rsidR="007D7487" w:rsidRDefault="00E6407B">
      <w:pPr>
        <w:ind w:firstLine="288"/>
      </w:pPr>
      <w:r>
        <w:rPr>
          <w:rFonts w:cs="Times New Roman"/>
        </w:rPr>
        <w:t>James added:</w:t>
      </w:r>
    </w:p>
    <w:p w14:paraId="6505FE70" w14:textId="77777777" w:rsidR="007D7487" w:rsidRDefault="00E6407B">
      <w:pPr>
        <w:ind w:firstLine="288"/>
      </w:pPr>
      <w:r>
        <w:rPr>
          <w:rFonts w:cs="Times New Roman"/>
        </w:rPr>
        <w:t>"The sign of Jonah."</w:t>
      </w:r>
    </w:p>
    <w:p w14:paraId="31FF07C6" w14:textId="77777777" w:rsidR="007D7487" w:rsidRDefault="00E6407B">
      <w:pPr>
        <w:ind w:firstLine="288"/>
      </w:pPr>
      <w:r>
        <w:rPr>
          <w:rFonts w:cs="Times New Roman"/>
        </w:rPr>
        <w:t>Thomas said:</w:t>
      </w:r>
    </w:p>
    <w:p w14:paraId="1FD9FECA" w14:textId="77777777" w:rsidR="007D7487" w:rsidRDefault="00E6407B">
      <w:pPr>
        <w:ind w:firstLine="288"/>
      </w:pPr>
      <w:r>
        <w:rPr>
          <w:rFonts w:cs="Times New Roman"/>
        </w:rPr>
        <w:t>"You said You would lay down Your life."</w:t>
      </w:r>
    </w:p>
    <w:p w14:paraId="09104648" w14:textId="77777777" w:rsidR="007D7487" w:rsidRDefault="00E6407B">
      <w:pPr>
        <w:ind w:firstLine="288"/>
      </w:pPr>
      <w:r>
        <w:rPr>
          <w:rFonts w:cs="Times New Roman"/>
        </w:rPr>
        <w:t>John finished:</w:t>
      </w:r>
    </w:p>
    <w:p w14:paraId="5064E2CA" w14:textId="77777777" w:rsidR="007D7487" w:rsidRDefault="00E6407B">
      <w:pPr>
        <w:ind w:firstLine="288"/>
      </w:pPr>
      <w:r>
        <w:rPr>
          <w:rFonts w:cs="Times New Roman"/>
        </w:rPr>
        <w:t>"And take it again."</w:t>
      </w:r>
    </w:p>
    <w:p w14:paraId="495D46C9" w14:textId="77777777" w:rsidR="007D7487" w:rsidRDefault="00E6407B">
      <w:pPr>
        <w:ind w:firstLine="288"/>
      </w:pPr>
      <w:r>
        <w:rPr>
          <w:rFonts w:cs="Times New Roman"/>
        </w:rPr>
        <w:t>Jesus nodded.</w:t>
      </w:r>
    </w:p>
    <w:p w14:paraId="1A7159F9" w14:textId="77777777" w:rsidR="007D7487" w:rsidRDefault="00E6407B">
      <w:pPr>
        <w:ind w:firstLine="288"/>
      </w:pPr>
      <w:r>
        <w:rPr>
          <w:rFonts w:cs="Times New Roman"/>
        </w:rPr>
        <w:t>Peter rubbed his forehead.</w:t>
      </w:r>
    </w:p>
    <w:p w14:paraId="09956DD7" w14:textId="77777777" w:rsidR="007D7487" w:rsidRDefault="00E6407B">
      <w:pPr>
        <w:ind w:firstLine="288"/>
      </w:pPr>
      <w:r>
        <w:rPr>
          <w:rFonts w:cs="Times New Roman"/>
        </w:rPr>
        <w:t>John heard himself mutter:</w:t>
      </w:r>
    </w:p>
    <w:p w14:paraId="44A3966A" w14:textId="77777777" w:rsidR="007D7487" w:rsidRDefault="00E6407B">
      <w:pPr>
        <w:ind w:firstLine="288"/>
      </w:pPr>
      <w:r>
        <w:rPr>
          <w:rFonts w:cs="Times New Roman"/>
        </w:rPr>
        <w:t>"You said that too."</w:t>
      </w:r>
    </w:p>
    <w:p w14:paraId="52CE3B05" w14:textId="77777777" w:rsidR="007D7487" w:rsidRDefault="00E6407B">
      <w:pPr>
        <w:ind w:firstLine="288"/>
      </w:pPr>
      <w:r>
        <w:rPr>
          <w:rFonts w:cs="Times New Roman"/>
        </w:rPr>
        <w:t>Jesus looked toward him.</w:t>
      </w:r>
    </w:p>
    <w:p w14:paraId="4CBB18D7" w14:textId="77777777" w:rsidR="007D7487" w:rsidRDefault="00E6407B">
      <w:pPr>
        <w:ind w:firstLine="288"/>
      </w:pPr>
      <w:r>
        <w:rPr>
          <w:rFonts w:cs="Times New Roman"/>
        </w:rPr>
        <w:t>"I did."</w:t>
      </w:r>
    </w:p>
    <w:p w14:paraId="40B4CAC5" w14:textId="77777777" w:rsidR="007D7487" w:rsidRDefault="00E6407B">
      <w:pPr>
        <w:ind w:firstLine="288"/>
      </w:pPr>
      <w:r>
        <w:rPr>
          <w:rFonts w:cs="Times New Roman"/>
        </w:rPr>
        <w:t>John shook his head.</w:t>
      </w:r>
    </w:p>
    <w:p w14:paraId="72D3B929" w14:textId="77777777" w:rsidR="007D7487" w:rsidRDefault="00E6407B">
      <w:pPr>
        <w:ind w:firstLine="288"/>
      </w:pPr>
      <w:r>
        <w:rPr>
          <w:rFonts w:cs="Times New Roman"/>
        </w:rPr>
        <w:t>"You really did say everything."</w:t>
      </w:r>
    </w:p>
    <w:p w14:paraId="3F7352AE" w14:textId="77777777" w:rsidR="007D7487" w:rsidRDefault="00E6407B">
      <w:pPr>
        <w:ind w:firstLine="288"/>
      </w:pPr>
      <w:r>
        <w:rPr>
          <w:rFonts w:cs="Times New Roman"/>
        </w:rPr>
        <w:t>Nicodemus inhaled as though preparing to contribute.</w:t>
      </w:r>
    </w:p>
    <w:p w14:paraId="4637AF8F" w14:textId="77777777" w:rsidR="007D7487" w:rsidRDefault="00E6407B">
      <w:pPr>
        <w:ind w:firstLine="288"/>
      </w:pPr>
      <w:r>
        <w:rPr>
          <w:rFonts w:cs="Times New Roman"/>
        </w:rPr>
        <w:t>Peter held up a hand without looking at him.</w:t>
      </w:r>
    </w:p>
    <w:p w14:paraId="6156CC53" w14:textId="77777777" w:rsidR="007D7487" w:rsidRDefault="00E6407B">
      <w:pPr>
        <w:ind w:firstLine="288"/>
      </w:pPr>
      <w:r>
        <w:rPr>
          <w:rFonts w:cs="Times New Roman"/>
        </w:rPr>
        <w:t>"Quiet."</w:t>
      </w:r>
    </w:p>
    <w:p w14:paraId="59E98203" w14:textId="77777777" w:rsidR="007D7487" w:rsidRDefault="00E6407B">
      <w:pPr>
        <w:ind w:firstLine="288"/>
      </w:pPr>
      <w:r>
        <w:rPr>
          <w:rFonts w:cs="Times New Roman"/>
        </w:rPr>
        <w:t>"I have not spoken."</w:t>
      </w:r>
    </w:p>
    <w:p w14:paraId="6E2DA293" w14:textId="77777777" w:rsidR="007D7487" w:rsidRDefault="00E6407B">
      <w:pPr>
        <w:ind w:firstLine="288"/>
      </w:pPr>
      <w:r>
        <w:rPr>
          <w:rFonts w:cs="Times New Roman"/>
        </w:rPr>
        <w:t>"Yet."</w:t>
      </w:r>
    </w:p>
    <w:p w14:paraId="67C2DA69" w14:textId="77777777" w:rsidR="007D7487" w:rsidRDefault="00E6407B">
      <w:pPr>
        <w:ind w:firstLine="288"/>
      </w:pPr>
      <w:r>
        <w:rPr>
          <w:rFonts w:cs="Times New Roman"/>
        </w:rPr>
        <w:t>Jesus smiled and continued.</w:t>
      </w:r>
    </w:p>
    <w:p w14:paraId="3941D579" w14:textId="77777777" w:rsidR="007D7487" w:rsidRDefault="00E6407B">
      <w:pPr>
        <w:ind w:firstLine="288"/>
      </w:pPr>
      <w:r>
        <w:rPr>
          <w:rFonts w:cs="Times New Roman"/>
        </w:rPr>
        <w:t>"You did not lack clues."</w:t>
      </w:r>
    </w:p>
    <w:p w14:paraId="2DA748F1" w14:textId="77777777" w:rsidR="007D7487" w:rsidRDefault="00E6407B">
      <w:pPr>
        <w:ind w:firstLine="288"/>
      </w:pPr>
      <w:r>
        <w:rPr>
          <w:rFonts w:cs="Times New Roman"/>
        </w:rPr>
        <w:t>The humor vanished.</w:t>
      </w:r>
    </w:p>
    <w:p w14:paraId="05A6120E" w14:textId="77777777" w:rsidR="007D7487" w:rsidRDefault="00E6407B">
      <w:pPr>
        <w:ind w:firstLine="288"/>
      </w:pPr>
      <w:r>
        <w:rPr>
          <w:rFonts w:cs="Times New Roman"/>
        </w:rPr>
        <w:t>"You lacked the category."</w:t>
      </w:r>
    </w:p>
    <w:p w14:paraId="4F0F6805" w14:textId="77777777" w:rsidR="007D7487" w:rsidRDefault="00E6407B">
      <w:pPr>
        <w:ind w:firstLine="288"/>
      </w:pPr>
      <w:r>
        <w:rPr>
          <w:rFonts w:cs="Times New Roman"/>
        </w:rPr>
        <w:t>Jesus did not mean they had lacked Scripture.</w:t>
      </w:r>
    </w:p>
    <w:p w14:paraId="1D1665DB" w14:textId="77777777" w:rsidR="007D7487" w:rsidRDefault="00E6407B">
      <w:pPr>
        <w:ind w:firstLine="288"/>
      </w:pPr>
      <w:r>
        <w:rPr>
          <w:rFonts w:cs="Times New Roman"/>
        </w:rPr>
        <w:t>They had possessed the words.</w:t>
      </w:r>
    </w:p>
    <w:p w14:paraId="7F4E3475" w14:textId="77777777" w:rsidR="007D7487" w:rsidRDefault="00E6407B">
      <w:pPr>
        <w:ind w:firstLine="288"/>
      </w:pPr>
      <w:r>
        <w:rPr>
          <w:rFonts w:cs="Times New Roman"/>
        </w:rPr>
        <w:t>They had sung some of them.</w:t>
      </w:r>
    </w:p>
    <w:p w14:paraId="763F6BA7" w14:textId="77777777" w:rsidR="007D7487" w:rsidRDefault="00E6407B">
      <w:pPr>
        <w:ind w:firstLine="288"/>
      </w:pPr>
      <w:r>
        <w:rPr>
          <w:rFonts w:cs="Times New Roman"/>
        </w:rPr>
        <w:t>They had argued from others.</w:t>
      </w:r>
    </w:p>
    <w:p w14:paraId="7A11EF4F" w14:textId="77777777" w:rsidR="007D7487" w:rsidRDefault="00E6407B">
      <w:pPr>
        <w:ind w:firstLine="288"/>
      </w:pPr>
      <w:r>
        <w:rPr>
          <w:rFonts w:cs="Times New Roman"/>
        </w:rPr>
        <w:lastRenderedPageBreak/>
        <w:t>What they had lacked was the interpretive room in which suffering, atonement, death, resurrection, kingdom, and nations could stand together without one canceling the others.</w:t>
      </w:r>
    </w:p>
    <w:p w14:paraId="1D169D77" w14:textId="77777777" w:rsidR="007D7487" w:rsidRDefault="00E6407B">
      <w:pPr>
        <w:ind w:firstLine="288"/>
      </w:pPr>
      <w:r>
        <w:rPr>
          <w:rFonts w:cs="Times New Roman"/>
        </w:rPr>
        <w:t>That was it.</w:t>
      </w:r>
    </w:p>
    <w:p w14:paraId="07A3AA23" w14:textId="77777777" w:rsidR="007D7487" w:rsidRDefault="00E6407B">
      <w:pPr>
        <w:ind w:firstLine="288"/>
      </w:pPr>
      <w:r>
        <w:rPr>
          <w:rFonts w:cs="Times New Roman"/>
        </w:rPr>
        <w:t>They had expected Messiah to avoid death.</w:t>
      </w:r>
    </w:p>
    <w:p w14:paraId="2CC2B444" w14:textId="77777777" w:rsidR="007D7487" w:rsidRDefault="00E6407B">
      <w:pPr>
        <w:ind w:firstLine="288"/>
      </w:pPr>
      <w:r>
        <w:rPr>
          <w:rFonts w:cs="Times New Roman"/>
        </w:rPr>
        <w:t>The Scriptures had prepared Messiah to pass through it.</w:t>
      </w:r>
    </w:p>
    <w:p w14:paraId="448A6D58" w14:textId="77777777" w:rsidR="007D7487" w:rsidRDefault="00E6407B">
      <w:pPr>
        <w:ind w:firstLine="288"/>
      </w:pPr>
      <w:r>
        <w:rPr>
          <w:rFonts w:cs="Times New Roman"/>
        </w:rPr>
        <w:t>They had treated resurrection as the Father's answer to a catastrophe.</w:t>
      </w:r>
    </w:p>
    <w:p w14:paraId="0D919E3E" w14:textId="77777777" w:rsidR="007D7487" w:rsidRDefault="00E6407B">
      <w:pPr>
        <w:ind w:firstLine="288"/>
      </w:pPr>
      <w:r>
        <w:rPr>
          <w:rFonts w:cs="Times New Roman"/>
        </w:rPr>
        <w:t>Jesus was showing them that suffering and resurrection belonged inside the path from the beginning.</w:t>
      </w:r>
    </w:p>
    <w:p w14:paraId="267058C3" w14:textId="77777777" w:rsidR="007D7487" w:rsidRDefault="00E6407B">
      <w:pPr>
        <w:ind w:firstLine="288"/>
      </w:pPr>
      <w:r>
        <w:rPr>
          <w:rFonts w:cs="Times New Roman"/>
        </w:rPr>
        <w:t>Jesus looked toward Nathanael.</w:t>
      </w:r>
    </w:p>
    <w:p w14:paraId="3F09F912" w14:textId="77777777" w:rsidR="007D7487" w:rsidRDefault="00E6407B">
      <w:pPr>
        <w:ind w:firstLine="288"/>
      </w:pPr>
      <w:r>
        <w:rPr>
          <w:rFonts w:cs="Times New Roman"/>
        </w:rPr>
        <w:t>"What did Jonah become to his generation?"</w:t>
      </w:r>
    </w:p>
    <w:p w14:paraId="7CA50545" w14:textId="77777777" w:rsidR="007D7487" w:rsidRDefault="00E6407B">
      <w:pPr>
        <w:ind w:firstLine="288"/>
      </w:pPr>
      <w:r>
        <w:rPr>
          <w:rFonts w:cs="Times New Roman"/>
        </w:rPr>
        <w:t>"A sign."</w:t>
      </w:r>
    </w:p>
    <w:p w14:paraId="61C8312F" w14:textId="77777777" w:rsidR="007D7487" w:rsidRDefault="00E6407B">
      <w:pPr>
        <w:ind w:firstLine="288"/>
      </w:pPr>
      <w:r>
        <w:rPr>
          <w:rFonts w:cs="Times New Roman"/>
        </w:rPr>
        <w:t>"How long was he in the fish?"</w:t>
      </w:r>
    </w:p>
    <w:p w14:paraId="5813C17F" w14:textId="77777777" w:rsidR="007D7487" w:rsidRDefault="00E6407B">
      <w:pPr>
        <w:ind w:firstLine="288"/>
      </w:pPr>
      <w:r>
        <w:rPr>
          <w:rFonts w:cs="Times New Roman"/>
        </w:rPr>
        <w:t>"Three days and three nights."</w:t>
      </w:r>
    </w:p>
    <w:p w14:paraId="08F314C9" w14:textId="77777777" w:rsidR="007D7487" w:rsidRDefault="00E6407B">
      <w:pPr>
        <w:ind w:firstLine="288"/>
      </w:pPr>
      <w:r>
        <w:rPr>
          <w:rFonts w:cs="Times New Roman"/>
        </w:rPr>
        <w:t>"And what did I tell you?"</w:t>
      </w:r>
    </w:p>
    <w:p w14:paraId="707108DB" w14:textId="77777777" w:rsidR="007D7487" w:rsidRDefault="00E6407B">
      <w:pPr>
        <w:ind w:firstLine="288"/>
      </w:pPr>
      <w:r>
        <w:rPr>
          <w:rFonts w:cs="Times New Roman"/>
        </w:rPr>
        <w:t>"The sign of the prophet Jonah."</w:t>
      </w:r>
    </w:p>
    <w:p w14:paraId="3B6DAF59" w14:textId="77777777" w:rsidR="007D7487" w:rsidRDefault="00E6407B">
      <w:pPr>
        <w:ind w:firstLine="288"/>
      </w:pPr>
      <w:r>
        <w:rPr>
          <w:rFonts w:cs="Times New Roman"/>
        </w:rPr>
        <w:t>Jesus nodded.</w:t>
      </w:r>
    </w:p>
    <w:p w14:paraId="79ECB17C" w14:textId="77777777" w:rsidR="007D7487" w:rsidRDefault="00E6407B">
      <w:pPr>
        <w:ind w:firstLine="288"/>
      </w:pPr>
      <w:r>
        <w:rPr>
          <w:rFonts w:cs="Times New Roman"/>
        </w:rPr>
        <w:t>"David spoke."</w:t>
      </w:r>
    </w:p>
    <w:p w14:paraId="0861DF2E" w14:textId="77777777" w:rsidR="007D7487" w:rsidRDefault="00E6407B">
      <w:pPr>
        <w:ind w:firstLine="288"/>
      </w:pPr>
      <w:r>
        <w:rPr>
          <w:rFonts w:cs="Times New Roman"/>
        </w:rPr>
        <w:t>"Isaiah spoke."</w:t>
      </w:r>
    </w:p>
    <w:p w14:paraId="2DBBA860" w14:textId="77777777" w:rsidR="007D7487" w:rsidRDefault="00E6407B">
      <w:pPr>
        <w:ind w:firstLine="288"/>
      </w:pPr>
      <w:r>
        <w:rPr>
          <w:rFonts w:cs="Times New Roman"/>
        </w:rPr>
        <w:t>Jonah became a sign.</w:t>
      </w:r>
    </w:p>
    <w:p w14:paraId="13373B5A" w14:textId="77777777" w:rsidR="007D7487" w:rsidRDefault="00E6407B">
      <w:pPr>
        <w:ind w:firstLine="288"/>
      </w:pPr>
      <w:r>
        <w:rPr>
          <w:rFonts w:cs="Times New Roman"/>
        </w:rPr>
        <w:t>Jesus had spoken before His death.</w:t>
      </w:r>
    </w:p>
    <w:p w14:paraId="48ECA251" w14:textId="77777777" w:rsidR="007D7487" w:rsidRDefault="00E6407B">
      <w:pPr>
        <w:ind w:firstLine="288"/>
      </w:pPr>
      <w:r>
        <w:rPr>
          <w:rFonts w:cs="Times New Roman"/>
        </w:rPr>
        <w:t>The tomb was not the first moment the Father had thought about resurrection.</w:t>
      </w:r>
    </w:p>
    <w:p w14:paraId="391BE73A" w14:textId="77777777" w:rsidR="007D7487" w:rsidRDefault="00E6407B">
      <w:pPr>
        <w:suppressLineNumbers/>
        <w:spacing w:before="100" w:after="100"/>
        <w:jc w:val="center"/>
      </w:pPr>
      <w:r>
        <w:rPr>
          <w:rFonts w:cs="Times New Roman"/>
          <w:sz w:val="20"/>
        </w:rPr>
        <w:t>* * *</w:t>
      </w:r>
    </w:p>
    <w:p w14:paraId="7E8261D3" w14:textId="77777777" w:rsidR="007D7487" w:rsidRDefault="00E6407B">
      <w:pPr>
        <w:suppressLineNumbers/>
      </w:pPr>
      <w:r>
        <w:br w:type="page"/>
      </w:r>
    </w:p>
    <w:p w14:paraId="6AEFDFF9" w14:textId="77777777" w:rsidR="007D7487" w:rsidRDefault="00E6407B">
      <w:pPr>
        <w:pStyle w:val="Heading1"/>
        <w:suppressLineNumbers/>
      </w:pPr>
      <w:r>
        <w:rPr>
          <w:rFonts w:ascii="Times New Roman" w:hAnsi="Times New Roman" w:cs="Times New Roman"/>
        </w:rPr>
        <w:lastRenderedPageBreak/>
        <w:t>Section 9 — Eden, Abel, Noah, and Kaphar</w:t>
      </w:r>
    </w:p>
    <w:p w14:paraId="0F704B45" w14:textId="77777777" w:rsidR="007D7487" w:rsidRDefault="00E6407B">
      <w:pPr>
        <w:ind w:firstLine="288"/>
      </w:pPr>
      <w:r>
        <w:rPr>
          <w:rFonts w:cs="Times New Roman"/>
        </w:rPr>
        <w:t>The group remained quiet for so long that John could hear a fly near the ground.</w:t>
      </w:r>
    </w:p>
    <w:p w14:paraId="62045AA0" w14:textId="77777777" w:rsidR="007D7487" w:rsidRDefault="00E6407B">
      <w:pPr>
        <w:ind w:firstLine="288"/>
      </w:pPr>
      <w:r>
        <w:rPr>
          <w:rFonts w:cs="Times New Roman"/>
        </w:rPr>
        <w:t>Then Jesus asked a question none of them expected.</w:t>
      </w:r>
    </w:p>
    <w:p w14:paraId="5C158DAE" w14:textId="77777777" w:rsidR="007D7487" w:rsidRDefault="00E6407B">
      <w:pPr>
        <w:ind w:firstLine="288"/>
      </w:pPr>
      <w:r>
        <w:rPr>
          <w:rFonts w:cs="Times New Roman"/>
        </w:rPr>
        <w:t>"How far back do you think the Father began teaching the problem?"</w:t>
      </w:r>
    </w:p>
    <w:p w14:paraId="41E93915" w14:textId="77777777" w:rsidR="007D7487" w:rsidRDefault="00E6407B">
      <w:pPr>
        <w:ind w:firstLine="288"/>
      </w:pPr>
      <w:r>
        <w:rPr>
          <w:rFonts w:cs="Times New Roman"/>
        </w:rPr>
        <w:t>Peter frowned.</w:t>
      </w:r>
    </w:p>
    <w:p w14:paraId="2B3FB18C" w14:textId="77777777" w:rsidR="007D7487" w:rsidRDefault="00E6407B">
      <w:pPr>
        <w:ind w:firstLine="288"/>
      </w:pPr>
      <w:r>
        <w:rPr>
          <w:rFonts w:cs="Times New Roman"/>
        </w:rPr>
        <w:t>"Before Moses?"</w:t>
      </w:r>
    </w:p>
    <w:p w14:paraId="458B164F" w14:textId="77777777" w:rsidR="007D7487" w:rsidRDefault="00E6407B">
      <w:pPr>
        <w:ind w:firstLine="288"/>
      </w:pPr>
      <w:r>
        <w:rPr>
          <w:rFonts w:cs="Times New Roman"/>
        </w:rPr>
        <w:t>"Farther."</w:t>
      </w:r>
    </w:p>
    <w:p w14:paraId="03E3B55C" w14:textId="77777777" w:rsidR="007D7487" w:rsidRDefault="00E6407B">
      <w:pPr>
        <w:ind w:firstLine="288"/>
      </w:pPr>
      <w:r>
        <w:rPr>
          <w:rFonts w:cs="Times New Roman"/>
        </w:rPr>
        <w:t>"Abraham?" Andrew asked.</w:t>
      </w:r>
    </w:p>
    <w:p w14:paraId="51B14A09" w14:textId="77777777" w:rsidR="007D7487" w:rsidRDefault="00E6407B">
      <w:pPr>
        <w:ind w:firstLine="288"/>
      </w:pPr>
      <w:r>
        <w:rPr>
          <w:rFonts w:cs="Times New Roman"/>
        </w:rPr>
        <w:t>"Farther."</w:t>
      </w:r>
    </w:p>
    <w:p w14:paraId="19721D47" w14:textId="77777777" w:rsidR="007D7487" w:rsidRDefault="00E6407B">
      <w:pPr>
        <w:ind w:firstLine="288"/>
      </w:pPr>
      <w:r>
        <w:rPr>
          <w:rFonts w:cs="Times New Roman"/>
        </w:rPr>
        <w:t>Nathanael smiled faintly.</w:t>
      </w:r>
    </w:p>
    <w:p w14:paraId="49D9F6BF" w14:textId="77777777" w:rsidR="007D7487" w:rsidRDefault="00E6407B">
      <w:pPr>
        <w:ind w:firstLine="288"/>
      </w:pPr>
      <w:r>
        <w:rPr>
          <w:rFonts w:cs="Times New Roman"/>
        </w:rPr>
        <w:t>"Eden."</w:t>
      </w:r>
    </w:p>
    <w:p w14:paraId="49DBE1F1" w14:textId="77777777" w:rsidR="007D7487" w:rsidRDefault="00E6407B">
      <w:pPr>
        <w:ind w:firstLine="288"/>
      </w:pPr>
      <w:r>
        <w:rPr>
          <w:rFonts w:cs="Times New Roman"/>
        </w:rPr>
        <w:t>Jesus looked toward him.</w:t>
      </w:r>
    </w:p>
    <w:p w14:paraId="1377AB40" w14:textId="77777777" w:rsidR="007D7487" w:rsidRDefault="00E6407B">
      <w:pPr>
        <w:ind w:firstLine="288"/>
      </w:pPr>
      <w:r>
        <w:rPr>
          <w:rFonts w:cs="Times New Roman"/>
        </w:rPr>
        <w:t>"Go back to the beginning."</w:t>
      </w:r>
    </w:p>
    <w:p w14:paraId="70F181C6" w14:textId="77777777" w:rsidR="007D7487" w:rsidRDefault="00E6407B">
      <w:pPr>
        <w:ind w:firstLine="288"/>
      </w:pPr>
      <w:r>
        <w:rPr>
          <w:rFonts w:cs="Times New Roman"/>
        </w:rPr>
        <w:t>John felt something inside him sharpen.</w:t>
      </w:r>
    </w:p>
    <w:p w14:paraId="7C0C8CBA" w14:textId="77777777" w:rsidR="007D7487" w:rsidRDefault="00E6407B">
      <w:pPr>
        <w:ind w:firstLine="288"/>
      </w:pPr>
      <w:r>
        <w:rPr>
          <w:rFonts w:cs="Times New Roman"/>
        </w:rPr>
        <w:t>The beginning.</w:t>
      </w:r>
    </w:p>
    <w:p w14:paraId="087FA8E5" w14:textId="77777777" w:rsidR="007D7487" w:rsidRDefault="00E6407B">
      <w:pPr>
        <w:ind w:firstLine="288"/>
      </w:pPr>
      <w:r>
        <w:rPr>
          <w:rFonts w:cs="Times New Roman"/>
        </w:rPr>
        <w:t>The phrase lodged somewhere deeper than the immediate question.</w:t>
      </w:r>
    </w:p>
    <w:p w14:paraId="247F0D45" w14:textId="77777777" w:rsidR="007D7487" w:rsidRDefault="00E6407B">
      <w:pPr>
        <w:ind w:firstLine="288"/>
      </w:pPr>
      <w:r>
        <w:rPr>
          <w:rFonts w:cs="Times New Roman"/>
        </w:rPr>
        <w:t>Jesus turned toward Nicodemus.</w:t>
      </w:r>
    </w:p>
    <w:p w14:paraId="392CCCC2" w14:textId="77777777" w:rsidR="007D7487" w:rsidRDefault="00E6407B">
      <w:pPr>
        <w:ind w:firstLine="288"/>
      </w:pPr>
      <w:r>
        <w:rPr>
          <w:rFonts w:cs="Times New Roman"/>
        </w:rPr>
        <w:t>"When the LORD God placed Adam in the garden, what did Moses say He placed him there to do?"</w:t>
      </w:r>
    </w:p>
    <w:p w14:paraId="06B80D44" w14:textId="77777777" w:rsidR="007D7487" w:rsidRDefault="00E6407B">
      <w:pPr>
        <w:ind w:firstLine="288"/>
      </w:pPr>
      <w:r>
        <w:rPr>
          <w:rFonts w:cs="Times New Roman"/>
        </w:rPr>
        <w:t>Nicodemus answered from Genesis.</w:t>
      </w:r>
    </w:p>
    <w:p w14:paraId="5DE19490" w14:textId="77777777" w:rsidR="007D7487" w:rsidRDefault="00E6407B">
      <w:pPr>
        <w:ind w:firstLine="288"/>
      </w:pPr>
      <w:r>
        <w:rPr>
          <w:rFonts w:cs="Times New Roman"/>
        </w:rPr>
        <w:t>"To dress it and to keep it."</w:t>
      </w:r>
    </w:p>
    <w:p w14:paraId="320D2E42" w14:textId="77777777" w:rsidR="007D7487" w:rsidRDefault="00E6407B">
      <w:pPr>
        <w:ind w:firstLine="288"/>
      </w:pPr>
      <w:r>
        <w:rPr>
          <w:rFonts w:cs="Times New Roman"/>
        </w:rPr>
        <w:t>Jesus nodded.</w:t>
      </w:r>
    </w:p>
    <w:p w14:paraId="3EB45A91" w14:textId="77777777" w:rsidR="007D7487" w:rsidRDefault="00E6407B">
      <w:pPr>
        <w:ind w:firstLine="288"/>
      </w:pPr>
      <w:r>
        <w:rPr>
          <w:rFonts w:cs="Times New Roman"/>
        </w:rPr>
        <w:t>"What are the words?"</w:t>
      </w:r>
    </w:p>
    <w:p w14:paraId="2803362F" w14:textId="77777777" w:rsidR="007D7487" w:rsidRDefault="00E6407B">
      <w:pPr>
        <w:ind w:firstLine="288"/>
      </w:pPr>
      <w:r>
        <w:rPr>
          <w:rFonts w:cs="Times New Roman"/>
        </w:rPr>
        <w:t>Nicodemus understood that Jesus wanted the Hebrew.</w:t>
      </w:r>
    </w:p>
    <w:p w14:paraId="1E4263D2" w14:textId="77777777" w:rsidR="007D7487" w:rsidRDefault="00E6407B">
      <w:pPr>
        <w:ind w:firstLine="288"/>
      </w:pPr>
      <w:r>
        <w:rPr>
          <w:rFonts w:cs="Times New Roman"/>
        </w:rPr>
        <w:t>"Avad."</w:t>
      </w:r>
    </w:p>
    <w:p w14:paraId="73FC3259" w14:textId="77777777" w:rsidR="007D7487" w:rsidRDefault="00E6407B">
      <w:pPr>
        <w:ind w:firstLine="288"/>
      </w:pPr>
      <w:r>
        <w:rPr>
          <w:rFonts w:cs="Times New Roman"/>
        </w:rPr>
        <w:t>He pronounced it carefully.</w:t>
      </w:r>
    </w:p>
    <w:p w14:paraId="2D246FFA" w14:textId="77777777" w:rsidR="007D7487" w:rsidRDefault="00E6407B">
      <w:pPr>
        <w:ind w:firstLine="288"/>
      </w:pPr>
      <w:r>
        <w:rPr>
          <w:rFonts w:cs="Times New Roman"/>
        </w:rPr>
        <w:t>"To work. To serve."</w:t>
      </w:r>
    </w:p>
    <w:p w14:paraId="69E8962C" w14:textId="77777777" w:rsidR="007D7487" w:rsidRDefault="00E6407B">
      <w:pPr>
        <w:ind w:firstLine="288"/>
      </w:pPr>
      <w:r>
        <w:rPr>
          <w:rFonts w:cs="Times New Roman"/>
        </w:rPr>
        <w:t>"And the second?"</w:t>
      </w:r>
    </w:p>
    <w:p w14:paraId="1AD5F359" w14:textId="77777777" w:rsidR="007D7487" w:rsidRDefault="00E6407B">
      <w:pPr>
        <w:ind w:firstLine="288"/>
      </w:pPr>
      <w:r>
        <w:rPr>
          <w:rFonts w:cs="Times New Roman"/>
        </w:rPr>
        <w:t>"Shamar."</w:t>
      </w:r>
    </w:p>
    <w:p w14:paraId="1CE55D40" w14:textId="77777777" w:rsidR="007D7487" w:rsidRDefault="00E6407B">
      <w:pPr>
        <w:ind w:firstLine="288"/>
      </w:pPr>
      <w:r>
        <w:rPr>
          <w:rFonts w:cs="Times New Roman"/>
        </w:rPr>
        <w:t>"To keep. Guard. Watch."</w:t>
      </w:r>
    </w:p>
    <w:p w14:paraId="26371168" w14:textId="77777777" w:rsidR="007D7487" w:rsidRDefault="00E6407B">
      <w:pPr>
        <w:ind w:firstLine="288"/>
      </w:pPr>
      <w:r>
        <w:rPr>
          <w:rFonts w:cs="Times New Roman"/>
        </w:rPr>
        <w:t>Jesus let the two words rest.</w:t>
      </w:r>
    </w:p>
    <w:p w14:paraId="29A37C41" w14:textId="77777777" w:rsidR="007D7487" w:rsidRDefault="00E6407B">
      <w:pPr>
        <w:ind w:firstLine="288"/>
      </w:pPr>
      <w:r>
        <w:rPr>
          <w:rFonts w:cs="Times New Roman"/>
        </w:rPr>
        <w:t>Serve.</w:t>
      </w:r>
    </w:p>
    <w:p w14:paraId="7FE2894C" w14:textId="77777777" w:rsidR="007D7487" w:rsidRDefault="00E6407B">
      <w:pPr>
        <w:ind w:firstLine="288"/>
      </w:pPr>
      <w:r>
        <w:rPr>
          <w:rFonts w:cs="Times New Roman"/>
        </w:rPr>
        <w:t>Guard.</w:t>
      </w:r>
    </w:p>
    <w:p w14:paraId="30BA37F3" w14:textId="77777777" w:rsidR="007D7487" w:rsidRDefault="00E6407B">
      <w:pPr>
        <w:ind w:firstLine="288"/>
      </w:pPr>
      <w:r>
        <w:rPr>
          <w:rFonts w:cs="Times New Roman"/>
        </w:rPr>
        <w:t>Nicodemus repeated the pair under his breath.</w:t>
      </w:r>
    </w:p>
    <w:p w14:paraId="73012B2F" w14:textId="77777777" w:rsidR="007D7487" w:rsidRDefault="00E6407B">
      <w:pPr>
        <w:ind w:firstLine="288"/>
      </w:pPr>
      <w:r>
        <w:rPr>
          <w:rFonts w:cs="Times New Roman"/>
        </w:rPr>
        <w:t>"Avad. Shamar."</w:t>
      </w:r>
    </w:p>
    <w:p w14:paraId="0EE295F9" w14:textId="77777777" w:rsidR="007D7487" w:rsidRDefault="00E6407B">
      <w:pPr>
        <w:ind w:firstLine="288"/>
      </w:pPr>
      <w:r>
        <w:rPr>
          <w:rFonts w:cs="Times New Roman"/>
        </w:rPr>
        <w:t>The words were ordinary enough by themselves.</w:t>
      </w:r>
    </w:p>
    <w:p w14:paraId="25A03A84" w14:textId="77777777" w:rsidR="007D7487" w:rsidRDefault="00E6407B">
      <w:pPr>
        <w:ind w:firstLine="288"/>
      </w:pPr>
      <w:r>
        <w:rPr>
          <w:rFonts w:cs="Times New Roman"/>
        </w:rPr>
        <w:t>What startled him was where Moses later placed them.</w:t>
      </w:r>
    </w:p>
    <w:p w14:paraId="0EF19141" w14:textId="77777777" w:rsidR="007D7487" w:rsidRDefault="00E6407B">
      <w:pPr>
        <w:ind w:firstLine="288"/>
      </w:pPr>
      <w:r>
        <w:rPr>
          <w:rFonts w:cs="Times New Roman"/>
        </w:rPr>
        <w:lastRenderedPageBreak/>
        <w:t>Service.</w:t>
      </w:r>
    </w:p>
    <w:p w14:paraId="645E2009" w14:textId="77777777" w:rsidR="007D7487" w:rsidRDefault="00E6407B">
      <w:pPr>
        <w:ind w:firstLine="288"/>
      </w:pPr>
      <w:r>
        <w:rPr>
          <w:rFonts w:cs="Times New Roman"/>
        </w:rPr>
        <w:t>Charge.</w:t>
      </w:r>
    </w:p>
    <w:p w14:paraId="09FFE6AB" w14:textId="77777777" w:rsidR="007D7487" w:rsidRDefault="00E6407B">
      <w:pPr>
        <w:ind w:firstLine="288"/>
      </w:pPr>
      <w:r>
        <w:rPr>
          <w:rFonts w:cs="Times New Roman"/>
        </w:rPr>
        <w:t>Sanctuary.</w:t>
      </w:r>
    </w:p>
    <w:p w14:paraId="3940E917" w14:textId="77777777" w:rsidR="007D7487" w:rsidRDefault="00E6407B">
      <w:pPr>
        <w:ind w:firstLine="288"/>
      </w:pPr>
      <w:r>
        <w:rPr>
          <w:rFonts w:cs="Times New Roman"/>
        </w:rPr>
        <w:t>The discovery did not require Adam to be called an Aaronic priest.</w:t>
      </w:r>
    </w:p>
    <w:p w14:paraId="0A3AEF53" w14:textId="77777777" w:rsidR="007D7487" w:rsidRDefault="00E6407B">
      <w:pPr>
        <w:ind w:firstLine="288"/>
      </w:pPr>
      <w:r>
        <w:rPr>
          <w:rFonts w:cs="Times New Roman"/>
        </w:rPr>
        <w:t>It required only that Moses be allowed to use his own vocabulary across the story.</w:t>
      </w:r>
    </w:p>
    <w:p w14:paraId="11FC0012" w14:textId="77777777" w:rsidR="007D7487" w:rsidRDefault="00E6407B">
      <w:pPr>
        <w:ind w:firstLine="288"/>
      </w:pPr>
      <w:r>
        <w:rPr>
          <w:rFonts w:cs="Times New Roman"/>
        </w:rPr>
        <w:t>Then He asked:</w:t>
      </w:r>
    </w:p>
    <w:p w14:paraId="0B9B7FDE" w14:textId="77777777" w:rsidR="007D7487" w:rsidRDefault="00E6407B">
      <w:pPr>
        <w:ind w:firstLine="288"/>
      </w:pPr>
      <w:r>
        <w:rPr>
          <w:rFonts w:cs="Times New Roman"/>
        </w:rPr>
        <w:t>"Where else does Moses use that kind of service and guarding together?"</w:t>
      </w:r>
    </w:p>
    <w:p w14:paraId="67852C81" w14:textId="77777777" w:rsidR="007D7487" w:rsidRDefault="00E6407B">
      <w:pPr>
        <w:ind w:firstLine="288"/>
      </w:pPr>
      <w:r>
        <w:rPr>
          <w:rFonts w:cs="Times New Roman"/>
        </w:rPr>
        <w:t>Nicodemus's brow furrowed.</w:t>
      </w:r>
    </w:p>
    <w:p w14:paraId="7B094E4A" w14:textId="77777777" w:rsidR="007D7487" w:rsidRDefault="00E6407B">
      <w:pPr>
        <w:ind w:firstLine="288"/>
      </w:pPr>
      <w:r>
        <w:rPr>
          <w:rFonts w:cs="Times New Roman"/>
        </w:rPr>
        <w:t>The answer came slowly.</w:t>
      </w:r>
    </w:p>
    <w:p w14:paraId="2F0D6FA2" w14:textId="77777777" w:rsidR="007D7487" w:rsidRDefault="00E6407B">
      <w:pPr>
        <w:ind w:firstLine="288"/>
      </w:pPr>
      <w:r>
        <w:rPr>
          <w:rFonts w:cs="Times New Roman"/>
        </w:rPr>
        <w:t>"The sanctuary."</w:t>
      </w:r>
    </w:p>
    <w:p w14:paraId="31807258" w14:textId="77777777" w:rsidR="007D7487" w:rsidRDefault="00E6407B">
      <w:pPr>
        <w:ind w:firstLine="288"/>
      </w:pPr>
      <w:r>
        <w:rPr>
          <w:rFonts w:cs="Times New Roman"/>
        </w:rPr>
        <w:t>Several people looked toward him.</w:t>
      </w:r>
    </w:p>
    <w:p w14:paraId="27AF614D" w14:textId="77777777" w:rsidR="007D7487" w:rsidRDefault="00E6407B">
      <w:pPr>
        <w:ind w:firstLine="288"/>
      </w:pPr>
      <w:r>
        <w:rPr>
          <w:rFonts w:cs="Times New Roman"/>
        </w:rPr>
        <w:t>He continued.</w:t>
      </w:r>
    </w:p>
    <w:p w14:paraId="0E349DD1" w14:textId="77777777" w:rsidR="007D7487" w:rsidRDefault="00E6407B">
      <w:pPr>
        <w:ind w:firstLine="288"/>
      </w:pPr>
      <w:r>
        <w:rPr>
          <w:rFonts w:cs="Times New Roman"/>
        </w:rPr>
        <w:t>"The Levites serve."</w:t>
      </w:r>
    </w:p>
    <w:p w14:paraId="13972269" w14:textId="77777777" w:rsidR="007D7487" w:rsidRDefault="00E6407B">
      <w:pPr>
        <w:ind w:firstLine="288"/>
      </w:pPr>
      <w:r>
        <w:rPr>
          <w:rFonts w:cs="Times New Roman"/>
        </w:rPr>
        <w:t>"They keep the charge."</w:t>
      </w:r>
    </w:p>
    <w:p w14:paraId="280FD490" w14:textId="77777777" w:rsidR="007D7487" w:rsidRDefault="00E6407B">
      <w:pPr>
        <w:ind w:firstLine="288"/>
      </w:pPr>
      <w:r>
        <w:rPr>
          <w:rFonts w:cs="Times New Roman"/>
        </w:rPr>
        <w:t>"The charge of the tabernacle."</w:t>
      </w:r>
    </w:p>
    <w:p w14:paraId="025A578E" w14:textId="77777777" w:rsidR="007D7487" w:rsidRDefault="00E6407B">
      <w:pPr>
        <w:ind w:firstLine="288"/>
      </w:pPr>
      <w:r>
        <w:rPr>
          <w:rFonts w:cs="Times New Roman"/>
        </w:rPr>
        <w:t>Jesus nodded.</w:t>
      </w:r>
    </w:p>
    <w:p w14:paraId="5EDDA1C0" w14:textId="77777777" w:rsidR="007D7487" w:rsidRDefault="00E6407B">
      <w:pPr>
        <w:ind w:firstLine="288"/>
      </w:pPr>
      <w:r>
        <w:rPr>
          <w:rFonts w:cs="Times New Roman"/>
        </w:rPr>
        <w:t>Nicodemus's mouth opened slightly.</w:t>
      </w:r>
    </w:p>
    <w:p w14:paraId="7793214F" w14:textId="77777777" w:rsidR="007D7487" w:rsidRDefault="00E6407B">
      <w:pPr>
        <w:ind w:firstLine="288"/>
      </w:pPr>
      <w:r>
        <w:rPr>
          <w:rFonts w:cs="Times New Roman"/>
        </w:rPr>
        <w:t>John saw the realization arrive.</w:t>
      </w:r>
    </w:p>
    <w:p w14:paraId="6271CD62" w14:textId="77777777" w:rsidR="007D7487" w:rsidRDefault="00E6407B">
      <w:pPr>
        <w:ind w:firstLine="288"/>
      </w:pPr>
      <w:r>
        <w:rPr>
          <w:rFonts w:cs="Times New Roman"/>
        </w:rPr>
        <w:t>"Adam..."</w:t>
      </w:r>
    </w:p>
    <w:p w14:paraId="42E101D7" w14:textId="77777777" w:rsidR="007D7487" w:rsidRDefault="00E6407B">
      <w:pPr>
        <w:ind w:firstLine="288"/>
      </w:pPr>
      <w:r>
        <w:rPr>
          <w:rFonts w:cs="Times New Roman"/>
        </w:rPr>
        <w:t>The old teacher stopped himself.</w:t>
      </w:r>
    </w:p>
    <w:p w14:paraId="4D107BC2" w14:textId="77777777" w:rsidR="007D7487" w:rsidRDefault="00E6407B">
      <w:pPr>
        <w:ind w:firstLine="288"/>
      </w:pPr>
      <w:r>
        <w:rPr>
          <w:rFonts w:cs="Times New Roman"/>
        </w:rPr>
        <w:t>Jesus waited.</w:t>
      </w:r>
    </w:p>
    <w:p w14:paraId="0C68957A" w14:textId="77777777" w:rsidR="007D7487" w:rsidRDefault="00E6407B">
      <w:pPr>
        <w:ind w:firstLine="288"/>
      </w:pPr>
      <w:r>
        <w:rPr>
          <w:rFonts w:cs="Times New Roman"/>
        </w:rPr>
        <w:t>Nicodemus tried again.</w:t>
      </w:r>
    </w:p>
    <w:p w14:paraId="233B0E30" w14:textId="77777777" w:rsidR="007D7487" w:rsidRDefault="00E6407B">
      <w:pPr>
        <w:ind w:firstLine="288"/>
      </w:pPr>
      <w:r>
        <w:rPr>
          <w:rFonts w:cs="Times New Roman"/>
        </w:rPr>
        <w:t>"Adam was placed in sacred space."</w:t>
      </w:r>
    </w:p>
    <w:p w14:paraId="2B9C0900" w14:textId="77777777" w:rsidR="007D7487" w:rsidRDefault="00E6407B">
      <w:pPr>
        <w:ind w:firstLine="288"/>
      </w:pPr>
      <w:r>
        <w:rPr>
          <w:rFonts w:cs="Times New Roman"/>
        </w:rPr>
        <w:t>"A garden where God walked."</w:t>
      </w:r>
    </w:p>
    <w:p w14:paraId="1C121C5E" w14:textId="77777777" w:rsidR="007D7487" w:rsidRDefault="00E6407B">
      <w:pPr>
        <w:ind w:firstLine="288"/>
      </w:pPr>
      <w:r>
        <w:rPr>
          <w:rFonts w:cs="Times New Roman"/>
        </w:rPr>
        <w:t>"And told to serve..."</w:t>
      </w:r>
    </w:p>
    <w:p w14:paraId="7DD7140B" w14:textId="77777777" w:rsidR="007D7487" w:rsidRDefault="00E6407B">
      <w:pPr>
        <w:ind w:firstLine="288"/>
      </w:pPr>
      <w:r>
        <w:rPr>
          <w:rFonts w:cs="Times New Roman"/>
        </w:rPr>
        <w:t>"And guard."</w:t>
      </w:r>
    </w:p>
    <w:p w14:paraId="3F28D84A" w14:textId="77777777" w:rsidR="007D7487" w:rsidRDefault="00E6407B">
      <w:pPr>
        <w:ind w:firstLine="288"/>
      </w:pPr>
      <w:r>
        <w:rPr>
          <w:rFonts w:cs="Times New Roman"/>
        </w:rPr>
        <w:t>Jesus nodded.</w:t>
      </w:r>
    </w:p>
    <w:p w14:paraId="1CFE771C" w14:textId="77777777" w:rsidR="007D7487" w:rsidRDefault="00E6407B">
      <w:pPr>
        <w:ind w:firstLine="288"/>
      </w:pPr>
      <w:r>
        <w:rPr>
          <w:rFonts w:cs="Times New Roman"/>
        </w:rPr>
        <w:t>Nicodemus's eyes narrowed.</w:t>
      </w:r>
    </w:p>
    <w:p w14:paraId="692C3A0C" w14:textId="77777777" w:rsidR="007D7487" w:rsidRDefault="00E6407B">
      <w:pPr>
        <w:ind w:firstLine="288"/>
      </w:pPr>
      <w:r>
        <w:rPr>
          <w:rFonts w:cs="Times New Roman"/>
        </w:rPr>
        <w:t>"That does not make him a son of Aaron."</w:t>
      </w:r>
    </w:p>
    <w:p w14:paraId="60BBC622" w14:textId="77777777" w:rsidR="007D7487" w:rsidRDefault="00E6407B">
      <w:pPr>
        <w:ind w:firstLine="288"/>
      </w:pPr>
      <w:r>
        <w:rPr>
          <w:rFonts w:cs="Times New Roman"/>
        </w:rPr>
        <w:t>"No."</w:t>
      </w:r>
    </w:p>
    <w:p w14:paraId="1EACF626" w14:textId="77777777" w:rsidR="007D7487" w:rsidRDefault="00E6407B">
      <w:pPr>
        <w:ind w:firstLine="288"/>
      </w:pPr>
      <w:r>
        <w:rPr>
          <w:rFonts w:cs="Times New Roman"/>
        </w:rPr>
        <w:t>"The sons of Levi did not yet exist."</w:t>
      </w:r>
    </w:p>
    <w:p w14:paraId="6C6BC394" w14:textId="77777777" w:rsidR="007D7487" w:rsidRDefault="00E6407B">
      <w:pPr>
        <w:ind w:firstLine="288"/>
      </w:pPr>
      <w:r>
        <w:rPr>
          <w:rFonts w:cs="Times New Roman"/>
        </w:rPr>
        <w:t>"No."</w:t>
      </w:r>
    </w:p>
    <w:p w14:paraId="7D3AF24F" w14:textId="77777777" w:rsidR="007D7487" w:rsidRDefault="00E6407B">
      <w:pPr>
        <w:ind w:firstLine="288"/>
      </w:pPr>
      <w:r>
        <w:rPr>
          <w:rFonts w:cs="Times New Roman"/>
        </w:rPr>
        <w:t>Jesus looked around.</w:t>
      </w:r>
    </w:p>
    <w:p w14:paraId="596EB01E" w14:textId="77777777" w:rsidR="007D7487" w:rsidRDefault="00E6407B">
      <w:pPr>
        <w:ind w:firstLine="288"/>
      </w:pPr>
      <w:r>
        <w:rPr>
          <w:rFonts w:cs="Times New Roman"/>
        </w:rPr>
        <w:t>"Do not call him what Moses did not call him."</w:t>
      </w:r>
    </w:p>
    <w:p w14:paraId="06674CA3" w14:textId="77777777" w:rsidR="007D7487" w:rsidRDefault="00E6407B">
      <w:pPr>
        <w:ind w:firstLine="288"/>
      </w:pPr>
      <w:r>
        <w:rPr>
          <w:rFonts w:cs="Times New Roman"/>
        </w:rPr>
        <w:t>Then He returned to the words.</w:t>
      </w:r>
    </w:p>
    <w:p w14:paraId="43F3C59B" w14:textId="77777777" w:rsidR="007D7487" w:rsidRDefault="00E6407B">
      <w:pPr>
        <w:ind w:firstLine="288"/>
      </w:pPr>
      <w:r>
        <w:rPr>
          <w:rFonts w:cs="Times New Roman"/>
        </w:rPr>
        <w:t>"But do hear what Moses says."</w:t>
      </w:r>
    </w:p>
    <w:p w14:paraId="79F0B494" w14:textId="77777777" w:rsidR="007D7487" w:rsidRDefault="00E6407B">
      <w:pPr>
        <w:ind w:firstLine="288"/>
      </w:pPr>
      <w:r>
        <w:rPr>
          <w:rFonts w:cs="Times New Roman"/>
        </w:rPr>
        <w:t>"Serve."</w:t>
      </w:r>
    </w:p>
    <w:p w14:paraId="224C99D6" w14:textId="77777777" w:rsidR="007D7487" w:rsidRDefault="00E6407B">
      <w:pPr>
        <w:ind w:firstLine="288"/>
      </w:pPr>
      <w:r>
        <w:rPr>
          <w:rFonts w:cs="Times New Roman"/>
        </w:rPr>
        <w:t>"Guard."</w:t>
      </w:r>
    </w:p>
    <w:p w14:paraId="6FB67B2F" w14:textId="77777777" w:rsidR="007D7487" w:rsidRDefault="00E6407B">
      <w:pPr>
        <w:ind w:firstLine="288"/>
      </w:pPr>
      <w:r>
        <w:rPr>
          <w:rFonts w:cs="Times New Roman"/>
        </w:rPr>
        <w:lastRenderedPageBreak/>
        <w:t>"In the place where God had placed him."</w:t>
      </w:r>
    </w:p>
    <w:p w14:paraId="46A0AF1D" w14:textId="77777777" w:rsidR="007D7487" w:rsidRDefault="00E6407B">
      <w:pPr>
        <w:ind w:firstLine="288"/>
      </w:pPr>
      <w:r>
        <w:rPr>
          <w:rFonts w:cs="Times New Roman"/>
        </w:rPr>
        <w:t>Nathanael looked thoughtful.</w:t>
      </w:r>
    </w:p>
    <w:p w14:paraId="1D6ABAE3" w14:textId="77777777" w:rsidR="007D7487" w:rsidRDefault="00E6407B">
      <w:pPr>
        <w:ind w:firstLine="288"/>
      </w:pPr>
      <w:r>
        <w:rPr>
          <w:rFonts w:cs="Times New Roman"/>
        </w:rPr>
        <w:t>"Guard it from what?"</w:t>
      </w:r>
    </w:p>
    <w:p w14:paraId="229057A8" w14:textId="77777777" w:rsidR="007D7487" w:rsidRDefault="00E6407B">
      <w:pPr>
        <w:ind w:firstLine="288"/>
      </w:pPr>
      <w:r>
        <w:rPr>
          <w:rFonts w:cs="Times New Roman"/>
        </w:rPr>
        <w:t>Jesus looked toward him.</w:t>
      </w:r>
    </w:p>
    <w:p w14:paraId="167F7C8F" w14:textId="77777777" w:rsidR="007D7487" w:rsidRDefault="00E6407B">
      <w:pPr>
        <w:ind w:firstLine="288"/>
      </w:pPr>
      <w:r>
        <w:rPr>
          <w:rFonts w:cs="Times New Roman"/>
        </w:rPr>
        <w:t>"What entered?"</w:t>
      </w:r>
    </w:p>
    <w:p w14:paraId="33DA3A17" w14:textId="77777777" w:rsidR="007D7487" w:rsidRDefault="00E6407B">
      <w:pPr>
        <w:ind w:firstLine="288"/>
      </w:pPr>
      <w:r>
        <w:rPr>
          <w:rFonts w:cs="Times New Roman"/>
        </w:rPr>
        <w:t>"The serpent."</w:t>
      </w:r>
    </w:p>
    <w:p w14:paraId="55F34A6A" w14:textId="77777777" w:rsidR="007D7487" w:rsidRDefault="00E6407B">
      <w:pPr>
        <w:ind w:firstLine="288"/>
      </w:pPr>
      <w:r>
        <w:rPr>
          <w:rFonts w:cs="Times New Roman"/>
        </w:rPr>
        <w:t>The question changed the garden.</w:t>
      </w:r>
    </w:p>
    <w:p w14:paraId="717A97FA" w14:textId="77777777" w:rsidR="007D7487" w:rsidRDefault="00E6407B">
      <w:pPr>
        <w:ind w:firstLine="288"/>
      </w:pPr>
      <w:r>
        <w:rPr>
          <w:rFonts w:cs="Times New Roman"/>
        </w:rPr>
        <w:t>Adam was not merely a man who failed to avoid bad fruit.</w:t>
      </w:r>
    </w:p>
    <w:p w14:paraId="07253900" w14:textId="77777777" w:rsidR="007D7487" w:rsidRDefault="00E6407B">
      <w:pPr>
        <w:ind w:firstLine="288"/>
      </w:pPr>
      <w:r>
        <w:rPr>
          <w:rFonts w:cs="Times New Roman"/>
        </w:rPr>
        <w:t>He had been given a place.</w:t>
      </w:r>
    </w:p>
    <w:p w14:paraId="3A086D1F" w14:textId="77777777" w:rsidR="007D7487" w:rsidRDefault="00E6407B">
      <w:pPr>
        <w:ind w:firstLine="288"/>
      </w:pPr>
      <w:r>
        <w:rPr>
          <w:rFonts w:cs="Times New Roman"/>
        </w:rPr>
        <w:t>A command.</w:t>
      </w:r>
    </w:p>
    <w:p w14:paraId="704F19F9" w14:textId="77777777" w:rsidR="007D7487" w:rsidRDefault="00E6407B">
      <w:pPr>
        <w:ind w:firstLine="288"/>
      </w:pPr>
      <w:r>
        <w:rPr>
          <w:rFonts w:cs="Times New Roman"/>
        </w:rPr>
        <w:t>A charge.</w:t>
      </w:r>
    </w:p>
    <w:p w14:paraId="25A44BE3" w14:textId="77777777" w:rsidR="007D7487" w:rsidRDefault="00E6407B">
      <w:pPr>
        <w:ind w:firstLine="288"/>
      </w:pPr>
      <w:r>
        <w:rPr>
          <w:rFonts w:cs="Times New Roman"/>
        </w:rPr>
        <w:t>And the serpent had entered.</w:t>
      </w:r>
    </w:p>
    <w:p w14:paraId="2B0002A2" w14:textId="77777777" w:rsidR="007D7487" w:rsidRDefault="00E6407B">
      <w:pPr>
        <w:ind w:firstLine="288"/>
      </w:pPr>
      <w:r>
        <w:rPr>
          <w:rFonts w:cs="Times New Roman"/>
        </w:rPr>
        <w:t>Peter looked toward the ground.</w:t>
      </w:r>
    </w:p>
    <w:p w14:paraId="3A71B90C" w14:textId="77777777" w:rsidR="007D7487" w:rsidRDefault="00E6407B">
      <w:pPr>
        <w:ind w:firstLine="288"/>
      </w:pPr>
      <w:r>
        <w:rPr>
          <w:rFonts w:cs="Times New Roman"/>
        </w:rPr>
        <w:t>"He did not guard it."</w:t>
      </w:r>
    </w:p>
    <w:p w14:paraId="37D4E40A" w14:textId="77777777" w:rsidR="007D7487" w:rsidRDefault="00E6407B">
      <w:pPr>
        <w:ind w:firstLine="288"/>
      </w:pPr>
      <w:r>
        <w:rPr>
          <w:rFonts w:cs="Times New Roman"/>
        </w:rPr>
        <w:t>Jesus did not answer immediately.</w:t>
      </w:r>
    </w:p>
    <w:p w14:paraId="7D3D35EF" w14:textId="77777777" w:rsidR="007D7487" w:rsidRDefault="00E6407B">
      <w:pPr>
        <w:ind w:firstLine="288"/>
      </w:pPr>
      <w:r>
        <w:rPr>
          <w:rFonts w:cs="Times New Roman"/>
        </w:rPr>
        <w:t>Then:</w:t>
      </w:r>
    </w:p>
    <w:p w14:paraId="304B1E04" w14:textId="77777777" w:rsidR="007D7487" w:rsidRDefault="00E6407B">
      <w:pPr>
        <w:ind w:firstLine="288"/>
      </w:pPr>
      <w:r>
        <w:rPr>
          <w:rFonts w:cs="Times New Roman"/>
        </w:rPr>
        <w:t>"He listened to another word."</w:t>
      </w:r>
    </w:p>
    <w:p w14:paraId="4CCB5399" w14:textId="77777777" w:rsidR="007D7487" w:rsidRDefault="00E6407B">
      <w:pPr>
        <w:ind w:firstLine="288"/>
      </w:pPr>
      <w:r>
        <w:rPr>
          <w:rFonts w:cs="Times New Roman"/>
        </w:rPr>
        <w:t>"He took what the Father had forbidden."</w:t>
      </w:r>
    </w:p>
    <w:p w14:paraId="2F52EDBF" w14:textId="77777777" w:rsidR="007D7487" w:rsidRDefault="00E6407B">
      <w:pPr>
        <w:ind w:firstLine="288"/>
      </w:pPr>
      <w:r>
        <w:rPr>
          <w:rFonts w:cs="Times New Roman"/>
        </w:rPr>
        <w:t>"And when the voice of the LORD came?"</w:t>
      </w:r>
    </w:p>
    <w:p w14:paraId="1B779813" w14:textId="77777777" w:rsidR="007D7487" w:rsidRDefault="00E6407B">
      <w:pPr>
        <w:ind w:firstLine="288"/>
      </w:pPr>
      <w:r>
        <w:rPr>
          <w:rFonts w:cs="Times New Roman"/>
        </w:rPr>
        <w:t>John remembered Genesis.</w:t>
      </w:r>
    </w:p>
    <w:p w14:paraId="5611C2A7" w14:textId="77777777" w:rsidR="007D7487" w:rsidRDefault="00E6407B">
      <w:pPr>
        <w:ind w:firstLine="288"/>
      </w:pPr>
      <w:r>
        <w:rPr>
          <w:rFonts w:cs="Times New Roman"/>
        </w:rPr>
        <w:t>"They hid."</w:t>
      </w:r>
    </w:p>
    <w:p w14:paraId="026571E4" w14:textId="77777777" w:rsidR="007D7487" w:rsidRDefault="00E6407B">
      <w:pPr>
        <w:ind w:firstLine="288"/>
      </w:pPr>
      <w:r>
        <w:rPr>
          <w:rFonts w:cs="Times New Roman"/>
        </w:rPr>
        <w:t>Jesus nodded.</w:t>
      </w:r>
    </w:p>
    <w:p w14:paraId="08CED68D" w14:textId="77777777" w:rsidR="007D7487" w:rsidRDefault="00E6407B">
      <w:pPr>
        <w:ind w:firstLine="288"/>
      </w:pPr>
      <w:r>
        <w:rPr>
          <w:rFonts w:cs="Times New Roman"/>
        </w:rPr>
        <w:t>"Among the trees."</w:t>
      </w:r>
    </w:p>
    <w:p w14:paraId="0209A4D6" w14:textId="77777777" w:rsidR="007D7487" w:rsidRDefault="00E6407B">
      <w:pPr>
        <w:ind w:firstLine="288"/>
      </w:pPr>
      <w:r>
        <w:rPr>
          <w:rFonts w:cs="Times New Roman"/>
        </w:rPr>
        <w:t>Thomas looked toward Jesus.</w:t>
      </w:r>
    </w:p>
    <w:p w14:paraId="47056665" w14:textId="77777777" w:rsidR="007D7487" w:rsidRDefault="00E6407B">
      <w:pPr>
        <w:ind w:firstLine="288"/>
      </w:pPr>
      <w:r>
        <w:rPr>
          <w:rFonts w:cs="Times New Roman"/>
        </w:rPr>
        <w:t>His expression changed.</w:t>
      </w:r>
    </w:p>
    <w:p w14:paraId="35361846" w14:textId="77777777" w:rsidR="007D7487" w:rsidRDefault="00E6407B">
      <w:pPr>
        <w:ind w:firstLine="288"/>
      </w:pPr>
      <w:r>
        <w:rPr>
          <w:rFonts w:cs="Times New Roman"/>
        </w:rPr>
        <w:t>"The garden."</w:t>
      </w:r>
    </w:p>
    <w:p w14:paraId="774E085F" w14:textId="77777777" w:rsidR="007D7487" w:rsidRDefault="00E6407B">
      <w:pPr>
        <w:ind w:firstLine="288"/>
      </w:pPr>
      <w:r>
        <w:rPr>
          <w:rFonts w:cs="Times New Roman"/>
        </w:rPr>
        <w:t>Jesus turned toward him.</w:t>
      </w:r>
    </w:p>
    <w:p w14:paraId="07A427A4" w14:textId="77777777" w:rsidR="007D7487" w:rsidRDefault="00E6407B">
      <w:pPr>
        <w:ind w:firstLine="288"/>
      </w:pPr>
      <w:r>
        <w:rPr>
          <w:rFonts w:cs="Times New Roman"/>
        </w:rPr>
        <w:t>"What garden?"</w:t>
      </w:r>
    </w:p>
    <w:p w14:paraId="3F916D42" w14:textId="77777777" w:rsidR="007D7487" w:rsidRDefault="00E6407B">
      <w:pPr>
        <w:ind w:firstLine="288"/>
      </w:pPr>
      <w:r>
        <w:rPr>
          <w:rFonts w:cs="Times New Roman"/>
        </w:rPr>
        <w:t>Thomas glanced at John.</w:t>
      </w:r>
    </w:p>
    <w:p w14:paraId="49195D09" w14:textId="77777777" w:rsidR="007D7487" w:rsidRDefault="00E6407B">
      <w:pPr>
        <w:ind w:firstLine="288"/>
      </w:pPr>
      <w:r>
        <w:rPr>
          <w:rFonts w:cs="Times New Roman"/>
        </w:rPr>
        <w:t>"The night they arrested You."</w:t>
      </w:r>
    </w:p>
    <w:p w14:paraId="6D12F6DC" w14:textId="77777777" w:rsidR="007D7487" w:rsidRDefault="00E6407B">
      <w:pPr>
        <w:ind w:firstLine="288"/>
      </w:pPr>
      <w:r>
        <w:rPr>
          <w:rFonts w:cs="Times New Roman"/>
        </w:rPr>
        <w:t>John felt the memory hit.</w:t>
      </w:r>
    </w:p>
    <w:p w14:paraId="0B9558E6" w14:textId="77777777" w:rsidR="007D7487" w:rsidRDefault="00E6407B">
      <w:pPr>
        <w:ind w:firstLine="288"/>
      </w:pPr>
      <w:r>
        <w:rPr>
          <w:rFonts w:cs="Times New Roman"/>
        </w:rPr>
        <w:t>Torches.</w:t>
      </w:r>
    </w:p>
    <w:p w14:paraId="7B803682" w14:textId="77777777" w:rsidR="007D7487" w:rsidRDefault="00E6407B">
      <w:pPr>
        <w:ind w:firstLine="288"/>
      </w:pPr>
      <w:r>
        <w:rPr>
          <w:rFonts w:cs="Times New Roman"/>
        </w:rPr>
        <w:t>Weapons.</w:t>
      </w:r>
    </w:p>
    <w:p w14:paraId="00B819F5" w14:textId="77777777" w:rsidR="007D7487" w:rsidRDefault="00E6407B">
      <w:pPr>
        <w:ind w:firstLine="288"/>
      </w:pPr>
      <w:r>
        <w:rPr>
          <w:rFonts w:cs="Times New Roman"/>
        </w:rPr>
        <w:t>Men entering a garden.</w:t>
      </w:r>
    </w:p>
    <w:p w14:paraId="31C881E1" w14:textId="77777777" w:rsidR="007D7487" w:rsidRDefault="00E6407B">
      <w:pPr>
        <w:ind w:firstLine="288"/>
      </w:pPr>
      <w:r>
        <w:rPr>
          <w:rFonts w:cs="Times New Roman"/>
        </w:rPr>
        <w:t>Jesus stepping toward them.</w:t>
      </w:r>
    </w:p>
    <w:p w14:paraId="742B5F37" w14:textId="77777777" w:rsidR="007D7487" w:rsidRDefault="00E6407B">
      <w:pPr>
        <w:ind w:firstLine="288"/>
      </w:pPr>
      <w:r>
        <w:rPr>
          <w:rFonts w:cs="Times New Roman"/>
        </w:rPr>
        <w:t>Thomas continued.</w:t>
      </w:r>
    </w:p>
    <w:p w14:paraId="3EF0BB73" w14:textId="77777777" w:rsidR="007D7487" w:rsidRDefault="00E6407B">
      <w:pPr>
        <w:ind w:firstLine="288"/>
      </w:pPr>
      <w:r>
        <w:rPr>
          <w:rFonts w:cs="Times New Roman"/>
        </w:rPr>
        <w:t>"Adam heard God and hid."</w:t>
      </w:r>
    </w:p>
    <w:p w14:paraId="345413C1" w14:textId="77777777" w:rsidR="007D7487" w:rsidRDefault="00E6407B">
      <w:pPr>
        <w:ind w:firstLine="288"/>
      </w:pPr>
      <w:r>
        <w:rPr>
          <w:rFonts w:cs="Times New Roman"/>
        </w:rPr>
        <w:t>He looked at Jesus.</w:t>
      </w:r>
    </w:p>
    <w:p w14:paraId="188698F3" w14:textId="77777777" w:rsidR="007D7487" w:rsidRDefault="00E6407B">
      <w:pPr>
        <w:ind w:firstLine="288"/>
      </w:pPr>
      <w:r>
        <w:rPr>
          <w:rFonts w:cs="Times New Roman"/>
        </w:rPr>
        <w:lastRenderedPageBreak/>
        <w:t>"You heard the men coming..."</w:t>
      </w:r>
    </w:p>
    <w:p w14:paraId="7EA660D7" w14:textId="77777777" w:rsidR="007D7487" w:rsidRDefault="00E6407B">
      <w:pPr>
        <w:ind w:firstLine="288"/>
      </w:pPr>
      <w:r>
        <w:rPr>
          <w:rFonts w:cs="Times New Roman"/>
        </w:rPr>
        <w:t>John finished before he could stop himself.</w:t>
      </w:r>
    </w:p>
    <w:p w14:paraId="4FDE0BA5" w14:textId="77777777" w:rsidR="007D7487" w:rsidRDefault="00E6407B">
      <w:pPr>
        <w:ind w:firstLine="288"/>
      </w:pPr>
      <w:r>
        <w:rPr>
          <w:rFonts w:cs="Times New Roman"/>
        </w:rPr>
        <w:t>"And You went out to meet them."</w:t>
      </w:r>
    </w:p>
    <w:p w14:paraId="14719661" w14:textId="77777777" w:rsidR="007D7487" w:rsidRDefault="00E6407B">
      <w:pPr>
        <w:ind w:firstLine="288"/>
      </w:pPr>
      <w:r>
        <w:rPr>
          <w:rFonts w:cs="Times New Roman"/>
        </w:rPr>
        <w:t>Jesus held his gaze.</w:t>
      </w:r>
    </w:p>
    <w:p w14:paraId="64A2CE1E" w14:textId="77777777" w:rsidR="007D7487" w:rsidRDefault="00E6407B">
      <w:pPr>
        <w:ind w:firstLine="288"/>
      </w:pPr>
      <w:r>
        <w:rPr>
          <w:rFonts w:cs="Times New Roman"/>
        </w:rPr>
        <w:t>John remembered His words.</w:t>
      </w:r>
    </w:p>
    <w:p w14:paraId="54CA4EA8" w14:textId="77777777" w:rsidR="007D7487" w:rsidRDefault="00E6407B">
      <w:pPr>
        <w:ind w:firstLine="288"/>
      </w:pPr>
      <w:r>
        <w:rPr>
          <w:rFonts w:cs="Times New Roman"/>
        </w:rPr>
        <w:t>"Whom seek ye?"</w:t>
      </w:r>
    </w:p>
    <w:p w14:paraId="7038633D" w14:textId="77777777" w:rsidR="007D7487" w:rsidRDefault="00E6407B">
      <w:pPr>
        <w:ind w:firstLine="288"/>
      </w:pPr>
      <w:r>
        <w:rPr>
          <w:rFonts w:cs="Times New Roman"/>
        </w:rPr>
        <w:t>Then:</w:t>
      </w:r>
    </w:p>
    <w:p w14:paraId="3E43FDB1" w14:textId="77777777" w:rsidR="007D7487" w:rsidRDefault="00E6407B">
      <w:pPr>
        <w:ind w:firstLine="288"/>
      </w:pPr>
      <w:r>
        <w:rPr>
          <w:rFonts w:cs="Times New Roman"/>
        </w:rPr>
        <w:t>"I am he."</w:t>
      </w:r>
    </w:p>
    <w:p w14:paraId="516843BF" w14:textId="77777777" w:rsidR="007D7487" w:rsidRDefault="00E6407B">
      <w:pPr>
        <w:ind w:firstLine="288"/>
      </w:pPr>
      <w:r>
        <w:rPr>
          <w:rFonts w:cs="Times New Roman"/>
        </w:rPr>
        <w:t>Peter's face tightened.</w:t>
      </w:r>
    </w:p>
    <w:p w14:paraId="27FBC510" w14:textId="77777777" w:rsidR="007D7487" w:rsidRDefault="00E6407B">
      <w:pPr>
        <w:ind w:firstLine="288"/>
      </w:pPr>
      <w:r>
        <w:rPr>
          <w:rFonts w:cs="Times New Roman"/>
        </w:rPr>
        <w:t>No hiding among trees.</w:t>
      </w:r>
    </w:p>
    <w:p w14:paraId="00C3C604" w14:textId="77777777" w:rsidR="007D7487" w:rsidRDefault="00E6407B">
      <w:pPr>
        <w:ind w:firstLine="288"/>
      </w:pPr>
      <w:r>
        <w:rPr>
          <w:rFonts w:cs="Times New Roman"/>
        </w:rPr>
        <w:t>No blaming a woman.</w:t>
      </w:r>
    </w:p>
    <w:p w14:paraId="71903AB4" w14:textId="77777777" w:rsidR="007D7487" w:rsidRDefault="00E6407B">
      <w:pPr>
        <w:ind w:firstLine="288"/>
      </w:pPr>
      <w:r>
        <w:rPr>
          <w:rFonts w:cs="Times New Roman"/>
        </w:rPr>
        <w:t>No fleeing the Father's command.</w:t>
      </w:r>
    </w:p>
    <w:p w14:paraId="4528EE86" w14:textId="77777777" w:rsidR="007D7487" w:rsidRDefault="00E6407B">
      <w:pPr>
        <w:ind w:firstLine="288"/>
      </w:pPr>
      <w:r>
        <w:rPr>
          <w:rFonts w:cs="Times New Roman"/>
        </w:rPr>
        <w:t>Jesus did not press the comparison farther.</w:t>
      </w:r>
    </w:p>
    <w:p w14:paraId="4E5355AF" w14:textId="77777777" w:rsidR="007D7487" w:rsidRDefault="00E6407B">
      <w:pPr>
        <w:ind w:firstLine="288"/>
      </w:pPr>
      <w:r>
        <w:rPr>
          <w:rFonts w:cs="Times New Roman"/>
        </w:rPr>
        <w:t>He simply asked:</w:t>
      </w:r>
    </w:p>
    <w:p w14:paraId="6E0AED98" w14:textId="77777777" w:rsidR="007D7487" w:rsidRDefault="00E6407B">
      <w:pPr>
        <w:ind w:firstLine="288"/>
      </w:pPr>
      <w:r>
        <w:rPr>
          <w:rFonts w:cs="Times New Roman"/>
        </w:rPr>
        <w:t>"Do you see why the beginning matters?"</w:t>
      </w:r>
    </w:p>
    <w:p w14:paraId="3449C3F3" w14:textId="77777777" w:rsidR="007D7487" w:rsidRDefault="00E6407B">
      <w:pPr>
        <w:ind w:firstLine="288"/>
      </w:pPr>
      <w:r>
        <w:rPr>
          <w:rFonts w:cs="Times New Roman"/>
        </w:rPr>
        <w:t>They did.</w:t>
      </w:r>
    </w:p>
    <w:p w14:paraId="0CEF1221" w14:textId="77777777" w:rsidR="007D7487" w:rsidRDefault="00E6407B">
      <w:pPr>
        <w:ind w:firstLine="288"/>
      </w:pPr>
      <w:r>
        <w:rPr>
          <w:rFonts w:cs="Times New Roman"/>
        </w:rPr>
        <w:t>The pattern had begun before there was a tabernacle.</w:t>
      </w:r>
    </w:p>
    <w:p w14:paraId="4A972F17" w14:textId="77777777" w:rsidR="007D7487" w:rsidRDefault="00E6407B">
      <w:pPr>
        <w:suppressLineNumbers/>
        <w:spacing w:before="100" w:after="100"/>
        <w:jc w:val="center"/>
      </w:pPr>
      <w:r>
        <w:rPr>
          <w:rFonts w:cs="Times New Roman"/>
          <w:sz w:val="20"/>
        </w:rPr>
        <w:t>* * *</w:t>
      </w:r>
    </w:p>
    <w:p w14:paraId="24F65A8D" w14:textId="77777777" w:rsidR="007D7487" w:rsidRDefault="00E6407B">
      <w:pPr>
        <w:ind w:firstLine="288"/>
      </w:pPr>
      <w:r>
        <w:rPr>
          <w:rFonts w:cs="Times New Roman"/>
        </w:rPr>
        <w:t>Jesus returned them to Genesis.</w:t>
      </w:r>
    </w:p>
    <w:p w14:paraId="19FC9ADB" w14:textId="77777777" w:rsidR="007D7487" w:rsidRDefault="00E6407B">
      <w:pPr>
        <w:ind w:firstLine="288"/>
      </w:pPr>
      <w:r>
        <w:rPr>
          <w:rFonts w:cs="Times New Roman"/>
        </w:rPr>
        <w:t>"What did the man and woman do when their eyes were opened?"</w:t>
      </w:r>
    </w:p>
    <w:p w14:paraId="0ACD8FEA" w14:textId="77777777" w:rsidR="007D7487" w:rsidRDefault="00E6407B">
      <w:pPr>
        <w:ind w:firstLine="288"/>
      </w:pPr>
      <w:r>
        <w:rPr>
          <w:rFonts w:cs="Times New Roman"/>
        </w:rPr>
        <w:t>Mary Magdalene answered.</w:t>
      </w:r>
    </w:p>
    <w:p w14:paraId="0B16BB02" w14:textId="77777777" w:rsidR="007D7487" w:rsidRDefault="00E6407B">
      <w:pPr>
        <w:ind w:firstLine="288"/>
      </w:pPr>
      <w:r>
        <w:rPr>
          <w:rFonts w:cs="Times New Roman"/>
        </w:rPr>
        <w:t>"They knew they were naked."</w:t>
      </w:r>
    </w:p>
    <w:p w14:paraId="0210FBA5" w14:textId="77777777" w:rsidR="007D7487" w:rsidRDefault="00E6407B">
      <w:pPr>
        <w:ind w:firstLine="288"/>
      </w:pPr>
      <w:r>
        <w:rPr>
          <w:rFonts w:cs="Times New Roman"/>
        </w:rPr>
        <w:t>"And?"</w:t>
      </w:r>
    </w:p>
    <w:p w14:paraId="60929A18" w14:textId="77777777" w:rsidR="007D7487" w:rsidRDefault="00E6407B">
      <w:pPr>
        <w:ind w:firstLine="288"/>
      </w:pPr>
      <w:r>
        <w:rPr>
          <w:rFonts w:cs="Times New Roman"/>
        </w:rPr>
        <w:t>"They sewed fig leaves."</w:t>
      </w:r>
    </w:p>
    <w:p w14:paraId="732E6A8D" w14:textId="77777777" w:rsidR="007D7487" w:rsidRDefault="00E6407B">
      <w:pPr>
        <w:ind w:firstLine="288"/>
      </w:pPr>
      <w:r>
        <w:rPr>
          <w:rFonts w:cs="Times New Roman"/>
        </w:rPr>
        <w:t>Mary of Bethany added:</w:t>
      </w:r>
    </w:p>
    <w:p w14:paraId="56BAA047" w14:textId="77777777" w:rsidR="007D7487" w:rsidRDefault="00E6407B">
      <w:pPr>
        <w:ind w:firstLine="288"/>
      </w:pPr>
      <w:r>
        <w:rPr>
          <w:rFonts w:cs="Times New Roman"/>
        </w:rPr>
        <w:t>"They made themselves coverings."</w:t>
      </w:r>
    </w:p>
    <w:p w14:paraId="50A3A3C7" w14:textId="77777777" w:rsidR="007D7487" w:rsidRDefault="00E6407B">
      <w:pPr>
        <w:ind w:firstLine="288"/>
      </w:pPr>
      <w:r>
        <w:rPr>
          <w:rFonts w:cs="Times New Roman"/>
        </w:rPr>
        <w:t>Jesus nodded.</w:t>
      </w:r>
    </w:p>
    <w:p w14:paraId="30CED6EC" w14:textId="77777777" w:rsidR="007D7487" w:rsidRDefault="00E6407B">
      <w:pPr>
        <w:ind w:firstLine="288"/>
      </w:pPr>
      <w:r>
        <w:rPr>
          <w:rFonts w:cs="Times New Roman"/>
        </w:rPr>
        <w:t>"What did they do after they had covered themselves?"</w:t>
      </w:r>
    </w:p>
    <w:p w14:paraId="0A17D61B" w14:textId="77777777" w:rsidR="007D7487" w:rsidRDefault="00E6407B">
      <w:pPr>
        <w:ind w:firstLine="288"/>
      </w:pPr>
      <w:r>
        <w:rPr>
          <w:rFonts w:cs="Times New Roman"/>
        </w:rPr>
        <w:t>John knew.</w:t>
      </w:r>
    </w:p>
    <w:p w14:paraId="4F7D9064" w14:textId="77777777" w:rsidR="007D7487" w:rsidRDefault="00E6407B">
      <w:pPr>
        <w:ind w:firstLine="288"/>
      </w:pPr>
      <w:r>
        <w:rPr>
          <w:rFonts w:cs="Times New Roman"/>
        </w:rPr>
        <w:t>"They hid."</w:t>
      </w:r>
    </w:p>
    <w:p w14:paraId="1F192A37" w14:textId="77777777" w:rsidR="007D7487" w:rsidRDefault="00E6407B">
      <w:pPr>
        <w:ind w:firstLine="288"/>
      </w:pPr>
      <w:r>
        <w:rPr>
          <w:rFonts w:cs="Times New Roman"/>
        </w:rPr>
        <w:t>"Why?"</w:t>
      </w:r>
    </w:p>
    <w:p w14:paraId="23754A50" w14:textId="77777777" w:rsidR="007D7487" w:rsidRDefault="00E6407B">
      <w:pPr>
        <w:ind w:firstLine="288"/>
      </w:pPr>
      <w:r>
        <w:rPr>
          <w:rFonts w:cs="Times New Roman"/>
        </w:rPr>
        <w:t>"Fear."</w:t>
      </w:r>
    </w:p>
    <w:p w14:paraId="65B099BB" w14:textId="77777777" w:rsidR="007D7487" w:rsidRDefault="00E6407B">
      <w:pPr>
        <w:ind w:firstLine="288"/>
      </w:pPr>
      <w:r>
        <w:rPr>
          <w:rFonts w:cs="Times New Roman"/>
        </w:rPr>
        <w:t>Jesus turned toward Nicodemus.</w:t>
      </w:r>
    </w:p>
    <w:p w14:paraId="43067D64" w14:textId="77777777" w:rsidR="007D7487" w:rsidRDefault="00E6407B">
      <w:pPr>
        <w:ind w:firstLine="288"/>
      </w:pPr>
      <w:r>
        <w:rPr>
          <w:rFonts w:cs="Times New Roman"/>
        </w:rPr>
        <w:t>"What did Adam tell the LORD?"</w:t>
      </w:r>
    </w:p>
    <w:p w14:paraId="6B0532BA" w14:textId="77777777" w:rsidR="007D7487" w:rsidRDefault="00E6407B">
      <w:pPr>
        <w:ind w:firstLine="288"/>
      </w:pPr>
      <w:r>
        <w:rPr>
          <w:rFonts w:cs="Times New Roman"/>
        </w:rPr>
        <w:t>Nicodemus quoted:</w:t>
      </w:r>
    </w:p>
    <w:p w14:paraId="4177FBC3" w14:textId="77777777" w:rsidR="007D7487" w:rsidRDefault="00E6407B">
      <w:pPr>
        <w:ind w:firstLine="288"/>
      </w:pPr>
      <w:r>
        <w:rPr>
          <w:rFonts w:cs="Times New Roman"/>
        </w:rPr>
        <w:t>"I heard thy voice in the garden, and I was afraid, because I was naked; and I hid myself."</w:t>
      </w:r>
    </w:p>
    <w:p w14:paraId="33023AC9" w14:textId="77777777" w:rsidR="007D7487" w:rsidRDefault="00E6407B">
      <w:pPr>
        <w:ind w:firstLine="288"/>
      </w:pPr>
      <w:r>
        <w:rPr>
          <w:rFonts w:cs="Times New Roman"/>
        </w:rPr>
        <w:t>Jesus waited.</w:t>
      </w:r>
    </w:p>
    <w:p w14:paraId="77960DC7" w14:textId="77777777" w:rsidR="007D7487" w:rsidRDefault="00E6407B">
      <w:pPr>
        <w:ind w:firstLine="288"/>
      </w:pPr>
      <w:r>
        <w:rPr>
          <w:rFonts w:cs="Times New Roman"/>
        </w:rPr>
        <w:t>Mary, His mother, spoke softly.</w:t>
      </w:r>
    </w:p>
    <w:p w14:paraId="529B868D" w14:textId="77777777" w:rsidR="007D7487" w:rsidRDefault="00E6407B">
      <w:pPr>
        <w:ind w:firstLine="288"/>
      </w:pPr>
      <w:r>
        <w:rPr>
          <w:rFonts w:cs="Times New Roman"/>
        </w:rPr>
        <w:lastRenderedPageBreak/>
        <w:t>"But he had already made a covering."</w:t>
      </w:r>
    </w:p>
    <w:p w14:paraId="3385A16C" w14:textId="77777777" w:rsidR="007D7487" w:rsidRDefault="00E6407B">
      <w:pPr>
        <w:ind w:firstLine="288"/>
      </w:pPr>
      <w:r>
        <w:rPr>
          <w:rFonts w:cs="Times New Roman"/>
        </w:rPr>
        <w:t>Several heads turned toward her.</w:t>
      </w:r>
    </w:p>
    <w:p w14:paraId="288E69AD" w14:textId="77777777" w:rsidR="007D7487" w:rsidRDefault="00E6407B">
      <w:pPr>
        <w:ind w:firstLine="288"/>
      </w:pPr>
      <w:r>
        <w:rPr>
          <w:rFonts w:cs="Times New Roman"/>
        </w:rPr>
        <w:t>Jesus looked at her.</w:t>
      </w:r>
    </w:p>
    <w:p w14:paraId="7A78E996" w14:textId="77777777" w:rsidR="007D7487" w:rsidRDefault="00E6407B">
      <w:pPr>
        <w:ind w:firstLine="288"/>
      </w:pPr>
      <w:r>
        <w:rPr>
          <w:rFonts w:cs="Times New Roman"/>
        </w:rPr>
        <w:t>"Yes."</w:t>
      </w:r>
    </w:p>
    <w:p w14:paraId="0BA6143C" w14:textId="77777777" w:rsidR="007D7487" w:rsidRDefault="00E6407B">
      <w:pPr>
        <w:ind w:firstLine="288"/>
      </w:pPr>
      <w:r>
        <w:rPr>
          <w:rFonts w:cs="Times New Roman"/>
        </w:rPr>
        <w:t>She continued.</w:t>
      </w:r>
    </w:p>
    <w:p w14:paraId="7D62F545" w14:textId="77777777" w:rsidR="007D7487" w:rsidRDefault="00E6407B">
      <w:pPr>
        <w:ind w:firstLine="288"/>
      </w:pPr>
      <w:r>
        <w:rPr>
          <w:rFonts w:cs="Times New Roman"/>
        </w:rPr>
        <w:t>"He was covered by what he had made, but he still said he was naked."</w:t>
      </w:r>
    </w:p>
    <w:p w14:paraId="5868501A" w14:textId="77777777" w:rsidR="007D7487" w:rsidRDefault="00E6407B">
      <w:pPr>
        <w:ind w:firstLine="288"/>
      </w:pPr>
      <w:r>
        <w:rPr>
          <w:rFonts w:cs="Times New Roman"/>
        </w:rPr>
        <w:t>Nicodemus's eyes widened.</w:t>
      </w:r>
    </w:p>
    <w:p w14:paraId="34D5CEFC" w14:textId="77777777" w:rsidR="007D7487" w:rsidRDefault="00E6407B">
      <w:pPr>
        <w:ind w:firstLine="288"/>
      </w:pPr>
      <w:r>
        <w:rPr>
          <w:rFonts w:cs="Times New Roman"/>
        </w:rPr>
        <w:t>The repetition became visible.</w:t>
      </w:r>
    </w:p>
    <w:p w14:paraId="097275B6" w14:textId="77777777" w:rsidR="007D7487" w:rsidRDefault="00E6407B">
      <w:pPr>
        <w:ind w:firstLine="288"/>
      </w:pPr>
      <w:r>
        <w:rPr>
          <w:rFonts w:cs="Times New Roman"/>
        </w:rPr>
        <w:t>Man had acted.</w:t>
      </w:r>
    </w:p>
    <w:p w14:paraId="071A8AA2" w14:textId="77777777" w:rsidR="007D7487" w:rsidRDefault="00E6407B">
      <w:pPr>
        <w:ind w:firstLine="288"/>
      </w:pPr>
      <w:r>
        <w:rPr>
          <w:rFonts w:cs="Times New Roman"/>
        </w:rPr>
        <w:t>Fear remained.</w:t>
      </w:r>
    </w:p>
    <w:p w14:paraId="20450F38" w14:textId="77777777" w:rsidR="007D7487" w:rsidRDefault="00E6407B">
      <w:pPr>
        <w:ind w:firstLine="288"/>
      </w:pPr>
      <w:r>
        <w:rPr>
          <w:rFonts w:cs="Times New Roman"/>
        </w:rPr>
        <w:t>Hiding remained.</w:t>
      </w:r>
    </w:p>
    <w:p w14:paraId="14658AD3" w14:textId="77777777" w:rsidR="007D7487" w:rsidRDefault="00E6407B">
      <w:pPr>
        <w:ind w:firstLine="288"/>
      </w:pPr>
      <w:r>
        <w:rPr>
          <w:rFonts w:cs="Times New Roman"/>
        </w:rPr>
        <w:t>The problem had not been solved by sewing.</w:t>
      </w:r>
    </w:p>
    <w:p w14:paraId="168B6BF7" w14:textId="77777777" w:rsidR="007D7487" w:rsidRDefault="00E6407B">
      <w:pPr>
        <w:ind w:firstLine="288"/>
      </w:pPr>
      <w:r>
        <w:rPr>
          <w:rFonts w:cs="Times New Roman"/>
        </w:rPr>
        <w:t>Jesus turned back to Nicodemus.</w:t>
      </w:r>
    </w:p>
    <w:p w14:paraId="7DB995C1" w14:textId="77777777" w:rsidR="007D7487" w:rsidRDefault="00E6407B">
      <w:pPr>
        <w:ind w:firstLine="288"/>
      </w:pPr>
      <w:r>
        <w:rPr>
          <w:rFonts w:cs="Times New Roman"/>
        </w:rPr>
        <w:t>"What verb does Moses use when they make their coverings?"</w:t>
      </w:r>
    </w:p>
    <w:p w14:paraId="53B301B3" w14:textId="77777777" w:rsidR="007D7487" w:rsidRDefault="00E6407B">
      <w:pPr>
        <w:ind w:firstLine="288"/>
      </w:pPr>
      <w:r>
        <w:rPr>
          <w:rFonts w:cs="Times New Roman"/>
        </w:rPr>
        <w:t>"Asah."</w:t>
      </w:r>
    </w:p>
    <w:p w14:paraId="15552225" w14:textId="77777777" w:rsidR="007D7487" w:rsidRDefault="00E6407B">
      <w:pPr>
        <w:ind w:firstLine="288"/>
      </w:pPr>
      <w:r>
        <w:rPr>
          <w:rFonts w:cs="Times New Roman"/>
        </w:rPr>
        <w:t>"Made."</w:t>
      </w:r>
    </w:p>
    <w:p w14:paraId="7E0BB16A" w14:textId="77777777" w:rsidR="007D7487" w:rsidRDefault="00E6407B">
      <w:pPr>
        <w:ind w:firstLine="288"/>
      </w:pPr>
      <w:r>
        <w:rPr>
          <w:rFonts w:cs="Times New Roman"/>
        </w:rPr>
        <w:t>"And later?"</w:t>
      </w:r>
    </w:p>
    <w:p w14:paraId="21A236C1" w14:textId="77777777" w:rsidR="007D7487" w:rsidRDefault="00E6407B">
      <w:pPr>
        <w:ind w:firstLine="288"/>
      </w:pPr>
      <w:r>
        <w:rPr>
          <w:rFonts w:cs="Times New Roman"/>
        </w:rPr>
        <w:t>Nicodemus knew the verse.</w:t>
      </w:r>
    </w:p>
    <w:p w14:paraId="671B5EB5" w14:textId="77777777" w:rsidR="007D7487" w:rsidRDefault="00E6407B">
      <w:pPr>
        <w:ind w:firstLine="288"/>
      </w:pPr>
      <w:r>
        <w:rPr>
          <w:rFonts w:cs="Times New Roman"/>
        </w:rPr>
        <w:t>"Unto Adam also and to his wife did the LORD God make..."</w:t>
      </w:r>
    </w:p>
    <w:p w14:paraId="200D225E" w14:textId="77777777" w:rsidR="007D7487" w:rsidRDefault="00E6407B">
      <w:pPr>
        <w:ind w:firstLine="288"/>
      </w:pPr>
      <w:r>
        <w:rPr>
          <w:rFonts w:cs="Times New Roman"/>
        </w:rPr>
        <w:t>He slowed.</w:t>
      </w:r>
    </w:p>
    <w:p w14:paraId="32EC371B" w14:textId="77777777" w:rsidR="007D7487" w:rsidRDefault="00E6407B">
      <w:pPr>
        <w:ind w:firstLine="288"/>
      </w:pPr>
      <w:r>
        <w:rPr>
          <w:rFonts w:cs="Times New Roman"/>
        </w:rPr>
        <w:t>"Coats of skins."</w:t>
      </w:r>
    </w:p>
    <w:p w14:paraId="2B0AE12C" w14:textId="77777777" w:rsidR="007D7487" w:rsidRDefault="00E6407B">
      <w:pPr>
        <w:ind w:firstLine="288"/>
      </w:pPr>
      <w:r>
        <w:rPr>
          <w:rFonts w:cs="Times New Roman"/>
        </w:rPr>
        <w:t>"And?"</w:t>
      </w:r>
    </w:p>
    <w:p w14:paraId="5B6D3112" w14:textId="77777777" w:rsidR="007D7487" w:rsidRDefault="00E6407B">
      <w:pPr>
        <w:ind w:firstLine="288"/>
      </w:pPr>
      <w:r>
        <w:rPr>
          <w:rFonts w:cs="Times New Roman"/>
        </w:rPr>
        <w:t>"Clothed them."</w:t>
      </w:r>
    </w:p>
    <w:p w14:paraId="07006273" w14:textId="77777777" w:rsidR="007D7487" w:rsidRDefault="00E6407B">
      <w:pPr>
        <w:ind w:firstLine="288"/>
      </w:pPr>
      <w:r>
        <w:rPr>
          <w:rFonts w:cs="Times New Roman"/>
        </w:rPr>
        <w:t>The gathering grew very quiet.</w:t>
      </w:r>
    </w:p>
    <w:p w14:paraId="34CD8043" w14:textId="77777777" w:rsidR="007D7487" w:rsidRDefault="00E6407B">
      <w:pPr>
        <w:ind w:firstLine="288"/>
      </w:pPr>
      <w:r>
        <w:rPr>
          <w:rFonts w:cs="Times New Roman"/>
        </w:rPr>
        <w:t>Jesus did not rush them toward the cross.</w:t>
      </w:r>
    </w:p>
    <w:p w14:paraId="4ABE63CE" w14:textId="77777777" w:rsidR="007D7487" w:rsidRDefault="00E6407B">
      <w:pPr>
        <w:ind w:firstLine="288"/>
      </w:pPr>
      <w:r>
        <w:rPr>
          <w:rFonts w:cs="Times New Roman"/>
        </w:rPr>
        <w:t>He let Genesis remain Genesis.</w:t>
      </w:r>
    </w:p>
    <w:p w14:paraId="0507AB09" w14:textId="77777777" w:rsidR="007D7487" w:rsidRDefault="00E6407B">
      <w:pPr>
        <w:ind w:firstLine="288"/>
      </w:pPr>
      <w:r>
        <w:rPr>
          <w:rFonts w:cs="Times New Roman"/>
        </w:rPr>
        <w:t>Man made.</w:t>
      </w:r>
    </w:p>
    <w:p w14:paraId="1239198A" w14:textId="77777777" w:rsidR="007D7487" w:rsidRDefault="00E6407B">
      <w:pPr>
        <w:ind w:firstLine="288"/>
      </w:pPr>
      <w:r>
        <w:rPr>
          <w:rFonts w:cs="Times New Roman"/>
        </w:rPr>
        <w:t>Then God made.</w:t>
      </w:r>
    </w:p>
    <w:p w14:paraId="33958F7C" w14:textId="77777777" w:rsidR="007D7487" w:rsidRDefault="00E6407B">
      <w:pPr>
        <w:ind w:firstLine="288"/>
      </w:pPr>
      <w:r>
        <w:rPr>
          <w:rFonts w:cs="Times New Roman"/>
        </w:rPr>
        <w:t>Man covered himself.</w:t>
      </w:r>
    </w:p>
    <w:p w14:paraId="0BAE6569" w14:textId="77777777" w:rsidR="007D7487" w:rsidRDefault="00E6407B">
      <w:pPr>
        <w:ind w:firstLine="288"/>
      </w:pPr>
      <w:r>
        <w:rPr>
          <w:rFonts w:cs="Times New Roman"/>
        </w:rPr>
        <w:t>Still hid.</w:t>
      </w:r>
    </w:p>
    <w:p w14:paraId="3C752D0F" w14:textId="77777777" w:rsidR="007D7487" w:rsidRDefault="00E6407B">
      <w:pPr>
        <w:ind w:firstLine="288"/>
      </w:pPr>
      <w:r>
        <w:rPr>
          <w:rFonts w:cs="Times New Roman"/>
        </w:rPr>
        <w:t>Then God provided clothing and clothed the guilty pair Himself.</w:t>
      </w:r>
    </w:p>
    <w:p w14:paraId="764E6FF6" w14:textId="77777777" w:rsidR="007D7487" w:rsidRDefault="00E6407B">
      <w:pPr>
        <w:ind w:firstLine="288"/>
      </w:pPr>
      <w:r>
        <w:rPr>
          <w:rFonts w:cs="Times New Roman"/>
        </w:rPr>
        <w:t>Mary of Bethany looked toward her own hands.</w:t>
      </w:r>
    </w:p>
    <w:p w14:paraId="3A2A3690" w14:textId="77777777" w:rsidR="007D7487" w:rsidRDefault="00E6407B">
      <w:pPr>
        <w:ind w:firstLine="288"/>
      </w:pPr>
      <w:r>
        <w:rPr>
          <w:rFonts w:cs="Times New Roman"/>
        </w:rPr>
        <w:t>"So their covering was not enough."</w:t>
      </w:r>
    </w:p>
    <w:p w14:paraId="007C1872" w14:textId="77777777" w:rsidR="007D7487" w:rsidRDefault="00E6407B">
      <w:pPr>
        <w:ind w:firstLine="288"/>
      </w:pPr>
      <w:r>
        <w:rPr>
          <w:rFonts w:cs="Times New Roman"/>
        </w:rPr>
        <w:t>Jesus answered carefully.</w:t>
      </w:r>
    </w:p>
    <w:p w14:paraId="33C270A2" w14:textId="77777777" w:rsidR="007D7487" w:rsidRDefault="00E6407B">
      <w:pPr>
        <w:ind w:firstLine="288"/>
      </w:pPr>
      <w:r>
        <w:rPr>
          <w:rFonts w:cs="Times New Roman"/>
        </w:rPr>
        <w:t>"It did not remove their fear."</w:t>
      </w:r>
    </w:p>
    <w:p w14:paraId="4567B891" w14:textId="77777777" w:rsidR="007D7487" w:rsidRDefault="00E6407B">
      <w:pPr>
        <w:ind w:firstLine="288"/>
      </w:pPr>
      <w:r>
        <w:rPr>
          <w:rFonts w:cs="Times New Roman"/>
        </w:rPr>
        <w:t>"It did not undo their disobedience."</w:t>
      </w:r>
    </w:p>
    <w:p w14:paraId="37205D1E" w14:textId="77777777" w:rsidR="007D7487" w:rsidRDefault="00E6407B">
      <w:pPr>
        <w:ind w:firstLine="288"/>
      </w:pPr>
      <w:r>
        <w:rPr>
          <w:rFonts w:cs="Times New Roman"/>
        </w:rPr>
        <w:t>"It did not reopen the garden."</w:t>
      </w:r>
    </w:p>
    <w:p w14:paraId="6FA12029" w14:textId="77777777" w:rsidR="007D7487" w:rsidRDefault="00E6407B">
      <w:pPr>
        <w:ind w:firstLine="288"/>
      </w:pPr>
      <w:r>
        <w:rPr>
          <w:rFonts w:cs="Times New Roman"/>
        </w:rPr>
        <w:t>Peter looked toward Him.</w:t>
      </w:r>
    </w:p>
    <w:p w14:paraId="135BC40D" w14:textId="77777777" w:rsidR="007D7487" w:rsidRDefault="00E6407B">
      <w:pPr>
        <w:ind w:firstLine="288"/>
      </w:pPr>
      <w:r>
        <w:rPr>
          <w:rFonts w:cs="Times New Roman"/>
        </w:rPr>
        <w:lastRenderedPageBreak/>
        <w:t>"And the skins?"</w:t>
      </w:r>
    </w:p>
    <w:p w14:paraId="427CE3A4" w14:textId="77777777" w:rsidR="007D7487" w:rsidRDefault="00E6407B">
      <w:pPr>
        <w:ind w:firstLine="288"/>
      </w:pPr>
      <w:r>
        <w:rPr>
          <w:rFonts w:cs="Times New Roman"/>
        </w:rPr>
        <w:t>Jesus held his gaze.</w:t>
      </w:r>
    </w:p>
    <w:p w14:paraId="4C35D7E7" w14:textId="77777777" w:rsidR="007D7487" w:rsidRDefault="00E6407B">
      <w:pPr>
        <w:ind w:firstLine="288"/>
      </w:pPr>
      <w:r>
        <w:rPr>
          <w:rFonts w:cs="Times New Roman"/>
        </w:rPr>
        <w:t>"What does Moses say?"</w:t>
      </w:r>
    </w:p>
    <w:p w14:paraId="48A8A424" w14:textId="77777777" w:rsidR="007D7487" w:rsidRDefault="00E6407B">
      <w:pPr>
        <w:ind w:firstLine="288"/>
      </w:pPr>
      <w:r>
        <w:rPr>
          <w:rFonts w:cs="Times New Roman"/>
        </w:rPr>
        <w:t>Peter frowned.</w:t>
      </w:r>
    </w:p>
    <w:p w14:paraId="08ADD026" w14:textId="77777777" w:rsidR="007D7487" w:rsidRDefault="00E6407B">
      <w:pPr>
        <w:ind w:firstLine="288"/>
      </w:pPr>
      <w:r>
        <w:rPr>
          <w:rFonts w:cs="Times New Roman"/>
        </w:rPr>
        <w:t>"That God made coats of skins."</w:t>
      </w:r>
    </w:p>
    <w:p w14:paraId="0F16F7D5" w14:textId="77777777" w:rsidR="007D7487" w:rsidRDefault="00E6407B">
      <w:pPr>
        <w:ind w:firstLine="288"/>
      </w:pPr>
      <w:r>
        <w:rPr>
          <w:rFonts w:cs="Times New Roman"/>
        </w:rPr>
        <w:t>"Does Moses tell you in that verse how the skins were obtained?"</w:t>
      </w:r>
    </w:p>
    <w:p w14:paraId="7F2E586D" w14:textId="77777777" w:rsidR="007D7487" w:rsidRDefault="00E6407B">
      <w:pPr>
        <w:ind w:firstLine="288"/>
      </w:pPr>
      <w:r>
        <w:rPr>
          <w:rFonts w:cs="Times New Roman"/>
        </w:rPr>
        <w:t>Peter paused.</w:t>
      </w:r>
    </w:p>
    <w:p w14:paraId="30035AB0" w14:textId="77777777" w:rsidR="007D7487" w:rsidRDefault="00E6407B">
      <w:pPr>
        <w:ind w:firstLine="288"/>
      </w:pPr>
      <w:r>
        <w:rPr>
          <w:rFonts w:cs="Times New Roman"/>
        </w:rPr>
        <w:t>"No."</w:t>
      </w:r>
    </w:p>
    <w:p w14:paraId="0BBAECFB" w14:textId="77777777" w:rsidR="007D7487" w:rsidRDefault="00E6407B">
      <w:pPr>
        <w:ind w:firstLine="288"/>
      </w:pPr>
      <w:r>
        <w:rPr>
          <w:rFonts w:cs="Times New Roman"/>
        </w:rPr>
        <w:t>"Then do not add what Moses did not say."</w:t>
      </w:r>
    </w:p>
    <w:p w14:paraId="1D2200E6" w14:textId="77777777" w:rsidR="007D7487" w:rsidRDefault="00E6407B">
      <w:pPr>
        <w:ind w:firstLine="288"/>
      </w:pPr>
      <w:r>
        <w:rPr>
          <w:rFonts w:cs="Times New Roman"/>
        </w:rPr>
        <w:t>Nicodemus nodded immediately.</w:t>
      </w:r>
    </w:p>
    <w:p w14:paraId="3C89355F" w14:textId="77777777" w:rsidR="007D7487" w:rsidRDefault="00E6407B">
      <w:pPr>
        <w:ind w:firstLine="288"/>
      </w:pPr>
      <w:r>
        <w:rPr>
          <w:rFonts w:cs="Times New Roman"/>
        </w:rPr>
        <w:t>Jesus left the unanswered part unanswered.</w:t>
      </w:r>
    </w:p>
    <w:p w14:paraId="76D151BA" w14:textId="77777777" w:rsidR="007D7487" w:rsidRDefault="00E6407B">
      <w:pPr>
        <w:ind w:firstLine="288"/>
      </w:pPr>
      <w:r>
        <w:rPr>
          <w:rFonts w:cs="Times New Roman"/>
        </w:rPr>
        <w:t>Jesus continued.</w:t>
      </w:r>
    </w:p>
    <w:p w14:paraId="57395311" w14:textId="77777777" w:rsidR="007D7487" w:rsidRDefault="00E6407B">
      <w:pPr>
        <w:ind w:firstLine="288"/>
      </w:pPr>
      <w:r>
        <w:rPr>
          <w:rFonts w:cs="Times New Roman"/>
        </w:rPr>
        <w:t>"But do not miss what Moses did say."</w:t>
      </w:r>
    </w:p>
    <w:p w14:paraId="4D348ED0" w14:textId="77777777" w:rsidR="007D7487" w:rsidRDefault="00E6407B">
      <w:pPr>
        <w:ind w:firstLine="288"/>
      </w:pPr>
      <w:r>
        <w:rPr>
          <w:rFonts w:cs="Times New Roman"/>
        </w:rPr>
        <w:t>"God made."</w:t>
      </w:r>
    </w:p>
    <w:p w14:paraId="7457A105" w14:textId="77777777" w:rsidR="007D7487" w:rsidRDefault="00E6407B">
      <w:pPr>
        <w:ind w:firstLine="288"/>
      </w:pPr>
      <w:r>
        <w:rPr>
          <w:rFonts w:cs="Times New Roman"/>
        </w:rPr>
        <w:t>"God clothed."</w:t>
      </w:r>
    </w:p>
    <w:p w14:paraId="60C92664" w14:textId="77777777" w:rsidR="007D7487" w:rsidRDefault="00E6407B">
      <w:pPr>
        <w:ind w:firstLine="288"/>
      </w:pPr>
      <w:r>
        <w:rPr>
          <w:rFonts w:cs="Times New Roman"/>
        </w:rPr>
        <w:t>"The guilty did not restore themselves by the thing they made."</w:t>
      </w:r>
    </w:p>
    <w:p w14:paraId="1FD2A19F" w14:textId="77777777" w:rsidR="007D7487" w:rsidRDefault="00E6407B">
      <w:pPr>
        <w:ind w:firstLine="288"/>
      </w:pPr>
      <w:r>
        <w:rPr>
          <w:rFonts w:cs="Times New Roman"/>
        </w:rPr>
        <w:t>Nicodemus looked back toward the beginning of the sequence.</w:t>
      </w:r>
    </w:p>
    <w:p w14:paraId="6E8F1BB0" w14:textId="77777777" w:rsidR="007D7487" w:rsidRDefault="00E6407B">
      <w:pPr>
        <w:ind w:firstLine="288"/>
      </w:pPr>
      <w:r>
        <w:rPr>
          <w:rFonts w:cs="Times New Roman"/>
        </w:rPr>
        <w:t>"Man makes."</w:t>
      </w:r>
    </w:p>
    <w:p w14:paraId="0326215B" w14:textId="77777777" w:rsidR="007D7487" w:rsidRDefault="00E6407B">
      <w:pPr>
        <w:ind w:firstLine="288"/>
      </w:pPr>
      <w:r>
        <w:rPr>
          <w:rFonts w:cs="Times New Roman"/>
        </w:rPr>
        <w:t>"And remains afraid," Mary, Jesus' mother, answered.</w:t>
      </w:r>
    </w:p>
    <w:p w14:paraId="68DA619E" w14:textId="77777777" w:rsidR="007D7487" w:rsidRDefault="00E6407B">
      <w:pPr>
        <w:ind w:firstLine="288"/>
      </w:pPr>
      <w:r>
        <w:rPr>
          <w:rFonts w:cs="Times New Roman"/>
        </w:rPr>
        <w:t>"God makes."</w:t>
      </w:r>
    </w:p>
    <w:p w14:paraId="1CDFE822" w14:textId="77777777" w:rsidR="007D7487" w:rsidRDefault="00E6407B">
      <w:pPr>
        <w:ind w:firstLine="288"/>
      </w:pPr>
      <w:r>
        <w:rPr>
          <w:rFonts w:cs="Times New Roman"/>
        </w:rPr>
        <w:t>Nicodemus nodded.</w:t>
      </w:r>
    </w:p>
    <w:p w14:paraId="54D922E3" w14:textId="77777777" w:rsidR="007D7487" w:rsidRDefault="00E6407B">
      <w:pPr>
        <w:ind w:firstLine="288"/>
      </w:pPr>
      <w:r>
        <w:rPr>
          <w:rFonts w:cs="Times New Roman"/>
        </w:rPr>
        <w:t>"And God clothes."</w:t>
      </w:r>
    </w:p>
    <w:p w14:paraId="291C43B2" w14:textId="77777777" w:rsidR="007D7487" w:rsidRDefault="00E6407B">
      <w:pPr>
        <w:ind w:firstLine="288"/>
      </w:pPr>
      <w:r>
        <w:rPr>
          <w:rFonts w:cs="Times New Roman"/>
        </w:rPr>
        <w:t>Jesus let the distinction remain relational before anyone turned it into a formula.</w:t>
      </w:r>
    </w:p>
    <w:p w14:paraId="3C5DC65A" w14:textId="77777777" w:rsidR="007D7487" w:rsidRDefault="00E6407B">
      <w:pPr>
        <w:ind w:firstLine="288"/>
      </w:pPr>
      <w:r>
        <w:rPr>
          <w:rFonts w:cs="Times New Roman"/>
        </w:rPr>
        <w:t>The point was not that cloth itself could forgive.</w:t>
      </w:r>
    </w:p>
    <w:p w14:paraId="748F377E" w14:textId="77777777" w:rsidR="007D7487" w:rsidRDefault="00E6407B">
      <w:pPr>
        <w:ind w:firstLine="288"/>
      </w:pPr>
      <w:r>
        <w:rPr>
          <w:rFonts w:cs="Times New Roman"/>
        </w:rPr>
        <w:t>The point was that the guilty pair could not repair fellowship merely by manufacturing their own answer to shame.</w:t>
      </w:r>
    </w:p>
    <w:p w14:paraId="3550E3F2" w14:textId="77777777" w:rsidR="007D7487" w:rsidRDefault="00E6407B">
      <w:pPr>
        <w:ind w:firstLine="288"/>
      </w:pPr>
      <w:r>
        <w:rPr>
          <w:rFonts w:cs="Times New Roman"/>
        </w:rPr>
        <w:t>That was enough.</w:t>
      </w:r>
    </w:p>
    <w:p w14:paraId="7B458876" w14:textId="77777777" w:rsidR="007D7487" w:rsidRDefault="00E6407B">
      <w:pPr>
        <w:ind w:firstLine="288"/>
      </w:pPr>
      <w:r>
        <w:rPr>
          <w:rFonts w:cs="Times New Roman"/>
        </w:rPr>
        <w:t>The pattern sat in the open.</w:t>
      </w:r>
    </w:p>
    <w:p w14:paraId="359116FF" w14:textId="77777777" w:rsidR="007D7487" w:rsidRDefault="00E6407B">
      <w:pPr>
        <w:suppressLineNumbers/>
        <w:spacing w:before="100" w:after="100"/>
        <w:jc w:val="center"/>
      </w:pPr>
      <w:r>
        <w:rPr>
          <w:rFonts w:cs="Times New Roman"/>
          <w:sz w:val="20"/>
        </w:rPr>
        <w:t>* * *</w:t>
      </w:r>
    </w:p>
    <w:p w14:paraId="1A2BFF7E" w14:textId="77777777" w:rsidR="007D7487" w:rsidRDefault="00E6407B">
      <w:pPr>
        <w:ind w:firstLine="288"/>
      </w:pPr>
      <w:r>
        <w:rPr>
          <w:rFonts w:cs="Times New Roman"/>
        </w:rPr>
        <w:t>Nicodemus had already gone somewhere else in Torah.</w:t>
      </w:r>
    </w:p>
    <w:p w14:paraId="24F549DC" w14:textId="77777777" w:rsidR="007D7487" w:rsidRDefault="00E6407B">
      <w:pPr>
        <w:ind w:firstLine="288"/>
      </w:pPr>
      <w:r>
        <w:rPr>
          <w:rFonts w:cs="Times New Roman"/>
        </w:rPr>
        <w:t>Jesus saw it.</w:t>
      </w:r>
    </w:p>
    <w:p w14:paraId="711F4287" w14:textId="77777777" w:rsidR="007D7487" w:rsidRDefault="00E6407B">
      <w:pPr>
        <w:ind w:firstLine="288"/>
      </w:pPr>
      <w:r>
        <w:rPr>
          <w:rFonts w:cs="Times New Roman"/>
        </w:rPr>
        <w:t>"What?"</w:t>
      </w:r>
    </w:p>
    <w:p w14:paraId="57482B6E" w14:textId="77777777" w:rsidR="007D7487" w:rsidRDefault="00E6407B">
      <w:pPr>
        <w:ind w:firstLine="288"/>
      </w:pPr>
      <w:r>
        <w:rPr>
          <w:rFonts w:cs="Times New Roman"/>
        </w:rPr>
        <w:t>"The tunic."</w:t>
      </w:r>
    </w:p>
    <w:p w14:paraId="06B6F481" w14:textId="77777777" w:rsidR="007D7487" w:rsidRDefault="00E6407B">
      <w:pPr>
        <w:ind w:firstLine="288"/>
      </w:pPr>
      <w:r>
        <w:rPr>
          <w:rFonts w:cs="Times New Roman"/>
        </w:rPr>
        <w:t>Jesus waited.</w:t>
      </w:r>
    </w:p>
    <w:p w14:paraId="33CEAEAA" w14:textId="77777777" w:rsidR="007D7487" w:rsidRDefault="00E6407B">
      <w:pPr>
        <w:ind w:firstLine="288"/>
      </w:pPr>
      <w:r>
        <w:rPr>
          <w:rFonts w:cs="Times New Roman"/>
        </w:rPr>
        <w:t>"The word for the garment."</w:t>
      </w:r>
    </w:p>
    <w:p w14:paraId="1B0F7345" w14:textId="77777777" w:rsidR="007D7487" w:rsidRDefault="00E6407B">
      <w:pPr>
        <w:ind w:firstLine="288"/>
      </w:pPr>
      <w:r>
        <w:rPr>
          <w:rFonts w:cs="Times New Roman"/>
        </w:rPr>
        <w:t>Nicodemus's eyes had brightened.</w:t>
      </w:r>
    </w:p>
    <w:p w14:paraId="3AC5EACB" w14:textId="77777777" w:rsidR="007D7487" w:rsidRDefault="00E6407B">
      <w:pPr>
        <w:ind w:firstLine="288"/>
      </w:pPr>
      <w:r>
        <w:rPr>
          <w:rFonts w:cs="Times New Roman"/>
        </w:rPr>
        <w:t>"Ketonet."</w:t>
      </w:r>
    </w:p>
    <w:p w14:paraId="55CD4796" w14:textId="77777777" w:rsidR="007D7487" w:rsidRDefault="00E6407B">
      <w:pPr>
        <w:ind w:firstLine="288"/>
      </w:pPr>
      <w:r>
        <w:rPr>
          <w:rFonts w:cs="Times New Roman"/>
        </w:rPr>
        <w:t>He looked toward Jesus.</w:t>
      </w:r>
    </w:p>
    <w:p w14:paraId="3F40172A" w14:textId="77777777" w:rsidR="007D7487" w:rsidRDefault="00E6407B">
      <w:pPr>
        <w:ind w:firstLine="288"/>
      </w:pPr>
      <w:r>
        <w:rPr>
          <w:rFonts w:cs="Times New Roman"/>
        </w:rPr>
        <w:lastRenderedPageBreak/>
        <w:t>"It returns."</w:t>
      </w:r>
    </w:p>
    <w:p w14:paraId="18C57FA6" w14:textId="77777777" w:rsidR="007D7487" w:rsidRDefault="00E6407B">
      <w:pPr>
        <w:ind w:firstLine="288"/>
      </w:pPr>
      <w:r>
        <w:rPr>
          <w:rFonts w:cs="Times New Roman"/>
        </w:rPr>
        <w:t>"Where?"</w:t>
      </w:r>
    </w:p>
    <w:p w14:paraId="6BBED187" w14:textId="77777777" w:rsidR="007D7487" w:rsidRDefault="00E6407B">
      <w:pPr>
        <w:ind w:firstLine="288"/>
      </w:pPr>
      <w:r>
        <w:rPr>
          <w:rFonts w:cs="Times New Roman"/>
        </w:rPr>
        <w:t>"The priestly garments."</w:t>
      </w:r>
    </w:p>
    <w:p w14:paraId="12791A29" w14:textId="77777777" w:rsidR="007D7487" w:rsidRDefault="00E6407B">
      <w:pPr>
        <w:ind w:firstLine="288"/>
      </w:pPr>
      <w:r>
        <w:rPr>
          <w:rFonts w:cs="Times New Roman"/>
        </w:rPr>
        <w:t>"Aaron."</w:t>
      </w:r>
    </w:p>
    <w:p w14:paraId="4AED62F2" w14:textId="77777777" w:rsidR="007D7487" w:rsidRDefault="00E6407B">
      <w:pPr>
        <w:ind w:firstLine="288"/>
      </w:pPr>
      <w:r>
        <w:rPr>
          <w:rFonts w:cs="Times New Roman"/>
        </w:rPr>
        <w:t>"His sons."</w:t>
      </w:r>
    </w:p>
    <w:p w14:paraId="0FF9C5C5" w14:textId="77777777" w:rsidR="007D7487" w:rsidRDefault="00E6407B">
      <w:pPr>
        <w:ind w:firstLine="288"/>
      </w:pPr>
      <w:r>
        <w:rPr>
          <w:rFonts w:cs="Times New Roman"/>
        </w:rPr>
        <w:t>"Coats. Tunics."</w:t>
      </w:r>
    </w:p>
    <w:p w14:paraId="7C24C099" w14:textId="77777777" w:rsidR="007D7487" w:rsidRDefault="00E6407B">
      <w:pPr>
        <w:ind w:firstLine="288"/>
      </w:pPr>
      <w:r>
        <w:rPr>
          <w:rFonts w:cs="Times New Roman"/>
        </w:rPr>
        <w:t>"Garments for service."</w:t>
      </w:r>
    </w:p>
    <w:p w14:paraId="28FDA9F7" w14:textId="77777777" w:rsidR="007D7487" w:rsidRDefault="00E6407B">
      <w:pPr>
        <w:ind w:firstLine="288"/>
      </w:pPr>
      <w:r>
        <w:rPr>
          <w:rFonts w:cs="Times New Roman"/>
        </w:rPr>
        <w:t>Jesus nodded.</w:t>
      </w:r>
    </w:p>
    <w:p w14:paraId="266E304A" w14:textId="77777777" w:rsidR="007D7487" w:rsidRDefault="00E6407B">
      <w:pPr>
        <w:ind w:firstLine="288"/>
      </w:pPr>
      <w:r>
        <w:rPr>
          <w:rFonts w:cs="Times New Roman"/>
        </w:rPr>
        <w:t>"Same garment word in places."</w:t>
      </w:r>
    </w:p>
    <w:p w14:paraId="6C3F4C44" w14:textId="77777777" w:rsidR="007D7487" w:rsidRDefault="00E6407B">
      <w:pPr>
        <w:ind w:firstLine="288"/>
      </w:pPr>
      <w:r>
        <w:rPr>
          <w:rFonts w:cs="Times New Roman"/>
        </w:rPr>
        <w:t>"Not the same garment."</w:t>
      </w:r>
    </w:p>
    <w:p w14:paraId="535DAE2F" w14:textId="77777777" w:rsidR="007D7487" w:rsidRDefault="00E6407B">
      <w:pPr>
        <w:ind w:firstLine="288"/>
      </w:pPr>
      <w:r>
        <w:rPr>
          <w:rFonts w:cs="Times New Roman"/>
        </w:rPr>
        <w:t>"No."</w:t>
      </w:r>
    </w:p>
    <w:p w14:paraId="4BF0270D" w14:textId="77777777" w:rsidR="007D7487" w:rsidRDefault="00E6407B">
      <w:pPr>
        <w:ind w:firstLine="288"/>
      </w:pPr>
      <w:r>
        <w:rPr>
          <w:rFonts w:cs="Times New Roman"/>
        </w:rPr>
        <w:t>"Not the same function."</w:t>
      </w:r>
    </w:p>
    <w:p w14:paraId="5716FFBA" w14:textId="77777777" w:rsidR="007D7487" w:rsidRDefault="00E6407B">
      <w:pPr>
        <w:ind w:firstLine="288"/>
      </w:pPr>
      <w:r>
        <w:rPr>
          <w:rFonts w:cs="Times New Roman"/>
        </w:rPr>
        <w:t>"No."</w:t>
      </w:r>
    </w:p>
    <w:p w14:paraId="285D72E4" w14:textId="77777777" w:rsidR="007D7487" w:rsidRDefault="00E6407B">
      <w:pPr>
        <w:ind w:firstLine="288"/>
      </w:pPr>
      <w:r>
        <w:rPr>
          <w:rFonts w:cs="Times New Roman"/>
        </w:rPr>
        <w:t>Jesus' answer protected the discovery before excitement could turn similarity into identity.</w:t>
      </w:r>
    </w:p>
    <w:p w14:paraId="240D5305" w14:textId="77777777" w:rsidR="007D7487" w:rsidRDefault="00E6407B">
      <w:pPr>
        <w:ind w:firstLine="288"/>
      </w:pPr>
      <w:r>
        <w:rPr>
          <w:rFonts w:cs="Times New Roman"/>
        </w:rPr>
        <w:t>"But the language returns around sacred service."</w:t>
      </w:r>
    </w:p>
    <w:p w14:paraId="2E36B784" w14:textId="77777777" w:rsidR="007D7487" w:rsidRDefault="00E6407B">
      <w:pPr>
        <w:ind w:firstLine="288"/>
      </w:pPr>
      <w:r>
        <w:rPr>
          <w:rFonts w:cs="Times New Roman"/>
        </w:rPr>
        <w:t>Nicodemus nodded.</w:t>
      </w:r>
    </w:p>
    <w:p w14:paraId="042B0E7C" w14:textId="77777777" w:rsidR="007D7487" w:rsidRDefault="00E6407B">
      <w:pPr>
        <w:ind w:firstLine="288"/>
      </w:pPr>
      <w:r>
        <w:rPr>
          <w:rFonts w:cs="Times New Roman"/>
        </w:rPr>
        <w:t>"God clothes Adam and his wife after guilt."</w:t>
      </w:r>
    </w:p>
    <w:p w14:paraId="02D76220" w14:textId="77777777" w:rsidR="007D7487" w:rsidRDefault="00E6407B">
      <w:pPr>
        <w:ind w:firstLine="288"/>
      </w:pPr>
      <w:r>
        <w:rPr>
          <w:rFonts w:cs="Times New Roman"/>
        </w:rPr>
        <w:t>"Later God commands garments for men who will serve in the sanctuary."</w:t>
      </w:r>
    </w:p>
    <w:p w14:paraId="1BDC0625" w14:textId="77777777" w:rsidR="007D7487" w:rsidRDefault="00E6407B">
      <w:pPr>
        <w:ind w:firstLine="288"/>
      </w:pPr>
      <w:r>
        <w:rPr>
          <w:rFonts w:cs="Times New Roman"/>
        </w:rPr>
        <w:t>Mary Magdalene looked toward him.</w:t>
      </w:r>
    </w:p>
    <w:p w14:paraId="62E48CD6" w14:textId="77777777" w:rsidR="007D7487" w:rsidRDefault="00E6407B">
      <w:pPr>
        <w:ind w:firstLine="288"/>
      </w:pPr>
      <w:r>
        <w:rPr>
          <w:rFonts w:cs="Times New Roman"/>
        </w:rPr>
        <w:t>"So clothing and sacred space keep meeting."</w:t>
      </w:r>
    </w:p>
    <w:p w14:paraId="74FBE4F3" w14:textId="77777777" w:rsidR="007D7487" w:rsidRDefault="00E6407B">
      <w:pPr>
        <w:ind w:firstLine="288"/>
      </w:pPr>
      <w:r>
        <w:rPr>
          <w:rFonts w:cs="Times New Roman"/>
        </w:rPr>
        <w:t>Nicodemus smiled.</w:t>
      </w:r>
    </w:p>
    <w:p w14:paraId="7E8B3E1A" w14:textId="77777777" w:rsidR="007D7487" w:rsidRDefault="00E6407B">
      <w:pPr>
        <w:ind w:firstLine="288"/>
      </w:pPr>
      <w:r>
        <w:rPr>
          <w:rFonts w:cs="Times New Roman"/>
        </w:rPr>
        <w:t>"Yes."</w:t>
      </w:r>
    </w:p>
    <w:p w14:paraId="3EDA6727" w14:textId="77777777" w:rsidR="007D7487" w:rsidRDefault="00E6407B">
      <w:pPr>
        <w:ind w:firstLine="288"/>
      </w:pPr>
      <w:r>
        <w:rPr>
          <w:rFonts w:cs="Times New Roman"/>
        </w:rPr>
        <w:t>Then caught himself.</w:t>
      </w:r>
    </w:p>
    <w:p w14:paraId="5BB418CF" w14:textId="77777777" w:rsidR="007D7487" w:rsidRDefault="00E6407B">
      <w:pPr>
        <w:ind w:firstLine="288"/>
      </w:pPr>
      <w:r>
        <w:rPr>
          <w:rFonts w:cs="Times New Roman"/>
        </w:rPr>
        <w:t>"At least the words do."</w:t>
      </w:r>
    </w:p>
    <w:p w14:paraId="2728AEA4" w14:textId="77777777" w:rsidR="007D7487" w:rsidRDefault="00E6407B">
      <w:pPr>
        <w:ind w:firstLine="288"/>
      </w:pPr>
      <w:r>
        <w:rPr>
          <w:rFonts w:cs="Times New Roman"/>
        </w:rPr>
        <w:t>Jesus nodded approvingly.</w:t>
      </w:r>
    </w:p>
    <w:p w14:paraId="5EC0A391" w14:textId="77777777" w:rsidR="007D7487" w:rsidRDefault="00E6407B">
      <w:pPr>
        <w:ind w:firstLine="288"/>
      </w:pPr>
      <w:r>
        <w:rPr>
          <w:rFonts w:cs="Times New Roman"/>
        </w:rPr>
        <w:t>"Keep the distinction."</w:t>
      </w:r>
    </w:p>
    <w:p w14:paraId="1F4FD149" w14:textId="77777777" w:rsidR="007D7487" w:rsidRDefault="00E6407B">
      <w:pPr>
        <w:ind w:firstLine="288"/>
      </w:pPr>
      <w:r>
        <w:rPr>
          <w:rFonts w:cs="Times New Roman"/>
        </w:rPr>
        <w:t>John watched Nicodemus physically restrain the urge to declare more than he had proved.</w:t>
      </w:r>
    </w:p>
    <w:p w14:paraId="541CAEAA" w14:textId="77777777" w:rsidR="007D7487" w:rsidRDefault="00E6407B">
      <w:pPr>
        <w:ind w:firstLine="288"/>
      </w:pPr>
      <w:r>
        <w:rPr>
          <w:rFonts w:cs="Times New Roman"/>
        </w:rPr>
        <w:t>That may have been the greater miracle.</w:t>
      </w:r>
    </w:p>
    <w:p w14:paraId="6B65A518" w14:textId="77777777" w:rsidR="007D7487" w:rsidRDefault="00E6407B">
      <w:pPr>
        <w:ind w:firstLine="288"/>
      </w:pPr>
      <w:r>
        <w:rPr>
          <w:rFonts w:cs="Times New Roman"/>
        </w:rPr>
        <w:t>Joseph leaned toward him.</w:t>
      </w:r>
    </w:p>
    <w:p w14:paraId="357B74CB" w14:textId="77777777" w:rsidR="007D7487" w:rsidRDefault="00E6407B">
      <w:pPr>
        <w:ind w:firstLine="288"/>
      </w:pPr>
      <w:r>
        <w:rPr>
          <w:rFonts w:cs="Times New Roman"/>
        </w:rPr>
        <w:t>"You are learning."</w:t>
      </w:r>
    </w:p>
    <w:p w14:paraId="5C3C58F3" w14:textId="77777777" w:rsidR="007D7487" w:rsidRDefault="00E6407B">
      <w:pPr>
        <w:ind w:firstLine="288"/>
      </w:pPr>
      <w:r>
        <w:rPr>
          <w:rFonts w:cs="Times New Roman"/>
        </w:rPr>
        <w:t>Nicodemus did not look at him.</w:t>
      </w:r>
    </w:p>
    <w:p w14:paraId="122D4DE1" w14:textId="77777777" w:rsidR="007D7487" w:rsidRDefault="00E6407B">
      <w:pPr>
        <w:ind w:firstLine="288"/>
      </w:pPr>
      <w:r>
        <w:rPr>
          <w:rFonts w:cs="Times New Roman"/>
        </w:rPr>
        <w:t>"I heard you."</w:t>
      </w:r>
    </w:p>
    <w:p w14:paraId="6F115DEB" w14:textId="77777777" w:rsidR="007D7487" w:rsidRDefault="00E6407B">
      <w:pPr>
        <w:suppressLineNumbers/>
        <w:spacing w:before="100" w:after="100"/>
        <w:jc w:val="center"/>
      </w:pPr>
      <w:r>
        <w:rPr>
          <w:rFonts w:cs="Times New Roman"/>
          <w:sz w:val="20"/>
        </w:rPr>
        <w:t>* * *</w:t>
      </w:r>
    </w:p>
    <w:p w14:paraId="084CEE85" w14:textId="77777777" w:rsidR="007D7487" w:rsidRDefault="00E6407B">
      <w:pPr>
        <w:ind w:firstLine="288"/>
      </w:pPr>
      <w:r>
        <w:rPr>
          <w:rFonts w:cs="Times New Roman"/>
        </w:rPr>
        <w:t>Jesus continued.</w:t>
      </w:r>
    </w:p>
    <w:p w14:paraId="0A671865" w14:textId="77777777" w:rsidR="007D7487" w:rsidRDefault="00E6407B">
      <w:pPr>
        <w:ind w:firstLine="288"/>
      </w:pPr>
      <w:r>
        <w:rPr>
          <w:rFonts w:cs="Times New Roman"/>
        </w:rPr>
        <w:t>"What happens next?"</w:t>
      </w:r>
    </w:p>
    <w:p w14:paraId="301F9762" w14:textId="77777777" w:rsidR="007D7487" w:rsidRDefault="00E6407B">
      <w:pPr>
        <w:ind w:firstLine="288"/>
      </w:pPr>
      <w:r>
        <w:rPr>
          <w:rFonts w:cs="Times New Roman"/>
        </w:rPr>
        <w:t>Peter looked uncertain.</w:t>
      </w:r>
    </w:p>
    <w:p w14:paraId="46FF6963" w14:textId="77777777" w:rsidR="007D7487" w:rsidRDefault="00E6407B">
      <w:pPr>
        <w:ind w:firstLine="288"/>
      </w:pPr>
      <w:r>
        <w:rPr>
          <w:rFonts w:cs="Times New Roman"/>
        </w:rPr>
        <w:t>"After they are clothed?"</w:t>
      </w:r>
    </w:p>
    <w:p w14:paraId="4F7ACC30" w14:textId="77777777" w:rsidR="007D7487" w:rsidRDefault="00E6407B">
      <w:pPr>
        <w:ind w:firstLine="288"/>
      </w:pPr>
      <w:r>
        <w:rPr>
          <w:rFonts w:cs="Times New Roman"/>
        </w:rPr>
        <w:t>"After Eden is closed."</w:t>
      </w:r>
    </w:p>
    <w:p w14:paraId="34F82362" w14:textId="77777777" w:rsidR="007D7487" w:rsidRDefault="00E6407B">
      <w:pPr>
        <w:ind w:firstLine="288"/>
      </w:pPr>
      <w:r>
        <w:rPr>
          <w:rFonts w:cs="Times New Roman"/>
        </w:rPr>
        <w:lastRenderedPageBreak/>
        <w:t>Nathanael answered.</w:t>
      </w:r>
    </w:p>
    <w:p w14:paraId="2E722731" w14:textId="77777777" w:rsidR="007D7487" w:rsidRDefault="00E6407B">
      <w:pPr>
        <w:ind w:firstLine="288"/>
      </w:pPr>
      <w:r>
        <w:rPr>
          <w:rFonts w:cs="Times New Roman"/>
        </w:rPr>
        <w:t>"Cain and Abel."</w:t>
      </w:r>
    </w:p>
    <w:p w14:paraId="6C564C4E" w14:textId="77777777" w:rsidR="007D7487" w:rsidRDefault="00E6407B">
      <w:pPr>
        <w:ind w:firstLine="288"/>
      </w:pPr>
      <w:r>
        <w:rPr>
          <w:rFonts w:cs="Times New Roman"/>
        </w:rPr>
        <w:t>"What do they do?"</w:t>
      </w:r>
    </w:p>
    <w:p w14:paraId="45BA2D71" w14:textId="77777777" w:rsidR="007D7487" w:rsidRDefault="00E6407B">
      <w:pPr>
        <w:ind w:firstLine="288"/>
      </w:pPr>
      <w:r>
        <w:rPr>
          <w:rFonts w:cs="Times New Roman"/>
        </w:rPr>
        <w:t>"They bring offerings."</w:t>
      </w:r>
    </w:p>
    <w:p w14:paraId="126E317A" w14:textId="77777777" w:rsidR="007D7487" w:rsidRDefault="00E6407B">
      <w:pPr>
        <w:ind w:firstLine="288"/>
      </w:pPr>
      <w:r>
        <w:rPr>
          <w:rFonts w:cs="Times New Roman"/>
        </w:rPr>
        <w:t>Nicodemus's eyes narrowed.</w:t>
      </w:r>
    </w:p>
    <w:p w14:paraId="286CDE9A" w14:textId="77777777" w:rsidR="007D7487" w:rsidRDefault="00E6407B">
      <w:pPr>
        <w:ind w:firstLine="288"/>
      </w:pPr>
      <w:r>
        <w:rPr>
          <w:rFonts w:cs="Times New Roman"/>
        </w:rPr>
        <w:t>Jesus looked toward him.</w:t>
      </w:r>
    </w:p>
    <w:p w14:paraId="73A48625" w14:textId="77777777" w:rsidR="007D7487" w:rsidRDefault="00E6407B">
      <w:pPr>
        <w:ind w:firstLine="288"/>
      </w:pPr>
      <w:r>
        <w:rPr>
          <w:rFonts w:cs="Times New Roman"/>
        </w:rPr>
        <w:t>"What did Cain bring?"</w:t>
      </w:r>
    </w:p>
    <w:p w14:paraId="09BB2F3B" w14:textId="77777777" w:rsidR="007D7487" w:rsidRDefault="00E6407B">
      <w:pPr>
        <w:ind w:firstLine="288"/>
      </w:pPr>
      <w:r>
        <w:rPr>
          <w:rFonts w:cs="Times New Roman"/>
        </w:rPr>
        <w:t>"Of the fruit of the ground."</w:t>
      </w:r>
    </w:p>
    <w:p w14:paraId="6D0FB296" w14:textId="77777777" w:rsidR="007D7487" w:rsidRDefault="00E6407B">
      <w:pPr>
        <w:ind w:firstLine="288"/>
      </w:pPr>
      <w:r>
        <w:rPr>
          <w:rFonts w:cs="Times New Roman"/>
        </w:rPr>
        <w:t>"What does Moses call it?"</w:t>
      </w:r>
    </w:p>
    <w:p w14:paraId="0E4321A0" w14:textId="77777777" w:rsidR="007D7487" w:rsidRDefault="00E6407B">
      <w:pPr>
        <w:ind w:firstLine="288"/>
      </w:pPr>
      <w:r>
        <w:rPr>
          <w:rFonts w:cs="Times New Roman"/>
        </w:rPr>
        <w:t>"A minchah."</w:t>
      </w:r>
    </w:p>
    <w:p w14:paraId="406DB7CA" w14:textId="77777777" w:rsidR="007D7487" w:rsidRDefault="00E6407B">
      <w:pPr>
        <w:ind w:firstLine="288"/>
      </w:pPr>
      <w:r>
        <w:rPr>
          <w:rFonts w:cs="Times New Roman"/>
        </w:rPr>
        <w:t>"An offering."</w:t>
      </w:r>
    </w:p>
    <w:p w14:paraId="4C3090DB" w14:textId="77777777" w:rsidR="007D7487" w:rsidRDefault="00E6407B">
      <w:pPr>
        <w:ind w:firstLine="288"/>
      </w:pPr>
      <w:r>
        <w:rPr>
          <w:rFonts w:cs="Times New Roman"/>
        </w:rPr>
        <w:t>"And Abel?"</w:t>
      </w:r>
    </w:p>
    <w:p w14:paraId="7E31FE8B" w14:textId="77777777" w:rsidR="007D7487" w:rsidRDefault="00E6407B">
      <w:pPr>
        <w:ind w:firstLine="288"/>
      </w:pPr>
      <w:r>
        <w:rPr>
          <w:rFonts w:cs="Times New Roman"/>
        </w:rPr>
        <w:t>"Of the firstlings of his flock."</w:t>
      </w:r>
    </w:p>
    <w:p w14:paraId="5EFF044B" w14:textId="77777777" w:rsidR="007D7487" w:rsidRDefault="00E6407B">
      <w:pPr>
        <w:ind w:firstLine="288"/>
      </w:pPr>
      <w:r>
        <w:rPr>
          <w:rFonts w:cs="Times New Roman"/>
        </w:rPr>
        <w:t>"And of the fat thereof."</w:t>
      </w:r>
    </w:p>
    <w:p w14:paraId="78549D5D" w14:textId="77777777" w:rsidR="007D7487" w:rsidRDefault="00E6407B">
      <w:pPr>
        <w:ind w:firstLine="288"/>
      </w:pPr>
      <w:r>
        <w:rPr>
          <w:rFonts w:cs="Times New Roman"/>
        </w:rPr>
        <w:t>Jesus nodded.</w:t>
      </w:r>
    </w:p>
    <w:p w14:paraId="6125FD1B" w14:textId="77777777" w:rsidR="007D7487" w:rsidRDefault="00E6407B">
      <w:pPr>
        <w:ind w:firstLine="288"/>
      </w:pPr>
      <w:r>
        <w:rPr>
          <w:rFonts w:cs="Times New Roman"/>
        </w:rPr>
        <w:t>Then He asked the question.</w:t>
      </w:r>
    </w:p>
    <w:p w14:paraId="096BEC9F" w14:textId="77777777" w:rsidR="007D7487" w:rsidRDefault="00E6407B">
      <w:pPr>
        <w:ind w:firstLine="288"/>
      </w:pPr>
      <w:r>
        <w:rPr>
          <w:rFonts w:cs="Times New Roman"/>
        </w:rPr>
        <w:t>"Who taught them?"</w:t>
      </w:r>
    </w:p>
    <w:p w14:paraId="0C615440" w14:textId="77777777" w:rsidR="007D7487" w:rsidRDefault="00E6407B">
      <w:pPr>
        <w:ind w:firstLine="288"/>
      </w:pPr>
      <w:r>
        <w:rPr>
          <w:rFonts w:cs="Times New Roman"/>
        </w:rPr>
        <w:t>Silence.</w:t>
      </w:r>
    </w:p>
    <w:p w14:paraId="0CE9CF7A" w14:textId="77777777" w:rsidR="007D7487" w:rsidRDefault="00E6407B">
      <w:pPr>
        <w:ind w:firstLine="288"/>
      </w:pPr>
      <w:r>
        <w:rPr>
          <w:rFonts w:cs="Times New Roman"/>
        </w:rPr>
        <w:t>Peter looked toward Nicodemus.</w:t>
      </w:r>
    </w:p>
    <w:p w14:paraId="00C945F4" w14:textId="77777777" w:rsidR="007D7487" w:rsidRDefault="00E6407B">
      <w:pPr>
        <w:ind w:firstLine="288"/>
      </w:pPr>
      <w:r>
        <w:rPr>
          <w:rFonts w:cs="Times New Roman"/>
        </w:rPr>
        <w:t>Nicodemus looked toward Jesus.</w:t>
      </w:r>
    </w:p>
    <w:p w14:paraId="448D51D2" w14:textId="77777777" w:rsidR="007D7487" w:rsidRDefault="00E6407B">
      <w:pPr>
        <w:ind w:firstLine="288"/>
      </w:pPr>
      <w:r>
        <w:rPr>
          <w:rFonts w:cs="Times New Roman"/>
        </w:rPr>
        <w:t>Andrew ventured:</w:t>
      </w:r>
    </w:p>
    <w:p w14:paraId="7C88B742" w14:textId="77777777" w:rsidR="007D7487" w:rsidRDefault="00E6407B">
      <w:pPr>
        <w:ind w:firstLine="288"/>
      </w:pPr>
      <w:r>
        <w:rPr>
          <w:rFonts w:cs="Times New Roman"/>
        </w:rPr>
        <w:t>"Adam?"</w:t>
      </w:r>
    </w:p>
    <w:p w14:paraId="23EB5FB5" w14:textId="77777777" w:rsidR="007D7487" w:rsidRDefault="00E6407B">
      <w:pPr>
        <w:ind w:firstLine="288"/>
      </w:pPr>
      <w:r>
        <w:rPr>
          <w:rFonts w:cs="Times New Roman"/>
        </w:rPr>
        <w:t>Jesus waited.</w:t>
      </w:r>
    </w:p>
    <w:p w14:paraId="17C358A1" w14:textId="77777777" w:rsidR="007D7487" w:rsidRDefault="00E6407B">
      <w:pPr>
        <w:ind w:firstLine="288"/>
      </w:pPr>
      <w:r>
        <w:rPr>
          <w:rFonts w:cs="Times New Roman"/>
        </w:rPr>
        <w:t>Andrew's confidence disappeared.</w:t>
      </w:r>
    </w:p>
    <w:p w14:paraId="3C2BE2F8" w14:textId="77777777" w:rsidR="007D7487" w:rsidRDefault="00E6407B">
      <w:pPr>
        <w:ind w:firstLine="288"/>
      </w:pPr>
      <w:r>
        <w:rPr>
          <w:rFonts w:cs="Times New Roman"/>
        </w:rPr>
        <w:t>"Might have."</w:t>
      </w:r>
    </w:p>
    <w:p w14:paraId="7AAF0CB2" w14:textId="77777777" w:rsidR="007D7487" w:rsidRDefault="00E6407B">
      <w:pPr>
        <w:ind w:firstLine="288"/>
      </w:pPr>
      <w:r>
        <w:rPr>
          <w:rFonts w:cs="Times New Roman"/>
        </w:rPr>
        <w:t>Jesus nodded.</w:t>
      </w:r>
    </w:p>
    <w:p w14:paraId="2887093E" w14:textId="77777777" w:rsidR="007D7487" w:rsidRDefault="00E6407B">
      <w:pPr>
        <w:ind w:firstLine="288"/>
      </w:pPr>
      <w:r>
        <w:rPr>
          <w:rFonts w:cs="Times New Roman"/>
        </w:rPr>
        <w:t>"Might have."</w:t>
      </w:r>
    </w:p>
    <w:p w14:paraId="5F7A5DAC" w14:textId="77777777" w:rsidR="007D7487" w:rsidRDefault="00E6407B">
      <w:pPr>
        <w:ind w:firstLine="288"/>
      </w:pPr>
      <w:r>
        <w:rPr>
          <w:rFonts w:cs="Times New Roman"/>
        </w:rPr>
        <w:t>Then:</w:t>
      </w:r>
    </w:p>
    <w:p w14:paraId="74687AA1" w14:textId="77777777" w:rsidR="007D7487" w:rsidRDefault="00E6407B">
      <w:pPr>
        <w:ind w:firstLine="288"/>
      </w:pPr>
      <w:r>
        <w:rPr>
          <w:rFonts w:cs="Times New Roman"/>
        </w:rPr>
        <w:t>"Does Moses tell you?"</w:t>
      </w:r>
    </w:p>
    <w:p w14:paraId="673568F3" w14:textId="77777777" w:rsidR="007D7487" w:rsidRDefault="00E6407B">
      <w:pPr>
        <w:ind w:firstLine="288"/>
      </w:pPr>
      <w:r>
        <w:rPr>
          <w:rFonts w:cs="Times New Roman"/>
        </w:rPr>
        <w:t>"No."</w:t>
      </w:r>
    </w:p>
    <w:p w14:paraId="070812DD" w14:textId="77777777" w:rsidR="007D7487" w:rsidRDefault="00E6407B">
      <w:pPr>
        <w:ind w:firstLine="288"/>
      </w:pPr>
      <w:r>
        <w:rPr>
          <w:rFonts w:cs="Times New Roman"/>
        </w:rPr>
        <w:t>Jesus looked around.</w:t>
      </w:r>
    </w:p>
    <w:p w14:paraId="5BC860EE" w14:textId="77777777" w:rsidR="007D7487" w:rsidRDefault="00E6407B">
      <w:pPr>
        <w:ind w:firstLine="288"/>
      </w:pPr>
      <w:r>
        <w:rPr>
          <w:rFonts w:cs="Times New Roman"/>
        </w:rPr>
        <w:t>"Then do not make certainty where Moses leaves silence."</w:t>
      </w:r>
    </w:p>
    <w:p w14:paraId="313B7097" w14:textId="77777777" w:rsidR="007D7487" w:rsidRDefault="00E6407B">
      <w:pPr>
        <w:ind w:firstLine="288"/>
      </w:pPr>
      <w:r>
        <w:rPr>
          <w:rFonts w:cs="Times New Roman"/>
        </w:rPr>
        <w:t>Andrew nodded.</w:t>
      </w:r>
    </w:p>
    <w:p w14:paraId="505B1A6F" w14:textId="77777777" w:rsidR="007D7487" w:rsidRDefault="00E6407B">
      <w:pPr>
        <w:ind w:firstLine="288"/>
      </w:pPr>
      <w:r>
        <w:rPr>
          <w:rFonts w:cs="Times New Roman"/>
        </w:rPr>
        <w:t>Jesus continued.</w:t>
      </w:r>
    </w:p>
    <w:p w14:paraId="5211FC66" w14:textId="77777777" w:rsidR="007D7487" w:rsidRDefault="00E6407B">
      <w:pPr>
        <w:ind w:firstLine="288"/>
      </w:pPr>
      <w:r>
        <w:rPr>
          <w:rFonts w:cs="Times New Roman"/>
        </w:rPr>
        <w:t>"But what does Moses let you see?"</w:t>
      </w:r>
    </w:p>
    <w:p w14:paraId="170CBA5C" w14:textId="77777777" w:rsidR="007D7487" w:rsidRDefault="00E6407B">
      <w:pPr>
        <w:ind w:firstLine="288"/>
      </w:pPr>
      <w:r>
        <w:rPr>
          <w:rFonts w:cs="Times New Roman"/>
        </w:rPr>
        <w:t>Joanna answered.</w:t>
      </w:r>
    </w:p>
    <w:p w14:paraId="5E562513" w14:textId="77777777" w:rsidR="007D7487" w:rsidRDefault="00E6407B">
      <w:pPr>
        <w:ind w:firstLine="288"/>
      </w:pPr>
      <w:r>
        <w:rPr>
          <w:rFonts w:cs="Times New Roman"/>
        </w:rPr>
        <w:t>"That the knowledge is already there."</w:t>
      </w:r>
    </w:p>
    <w:p w14:paraId="29D938F3" w14:textId="77777777" w:rsidR="007D7487" w:rsidRDefault="00E6407B">
      <w:pPr>
        <w:ind w:firstLine="288"/>
      </w:pPr>
      <w:r>
        <w:rPr>
          <w:rFonts w:cs="Times New Roman"/>
        </w:rPr>
        <w:t>Jesus looked toward her.</w:t>
      </w:r>
    </w:p>
    <w:p w14:paraId="0D6A7D19" w14:textId="77777777" w:rsidR="007D7487" w:rsidRDefault="00E6407B">
      <w:pPr>
        <w:ind w:firstLine="288"/>
      </w:pPr>
      <w:r>
        <w:rPr>
          <w:rFonts w:cs="Times New Roman"/>
        </w:rPr>
        <w:lastRenderedPageBreak/>
        <w:t>"Yes."</w:t>
      </w:r>
    </w:p>
    <w:p w14:paraId="494DF21C" w14:textId="77777777" w:rsidR="007D7487" w:rsidRDefault="00E6407B">
      <w:pPr>
        <w:ind w:firstLine="288"/>
      </w:pPr>
      <w:r>
        <w:rPr>
          <w:rFonts w:cs="Times New Roman"/>
        </w:rPr>
        <w:t>"The next generation already knows to approach the LORD with offerings."</w:t>
      </w:r>
    </w:p>
    <w:p w14:paraId="4E4E07B2" w14:textId="77777777" w:rsidR="007D7487" w:rsidRDefault="00E6407B">
      <w:pPr>
        <w:ind w:firstLine="288"/>
      </w:pPr>
      <w:r>
        <w:rPr>
          <w:rFonts w:cs="Times New Roman"/>
        </w:rPr>
        <w:t>Nicodemus repeated slowly:</w:t>
      </w:r>
    </w:p>
    <w:p w14:paraId="228A043E" w14:textId="77777777" w:rsidR="007D7487" w:rsidRDefault="00E6407B">
      <w:pPr>
        <w:ind w:firstLine="288"/>
      </w:pPr>
      <w:r>
        <w:rPr>
          <w:rFonts w:cs="Times New Roman"/>
        </w:rPr>
        <w:t>"The knowledge is already there."</w:t>
      </w:r>
    </w:p>
    <w:p w14:paraId="23D18A6E" w14:textId="77777777" w:rsidR="007D7487" w:rsidRDefault="00E6407B">
      <w:pPr>
        <w:ind w:firstLine="288"/>
      </w:pPr>
      <w:r>
        <w:rPr>
          <w:rFonts w:cs="Times New Roman"/>
        </w:rPr>
        <w:t>Jesus looked toward the others.</w:t>
      </w:r>
    </w:p>
    <w:p w14:paraId="38B85183" w14:textId="77777777" w:rsidR="007D7487" w:rsidRDefault="00E6407B">
      <w:pPr>
        <w:ind w:firstLine="288"/>
      </w:pPr>
      <w:r>
        <w:rPr>
          <w:rFonts w:cs="Times New Roman"/>
        </w:rPr>
        <w:t>"And what have I called Abel?"</w:t>
      </w:r>
    </w:p>
    <w:p w14:paraId="121BE73C" w14:textId="77777777" w:rsidR="007D7487" w:rsidRDefault="00E6407B">
      <w:pPr>
        <w:ind w:firstLine="288"/>
      </w:pPr>
      <w:r>
        <w:rPr>
          <w:rFonts w:cs="Times New Roman"/>
        </w:rPr>
        <w:t>Several faces turned toward Him.</w:t>
      </w:r>
    </w:p>
    <w:p w14:paraId="538297B3" w14:textId="77777777" w:rsidR="007D7487" w:rsidRDefault="00E6407B">
      <w:pPr>
        <w:ind w:firstLine="288"/>
      </w:pPr>
      <w:r>
        <w:rPr>
          <w:rFonts w:cs="Times New Roman"/>
        </w:rPr>
        <w:t>Nicodemus answered carefully.</w:t>
      </w:r>
    </w:p>
    <w:p w14:paraId="5402A2FD" w14:textId="77777777" w:rsidR="007D7487" w:rsidRDefault="00E6407B">
      <w:pPr>
        <w:ind w:firstLine="288"/>
      </w:pPr>
      <w:r>
        <w:rPr>
          <w:rFonts w:cs="Times New Roman"/>
        </w:rPr>
        <w:t>"Righteous Abel."</w:t>
      </w:r>
    </w:p>
    <w:p w14:paraId="0433B282" w14:textId="77777777" w:rsidR="007D7487" w:rsidRDefault="00E6407B">
      <w:pPr>
        <w:ind w:firstLine="288"/>
      </w:pPr>
      <w:r>
        <w:rPr>
          <w:rFonts w:cs="Times New Roman"/>
        </w:rPr>
        <w:t>Jesus nodded.</w:t>
      </w:r>
    </w:p>
    <w:p w14:paraId="4E53DC99" w14:textId="77777777" w:rsidR="007D7487" w:rsidRDefault="00E6407B">
      <w:pPr>
        <w:ind w:firstLine="288"/>
      </w:pPr>
      <w:r>
        <w:rPr>
          <w:rFonts w:cs="Times New Roman"/>
        </w:rPr>
        <w:t>"Moses shows you Abel bringing of the firstlings of his flock and of the fat thereof."</w:t>
      </w:r>
    </w:p>
    <w:p w14:paraId="0242BC57" w14:textId="77777777" w:rsidR="007D7487" w:rsidRDefault="00E6407B">
      <w:pPr>
        <w:ind w:firstLine="288"/>
      </w:pPr>
      <w:r>
        <w:rPr>
          <w:rFonts w:cs="Times New Roman"/>
        </w:rPr>
        <w:t>"He shows you the LORD having respect unto Abel and to his offering."</w:t>
      </w:r>
    </w:p>
    <w:p w14:paraId="55401884" w14:textId="77777777" w:rsidR="007D7487" w:rsidRDefault="00E6407B">
      <w:pPr>
        <w:ind w:firstLine="288"/>
      </w:pPr>
      <w:r>
        <w:rPr>
          <w:rFonts w:cs="Times New Roman"/>
        </w:rPr>
        <w:t>"But does Moses say Abel purchased righteousness by inventing an offering?"</w:t>
      </w:r>
    </w:p>
    <w:p w14:paraId="16F961AA" w14:textId="77777777" w:rsidR="007D7487" w:rsidRDefault="00E6407B">
      <w:pPr>
        <w:ind w:firstLine="288"/>
      </w:pPr>
      <w:r>
        <w:rPr>
          <w:rFonts w:cs="Times New Roman"/>
        </w:rPr>
        <w:t>"No."</w:t>
      </w:r>
    </w:p>
    <w:p w14:paraId="78247BD7" w14:textId="77777777" w:rsidR="007D7487" w:rsidRDefault="00E6407B">
      <w:pPr>
        <w:ind w:firstLine="288"/>
      </w:pPr>
      <w:r>
        <w:rPr>
          <w:rFonts w:cs="Times New Roman"/>
        </w:rPr>
        <w:t>"Then do not make the offering do more than the text gives it."</w:t>
      </w:r>
    </w:p>
    <w:p w14:paraId="2AAFD314" w14:textId="77777777" w:rsidR="007D7487" w:rsidRDefault="00E6407B">
      <w:pPr>
        <w:ind w:firstLine="288"/>
      </w:pPr>
      <w:r>
        <w:rPr>
          <w:rFonts w:cs="Times New Roman"/>
        </w:rPr>
        <w:t>John felt another question being planted rather than solved.</w:t>
      </w:r>
    </w:p>
    <w:p w14:paraId="3641765D" w14:textId="77777777" w:rsidR="007D7487" w:rsidRDefault="00E6407B">
      <w:pPr>
        <w:ind w:firstLine="288"/>
      </w:pPr>
      <w:r>
        <w:rPr>
          <w:rFonts w:cs="Times New Roman"/>
        </w:rPr>
        <w:t>If righteous Abel stood before Sinai, before Levi, before Aaron, and before the tabernacle, then righteousness itself could not have begun with the Mosaic sacrificial calendar.</w:t>
      </w:r>
    </w:p>
    <w:p w14:paraId="0866AE4C" w14:textId="77777777" w:rsidR="007D7487" w:rsidRDefault="00E6407B">
      <w:pPr>
        <w:ind w:firstLine="288"/>
      </w:pPr>
      <w:r>
        <w:rPr>
          <w:rFonts w:cs="Times New Roman"/>
        </w:rPr>
        <w:t>The answer to that question still waited farther down the story.</w:t>
      </w:r>
    </w:p>
    <w:p w14:paraId="66394B49" w14:textId="77777777" w:rsidR="007D7487" w:rsidRDefault="00E6407B">
      <w:pPr>
        <w:ind w:firstLine="288"/>
      </w:pPr>
      <w:r>
        <w:rPr>
          <w:rFonts w:cs="Times New Roman"/>
        </w:rPr>
        <w:t>John felt the question deepen.</w:t>
      </w:r>
    </w:p>
    <w:p w14:paraId="3F0A19C5" w14:textId="77777777" w:rsidR="007D7487" w:rsidRDefault="00E6407B">
      <w:pPr>
        <w:ind w:firstLine="288"/>
      </w:pPr>
      <w:r>
        <w:rPr>
          <w:rFonts w:cs="Times New Roman"/>
        </w:rPr>
        <w:t>Scripture did not answer who taught them.</w:t>
      </w:r>
    </w:p>
    <w:p w14:paraId="018B63C7" w14:textId="77777777" w:rsidR="007D7487" w:rsidRDefault="00E6407B">
      <w:pPr>
        <w:ind w:firstLine="288"/>
      </w:pPr>
      <w:r>
        <w:rPr>
          <w:rFonts w:cs="Times New Roman"/>
        </w:rPr>
        <w:t>The silence itself became part of the question.</w:t>
      </w:r>
    </w:p>
    <w:p w14:paraId="5B7F6829" w14:textId="77777777" w:rsidR="007D7487" w:rsidRDefault="00E6407B">
      <w:pPr>
        <w:ind w:firstLine="288"/>
      </w:pPr>
      <w:r>
        <w:rPr>
          <w:rFonts w:cs="Times New Roman"/>
        </w:rPr>
        <w:t>Somewhere between expulsion and the sons bringing offerings, human beings had learned that approach to God involved more than hiding.</w:t>
      </w:r>
    </w:p>
    <w:p w14:paraId="41CBE6CE" w14:textId="77777777" w:rsidR="007D7487" w:rsidRDefault="00E6407B">
      <w:pPr>
        <w:ind w:firstLine="288"/>
      </w:pPr>
      <w:r>
        <w:rPr>
          <w:rFonts w:cs="Times New Roman"/>
        </w:rPr>
        <w:t>Jesus did not tell them what Moses did not.</w:t>
      </w:r>
    </w:p>
    <w:p w14:paraId="46624015" w14:textId="77777777" w:rsidR="007D7487" w:rsidRDefault="00E6407B">
      <w:pPr>
        <w:ind w:firstLine="288"/>
      </w:pPr>
      <w:r>
        <w:rPr>
          <w:rFonts w:cs="Times New Roman"/>
        </w:rPr>
        <w:t>He let the unanswered question live.</w:t>
      </w:r>
    </w:p>
    <w:p w14:paraId="424137E6" w14:textId="77777777" w:rsidR="007D7487" w:rsidRDefault="00E6407B">
      <w:pPr>
        <w:suppressLineNumbers/>
        <w:spacing w:before="100" w:after="100"/>
        <w:jc w:val="center"/>
      </w:pPr>
      <w:r>
        <w:rPr>
          <w:rFonts w:cs="Times New Roman"/>
          <w:sz w:val="20"/>
        </w:rPr>
        <w:t>* * *</w:t>
      </w:r>
    </w:p>
    <w:p w14:paraId="5B0A5D54" w14:textId="77777777" w:rsidR="007D7487" w:rsidRDefault="00E6407B">
      <w:pPr>
        <w:ind w:firstLine="288"/>
      </w:pPr>
      <w:r>
        <w:rPr>
          <w:rFonts w:cs="Times New Roman"/>
        </w:rPr>
        <w:t>"Then Noah," Jesus said.</w:t>
      </w:r>
    </w:p>
    <w:p w14:paraId="37AB3323" w14:textId="77777777" w:rsidR="007D7487" w:rsidRDefault="00E6407B">
      <w:pPr>
        <w:ind w:firstLine="288"/>
      </w:pPr>
      <w:r>
        <w:rPr>
          <w:rFonts w:cs="Times New Roman"/>
        </w:rPr>
        <w:t>Nicodemus's head lifted.</w:t>
      </w:r>
    </w:p>
    <w:p w14:paraId="3DD59477" w14:textId="77777777" w:rsidR="007D7487" w:rsidRDefault="00E6407B">
      <w:pPr>
        <w:ind w:firstLine="288"/>
      </w:pPr>
      <w:r>
        <w:rPr>
          <w:rFonts w:cs="Times New Roman"/>
        </w:rPr>
        <w:t>"The ark."</w:t>
      </w:r>
    </w:p>
    <w:p w14:paraId="45AD6F66" w14:textId="77777777" w:rsidR="007D7487" w:rsidRDefault="00E6407B">
      <w:pPr>
        <w:ind w:firstLine="288"/>
      </w:pPr>
      <w:r>
        <w:rPr>
          <w:rFonts w:cs="Times New Roman"/>
        </w:rPr>
        <w:t>Jesus did not go immediately to the coating.</w:t>
      </w:r>
    </w:p>
    <w:p w14:paraId="2997718D" w14:textId="77777777" w:rsidR="007D7487" w:rsidRDefault="00E6407B">
      <w:pPr>
        <w:ind w:firstLine="288"/>
      </w:pPr>
      <w:r>
        <w:rPr>
          <w:rFonts w:cs="Times New Roman"/>
        </w:rPr>
        <w:t>"Before the LORD tells Noah how to build the ark, what does Moses say about Noah?"</w:t>
      </w:r>
    </w:p>
    <w:p w14:paraId="31EBEB5E" w14:textId="77777777" w:rsidR="007D7487" w:rsidRDefault="00E6407B">
      <w:pPr>
        <w:ind w:firstLine="288"/>
      </w:pPr>
      <w:r>
        <w:rPr>
          <w:rFonts w:cs="Times New Roman"/>
        </w:rPr>
        <w:t>Nicodemus searched the passage.</w:t>
      </w:r>
    </w:p>
    <w:p w14:paraId="42B13104" w14:textId="77777777" w:rsidR="007D7487" w:rsidRDefault="00E6407B">
      <w:pPr>
        <w:ind w:firstLine="288"/>
      </w:pPr>
      <w:r>
        <w:rPr>
          <w:rFonts w:cs="Times New Roman"/>
        </w:rPr>
        <w:t>"Noah found grace in the eyes of the LORD."</w:t>
      </w:r>
    </w:p>
    <w:p w14:paraId="22B24551" w14:textId="77777777" w:rsidR="007D7487" w:rsidRDefault="00E6407B">
      <w:pPr>
        <w:ind w:firstLine="288"/>
      </w:pPr>
      <w:r>
        <w:rPr>
          <w:rFonts w:cs="Times New Roman"/>
        </w:rPr>
        <w:t>Jesus waited.</w:t>
      </w:r>
    </w:p>
    <w:p w14:paraId="2C19E641" w14:textId="77777777" w:rsidR="007D7487" w:rsidRDefault="00E6407B">
      <w:pPr>
        <w:ind w:firstLine="288"/>
      </w:pPr>
      <w:r>
        <w:rPr>
          <w:rFonts w:cs="Times New Roman"/>
        </w:rPr>
        <w:t>"And Noah was a just man."</w:t>
      </w:r>
    </w:p>
    <w:p w14:paraId="78A31D6F" w14:textId="77777777" w:rsidR="007D7487" w:rsidRDefault="00E6407B">
      <w:pPr>
        <w:ind w:firstLine="288"/>
      </w:pPr>
      <w:r>
        <w:rPr>
          <w:rFonts w:cs="Times New Roman"/>
        </w:rPr>
        <w:t>"And perfect in his generations."</w:t>
      </w:r>
    </w:p>
    <w:p w14:paraId="24AD12A7" w14:textId="77777777" w:rsidR="007D7487" w:rsidRDefault="00E6407B">
      <w:pPr>
        <w:ind w:firstLine="288"/>
      </w:pPr>
      <w:r>
        <w:rPr>
          <w:rFonts w:cs="Times New Roman"/>
        </w:rPr>
        <w:t>"And Noah walked with God."</w:t>
      </w:r>
    </w:p>
    <w:p w14:paraId="1EB156BA" w14:textId="77777777" w:rsidR="007D7487" w:rsidRDefault="00E6407B">
      <w:pPr>
        <w:ind w:firstLine="288"/>
      </w:pPr>
      <w:r>
        <w:rPr>
          <w:rFonts w:cs="Times New Roman"/>
        </w:rPr>
        <w:lastRenderedPageBreak/>
        <w:t>Jesus nodded.</w:t>
      </w:r>
    </w:p>
    <w:p w14:paraId="1458F10B" w14:textId="77777777" w:rsidR="007D7487" w:rsidRDefault="00E6407B">
      <w:pPr>
        <w:ind w:firstLine="288"/>
      </w:pPr>
      <w:r>
        <w:rPr>
          <w:rFonts w:cs="Times New Roman"/>
        </w:rPr>
        <w:t>"Before the pitch?"</w:t>
      </w:r>
    </w:p>
    <w:p w14:paraId="3323F3CF" w14:textId="77777777" w:rsidR="007D7487" w:rsidRDefault="00E6407B">
      <w:pPr>
        <w:ind w:firstLine="288"/>
      </w:pPr>
      <w:r>
        <w:rPr>
          <w:rFonts w:cs="Times New Roman"/>
        </w:rPr>
        <w:t>"Yes."</w:t>
      </w:r>
    </w:p>
    <w:p w14:paraId="054D2A9D" w14:textId="77777777" w:rsidR="007D7487" w:rsidRDefault="00E6407B">
      <w:pPr>
        <w:ind w:firstLine="288"/>
      </w:pPr>
      <w:r>
        <w:rPr>
          <w:rFonts w:cs="Times New Roman"/>
        </w:rPr>
        <w:t>"Before the ark carried him through judgment?"</w:t>
      </w:r>
    </w:p>
    <w:p w14:paraId="7C68776A" w14:textId="77777777" w:rsidR="007D7487" w:rsidRDefault="00E6407B">
      <w:pPr>
        <w:ind w:firstLine="288"/>
      </w:pPr>
      <w:r>
        <w:rPr>
          <w:rFonts w:cs="Times New Roman"/>
        </w:rPr>
        <w:t>"Yes."</w:t>
      </w:r>
    </w:p>
    <w:p w14:paraId="4EBA080E" w14:textId="77777777" w:rsidR="007D7487" w:rsidRDefault="00E6407B">
      <w:pPr>
        <w:ind w:firstLine="288"/>
      </w:pPr>
      <w:r>
        <w:rPr>
          <w:rFonts w:cs="Times New Roman"/>
        </w:rPr>
        <w:t>Nicodemus saw the order.</w:t>
      </w:r>
    </w:p>
    <w:p w14:paraId="51D3E650" w14:textId="77777777" w:rsidR="007D7487" w:rsidRDefault="00E6407B">
      <w:pPr>
        <w:ind w:firstLine="288"/>
      </w:pPr>
      <w:r>
        <w:rPr>
          <w:rFonts w:cs="Times New Roman"/>
        </w:rPr>
        <w:t>Grace was already in the sentence before the structure of preservation was commanded.</w:t>
      </w:r>
    </w:p>
    <w:p w14:paraId="4937741D" w14:textId="77777777" w:rsidR="007D7487" w:rsidRDefault="00E6407B">
      <w:pPr>
        <w:ind w:firstLine="288"/>
      </w:pPr>
      <w:r>
        <w:rPr>
          <w:rFonts w:cs="Times New Roman"/>
        </w:rPr>
        <w:t>The ark did not manufacture the God to whom Noah walked.</w:t>
      </w:r>
    </w:p>
    <w:p w14:paraId="6F6E4956" w14:textId="77777777" w:rsidR="007D7487" w:rsidRDefault="00E6407B">
      <w:pPr>
        <w:ind w:firstLine="288"/>
      </w:pPr>
      <w:r>
        <w:rPr>
          <w:rFonts w:cs="Times New Roman"/>
        </w:rPr>
        <w:t>God provided the way through what was coming.</w:t>
      </w:r>
    </w:p>
    <w:p w14:paraId="7500490C" w14:textId="77777777" w:rsidR="007D7487" w:rsidRDefault="00E6407B">
      <w:pPr>
        <w:ind w:firstLine="288"/>
      </w:pPr>
      <w:r>
        <w:rPr>
          <w:rFonts w:cs="Times New Roman"/>
        </w:rPr>
        <w:t>Jesus nodded.</w:t>
      </w:r>
    </w:p>
    <w:p w14:paraId="26FF4546" w14:textId="77777777" w:rsidR="007D7487" w:rsidRDefault="00E6407B">
      <w:pPr>
        <w:ind w:firstLine="288"/>
      </w:pPr>
      <w:r>
        <w:rPr>
          <w:rFonts w:cs="Times New Roman"/>
        </w:rPr>
        <w:t>"What did God tell Noah to do to the ark?"</w:t>
      </w:r>
    </w:p>
    <w:p w14:paraId="2A116845" w14:textId="77777777" w:rsidR="007D7487" w:rsidRDefault="00E6407B">
      <w:pPr>
        <w:ind w:firstLine="288"/>
      </w:pPr>
      <w:r>
        <w:rPr>
          <w:rFonts w:cs="Times New Roman"/>
        </w:rPr>
        <w:t>The old teacher searched the Hebrew.</w:t>
      </w:r>
    </w:p>
    <w:p w14:paraId="78D9F0BC" w14:textId="77777777" w:rsidR="007D7487" w:rsidRDefault="00E6407B">
      <w:pPr>
        <w:ind w:firstLine="288"/>
      </w:pPr>
      <w:r>
        <w:rPr>
          <w:rFonts w:cs="Times New Roman"/>
        </w:rPr>
        <w:t>"Pitch it."</w:t>
      </w:r>
    </w:p>
    <w:p w14:paraId="5BF55C0C" w14:textId="77777777" w:rsidR="007D7487" w:rsidRDefault="00E6407B">
      <w:pPr>
        <w:ind w:firstLine="288"/>
      </w:pPr>
      <w:r>
        <w:rPr>
          <w:rFonts w:cs="Times New Roman"/>
        </w:rPr>
        <w:t>"Within and without."</w:t>
      </w:r>
    </w:p>
    <w:p w14:paraId="6ED92D05" w14:textId="77777777" w:rsidR="007D7487" w:rsidRDefault="00E6407B">
      <w:pPr>
        <w:ind w:firstLine="288"/>
      </w:pPr>
      <w:r>
        <w:rPr>
          <w:rFonts w:cs="Times New Roman"/>
        </w:rPr>
        <w:t>"What word?"</w:t>
      </w:r>
    </w:p>
    <w:p w14:paraId="1CA111E7" w14:textId="77777777" w:rsidR="007D7487" w:rsidRDefault="00E6407B">
      <w:pPr>
        <w:ind w:firstLine="288"/>
      </w:pPr>
      <w:r>
        <w:rPr>
          <w:rFonts w:cs="Times New Roman"/>
        </w:rPr>
        <w:t>Nicodemus paused.</w:t>
      </w:r>
    </w:p>
    <w:p w14:paraId="6A3892C6" w14:textId="77777777" w:rsidR="007D7487" w:rsidRDefault="00E6407B">
      <w:pPr>
        <w:ind w:firstLine="288"/>
      </w:pPr>
      <w:r>
        <w:rPr>
          <w:rFonts w:cs="Times New Roman"/>
        </w:rPr>
        <w:t>Then his face changed.</w:t>
      </w:r>
    </w:p>
    <w:p w14:paraId="17639730" w14:textId="77777777" w:rsidR="007D7487" w:rsidRDefault="00E6407B">
      <w:pPr>
        <w:ind w:firstLine="288"/>
      </w:pPr>
      <w:r>
        <w:rPr>
          <w:rFonts w:cs="Times New Roman"/>
        </w:rPr>
        <w:t>"Kaphar."</w:t>
      </w:r>
    </w:p>
    <w:p w14:paraId="62ABDD6F" w14:textId="77777777" w:rsidR="007D7487" w:rsidRDefault="00E6407B">
      <w:pPr>
        <w:ind w:firstLine="288"/>
      </w:pPr>
      <w:r>
        <w:rPr>
          <w:rFonts w:cs="Times New Roman"/>
        </w:rPr>
        <w:t>Joseph looked toward him.</w:t>
      </w:r>
    </w:p>
    <w:p w14:paraId="765AD2B9" w14:textId="77777777" w:rsidR="007D7487" w:rsidRDefault="00E6407B">
      <w:pPr>
        <w:ind w:firstLine="288"/>
      </w:pPr>
      <w:r>
        <w:rPr>
          <w:rFonts w:cs="Times New Roman"/>
        </w:rPr>
        <w:t>"What?"</w:t>
      </w:r>
    </w:p>
    <w:p w14:paraId="1552F686" w14:textId="77777777" w:rsidR="007D7487" w:rsidRDefault="00E6407B">
      <w:pPr>
        <w:ind w:firstLine="288"/>
      </w:pPr>
      <w:r>
        <w:rPr>
          <w:rFonts w:cs="Times New Roman"/>
        </w:rPr>
        <w:t>Nicodemus barely heard.</w:t>
      </w:r>
    </w:p>
    <w:p w14:paraId="2AC83B23" w14:textId="77777777" w:rsidR="007D7487" w:rsidRDefault="00E6407B">
      <w:pPr>
        <w:ind w:firstLine="288"/>
      </w:pPr>
      <w:r>
        <w:rPr>
          <w:rFonts w:cs="Times New Roman"/>
        </w:rPr>
        <w:t>Jesus continued.</w:t>
      </w:r>
    </w:p>
    <w:p w14:paraId="5E9179FE" w14:textId="77777777" w:rsidR="007D7487" w:rsidRDefault="00E6407B">
      <w:pPr>
        <w:ind w:firstLine="288"/>
      </w:pPr>
      <w:r>
        <w:rPr>
          <w:rFonts w:cs="Times New Roman"/>
        </w:rPr>
        <w:t>"And with what?"</w:t>
      </w:r>
    </w:p>
    <w:p w14:paraId="0E01DBAB" w14:textId="77777777" w:rsidR="007D7487" w:rsidRDefault="00E6407B">
      <w:pPr>
        <w:ind w:firstLine="288"/>
      </w:pPr>
      <w:r>
        <w:rPr>
          <w:rFonts w:cs="Times New Roman"/>
        </w:rPr>
        <w:t>"Kopher."</w:t>
      </w:r>
    </w:p>
    <w:p w14:paraId="7854F327" w14:textId="77777777" w:rsidR="007D7487" w:rsidRDefault="00E6407B">
      <w:pPr>
        <w:ind w:firstLine="288"/>
      </w:pPr>
      <w:r>
        <w:rPr>
          <w:rFonts w:cs="Times New Roman"/>
        </w:rPr>
        <w:t>Now the old teacher was completely awake.</w:t>
      </w:r>
    </w:p>
    <w:p w14:paraId="6E011CAC" w14:textId="77777777" w:rsidR="007D7487" w:rsidRDefault="00E6407B">
      <w:pPr>
        <w:ind w:firstLine="288"/>
      </w:pPr>
      <w:r>
        <w:rPr>
          <w:rFonts w:cs="Times New Roman"/>
        </w:rPr>
        <w:t>John had seen this look on the road.</w:t>
      </w:r>
    </w:p>
    <w:p w14:paraId="3BB5D5EA" w14:textId="77777777" w:rsidR="007D7487" w:rsidRDefault="00E6407B">
      <w:pPr>
        <w:ind w:firstLine="288"/>
      </w:pPr>
      <w:r>
        <w:rPr>
          <w:rFonts w:cs="Times New Roman"/>
        </w:rPr>
        <w:t>It generally meant nobody nearby would have a peaceful next several minutes.</w:t>
      </w:r>
    </w:p>
    <w:p w14:paraId="49DC4D58" w14:textId="77777777" w:rsidR="007D7487" w:rsidRDefault="00E6407B">
      <w:pPr>
        <w:ind w:firstLine="288"/>
      </w:pPr>
      <w:r>
        <w:rPr>
          <w:rFonts w:cs="Times New Roman"/>
        </w:rPr>
        <w:t>Jesus let him work.</w:t>
      </w:r>
    </w:p>
    <w:p w14:paraId="239012EB" w14:textId="77777777" w:rsidR="007D7487" w:rsidRDefault="00E6407B">
      <w:pPr>
        <w:ind w:firstLine="288"/>
      </w:pPr>
      <w:r>
        <w:rPr>
          <w:rFonts w:cs="Times New Roman"/>
        </w:rPr>
        <w:t>"Kaphar..."</w:t>
      </w:r>
    </w:p>
    <w:p w14:paraId="69329510" w14:textId="77777777" w:rsidR="007D7487" w:rsidRDefault="00E6407B">
      <w:pPr>
        <w:ind w:firstLine="288"/>
      </w:pPr>
      <w:r>
        <w:rPr>
          <w:rFonts w:cs="Times New Roman"/>
        </w:rPr>
        <w:t>Nicodemus said the consonants almost to himself.</w:t>
      </w:r>
    </w:p>
    <w:p w14:paraId="548D82E5" w14:textId="77777777" w:rsidR="007D7487" w:rsidRDefault="00E6407B">
      <w:pPr>
        <w:ind w:firstLine="288"/>
      </w:pPr>
      <w:r>
        <w:rPr>
          <w:rFonts w:cs="Times New Roman"/>
        </w:rPr>
        <w:t>"K-P-R."</w:t>
      </w:r>
    </w:p>
    <w:p w14:paraId="53E35D3D" w14:textId="77777777" w:rsidR="007D7487" w:rsidRDefault="00E6407B">
      <w:pPr>
        <w:ind w:firstLine="288"/>
      </w:pPr>
      <w:r>
        <w:rPr>
          <w:rFonts w:cs="Times New Roman"/>
        </w:rPr>
        <w:t>"Coat it."</w:t>
      </w:r>
    </w:p>
    <w:p w14:paraId="547CC307" w14:textId="77777777" w:rsidR="007D7487" w:rsidRDefault="00E6407B">
      <w:pPr>
        <w:ind w:firstLine="288"/>
      </w:pPr>
      <w:r>
        <w:rPr>
          <w:rFonts w:cs="Times New Roman"/>
        </w:rPr>
        <w:t>"Cover it."</w:t>
      </w:r>
    </w:p>
    <w:p w14:paraId="5152C386" w14:textId="77777777" w:rsidR="007D7487" w:rsidRDefault="00E6407B">
      <w:pPr>
        <w:ind w:firstLine="288"/>
      </w:pPr>
      <w:r>
        <w:rPr>
          <w:rFonts w:cs="Times New Roman"/>
        </w:rPr>
        <w:t>"And kopher - the pitch, the coating."</w:t>
      </w:r>
    </w:p>
    <w:p w14:paraId="6F23DFAB" w14:textId="77777777" w:rsidR="007D7487" w:rsidRDefault="00E6407B">
      <w:pPr>
        <w:ind w:firstLine="288"/>
      </w:pPr>
      <w:r>
        <w:rPr>
          <w:rFonts w:cs="Times New Roman"/>
        </w:rPr>
        <w:t>Jesus nodded.</w:t>
      </w:r>
    </w:p>
    <w:p w14:paraId="4E4883DA" w14:textId="77777777" w:rsidR="007D7487" w:rsidRDefault="00E6407B">
      <w:pPr>
        <w:ind w:firstLine="288"/>
      </w:pPr>
      <w:r>
        <w:rPr>
          <w:rFonts w:cs="Times New Roman"/>
        </w:rPr>
        <w:t>"Before Moses uses the root again and again in the sanctuary laws, you have seen a concrete covering use."</w:t>
      </w:r>
    </w:p>
    <w:p w14:paraId="4EF72F37" w14:textId="77777777" w:rsidR="007D7487" w:rsidRDefault="00E6407B">
      <w:pPr>
        <w:ind w:firstLine="288"/>
      </w:pPr>
      <w:r>
        <w:rPr>
          <w:rFonts w:cs="Times New Roman"/>
        </w:rPr>
        <w:t>Nicodemus looked toward the others.</w:t>
      </w:r>
    </w:p>
    <w:p w14:paraId="7BDB35D5" w14:textId="77777777" w:rsidR="007D7487" w:rsidRDefault="00E6407B">
      <w:pPr>
        <w:ind w:firstLine="288"/>
      </w:pPr>
      <w:r>
        <w:rPr>
          <w:rFonts w:cs="Times New Roman"/>
        </w:rPr>
        <w:lastRenderedPageBreak/>
        <w:t>"The ark is coated."</w:t>
      </w:r>
    </w:p>
    <w:p w14:paraId="23AD18F4" w14:textId="77777777" w:rsidR="007D7487" w:rsidRDefault="00E6407B">
      <w:pPr>
        <w:ind w:firstLine="288"/>
      </w:pPr>
      <w:r>
        <w:rPr>
          <w:rFonts w:cs="Times New Roman"/>
        </w:rPr>
        <w:t>"So what is inside passes through the waters."</w:t>
      </w:r>
    </w:p>
    <w:p w14:paraId="42A303C2" w14:textId="77777777" w:rsidR="007D7487" w:rsidRDefault="00E6407B">
      <w:pPr>
        <w:ind w:firstLine="288"/>
      </w:pPr>
      <w:r>
        <w:rPr>
          <w:rFonts w:cs="Times New Roman"/>
        </w:rPr>
        <w:t>Jesus did not make Noah the center.</w:t>
      </w:r>
    </w:p>
    <w:p w14:paraId="02D40F62" w14:textId="77777777" w:rsidR="007D7487" w:rsidRDefault="00E6407B">
      <w:pPr>
        <w:ind w:firstLine="288"/>
      </w:pPr>
      <w:r>
        <w:rPr>
          <w:rFonts w:cs="Times New Roman"/>
        </w:rPr>
        <w:t>He let the older, concrete use of the root remain before them.</w:t>
      </w:r>
    </w:p>
    <w:p w14:paraId="1C5ED747" w14:textId="77777777" w:rsidR="007D7487" w:rsidRDefault="00E6407B">
      <w:pPr>
        <w:ind w:firstLine="288"/>
      </w:pPr>
      <w:r>
        <w:rPr>
          <w:rFonts w:cs="Times New Roman"/>
        </w:rPr>
        <w:t>Jesus continued.</w:t>
      </w:r>
    </w:p>
    <w:p w14:paraId="7D758CDE" w14:textId="77777777" w:rsidR="007D7487" w:rsidRDefault="00E6407B">
      <w:pPr>
        <w:ind w:firstLine="288"/>
      </w:pPr>
      <w:r>
        <w:rPr>
          <w:rFonts w:cs="Times New Roman"/>
        </w:rPr>
        <w:t>"And before Sinai, what distinction does the flood account already assume concerning animals?"</w:t>
      </w:r>
    </w:p>
    <w:p w14:paraId="21AA1BD5" w14:textId="77777777" w:rsidR="007D7487" w:rsidRDefault="00E6407B">
      <w:pPr>
        <w:ind w:firstLine="288"/>
      </w:pPr>
      <w:r>
        <w:rPr>
          <w:rFonts w:cs="Times New Roman"/>
        </w:rPr>
        <w:t>Nicodemus answered.</w:t>
      </w:r>
    </w:p>
    <w:p w14:paraId="15FA8589" w14:textId="77777777" w:rsidR="007D7487" w:rsidRDefault="00E6407B">
      <w:pPr>
        <w:ind w:firstLine="288"/>
      </w:pPr>
      <w:r>
        <w:rPr>
          <w:rFonts w:cs="Times New Roman"/>
        </w:rPr>
        <w:t>"Clean and not clean."</w:t>
      </w:r>
    </w:p>
    <w:p w14:paraId="46E1935D" w14:textId="77777777" w:rsidR="007D7487" w:rsidRDefault="00E6407B">
      <w:pPr>
        <w:ind w:firstLine="288"/>
      </w:pPr>
      <w:r>
        <w:rPr>
          <w:rFonts w:cs="Times New Roman"/>
        </w:rPr>
        <w:t>"Does Genesis give you the later Levitical code there?"</w:t>
      </w:r>
    </w:p>
    <w:p w14:paraId="56DF3246" w14:textId="77777777" w:rsidR="007D7487" w:rsidRDefault="00E6407B">
      <w:pPr>
        <w:ind w:firstLine="288"/>
      </w:pPr>
      <w:r>
        <w:rPr>
          <w:rFonts w:cs="Times New Roman"/>
        </w:rPr>
        <w:t>"No."</w:t>
      </w:r>
    </w:p>
    <w:p w14:paraId="4B9878F4" w14:textId="77777777" w:rsidR="007D7487" w:rsidRDefault="00E6407B">
      <w:pPr>
        <w:ind w:firstLine="288"/>
      </w:pPr>
      <w:r>
        <w:rPr>
          <w:rFonts w:cs="Times New Roman"/>
        </w:rPr>
        <w:t>"Then do not move the whole Sinai system backward into Noah."</w:t>
      </w:r>
    </w:p>
    <w:p w14:paraId="3364F418" w14:textId="77777777" w:rsidR="007D7487" w:rsidRDefault="00E6407B">
      <w:pPr>
        <w:ind w:firstLine="288"/>
      </w:pPr>
      <w:r>
        <w:rPr>
          <w:rFonts w:cs="Times New Roman"/>
        </w:rPr>
        <w:t>Nicodemus nodded.</w:t>
      </w:r>
    </w:p>
    <w:p w14:paraId="42F51330" w14:textId="77777777" w:rsidR="007D7487" w:rsidRDefault="00E6407B">
      <w:pPr>
        <w:ind w:firstLine="288"/>
      </w:pPr>
      <w:r>
        <w:rPr>
          <w:rFonts w:cs="Times New Roman"/>
        </w:rPr>
        <w:t>"But do not miss that the distinction is already known."</w:t>
      </w:r>
    </w:p>
    <w:p w14:paraId="4EEDE371" w14:textId="77777777" w:rsidR="007D7487" w:rsidRDefault="00E6407B">
      <w:pPr>
        <w:ind w:firstLine="288"/>
      </w:pPr>
      <w:r>
        <w:rPr>
          <w:rFonts w:cs="Times New Roman"/>
        </w:rPr>
        <w:t>Andrew looked thoughtful.</w:t>
      </w:r>
    </w:p>
    <w:p w14:paraId="173B3913" w14:textId="77777777" w:rsidR="007D7487" w:rsidRDefault="00E6407B">
      <w:pPr>
        <w:ind w:firstLine="288"/>
      </w:pPr>
      <w:r>
        <w:rPr>
          <w:rFonts w:cs="Times New Roman"/>
        </w:rPr>
        <w:t>"Like Cain and Abel knowing to bring offerings."</w:t>
      </w:r>
    </w:p>
    <w:p w14:paraId="56094B45" w14:textId="77777777" w:rsidR="007D7487" w:rsidRDefault="00E6407B">
      <w:pPr>
        <w:ind w:firstLine="288"/>
      </w:pPr>
      <w:r>
        <w:rPr>
          <w:rFonts w:cs="Times New Roman"/>
        </w:rPr>
        <w:t>"Yes."</w:t>
      </w:r>
    </w:p>
    <w:p w14:paraId="3D9966D7" w14:textId="77777777" w:rsidR="007D7487" w:rsidRDefault="00E6407B">
      <w:pPr>
        <w:ind w:firstLine="288"/>
      </w:pPr>
      <w:r>
        <w:rPr>
          <w:rFonts w:cs="Times New Roman"/>
        </w:rPr>
        <w:t>The early chapters kept doing this.</w:t>
      </w:r>
    </w:p>
    <w:p w14:paraId="410B189A" w14:textId="77777777" w:rsidR="007D7487" w:rsidRDefault="00E6407B">
      <w:pPr>
        <w:ind w:firstLine="288"/>
      </w:pPr>
      <w:r>
        <w:rPr>
          <w:rFonts w:cs="Times New Roman"/>
        </w:rPr>
        <w:t>They did not hand the disciples a complete priestly manual.</w:t>
      </w:r>
    </w:p>
    <w:p w14:paraId="61BBA542" w14:textId="77777777" w:rsidR="007D7487" w:rsidRDefault="00E6407B">
      <w:pPr>
        <w:ind w:firstLine="288"/>
      </w:pPr>
      <w:r>
        <w:rPr>
          <w:rFonts w:cs="Times New Roman"/>
        </w:rPr>
        <w:t>They let them see that categories later formalized at Sinai had roots reaching earlier in the story.</w:t>
      </w:r>
    </w:p>
    <w:p w14:paraId="76BFC298" w14:textId="77777777" w:rsidR="007D7487" w:rsidRDefault="00E6407B">
      <w:pPr>
        <w:ind w:firstLine="288"/>
      </w:pPr>
      <w:r>
        <w:rPr>
          <w:rFonts w:cs="Times New Roman"/>
        </w:rPr>
        <w:t>Jesus asked another question.</w:t>
      </w:r>
    </w:p>
    <w:p w14:paraId="35993775" w14:textId="77777777" w:rsidR="007D7487" w:rsidRDefault="00E6407B">
      <w:pPr>
        <w:ind w:firstLine="288"/>
      </w:pPr>
      <w:r>
        <w:rPr>
          <w:rFonts w:cs="Times New Roman"/>
        </w:rPr>
        <w:t>"When Noah comes out alive, what is the first structure Moses tells you he builds?"</w:t>
      </w:r>
    </w:p>
    <w:p w14:paraId="51F14F41" w14:textId="77777777" w:rsidR="007D7487" w:rsidRDefault="00E6407B">
      <w:pPr>
        <w:ind w:firstLine="288"/>
      </w:pPr>
      <w:r>
        <w:rPr>
          <w:rFonts w:cs="Times New Roman"/>
        </w:rPr>
        <w:t>"An altar," Nicodemus answered.</w:t>
      </w:r>
    </w:p>
    <w:p w14:paraId="317A62F4" w14:textId="77777777" w:rsidR="007D7487" w:rsidRDefault="00E6407B">
      <w:pPr>
        <w:ind w:firstLine="288"/>
      </w:pPr>
      <w:r>
        <w:rPr>
          <w:rFonts w:cs="Times New Roman"/>
        </w:rPr>
        <w:t>"And what does he offer?"</w:t>
      </w:r>
    </w:p>
    <w:p w14:paraId="3F330B86" w14:textId="77777777" w:rsidR="007D7487" w:rsidRDefault="00E6407B">
      <w:pPr>
        <w:ind w:firstLine="288"/>
      </w:pPr>
      <w:r>
        <w:rPr>
          <w:rFonts w:cs="Times New Roman"/>
        </w:rPr>
        <w:t>"Burnt offerings of every clean beast and every clean fowl."</w:t>
      </w:r>
    </w:p>
    <w:p w14:paraId="244DE833" w14:textId="77777777" w:rsidR="007D7487" w:rsidRDefault="00E6407B">
      <w:pPr>
        <w:ind w:firstLine="288"/>
      </w:pPr>
      <w:r>
        <w:rPr>
          <w:rFonts w:cs="Times New Roman"/>
        </w:rPr>
        <w:t>"Then what follows?"</w:t>
      </w:r>
    </w:p>
    <w:p w14:paraId="5BD1C22B" w14:textId="77777777" w:rsidR="007D7487" w:rsidRDefault="00E6407B">
      <w:pPr>
        <w:ind w:firstLine="288"/>
      </w:pPr>
      <w:r>
        <w:rPr>
          <w:rFonts w:cs="Times New Roman"/>
        </w:rPr>
        <w:t>Nicodemus slowed.</w:t>
      </w:r>
    </w:p>
    <w:p w14:paraId="1912DD11" w14:textId="77777777" w:rsidR="007D7487" w:rsidRDefault="00E6407B">
      <w:pPr>
        <w:ind w:firstLine="288"/>
      </w:pPr>
      <w:r>
        <w:rPr>
          <w:rFonts w:cs="Times New Roman"/>
        </w:rPr>
        <w:t>"The LORD speaks concerning the earth."</w:t>
      </w:r>
    </w:p>
    <w:p w14:paraId="03B788CE" w14:textId="77777777" w:rsidR="007D7487" w:rsidRDefault="00E6407B">
      <w:pPr>
        <w:ind w:firstLine="288"/>
      </w:pPr>
      <w:r>
        <w:rPr>
          <w:rFonts w:cs="Times New Roman"/>
        </w:rPr>
        <w:t>"And afterward the covenant."</w:t>
      </w:r>
    </w:p>
    <w:p w14:paraId="33080015" w14:textId="77777777" w:rsidR="007D7487" w:rsidRDefault="00E6407B">
      <w:pPr>
        <w:ind w:firstLine="288"/>
      </w:pPr>
      <w:r>
        <w:rPr>
          <w:rFonts w:cs="Times New Roman"/>
        </w:rPr>
        <w:t>Jesus nodded.</w:t>
      </w:r>
    </w:p>
    <w:p w14:paraId="54F7F6C6" w14:textId="77777777" w:rsidR="007D7487" w:rsidRDefault="00E6407B">
      <w:pPr>
        <w:ind w:firstLine="288"/>
      </w:pPr>
      <w:r>
        <w:rPr>
          <w:rFonts w:cs="Times New Roman"/>
        </w:rPr>
        <w:t>Judgment.</w:t>
      </w:r>
    </w:p>
    <w:p w14:paraId="47C2FF44" w14:textId="77777777" w:rsidR="007D7487" w:rsidRDefault="00E6407B">
      <w:pPr>
        <w:ind w:firstLine="288"/>
      </w:pPr>
      <w:r>
        <w:rPr>
          <w:rFonts w:cs="Times New Roman"/>
        </w:rPr>
        <w:t>Preservation.</w:t>
      </w:r>
    </w:p>
    <w:p w14:paraId="1EC7BEC7" w14:textId="77777777" w:rsidR="007D7487" w:rsidRDefault="00E6407B">
      <w:pPr>
        <w:ind w:firstLine="288"/>
      </w:pPr>
      <w:r>
        <w:rPr>
          <w:rFonts w:cs="Times New Roman"/>
        </w:rPr>
        <w:t>Exit.</w:t>
      </w:r>
    </w:p>
    <w:p w14:paraId="6FEEA16C" w14:textId="77777777" w:rsidR="007D7487" w:rsidRDefault="00E6407B">
      <w:pPr>
        <w:ind w:firstLine="288"/>
      </w:pPr>
      <w:r>
        <w:rPr>
          <w:rFonts w:cs="Times New Roman"/>
        </w:rPr>
        <w:t>Altar.</w:t>
      </w:r>
    </w:p>
    <w:p w14:paraId="30B390DD" w14:textId="77777777" w:rsidR="007D7487" w:rsidRDefault="00E6407B">
      <w:pPr>
        <w:ind w:firstLine="288"/>
      </w:pPr>
      <w:r>
        <w:rPr>
          <w:rFonts w:cs="Times New Roman"/>
        </w:rPr>
        <w:t>Covenant.</w:t>
      </w:r>
    </w:p>
    <w:p w14:paraId="73C94606" w14:textId="77777777" w:rsidR="007D7487" w:rsidRDefault="00E6407B">
      <w:pPr>
        <w:ind w:firstLine="288"/>
      </w:pPr>
      <w:r>
        <w:rPr>
          <w:rFonts w:cs="Times New Roman"/>
        </w:rPr>
        <w:t>Again, the pieces existed before Sinai without becoming Sinai.</w:t>
      </w:r>
    </w:p>
    <w:p w14:paraId="0B9048EC" w14:textId="77777777" w:rsidR="007D7487" w:rsidRDefault="00E6407B">
      <w:pPr>
        <w:ind w:firstLine="288"/>
      </w:pPr>
      <w:r>
        <w:rPr>
          <w:rFonts w:cs="Times New Roman"/>
        </w:rPr>
        <w:t>Then He asked:</w:t>
      </w:r>
    </w:p>
    <w:p w14:paraId="394A3936" w14:textId="77777777" w:rsidR="007D7487" w:rsidRDefault="00E6407B">
      <w:pPr>
        <w:ind w:firstLine="288"/>
      </w:pPr>
      <w:r>
        <w:rPr>
          <w:rFonts w:cs="Times New Roman"/>
        </w:rPr>
        <w:t>"What does that root do later?"</w:t>
      </w:r>
    </w:p>
    <w:p w14:paraId="6F819E49" w14:textId="77777777" w:rsidR="007D7487" w:rsidRDefault="00E6407B">
      <w:pPr>
        <w:ind w:firstLine="288"/>
      </w:pPr>
      <w:r>
        <w:rPr>
          <w:rFonts w:cs="Times New Roman"/>
        </w:rPr>
        <w:t>Nicodemus answered more cautiously.</w:t>
      </w:r>
    </w:p>
    <w:p w14:paraId="5AA25645" w14:textId="77777777" w:rsidR="007D7487" w:rsidRDefault="00E6407B">
      <w:pPr>
        <w:ind w:firstLine="288"/>
      </w:pPr>
      <w:r>
        <w:rPr>
          <w:rFonts w:cs="Times New Roman"/>
        </w:rPr>
        <w:lastRenderedPageBreak/>
        <w:t>"Atonement."</w:t>
      </w:r>
    </w:p>
    <w:p w14:paraId="20D489BB" w14:textId="77777777" w:rsidR="007D7487" w:rsidRDefault="00E6407B">
      <w:pPr>
        <w:ind w:firstLine="288"/>
      </w:pPr>
      <w:r>
        <w:rPr>
          <w:rFonts w:cs="Times New Roman"/>
        </w:rPr>
        <w:t>"To make atonement."</w:t>
      </w:r>
    </w:p>
    <w:p w14:paraId="14B49DA8" w14:textId="77777777" w:rsidR="007D7487" w:rsidRDefault="00E6407B">
      <w:pPr>
        <w:ind w:firstLine="288"/>
      </w:pPr>
      <w:r>
        <w:rPr>
          <w:rFonts w:cs="Times New Roman"/>
        </w:rPr>
        <w:t>"And the related noun can speak of ransom."</w:t>
      </w:r>
    </w:p>
    <w:p w14:paraId="7010FDE3" w14:textId="77777777" w:rsidR="007D7487" w:rsidRDefault="00E6407B">
      <w:pPr>
        <w:ind w:firstLine="288"/>
      </w:pPr>
      <w:r>
        <w:rPr>
          <w:rFonts w:cs="Times New Roman"/>
        </w:rPr>
        <w:t>"A covering price."</w:t>
      </w:r>
    </w:p>
    <w:p w14:paraId="56E8CEB9" w14:textId="77777777" w:rsidR="007D7487" w:rsidRDefault="00E6407B">
      <w:pPr>
        <w:ind w:firstLine="288"/>
      </w:pPr>
      <w:r>
        <w:rPr>
          <w:rFonts w:cs="Times New Roman"/>
        </w:rPr>
        <w:t>Jesus nodded.</w:t>
      </w:r>
    </w:p>
    <w:p w14:paraId="3C4F605B" w14:textId="77777777" w:rsidR="007D7487" w:rsidRDefault="00E6407B">
      <w:pPr>
        <w:ind w:firstLine="288"/>
      </w:pPr>
      <w:r>
        <w:rPr>
          <w:rFonts w:cs="Times New Roman"/>
        </w:rPr>
        <w:t>Matthew's attention sharpened at the word.</w:t>
      </w:r>
    </w:p>
    <w:p w14:paraId="4C305208" w14:textId="77777777" w:rsidR="007D7487" w:rsidRDefault="00E6407B">
      <w:pPr>
        <w:ind w:firstLine="288"/>
      </w:pPr>
      <w:r>
        <w:rPr>
          <w:rFonts w:cs="Times New Roman"/>
        </w:rPr>
        <w:t>"Payment?"</w:t>
      </w:r>
    </w:p>
    <w:p w14:paraId="74C7E7FA" w14:textId="77777777" w:rsidR="007D7487" w:rsidRDefault="00E6407B">
      <w:pPr>
        <w:ind w:firstLine="288"/>
      </w:pPr>
      <w:r>
        <w:rPr>
          <w:rFonts w:cs="Times New Roman"/>
        </w:rPr>
        <w:t>Nicodemus turned toward him.</w:t>
      </w:r>
    </w:p>
    <w:p w14:paraId="341B5151" w14:textId="77777777" w:rsidR="007D7487" w:rsidRDefault="00E6407B">
      <w:pPr>
        <w:ind w:firstLine="288"/>
      </w:pPr>
      <w:r>
        <w:rPr>
          <w:rFonts w:cs="Times New Roman"/>
        </w:rPr>
        <w:t>"Ransom price in some passages."</w:t>
      </w:r>
    </w:p>
    <w:p w14:paraId="170B4EB2" w14:textId="77777777" w:rsidR="007D7487" w:rsidRDefault="00E6407B">
      <w:pPr>
        <w:ind w:firstLine="288"/>
      </w:pPr>
      <w:r>
        <w:rPr>
          <w:rFonts w:cs="Times New Roman"/>
        </w:rPr>
        <w:t>Jesus held up a hand.</w:t>
      </w:r>
    </w:p>
    <w:p w14:paraId="27D6B3F8" w14:textId="77777777" w:rsidR="007D7487" w:rsidRDefault="00E6407B">
      <w:pPr>
        <w:ind w:firstLine="288"/>
      </w:pPr>
      <w:r>
        <w:rPr>
          <w:rFonts w:cs="Times New Roman"/>
        </w:rPr>
        <w:t>"Do not make every use identical."</w:t>
      </w:r>
    </w:p>
    <w:p w14:paraId="72C2F87F" w14:textId="77777777" w:rsidR="007D7487" w:rsidRDefault="00E6407B">
      <w:pPr>
        <w:ind w:firstLine="288"/>
      </w:pPr>
      <w:r>
        <w:rPr>
          <w:rFonts w:cs="Times New Roman"/>
        </w:rPr>
        <w:t>Matthew nodded.</w:t>
      </w:r>
    </w:p>
    <w:p w14:paraId="3CC42450" w14:textId="77777777" w:rsidR="007D7487" w:rsidRDefault="00E6407B">
      <w:pPr>
        <w:ind w:firstLine="288"/>
      </w:pPr>
      <w:r>
        <w:rPr>
          <w:rFonts w:cs="Times New Roman"/>
        </w:rPr>
        <w:t>"But hear the family of ideas."</w:t>
      </w:r>
    </w:p>
    <w:p w14:paraId="4BB1D46C" w14:textId="77777777" w:rsidR="007D7487" w:rsidRDefault="00E6407B">
      <w:pPr>
        <w:ind w:firstLine="288"/>
      </w:pPr>
      <w:r>
        <w:rPr>
          <w:rFonts w:cs="Times New Roman"/>
        </w:rPr>
        <w:t>"Covering."</w:t>
      </w:r>
    </w:p>
    <w:p w14:paraId="002F1864" w14:textId="77777777" w:rsidR="007D7487" w:rsidRDefault="00E6407B">
      <w:pPr>
        <w:ind w:firstLine="288"/>
      </w:pPr>
      <w:r>
        <w:rPr>
          <w:rFonts w:cs="Times New Roman"/>
        </w:rPr>
        <w:t>"Atonement."</w:t>
      </w:r>
    </w:p>
    <w:p w14:paraId="29C7700C" w14:textId="77777777" w:rsidR="007D7487" w:rsidRDefault="00E6407B">
      <w:pPr>
        <w:ind w:firstLine="288"/>
      </w:pPr>
      <w:r>
        <w:rPr>
          <w:rFonts w:cs="Times New Roman"/>
        </w:rPr>
        <w:t>"Ransom."</w:t>
      </w:r>
    </w:p>
    <w:p w14:paraId="63224D48" w14:textId="77777777" w:rsidR="007D7487" w:rsidRDefault="00E6407B">
      <w:pPr>
        <w:ind w:firstLine="288"/>
      </w:pPr>
      <w:r>
        <w:rPr>
          <w:rFonts w:cs="Times New Roman"/>
        </w:rPr>
        <w:t>John remembered words Jesus had spoken about Himself.</w:t>
      </w:r>
    </w:p>
    <w:p w14:paraId="35FBB1FA" w14:textId="77777777" w:rsidR="007D7487" w:rsidRDefault="00E6407B">
      <w:pPr>
        <w:ind w:firstLine="288"/>
      </w:pPr>
      <w:r>
        <w:rPr>
          <w:rFonts w:cs="Times New Roman"/>
        </w:rPr>
        <w:t>The Son of Man came not to be ministered unto.</w:t>
      </w:r>
    </w:p>
    <w:p w14:paraId="13E7901A" w14:textId="77777777" w:rsidR="007D7487" w:rsidRDefault="00E6407B">
      <w:pPr>
        <w:ind w:firstLine="288"/>
      </w:pPr>
      <w:r>
        <w:rPr>
          <w:rFonts w:cs="Times New Roman"/>
        </w:rPr>
        <w:t>He looked up.</w:t>
      </w:r>
    </w:p>
    <w:p w14:paraId="358FE57A" w14:textId="77777777" w:rsidR="007D7487" w:rsidRDefault="00E6407B">
      <w:pPr>
        <w:ind w:firstLine="288"/>
      </w:pPr>
      <w:r>
        <w:rPr>
          <w:rFonts w:cs="Times New Roman"/>
        </w:rPr>
        <w:t>Jesus saw the memory.</w:t>
      </w:r>
    </w:p>
    <w:p w14:paraId="6C633D5A" w14:textId="77777777" w:rsidR="007D7487" w:rsidRDefault="00E6407B">
      <w:pPr>
        <w:ind w:firstLine="288"/>
      </w:pPr>
      <w:r>
        <w:rPr>
          <w:rFonts w:cs="Times New Roman"/>
        </w:rPr>
        <w:t>John said it.</w:t>
      </w:r>
    </w:p>
    <w:p w14:paraId="3635A333" w14:textId="77777777" w:rsidR="007D7487" w:rsidRDefault="00E6407B">
      <w:pPr>
        <w:ind w:firstLine="288"/>
      </w:pPr>
      <w:r>
        <w:rPr>
          <w:rFonts w:cs="Times New Roman"/>
        </w:rPr>
        <w:t>"To minister."</w:t>
      </w:r>
    </w:p>
    <w:p w14:paraId="42C2BEF5" w14:textId="77777777" w:rsidR="007D7487" w:rsidRDefault="00E6407B">
      <w:pPr>
        <w:ind w:firstLine="288"/>
      </w:pPr>
      <w:r>
        <w:rPr>
          <w:rFonts w:cs="Times New Roman"/>
        </w:rPr>
        <w:t>"And to give His life..."</w:t>
      </w:r>
    </w:p>
    <w:p w14:paraId="44249844" w14:textId="77777777" w:rsidR="007D7487" w:rsidRDefault="00E6407B">
      <w:pPr>
        <w:ind w:firstLine="288"/>
      </w:pPr>
      <w:r>
        <w:rPr>
          <w:rFonts w:cs="Times New Roman"/>
        </w:rPr>
        <w:t>He stopped.</w:t>
      </w:r>
    </w:p>
    <w:p w14:paraId="4AF24BAF" w14:textId="77777777" w:rsidR="007D7487" w:rsidRDefault="00E6407B">
      <w:pPr>
        <w:ind w:firstLine="288"/>
      </w:pPr>
      <w:r>
        <w:rPr>
          <w:rFonts w:cs="Times New Roman"/>
        </w:rPr>
        <w:t>Jesus completed His own saying.</w:t>
      </w:r>
    </w:p>
    <w:p w14:paraId="4C4E5064" w14:textId="77777777" w:rsidR="007D7487" w:rsidRDefault="00E6407B">
      <w:pPr>
        <w:ind w:firstLine="288"/>
      </w:pPr>
      <w:r>
        <w:rPr>
          <w:rFonts w:cs="Times New Roman"/>
        </w:rPr>
        <w:t>"A ransom for many."</w:t>
      </w:r>
    </w:p>
    <w:p w14:paraId="736EE1AB" w14:textId="77777777" w:rsidR="007D7487" w:rsidRDefault="00E6407B">
      <w:pPr>
        <w:ind w:firstLine="288"/>
      </w:pPr>
      <w:r>
        <w:rPr>
          <w:rFonts w:cs="Times New Roman"/>
        </w:rPr>
        <w:t>The group went still.</w:t>
      </w:r>
    </w:p>
    <w:p w14:paraId="7FD4590D" w14:textId="77777777" w:rsidR="007D7487" w:rsidRDefault="00E6407B">
      <w:pPr>
        <w:ind w:firstLine="288"/>
      </w:pPr>
      <w:r>
        <w:rPr>
          <w:rFonts w:cs="Times New Roman"/>
        </w:rPr>
        <w:t>Nicodemus looked toward John.</w:t>
      </w:r>
    </w:p>
    <w:p w14:paraId="10693259" w14:textId="77777777" w:rsidR="007D7487" w:rsidRDefault="00E6407B">
      <w:pPr>
        <w:ind w:firstLine="288"/>
      </w:pPr>
      <w:r>
        <w:rPr>
          <w:rFonts w:cs="Times New Roman"/>
        </w:rPr>
        <w:t>"Not the same word."</w:t>
      </w:r>
    </w:p>
    <w:p w14:paraId="2EBD4617" w14:textId="77777777" w:rsidR="007D7487" w:rsidRDefault="00E6407B">
      <w:pPr>
        <w:ind w:firstLine="288"/>
      </w:pPr>
      <w:r>
        <w:rPr>
          <w:rFonts w:cs="Times New Roman"/>
        </w:rPr>
        <w:t>Jesus nodded.</w:t>
      </w:r>
    </w:p>
    <w:p w14:paraId="2E36BE51" w14:textId="77777777" w:rsidR="007D7487" w:rsidRDefault="00E6407B">
      <w:pPr>
        <w:ind w:firstLine="288"/>
      </w:pPr>
      <w:r>
        <w:rPr>
          <w:rFonts w:cs="Times New Roman"/>
        </w:rPr>
        <w:t>"No. But the idea of ransom was already familiar in Moses."</w:t>
      </w:r>
    </w:p>
    <w:p w14:paraId="052FFABA" w14:textId="77777777" w:rsidR="007D7487" w:rsidRDefault="00E6407B">
      <w:pPr>
        <w:ind w:firstLine="288"/>
      </w:pPr>
      <w:r>
        <w:rPr>
          <w:rFonts w:cs="Times New Roman"/>
        </w:rPr>
        <w:t>That was enough.</w:t>
      </w:r>
    </w:p>
    <w:p w14:paraId="1CB2681F" w14:textId="77777777" w:rsidR="007D7487" w:rsidRDefault="00E6407B">
      <w:pPr>
        <w:ind w:firstLine="288"/>
      </w:pPr>
      <w:r>
        <w:rPr>
          <w:rFonts w:cs="Times New Roman"/>
        </w:rPr>
        <w:t>Ransom had found another place to stand.</w:t>
      </w:r>
    </w:p>
    <w:p w14:paraId="035129BC" w14:textId="77777777" w:rsidR="007D7487" w:rsidRDefault="00E6407B">
      <w:pPr>
        <w:ind w:firstLine="288"/>
      </w:pPr>
      <w:r>
        <w:rPr>
          <w:rFonts w:cs="Times New Roman"/>
        </w:rPr>
        <w:t>A life given.</w:t>
      </w:r>
    </w:p>
    <w:p w14:paraId="5BBAB4D0" w14:textId="77777777" w:rsidR="007D7487" w:rsidRDefault="00E6407B">
      <w:pPr>
        <w:ind w:firstLine="288"/>
      </w:pPr>
      <w:r>
        <w:rPr>
          <w:rFonts w:cs="Times New Roman"/>
        </w:rPr>
        <w:t>A ransom.</w:t>
      </w:r>
    </w:p>
    <w:p w14:paraId="24B76D27" w14:textId="77777777" w:rsidR="007D7487" w:rsidRDefault="00E6407B">
      <w:pPr>
        <w:ind w:firstLine="288"/>
      </w:pPr>
      <w:r>
        <w:rPr>
          <w:rFonts w:cs="Times New Roman"/>
        </w:rPr>
        <w:t>Not invented by the captive.</w:t>
      </w:r>
    </w:p>
    <w:p w14:paraId="2BE336A1" w14:textId="77777777" w:rsidR="007D7487" w:rsidRDefault="00E6407B">
      <w:pPr>
        <w:ind w:firstLine="288"/>
      </w:pPr>
      <w:r>
        <w:rPr>
          <w:rFonts w:cs="Times New Roman"/>
        </w:rPr>
        <w:t>Provided.</w:t>
      </w:r>
    </w:p>
    <w:p w14:paraId="46B38093" w14:textId="77777777" w:rsidR="007D7487" w:rsidRDefault="00E6407B">
      <w:pPr>
        <w:ind w:firstLine="288"/>
      </w:pPr>
      <w:r>
        <w:rPr>
          <w:rFonts w:cs="Times New Roman"/>
        </w:rPr>
        <w:t>Nicodemus looked back toward the ark.</w:t>
      </w:r>
    </w:p>
    <w:p w14:paraId="6F58692E" w14:textId="77777777" w:rsidR="007D7487" w:rsidRDefault="00E6407B">
      <w:pPr>
        <w:ind w:firstLine="288"/>
      </w:pPr>
      <w:r>
        <w:rPr>
          <w:rFonts w:cs="Times New Roman"/>
        </w:rPr>
        <w:lastRenderedPageBreak/>
        <w:t>"So the first kaphar here is not an altar."</w:t>
      </w:r>
    </w:p>
    <w:p w14:paraId="2DC80B7D" w14:textId="77777777" w:rsidR="007D7487" w:rsidRDefault="00E6407B">
      <w:pPr>
        <w:ind w:firstLine="288"/>
      </w:pPr>
      <w:r>
        <w:rPr>
          <w:rFonts w:cs="Times New Roman"/>
        </w:rPr>
        <w:t>"No."</w:t>
      </w:r>
    </w:p>
    <w:p w14:paraId="6E6D84F6" w14:textId="77777777" w:rsidR="007D7487" w:rsidRDefault="00E6407B">
      <w:pPr>
        <w:ind w:firstLine="288"/>
      </w:pPr>
      <w:r>
        <w:rPr>
          <w:rFonts w:cs="Times New Roman"/>
        </w:rPr>
        <w:t>"Not a priestly rite."</w:t>
      </w:r>
    </w:p>
    <w:p w14:paraId="7A92C74D" w14:textId="77777777" w:rsidR="007D7487" w:rsidRDefault="00E6407B">
      <w:pPr>
        <w:ind w:firstLine="288"/>
      </w:pPr>
      <w:r>
        <w:rPr>
          <w:rFonts w:cs="Times New Roman"/>
        </w:rPr>
        <w:t>"No."</w:t>
      </w:r>
    </w:p>
    <w:p w14:paraId="6BF4D193" w14:textId="77777777" w:rsidR="007D7487" w:rsidRDefault="00E6407B">
      <w:pPr>
        <w:ind w:firstLine="288"/>
      </w:pPr>
      <w:r>
        <w:rPr>
          <w:rFonts w:cs="Times New Roman"/>
        </w:rPr>
        <w:t>"It is a coating commanded by God for a vessel that carries life through judgment."</w:t>
      </w:r>
    </w:p>
    <w:p w14:paraId="2A18F74E" w14:textId="77777777" w:rsidR="007D7487" w:rsidRDefault="00E6407B">
      <w:pPr>
        <w:ind w:firstLine="288"/>
      </w:pPr>
      <w:r>
        <w:rPr>
          <w:rFonts w:cs="Times New Roman"/>
        </w:rPr>
        <w:t>"Yes."</w:t>
      </w:r>
    </w:p>
    <w:p w14:paraId="1AD42B67" w14:textId="77777777" w:rsidR="007D7487" w:rsidRDefault="00E6407B">
      <w:pPr>
        <w:ind w:firstLine="288"/>
      </w:pPr>
      <w:r>
        <w:rPr>
          <w:rFonts w:cs="Times New Roman"/>
        </w:rPr>
        <w:t>Jesus let him hold both facts at once.</w:t>
      </w:r>
    </w:p>
    <w:p w14:paraId="5891CD82" w14:textId="77777777" w:rsidR="007D7487" w:rsidRDefault="00E6407B">
      <w:pPr>
        <w:ind w:firstLine="288"/>
      </w:pPr>
      <w:r>
        <w:rPr>
          <w:rFonts w:cs="Times New Roman"/>
        </w:rPr>
        <w:t>The concrete Genesis use mattered.</w:t>
      </w:r>
    </w:p>
    <w:p w14:paraId="6C85CBD1" w14:textId="77777777" w:rsidR="007D7487" w:rsidRDefault="00E6407B">
      <w:pPr>
        <w:ind w:firstLine="288"/>
      </w:pPr>
      <w:r>
        <w:rPr>
          <w:rFonts w:cs="Times New Roman"/>
        </w:rPr>
        <w:t>The later atonement uses mattered.</w:t>
      </w:r>
    </w:p>
    <w:p w14:paraId="63E8F7BA" w14:textId="77777777" w:rsidR="007D7487" w:rsidRDefault="00E6407B">
      <w:pPr>
        <w:ind w:firstLine="288"/>
      </w:pPr>
      <w:r>
        <w:rPr>
          <w:rFonts w:cs="Times New Roman"/>
        </w:rPr>
        <w:t>Their lexical relationship did not erase their different procedures.</w:t>
      </w:r>
    </w:p>
    <w:p w14:paraId="7B747C80" w14:textId="77777777" w:rsidR="007D7487" w:rsidRDefault="00E6407B">
      <w:pPr>
        <w:suppressLineNumbers/>
        <w:spacing w:before="100" w:after="100"/>
        <w:jc w:val="center"/>
      </w:pPr>
      <w:r>
        <w:rPr>
          <w:rFonts w:cs="Times New Roman"/>
          <w:sz w:val="20"/>
        </w:rPr>
        <w:t>* * *</w:t>
      </w:r>
    </w:p>
    <w:p w14:paraId="3ED923D9" w14:textId="77777777" w:rsidR="007D7487" w:rsidRDefault="00E6407B">
      <w:pPr>
        <w:suppressLineNumbers/>
      </w:pPr>
      <w:r>
        <w:br w:type="page"/>
      </w:r>
    </w:p>
    <w:p w14:paraId="2B4124A9" w14:textId="77777777" w:rsidR="007D7487" w:rsidRDefault="00E6407B">
      <w:pPr>
        <w:pStyle w:val="Heading1"/>
        <w:suppressLineNumbers/>
      </w:pPr>
      <w:r>
        <w:rPr>
          <w:rFonts w:ascii="Times New Roman" w:hAnsi="Times New Roman" w:cs="Times New Roman"/>
        </w:rPr>
        <w:lastRenderedPageBreak/>
        <w:t>Section 10 — Hand, Mouth, Head, and the Faithful Man</w:t>
      </w:r>
    </w:p>
    <w:p w14:paraId="7D281F4A" w14:textId="77777777" w:rsidR="007D7487" w:rsidRDefault="00E6407B">
      <w:pPr>
        <w:ind w:firstLine="288"/>
      </w:pPr>
      <w:r>
        <w:rPr>
          <w:rFonts w:cs="Times New Roman"/>
        </w:rPr>
        <w:t>The conversation did not leave kaphar behind.</w:t>
      </w:r>
    </w:p>
    <w:p w14:paraId="0745470F" w14:textId="77777777" w:rsidR="007D7487" w:rsidRDefault="00E6407B">
      <w:pPr>
        <w:ind w:firstLine="288"/>
      </w:pPr>
      <w:r>
        <w:rPr>
          <w:rFonts w:cs="Times New Roman"/>
        </w:rPr>
        <w:t>It moved from the word’s concrete use in the ark and later ransom/atonement family into a question Nicodemus had been resisting since he first scratched the consonants in the dirt.</w:t>
      </w:r>
    </w:p>
    <w:p w14:paraId="07C3B097" w14:textId="77777777" w:rsidR="007D7487" w:rsidRDefault="00E6407B">
      <w:pPr>
        <w:ind w:firstLine="288"/>
      </w:pPr>
      <w:r>
        <w:rPr>
          <w:rFonts w:cs="Times New Roman"/>
        </w:rPr>
        <w:t>Nicodemus had lowered his eyes to the dirt.</w:t>
      </w:r>
    </w:p>
    <w:p w14:paraId="795A55C9" w14:textId="77777777" w:rsidR="007D7487" w:rsidRDefault="00E6407B">
      <w:pPr>
        <w:ind w:firstLine="288"/>
      </w:pPr>
      <w:r>
        <w:rPr>
          <w:rFonts w:cs="Times New Roman"/>
        </w:rPr>
        <w:t>With one finger he traced three Hebrew consonants.</w:t>
      </w:r>
    </w:p>
    <w:p w14:paraId="199A046C" w14:textId="77777777" w:rsidR="007D7487" w:rsidRDefault="00E6407B">
      <w:pPr>
        <w:ind w:firstLine="288"/>
      </w:pPr>
      <w:r>
        <w:rPr>
          <w:rFonts w:cs="Times New Roman"/>
        </w:rPr>
        <w:t>כ</w:t>
      </w:r>
    </w:p>
    <w:p w14:paraId="44A85536" w14:textId="77777777" w:rsidR="007D7487" w:rsidRDefault="00E6407B">
      <w:pPr>
        <w:ind w:firstLine="288"/>
      </w:pPr>
      <w:r>
        <w:rPr>
          <w:rFonts w:cs="Times New Roman"/>
        </w:rPr>
        <w:t>פ</w:t>
      </w:r>
    </w:p>
    <w:p w14:paraId="08D9D861" w14:textId="77777777" w:rsidR="007D7487" w:rsidRDefault="00E6407B">
      <w:pPr>
        <w:ind w:firstLine="288"/>
      </w:pPr>
      <w:r>
        <w:rPr>
          <w:rFonts w:cs="Times New Roman"/>
        </w:rPr>
        <w:t>ר</w:t>
      </w:r>
    </w:p>
    <w:p w14:paraId="284EB9F6" w14:textId="77777777" w:rsidR="007D7487" w:rsidRDefault="00E6407B">
      <w:pPr>
        <w:ind w:firstLine="288"/>
      </w:pPr>
      <w:r>
        <w:rPr>
          <w:rFonts w:cs="Times New Roman"/>
        </w:rPr>
        <w:t>Kaph.</w:t>
      </w:r>
    </w:p>
    <w:p w14:paraId="6F40D919" w14:textId="77777777" w:rsidR="007D7487" w:rsidRDefault="00E6407B">
      <w:pPr>
        <w:ind w:firstLine="288"/>
      </w:pPr>
      <w:r>
        <w:rPr>
          <w:rFonts w:cs="Times New Roman"/>
        </w:rPr>
        <w:t>Pe.</w:t>
      </w:r>
    </w:p>
    <w:p w14:paraId="25D57FE8" w14:textId="77777777" w:rsidR="007D7487" w:rsidRDefault="00E6407B">
      <w:pPr>
        <w:ind w:firstLine="288"/>
      </w:pPr>
      <w:r>
        <w:rPr>
          <w:rFonts w:cs="Times New Roman"/>
        </w:rPr>
        <w:t>Resh.</w:t>
      </w:r>
    </w:p>
    <w:p w14:paraId="0A98A972" w14:textId="77777777" w:rsidR="007D7487" w:rsidRDefault="00E6407B">
      <w:pPr>
        <w:ind w:firstLine="288"/>
      </w:pPr>
      <w:r>
        <w:rPr>
          <w:rFonts w:cs="Times New Roman"/>
        </w:rPr>
        <w:t>Then, beside them, he attempted the old forms he had seen in learned discussions and inscriptions, shapes far older than the square letters before him.</w:t>
      </w:r>
    </w:p>
    <w:p w14:paraId="1DA93CCE" w14:textId="77777777" w:rsidR="007D7487" w:rsidRDefault="00E6407B">
      <w:pPr>
        <w:ind w:firstLine="288"/>
      </w:pPr>
      <w:r>
        <w:rPr>
          <w:rFonts w:ascii="Noto Sans Phoenician" w:hAnsi="Noto Sans Phoenician" w:cs="Noto Sans Phoenician"/>
          <w:sz w:val="28"/>
        </w:rPr>
        <w:t>𐤊</w:t>
      </w:r>
      <w:r>
        <w:rPr>
          <w:rFonts w:ascii="Noto Sans Phoenician" w:hAnsi="Noto Sans Phoenician" w:cs="Noto Sans Phoenician"/>
          <w:sz w:val="28"/>
        </w:rPr>
        <w:t xml:space="preserve">   </w:t>
      </w:r>
      <w:r>
        <w:rPr>
          <w:rFonts w:ascii="Noto Sans Phoenician" w:hAnsi="Noto Sans Phoenician" w:cs="Noto Sans Phoenician"/>
          <w:sz w:val="28"/>
        </w:rPr>
        <w:t>𐤐</w:t>
      </w:r>
      <w:r>
        <w:rPr>
          <w:rFonts w:ascii="Noto Sans Phoenician" w:hAnsi="Noto Sans Phoenician" w:cs="Noto Sans Phoenician"/>
          <w:sz w:val="28"/>
        </w:rPr>
        <w:t xml:space="preserve">   </w:t>
      </w:r>
      <w:r>
        <w:rPr>
          <w:rFonts w:ascii="Noto Sans Phoenician" w:hAnsi="Noto Sans Phoenician" w:cs="Noto Sans Phoenician"/>
          <w:sz w:val="28"/>
        </w:rPr>
        <w:t>𐤓</w:t>
      </w:r>
    </w:p>
    <w:p w14:paraId="008E5BC5" w14:textId="77777777" w:rsidR="007D7487" w:rsidRDefault="00E6407B">
      <w:pPr>
        <w:ind w:firstLine="288"/>
      </w:pPr>
      <w:r>
        <w:rPr>
          <w:rFonts w:cs="Times New Roman"/>
        </w:rPr>
        <w:t>John watched.</w:t>
      </w:r>
    </w:p>
    <w:p w14:paraId="70633921" w14:textId="77777777" w:rsidR="007D7487" w:rsidRDefault="00E6407B">
      <w:pPr>
        <w:ind w:firstLine="288"/>
      </w:pPr>
      <w:r>
        <w:rPr>
          <w:rFonts w:cs="Times New Roman"/>
        </w:rPr>
        <w:t>Peter watched Nicodemus watch the letters.</w:t>
      </w:r>
    </w:p>
    <w:p w14:paraId="29939968" w14:textId="77777777" w:rsidR="007D7487" w:rsidRDefault="00E6407B">
      <w:pPr>
        <w:ind w:firstLine="288"/>
      </w:pPr>
      <w:r>
        <w:rPr>
          <w:rFonts w:cs="Times New Roman"/>
        </w:rPr>
        <w:t>That alone was amusing.</w:t>
      </w:r>
    </w:p>
    <w:p w14:paraId="1E70F7E3" w14:textId="77777777" w:rsidR="007D7487" w:rsidRDefault="00E6407B">
      <w:pPr>
        <w:ind w:firstLine="288"/>
      </w:pPr>
      <w:r>
        <w:rPr>
          <w:rFonts w:cs="Times New Roman"/>
        </w:rPr>
        <w:t>"What are you doing?" Peter asked.</w:t>
      </w:r>
    </w:p>
    <w:p w14:paraId="6EE26F6B" w14:textId="77777777" w:rsidR="007D7487" w:rsidRDefault="00E6407B">
      <w:pPr>
        <w:ind w:firstLine="288"/>
      </w:pPr>
      <w:r>
        <w:rPr>
          <w:rFonts w:cs="Times New Roman"/>
        </w:rPr>
        <w:t>Nicodemus did not look up.</w:t>
      </w:r>
    </w:p>
    <w:p w14:paraId="7FD93F4C" w14:textId="77777777" w:rsidR="007D7487" w:rsidRDefault="00E6407B">
      <w:pPr>
        <w:ind w:firstLine="288"/>
      </w:pPr>
      <w:r>
        <w:rPr>
          <w:rFonts w:cs="Times New Roman"/>
        </w:rPr>
        <w:t>"Thinking."</w:t>
      </w:r>
    </w:p>
    <w:p w14:paraId="4C5E484F" w14:textId="77777777" w:rsidR="007D7487" w:rsidRDefault="00E6407B">
      <w:pPr>
        <w:ind w:firstLine="288"/>
      </w:pPr>
      <w:r>
        <w:rPr>
          <w:rFonts w:cs="Times New Roman"/>
        </w:rPr>
        <w:t>"Quietly?"</w:t>
      </w:r>
    </w:p>
    <w:p w14:paraId="5808E8B9" w14:textId="77777777" w:rsidR="007D7487" w:rsidRDefault="00E6407B">
      <w:pPr>
        <w:ind w:firstLine="288"/>
      </w:pPr>
      <w:r>
        <w:rPr>
          <w:rFonts w:cs="Times New Roman"/>
        </w:rPr>
        <w:t>"For the moment."</w:t>
      </w:r>
    </w:p>
    <w:p w14:paraId="68D4DBDE" w14:textId="77777777" w:rsidR="007D7487" w:rsidRDefault="00E6407B">
      <w:pPr>
        <w:ind w:firstLine="288"/>
      </w:pPr>
      <w:r>
        <w:rPr>
          <w:rFonts w:cs="Times New Roman"/>
        </w:rPr>
        <w:t>Peter accepted this miracle.</w:t>
      </w:r>
    </w:p>
    <w:p w14:paraId="4903CB9C" w14:textId="77777777" w:rsidR="007D7487" w:rsidRDefault="00E6407B">
      <w:pPr>
        <w:ind w:firstLine="288"/>
      </w:pPr>
      <w:r>
        <w:rPr>
          <w:rFonts w:cs="Times New Roman"/>
        </w:rPr>
        <w:t>Nicodemus pointed.</w:t>
      </w:r>
    </w:p>
    <w:p w14:paraId="31A6F218" w14:textId="77777777" w:rsidR="007D7487" w:rsidRDefault="00E6407B">
      <w:pPr>
        <w:ind w:firstLine="288"/>
      </w:pPr>
      <w:r>
        <w:rPr>
          <w:rFonts w:cs="Times New Roman"/>
        </w:rPr>
        <w:t>"Kaph."</w:t>
      </w:r>
    </w:p>
    <w:p w14:paraId="6CA25510" w14:textId="77777777" w:rsidR="007D7487" w:rsidRDefault="00E6407B">
      <w:pPr>
        <w:ind w:firstLine="288"/>
      </w:pPr>
      <w:r>
        <w:rPr>
          <w:rFonts w:cs="Times New Roman"/>
        </w:rPr>
        <w:t>"The palm."</w:t>
      </w:r>
    </w:p>
    <w:p w14:paraId="2AA6388E" w14:textId="77777777" w:rsidR="007D7487" w:rsidRDefault="00E6407B">
      <w:pPr>
        <w:ind w:firstLine="288"/>
      </w:pPr>
      <w:r>
        <w:rPr>
          <w:rFonts w:cs="Times New Roman"/>
        </w:rPr>
        <w:t>"The hand."</w:t>
      </w:r>
    </w:p>
    <w:p w14:paraId="45D46F3C" w14:textId="77777777" w:rsidR="007D7487" w:rsidRDefault="00E6407B">
      <w:pPr>
        <w:ind w:firstLine="288"/>
      </w:pPr>
      <w:r>
        <w:rPr>
          <w:rFonts w:cs="Times New Roman"/>
        </w:rPr>
        <w:t>Then:</w:t>
      </w:r>
    </w:p>
    <w:p w14:paraId="01BC2DDD" w14:textId="77777777" w:rsidR="007D7487" w:rsidRDefault="00E6407B">
      <w:pPr>
        <w:ind w:firstLine="288"/>
      </w:pPr>
      <w:r>
        <w:rPr>
          <w:rFonts w:cs="Times New Roman"/>
        </w:rPr>
        <w:t>"Pe."</w:t>
      </w:r>
    </w:p>
    <w:p w14:paraId="2B381B54" w14:textId="77777777" w:rsidR="007D7487" w:rsidRDefault="00E6407B">
      <w:pPr>
        <w:ind w:firstLine="288"/>
      </w:pPr>
      <w:r>
        <w:rPr>
          <w:rFonts w:cs="Times New Roman"/>
        </w:rPr>
        <w:t>"The mouth."</w:t>
      </w:r>
    </w:p>
    <w:p w14:paraId="227D2728" w14:textId="77777777" w:rsidR="007D7487" w:rsidRDefault="00E6407B">
      <w:pPr>
        <w:ind w:firstLine="288"/>
      </w:pPr>
      <w:r>
        <w:rPr>
          <w:rFonts w:cs="Times New Roman"/>
        </w:rPr>
        <w:t>Then:</w:t>
      </w:r>
    </w:p>
    <w:p w14:paraId="3653F882" w14:textId="77777777" w:rsidR="007D7487" w:rsidRDefault="00E6407B">
      <w:pPr>
        <w:ind w:firstLine="288"/>
      </w:pPr>
      <w:r>
        <w:rPr>
          <w:rFonts w:cs="Times New Roman"/>
        </w:rPr>
        <w:t>"Resh."</w:t>
      </w:r>
    </w:p>
    <w:p w14:paraId="4E7157EF" w14:textId="77777777" w:rsidR="007D7487" w:rsidRDefault="00E6407B">
      <w:pPr>
        <w:ind w:firstLine="288"/>
      </w:pPr>
      <w:r>
        <w:rPr>
          <w:rFonts w:cs="Times New Roman"/>
        </w:rPr>
        <w:t>"Head."</w:t>
      </w:r>
    </w:p>
    <w:p w14:paraId="6D475B51" w14:textId="77777777" w:rsidR="007D7487" w:rsidRDefault="00E6407B">
      <w:pPr>
        <w:ind w:firstLine="288"/>
      </w:pPr>
      <w:r>
        <w:rPr>
          <w:rFonts w:cs="Times New Roman"/>
        </w:rPr>
        <w:t>"Man."</w:t>
      </w:r>
    </w:p>
    <w:p w14:paraId="6587170D" w14:textId="77777777" w:rsidR="007D7487" w:rsidRDefault="00E6407B">
      <w:pPr>
        <w:ind w:firstLine="288"/>
      </w:pPr>
      <w:r>
        <w:rPr>
          <w:rFonts w:cs="Times New Roman"/>
        </w:rPr>
        <w:t>His brow tightened.</w:t>
      </w:r>
    </w:p>
    <w:p w14:paraId="0A8C4BD5" w14:textId="77777777" w:rsidR="007D7487" w:rsidRDefault="00E6407B">
      <w:pPr>
        <w:ind w:firstLine="288"/>
      </w:pPr>
      <w:r>
        <w:rPr>
          <w:rFonts w:cs="Times New Roman"/>
        </w:rPr>
        <w:t>He looked up at Jesus.</w:t>
      </w:r>
    </w:p>
    <w:p w14:paraId="4345D264" w14:textId="77777777" w:rsidR="007D7487" w:rsidRDefault="00E6407B">
      <w:pPr>
        <w:ind w:firstLine="288"/>
      </w:pPr>
      <w:r>
        <w:rPr>
          <w:rFonts w:cs="Times New Roman"/>
        </w:rPr>
        <w:lastRenderedPageBreak/>
        <w:t>Jesus immediately stopped him from going too far.</w:t>
      </w:r>
    </w:p>
    <w:p w14:paraId="68A52004" w14:textId="77777777" w:rsidR="007D7487" w:rsidRDefault="00E6407B">
      <w:pPr>
        <w:ind w:firstLine="288"/>
      </w:pPr>
      <w:r>
        <w:rPr>
          <w:rFonts w:cs="Times New Roman"/>
        </w:rPr>
        <w:t>"The old pictures do not define the word for you."</w:t>
      </w:r>
    </w:p>
    <w:p w14:paraId="21CA238E" w14:textId="77777777" w:rsidR="007D7487" w:rsidRDefault="00E6407B">
      <w:pPr>
        <w:ind w:firstLine="288"/>
      </w:pPr>
      <w:r>
        <w:rPr>
          <w:rFonts w:cs="Times New Roman"/>
        </w:rPr>
        <w:t>The older letter forms could preserve visual associations from an earlier writing tradition.</w:t>
      </w:r>
    </w:p>
    <w:p w14:paraId="62C2B9DA" w14:textId="77777777" w:rsidR="007D7487" w:rsidRDefault="00E6407B">
      <w:pPr>
        <w:ind w:firstLine="288"/>
      </w:pPr>
      <w:r>
        <w:rPr>
          <w:rFonts w:cs="Times New Roman"/>
        </w:rPr>
        <w:t>They could not be allowed to overrule the language, grammar, or the actual procedures Moses described.</w:t>
      </w:r>
    </w:p>
    <w:p w14:paraId="6360D408" w14:textId="77777777" w:rsidR="007D7487" w:rsidRDefault="00E6407B">
      <w:pPr>
        <w:ind w:firstLine="288"/>
      </w:pPr>
      <w:r>
        <w:rPr>
          <w:rFonts w:cs="Times New Roman"/>
        </w:rPr>
        <w:t>Nicodemus nodded.</w:t>
      </w:r>
    </w:p>
    <w:p w14:paraId="14B33011" w14:textId="77777777" w:rsidR="007D7487" w:rsidRDefault="00E6407B">
      <w:pPr>
        <w:ind w:firstLine="288"/>
      </w:pPr>
      <w:r>
        <w:rPr>
          <w:rFonts w:cs="Times New Roman"/>
        </w:rPr>
        <w:t>"No."</w:t>
      </w:r>
    </w:p>
    <w:p w14:paraId="3947CB00" w14:textId="77777777" w:rsidR="007D7487" w:rsidRDefault="00E6407B">
      <w:pPr>
        <w:ind w:firstLine="288"/>
      </w:pPr>
      <w:r>
        <w:rPr>
          <w:rFonts w:cs="Times New Roman"/>
        </w:rPr>
        <w:t>"Do not say kaphar means 'hand-mouth-head' because the old letter pictures can be associated with those things."</w:t>
      </w:r>
    </w:p>
    <w:p w14:paraId="12439C24" w14:textId="77777777" w:rsidR="007D7487" w:rsidRDefault="00E6407B">
      <w:pPr>
        <w:ind w:firstLine="288"/>
      </w:pPr>
      <w:r>
        <w:rPr>
          <w:rFonts w:cs="Times New Roman"/>
        </w:rPr>
        <w:t>"No."</w:t>
      </w:r>
    </w:p>
    <w:p w14:paraId="46C9BC16" w14:textId="77777777" w:rsidR="007D7487" w:rsidRDefault="00E6407B">
      <w:pPr>
        <w:ind w:firstLine="288"/>
      </w:pPr>
      <w:r>
        <w:rPr>
          <w:rFonts w:cs="Times New Roman"/>
        </w:rPr>
        <w:t>The older man looked back at the marks.</w:t>
      </w:r>
    </w:p>
    <w:p w14:paraId="44417BDF" w14:textId="77777777" w:rsidR="007D7487" w:rsidRDefault="00E6407B">
      <w:pPr>
        <w:ind w:firstLine="288"/>
      </w:pPr>
      <w:r>
        <w:rPr>
          <w:rFonts w:cs="Times New Roman"/>
        </w:rPr>
        <w:t>"But once the Torah tells us what kaphar does..."</w:t>
      </w:r>
    </w:p>
    <w:p w14:paraId="1F39F8B9" w14:textId="77777777" w:rsidR="007D7487" w:rsidRDefault="00E6407B">
      <w:pPr>
        <w:ind w:firstLine="288"/>
      </w:pPr>
      <w:r>
        <w:rPr>
          <w:rFonts w:cs="Times New Roman"/>
        </w:rPr>
        <w:t>His voice trailed away.</w:t>
      </w:r>
    </w:p>
    <w:p w14:paraId="0E079B77" w14:textId="77777777" w:rsidR="007D7487" w:rsidRDefault="00E6407B">
      <w:pPr>
        <w:ind w:firstLine="288"/>
      </w:pPr>
      <w:r>
        <w:rPr>
          <w:rFonts w:cs="Times New Roman"/>
        </w:rPr>
        <w:t>Jesus waited.</w:t>
      </w:r>
    </w:p>
    <w:p w14:paraId="54E3D7EE" w14:textId="77777777" w:rsidR="007D7487" w:rsidRDefault="00E6407B">
      <w:pPr>
        <w:ind w:firstLine="288"/>
      </w:pPr>
      <w:r>
        <w:rPr>
          <w:rFonts w:cs="Times New Roman"/>
        </w:rPr>
        <w:t>Nicodemus smiled faintly.</w:t>
      </w:r>
    </w:p>
    <w:p w14:paraId="43DFAC0A" w14:textId="77777777" w:rsidR="007D7487" w:rsidRDefault="00E6407B">
      <w:pPr>
        <w:ind w:firstLine="288"/>
      </w:pPr>
      <w:r>
        <w:rPr>
          <w:rFonts w:cs="Times New Roman"/>
        </w:rPr>
        <w:t>"The pictures become difficult not to notice."</w:t>
      </w:r>
    </w:p>
    <w:p w14:paraId="76D7C8A8" w14:textId="77777777" w:rsidR="007D7487" w:rsidRDefault="00E6407B">
      <w:pPr>
        <w:ind w:firstLine="288"/>
      </w:pPr>
      <w:r>
        <w:rPr>
          <w:rFonts w:cs="Times New Roman"/>
        </w:rPr>
        <w:t>Jesus' answer was equally careful.</w:t>
      </w:r>
    </w:p>
    <w:p w14:paraId="4F39CABE" w14:textId="77777777" w:rsidR="007D7487" w:rsidRDefault="00E6407B">
      <w:pPr>
        <w:ind w:firstLine="288"/>
      </w:pPr>
      <w:r>
        <w:rPr>
          <w:rFonts w:cs="Times New Roman"/>
        </w:rPr>
        <w:t>"Then let Torah give the pictures their substance, not the pictures manufacture Torah."</w:t>
      </w:r>
    </w:p>
    <w:p w14:paraId="7723C2A5" w14:textId="77777777" w:rsidR="007D7487" w:rsidRDefault="00E6407B">
      <w:pPr>
        <w:ind w:firstLine="288"/>
      </w:pPr>
      <w:r>
        <w:rPr>
          <w:rFonts w:cs="Times New Roman"/>
        </w:rPr>
        <w:t>Nicodemus nodded.</w:t>
      </w:r>
    </w:p>
    <w:p w14:paraId="31EF3C2A" w14:textId="77777777" w:rsidR="007D7487" w:rsidRDefault="00E6407B">
      <w:pPr>
        <w:ind w:firstLine="288"/>
      </w:pPr>
      <w:r>
        <w:rPr>
          <w:rFonts w:cs="Times New Roman"/>
        </w:rPr>
        <w:t>That distinction mattered.</w:t>
      </w:r>
    </w:p>
    <w:p w14:paraId="41E3D36D" w14:textId="77777777" w:rsidR="007D7487" w:rsidRDefault="00E6407B">
      <w:pPr>
        <w:ind w:firstLine="288"/>
      </w:pPr>
      <w:r>
        <w:rPr>
          <w:rFonts w:cs="Times New Roman"/>
        </w:rPr>
        <w:t>John remembered it.</w:t>
      </w:r>
    </w:p>
    <w:p w14:paraId="5C32D0F7" w14:textId="77777777" w:rsidR="007D7487" w:rsidRDefault="00E6407B">
      <w:pPr>
        <w:suppressLineNumbers/>
        <w:spacing w:before="100" w:after="100"/>
        <w:jc w:val="center"/>
      </w:pPr>
      <w:r>
        <w:rPr>
          <w:rFonts w:cs="Times New Roman"/>
          <w:sz w:val="20"/>
        </w:rPr>
        <w:t>* * *</w:t>
      </w:r>
    </w:p>
    <w:p w14:paraId="248781CD" w14:textId="77777777" w:rsidR="007D7487" w:rsidRDefault="00E6407B">
      <w:pPr>
        <w:ind w:firstLine="288"/>
      </w:pPr>
      <w:r>
        <w:rPr>
          <w:rFonts w:cs="Times New Roman"/>
        </w:rPr>
        <w:t>Jesus turned the conversation toward the Day of Atonement.</w:t>
      </w:r>
    </w:p>
    <w:p w14:paraId="7D8B68CA" w14:textId="77777777" w:rsidR="007D7487" w:rsidRDefault="00E6407B">
      <w:pPr>
        <w:ind w:firstLine="288"/>
      </w:pPr>
      <w:r>
        <w:rPr>
          <w:rFonts w:cs="Times New Roman"/>
        </w:rPr>
        <w:t>"Where do hands, a head, and spoken sin come together?"</w:t>
      </w:r>
    </w:p>
    <w:p w14:paraId="68400CFC" w14:textId="77777777" w:rsidR="007D7487" w:rsidRDefault="00E6407B">
      <w:pPr>
        <w:ind w:firstLine="288"/>
      </w:pPr>
      <w:r>
        <w:rPr>
          <w:rFonts w:cs="Times New Roman"/>
        </w:rPr>
        <w:t>Nicodemus's face went still.</w:t>
      </w:r>
    </w:p>
    <w:p w14:paraId="7C3F0645" w14:textId="77777777" w:rsidR="007D7487" w:rsidRDefault="00E6407B">
      <w:pPr>
        <w:ind w:firstLine="288"/>
      </w:pPr>
      <w:r>
        <w:rPr>
          <w:rFonts w:cs="Times New Roman"/>
        </w:rPr>
        <w:t>Peter glanced toward him.</w:t>
      </w:r>
    </w:p>
    <w:p w14:paraId="18E08665" w14:textId="77777777" w:rsidR="007D7487" w:rsidRDefault="00E6407B">
      <w:pPr>
        <w:ind w:firstLine="288"/>
      </w:pPr>
      <w:r>
        <w:rPr>
          <w:rFonts w:cs="Times New Roman"/>
        </w:rPr>
        <w:t>Nothing.</w:t>
      </w:r>
    </w:p>
    <w:p w14:paraId="789097F2" w14:textId="77777777" w:rsidR="007D7487" w:rsidRDefault="00E6407B">
      <w:pPr>
        <w:ind w:firstLine="288"/>
      </w:pPr>
      <w:r>
        <w:rPr>
          <w:rFonts w:cs="Times New Roman"/>
        </w:rPr>
        <w:t>Joseph leaned forward.</w:t>
      </w:r>
    </w:p>
    <w:p w14:paraId="5E221526" w14:textId="77777777" w:rsidR="007D7487" w:rsidRDefault="00E6407B">
      <w:pPr>
        <w:ind w:firstLine="288"/>
      </w:pPr>
      <w:r>
        <w:rPr>
          <w:rFonts w:cs="Times New Roman"/>
        </w:rPr>
        <w:t>Still nothing.</w:t>
      </w:r>
    </w:p>
    <w:p w14:paraId="5C9244EB" w14:textId="77777777" w:rsidR="007D7487" w:rsidRDefault="00E6407B">
      <w:pPr>
        <w:ind w:firstLine="288"/>
      </w:pPr>
      <w:r>
        <w:rPr>
          <w:rFonts w:cs="Times New Roman"/>
        </w:rPr>
        <w:t>Then Nicodemus whispered:</w:t>
      </w:r>
    </w:p>
    <w:p w14:paraId="726ADDB5" w14:textId="77777777" w:rsidR="007D7487" w:rsidRDefault="00E6407B">
      <w:pPr>
        <w:ind w:firstLine="288"/>
      </w:pPr>
      <w:r>
        <w:rPr>
          <w:rFonts w:cs="Times New Roman"/>
        </w:rPr>
        <w:t>"The live goat."</w:t>
      </w:r>
    </w:p>
    <w:p w14:paraId="08C87001" w14:textId="77777777" w:rsidR="007D7487" w:rsidRDefault="00E6407B">
      <w:pPr>
        <w:ind w:firstLine="288"/>
      </w:pPr>
      <w:r>
        <w:rPr>
          <w:rFonts w:cs="Times New Roman"/>
        </w:rPr>
        <w:t>Jesus nodded.</w:t>
      </w:r>
    </w:p>
    <w:p w14:paraId="0C7D8499" w14:textId="77777777" w:rsidR="007D7487" w:rsidRDefault="00E6407B">
      <w:pPr>
        <w:ind w:firstLine="288"/>
      </w:pPr>
      <w:r>
        <w:rPr>
          <w:rFonts w:cs="Times New Roman"/>
        </w:rPr>
        <w:t>"Tell them."</w:t>
      </w:r>
    </w:p>
    <w:p w14:paraId="465497D4" w14:textId="77777777" w:rsidR="007D7487" w:rsidRDefault="00E6407B">
      <w:pPr>
        <w:ind w:firstLine="288"/>
      </w:pPr>
      <w:r>
        <w:rPr>
          <w:rFonts w:cs="Times New Roman"/>
        </w:rPr>
        <w:t>Nicodemus did not stand this time.</w:t>
      </w:r>
    </w:p>
    <w:p w14:paraId="36518D56" w14:textId="77777777" w:rsidR="007D7487" w:rsidRDefault="00E6407B">
      <w:pPr>
        <w:ind w:firstLine="288"/>
      </w:pPr>
      <w:r>
        <w:rPr>
          <w:rFonts w:cs="Times New Roman"/>
        </w:rPr>
        <w:t>He looked as if standing might make the moment too dramatic even for him.</w:t>
      </w:r>
    </w:p>
    <w:p w14:paraId="71A7F69A" w14:textId="77777777" w:rsidR="007D7487" w:rsidRDefault="00E6407B">
      <w:pPr>
        <w:ind w:firstLine="288"/>
      </w:pPr>
      <w:r>
        <w:rPr>
          <w:rFonts w:cs="Times New Roman"/>
        </w:rPr>
        <w:t>"Aaron brings the live goat."</w:t>
      </w:r>
    </w:p>
    <w:p w14:paraId="53AC7465" w14:textId="77777777" w:rsidR="007D7487" w:rsidRDefault="00E6407B">
      <w:pPr>
        <w:ind w:firstLine="288"/>
      </w:pPr>
      <w:r>
        <w:rPr>
          <w:rFonts w:cs="Times New Roman"/>
        </w:rPr>
        <w:t>He swallowed.</w:t>
      </w:r>
    </w:p>
    <w:p w14:paraId="19FA29AD" w14:textId="77777777" w:rsidR="007D7487" w:rsidRDefault="00E6407B">
      <w:pPr>
        <w:ind w:firstLine="288"/>
      </w:pPr>
      <w:r>
        <w:rPr>
          <w:rFonts w:cs="Times New Roman"/>
        </w:rPr>
        <w:t>"He lays..."</w:t>
      </w:r>
    </w:p>
    <w:p w14:paraId="2D1D834D" w14:textId="77777777" w:rsidR="007D7487" w:rsidRDefault="00E6407B">
      <w:pPr>
        <w:ind w:firstLine="288"/>
      </w:pPr>
      <w:r>
        <w:rPr>
          <w:rFonts w:cs="Times New Roman"/>
        </w:rPr>
        <w:lastRenderedPageBreak/>
        <w:t>Nicodemus stopped.</w:t>
      </w:r>
    </w:p>
    <w:p w14:paraId="6042F650" w14:textId="77777777" w:rsidR="007D7487" w:rsidRDefault="00E6407B">
      <w:pPr>
        <w:ind w:firstLine="288"/>
      </w:pPr>
      <w:r>
        <w:rPr>
          <w:rFonts w:cs="Times New Roman"/>
        </w:rPr>
        <w:t>His right hand lifted slightly.</w:t>
      </w:r>
    </w:p>
    <w:p w14:paraId="03F056FF" w14:textId="77777777" w:rsidR="007D7487" w:rsidRDefault="00E6407B">
      <w:pPr>
        <w:ind w:firstLine="288"/>
      </w:pPr>
      <w:r>
        <w:rPr>
          <w:rFonts w:cs="Times New Roman"/>
        </w:rPr>
        <w:t>Then his left.</w:t>
      </w:r>
    </w:p>
    <w:p w14:paraId="364638BF" w14:textId="77777777" w:rsidR="007D7487" w:rsidRDefault="00E6407B">
      <w:pPr>
        <w:ind w:firstLine="288"/>
      </w:pPr>
      <w:r>
        <w:rPr>
          <w:rFonts w:cs="Times New Roman"/>
        </w:rPr>
        <w:t>"Both hands."</w:t>
      </w:r>
    </w:p>
    <w:p w14:paraId="3EFBD57F" w14:textId="77777777" w:rsidR="007D7487" w:rsidRDefault="00E6407B">
      <w:pPr>
        <w:ind w:firstLine="288"/>
      </w:pPr>
      <w:r>
        <w:rPr>
          <w:rFonts w:cs="Times New Roman"/>
        </w:rPr>
        <w:t>He placed his palms against his own knees as though needing to feel the word.</w:t>
      </w:r>
    </w:p>
    <w:p w14:paraId="5E3A485E" w14:textId="77777777" w:rsidR="007D7487" w:rsidRDefault="00E6407B">
      <w:pPr>
        <w:ind w:firstLine="288"/>
      </w:pPr>
      <w:r>
        <w:rPr>
          <w:rFonts w:cs="Times New Roman"/>
        </w:rPr>
        <w:t>"Upon the head of the live goat."</w:t>
      </w:r>
    </w:p>
    <w:p w14:paraId="7CF7392D" w14:textId="77777777" w:rsidR="007D7487" w:rsidRDefault="00E6407B">
      <w:pPr>
        <w:ind w:firstLine="288"/>
      </w:pPr>
      <w:r>
        <w:rPr>
          <w:rFonts w:cs="Times New Roman"/>
        </w:rPr>
        <w:t>Jesus waited.</w:t>
      </w:r>
    </w:p>
    <w:p w14:paraId="33597D4B" w14:textId="77777777" w:rsidR="007D7487" w:rsidRDefault="00E6407B">
      <w:pPr>
        <w:ind w:firstLine="288"/>
      </w:pPr>
      <w:r>
        <w:rPr>
          <w:rFonts w:cs="Times New Roman"/>
        </w:rPr>
        <w:t>"And?"</w:t>
      </w:r>
    </w:p>
    <w:p w14:paraId="0B286929" w14:textId="77777777" w:rsidR="007D7487" w:rsidRDefault="00E6407B">
      <w:pPr>
        <w:ind w:firstLine="288"/>
      </w:pPr>
      <w:r>
        <w:rPr>
          <w:rFonts w:cs="Times New Roman"/>
        </w:rPr>
        <w:t>Nicodemus's eyes had widened.</w:t>
      </w:r>
    </w:p>
    <w:p w14:paraId="2857053D" w14:textId="77777777" w:rsidR="007D7487" w:rsidRDefault="00E6407B">
      <w:pPr>
        <w:ind w:firstLine="288"/>
      </w:pPr>
      <w:r>
        <w:rPr>
          <w:rFonts w:cs="Times New Roman"/>
        </w:rPr>
        <w:t>"He confesses over him."</w:t>
      </w:r>
    </w:p>
    <w:p w14:paraId="2D70C99B" w14:textId="77777777" w:rsidR="007D7487" w:rsidRDefault="00E6407B">
      <w:pPr>
        <w:ind w:firstLine="288"/>
      </w:pPr>
      <w:r>
        <w:rPr>
          <w:rFonts w:cs="Times New Roman"/>
        </w:rPr>
        <w:t>"All the iniquities of the children of Israel."</w:t>
      </w:r>
    </w:p>
    <w:p w14:paraId="5AF30DFB" w14:textId="77777777" w:rsidR="007D7487" w:rsidRDefault="00E6407B">
      <w:pPr>
        <w:ind w:firstLine="288"/>
      </w:pPr>
      <w:r>
        <w:rPr>
          <w:rFonts w:cs="Times New Roman"/>
        </w:rPr>
        <w:t>"Their transgressions."</w:t>
      </w:r>
    </w:p>
    <w:p w14:paraId="396C4BBF" w14:textId="77777777" w:rsidR="007D7487" w:rsidRDefault="00E6407B">
      <w:pPr>
        <w:ind w:firstLine="288"/>
      </w:pPr>
      <w:r>
        <w:rPr>
          <w:rFonts w:cs="Times New Roman"/>
        </w:rPr>
        <w:t>"Their sins."</w:t>
      </w:r>
    </w:p>
    <w:p w14:paraId="0AA2B801" w14:textId="77777777" w:rsidR="007D7487" w:rsidRDefault="00E6407B">
      <w:pPr>
        <w:ind w:firstLine="288"/>
      </w:pPr>
      <w:r>
        <w:rPr>
          <w:rFonts w:cs="Times New Roman"/>
        </w:rPr>
        <w:t>His mouth opened.</w:t>
      </w:r>
    </w:p>
    <w:p w14:paraId="1F79BB22" w14:textId="77777777" w:rsidR="007D7487" w:rsidRDefault="00E6407B">
      <w:pPr>
        <w:ind w:firstLine="288"/>
      </w:pPr>
      <w:r>
        <w:rPr>
          <w:rFonts w:cs="Times New Roman"/>
        </w:rPr>
        <w:t>He looked down at the letters again.</w:t>
      </w:r>
    </w:p>
    <w:p w14:paraId="1C0CC6BE" w14:textId="77777777" w:rsidR="007D7487" w:rsidRDefault="00E6407B">
      <w:pPr>
        <w:ind w:firstLine="288"/>
      </w:pPr>
      <w:r>
        <w:rPr>
          <w:rFonts w:cs="Times New Roman"/>
        </w:rPr>
        <w:t>Then at his hands.</w:t>
      </w:r>
    </w:p>
    <w:p w14:paraId="31313420" w14:textId="77777777" w:rsidR="007D7487" w:rsidRDefault="00E6407B">
      <w:pPr>
        <w:ind w:firstLine="288"/>
      </w:pPr>
      <w:r>
        <w:rPr>
          <w:rFonts w:cs="Times New Roman"/>
        </w:rPr>
        <w:t>"The hand."</w:t>
      </w:r>
    </w:p>
    <w:p w14:paraId="47A985F1" w14:textId="77777777" w:rsidR="007D7487" w:rsidRDefault="00E6407B">
      <w:pPr>
        <w:ind w:firstLine="288"/>
      </w:pPr>
      <w:r>
        <w:rPr>
          <w:rFonts w:cs="Times New Roman"/>
        </w:rPr>
        <w:t>No one laughed.</w:t>
      </w:r>
    </w:p>
    <w:p w14:paraId="4D8451FB" w14:textId="77777777" w:rsidR="007D7487" w:rsidRDefault="00E6407B">
      <w:pPr>
        <w:ind w:firstLine="288"/>
      </w:pPr>
      <w:r>
        <w:rPr>
          <w:rFonts w:cs="Times New Roman"/>
        </w:rPr>
        <w:t>His voice was barely above a whisper.</w:t>
      </w:r>
    </w:p>
    <w:p w14:paraId="6849E572" w14:textId="77777777" w:rsidR="007D7487" w:rsidRDefault="00E6407B">
      <w:pPr>
        <w:ind w:firstLine="288"/>
      </w:pPr>
      <w:r>
        <w:rPr>
          <w:rFonts w:cs="Times New Roman"/>
        </w:rPr>
        <w:t>"The mouth."</w:t>
      </w:r>
    </w:p>
    <w:p w14:paraId="75F42964" w14:textId="77777777" w:rsidR="007D7487" w:rsidRDefault="00E6407B">
      <w:pPr>
        <w:ind w:firstLine="288"/>
      </w:pPr>
      <w:r>
        <w:rPr>
          <w:rFonts w:cs="Times New Roman"/>
        </w:rPr>
        <w:t>A pause.</w:t>
      </w:r>
    </w:p>
    <w:p w14:paraId="32E4DF82" w14:textId="77777777" w:rsidR="007D7487" w:rsidRDefault="00E6407B">
      <w:pPr>
        <w:ind w:firstLine="288"/>
      </w:pPr>
      <w:r>
        <w:rPr>
          <w:rFonts w:cs="Times New Roman"/>
        </w:rPr>
        <w:t>His eyes lifted toward Jesus.</w:t>
      </w:r>
    </w:p>
    <w:p w14:paraId="115F5393" w14:textId="77777777" w:rsidR="007D7487" w:rsidRDefault="00E6407B">
      <w:pPr>
        <w:ind w:firstLine="288"/>
      </w:pPr>
      <w:r>
        <w:rPr>
          <w:rFonts w:cs="Times New Roman"/>
        </w:rPr>
        <w:t>"And the head."</w:t>
      </w:r>
    </w:p>
    <w:p w14:paraId="1115DD9C" w14:textId="77777777" w:rsidR="007D7487" w:rsidRDefault="00E6407B">
      <w:pPr>
        <w:ind w:firstLine="288"/>
      </w:pPr>
      <w:r>
        <w:rPr>
          <w:rFonts w:cs="Times New Roman"/>
        </w:rPr>
        <w:t>The realization moved through the gathering.</w:t>
      </w:r>
    </w:p>
    <w:p w14:paraId="0EE36DC9" w14:textId="77777777" w:rsidR="007D7487" w:rsidRDefault="00E6407B">
      <w:pPr>
        <w:ind w:firstLine="288"/>
      </w:pPr>
      <w:r>
        <w:rPr>
          <w:rFonts w:cs="Times New Roman"/>
        </w:rPr>
        <w:t>The force of the moment was not in the old shapes scratched in the dust.</w:t>
      </w:r>
    </w:p>
    <w:p w14:paraId="45F76FC4" w14:textId="77777777" w:rsidR="007D7487" w:rsidRDefault="00E6407B">
      <w:pPr>
        <w:ind w:firstLine="288"/>
      </w:pPr>
      <w:r>
        <w:rPr>
          <w:rFonts w:cs="Times New Roman"/>
        </w:rPr>
        <w:t>The Torah itself had put those things together in the great ceremony in which kaphar was everywhere.</w:t>
      </w:r>
    </w:p>
    <w:p w14:paraId="40879170" w14:textId="77777777" w:rsidR="007D7487" w:rsidRDefault="00E6407B">
      <w:pPr>
        <w:ind w:firstLine="288"/>
      </w:pPr>
      <w:r>
        <w:rPr>
          <w:rFonts w:cs="Times New Roman"/>
        </w:rPr>
        <w:t>Hands upon a head.</w:t>
      </w:r>
    </w:p>
    <w:p w14:paraId="2BE34A5C" w14:textId="77777777" w:rsidR="007D7487" w:rsidRDefault="00E6407B">
      <w:pPr>
        <w:ind w:firstLine="288"/>
      </w:pPr>
      <w:r>
        <w:rPr>
          <w:rFonts w:cs="Times New Roman"/>
        </w:rPr>
        <w:t>A mouth speaking guilt.</w:t>
      </w:r>
    </w:p>
    <w:p w14:paraId="49A868A3" w14:textId="77777777" w:rsidR="007D7487" w:rsidRDefault="00E6407B">
      <w:pPr>
        <w:ind w:firstLine="288"/>
      </w:pPr>
      <w:r>
        <w:rPr>
          <w:rFonts w:cs="Times New Roman"/>
        </w:rPr>
        <w:t>The sins placed upon the animal according to God's command.</w:t>
      </w:r>
    </w:p>
    <w:p w14:paraId="5CC31E6A" w14:textId="77777777" w:rsidR="007D7487" w:rsidRDefault="00E6407B">
      <w:pPr>
        <w:ind w:firstLine="288"/>
      </w:pPr>
      <w:r>
        <w:rPr>
          <w:rFonts w:cs="Times New Roman"/>
        </w:rPr>
        <w:t>Atonement.</w:t>
      </w:r>
    </w:p>
    <w:p w14:paraId="4472A33F" w14:textId="77777777" w:rsidR="007D7487" w:rsidRDefault="00E6407B">
      <w:pPr>
        <w:ind w:firstLine="288"/>
      </w:pPr>
      <w:r>
        <w:rPr>
          <w:rFonts w:cs="Times New Roman"/>
        </w:rPr>
        <w:t>Nicodemus looked farther into the same chapter.</w:t>
      </w:r>
    </w:p>
    <w:p w14:paraId="7CED8073" w14:textId="77777777" w:rsidR="007D7487" w:rsidRDefault="00E6407B">
      <w:pPr>
        <w:ind w:firstLine="288"/>
      </w:pPr>
      <w:r>
        <w:rPr>
          <w:rFonts w:cs="Times New Roman"/>
        </w:rPr>
        <w:t>"And later Moses says the priest shall make atonement for you, to cleanse you."</w:t>
      </w:r>
    </w:p>
    <w:p w14:paraId="3E65B071" w14:textId="77777777" w:rsidR="007D7487" w:rsidRDefault="00E6407B">
      <w:pPr>
        <w:ind w:firstLine="288"/>
      </w:pPr>
      <w:r>
        <w:rPr>
          <w:rFonts w:cs="Times New Roman"/>
        </w:rPr>
        <w:t>Jesus nodded.</w:t>
      </w:r>
    </w:p>
    <w:p w14:paraId="5E2EB1D8" w14:textId="77777777" w:rsidR="007D7487" w:rsidRDefault="00E6407B">
      <w:pPr>
        <w:ind w:firstLine="288"/>
      </w:pPr>
      <w:r>
        <w:rPr>
          <w:rFonts w:cs="Times New Roman"/>
        </w:rPr>
        <w:t>"Two movements in one verse."</w:t>
      </w:r>
    </w:p>
    <w:p w14:paraId="4069A0A8" w14:textId="77777777" w:rsidR="007D7487" w:rsidRDefault="00E6407B">
      <w:pPr>
        <w:ind w:firstLine="288"/>
      </w:pPr>
      <w:r>
        <w:rPr>
          <w:rFonts w:cs="Times New Roman"/>
        </w:rPr>
        <w:t>"Kaphar," Nicodemus said.</w:t>
      </w:r>
    </w:p>
    <w:p w14:paraId="2F452A2B" w14:textId="77777777" w:rsidR="007D7487" w:rsidRDefault="00E6407B">
      <w:pPr>
        <w:ind w:firstLine="288"/>
      </w:pPr>
      <w:r>
        <w:rPr>
          <w:rFonts w:cs="Times New Roman"/>
        </w:rPr>
        <w:t>"And taher."</w:t>
      </w:r>
    </w:p>
    <w:p w14:paraId="0B6F84FF" w14:textId="77777777" w:rsidR="007D7487" w:rsidRDefault="00E6407B">
      <w:pPr>
        <w:ind w:firstLine="288"/>
      </w:pPr>
      <w:r>
        <w:rPr>
          <w:rFonts w:cs="Times New Roman"/>
        </w:rPr>
        <w:t>"Atonement and cleansing are joined."</w:t>
      </w:r>
    </w:p>
    <w:p w14:paraId="504DE827" w14:textId="77777777" w:rsidR="007D7487" w:rsidRDefault="00E6407B">
      <w:pPr>
        <w:ind w:firstLine="288"/>
      </w:pPr>
      <w:r>
        <w:rPr>
          <w:rFonts w:cs="Times New Roman"/>
        </w:rPr>
        <w:lastRenderedPageBreak/>
        <w:t>"But not the same word," Jesus said.</w:t>
      </w:r>
    </w:p>
    <w:p w14:paraId="57CFFEE0" w14:textId="77777777" w:rsidR="007D7487" w:rsidRDefault="00E6407B">
      <w:pPr>
        <w:ind w:firstLine="288"/>
      </w:pPr>
      <w:r>
        <w:rPr>
          <w:rFonts w:cs="Times New Roman"/>
        </w:rPr>
        <w:t>"Not the same word."</w:t>
      </w:r>
    </w:p>
    <w:p w14:paraId="6171C7FE" w14:textId="77777777" w:rsidR="007D7487" w:rsidRDefault="00E6407B">
      <w:pPr>
        <w:ind w:firstLine="288"/>
      </w:pPr>
      <w:r>
        <w:rPr>
          <w:rFonts w:cs="Times New Roman"/>
        </w:rPr>
        <w:t>That distinction would matter when they later spoke of return, washing, forgiveness, and restored fellowship.</w:t>
      </w:r>
    </w:p>
    <w:p w14:paraId="65123556" w14:textId="77777777" w:rsidR="007D7487" w:rsidRDefault="00E6407B">
      <w:pPr>
        <w:ind w:firstLine="288"/>
      </w:pPr>
      <w:r>
        <w:rPr>
          <w:rFonts w:cs="Times New Roman"/>
        </w:rPr>
        <w:t>Nicodemus looked at Jesus almost accusingly.</w:t>
      </w:r>
    </w:p>
    <w:p w14:paraId="06950AD3" w14:textId="77777777" w:rsidR="007D7487" w:rsidRDefault="00E6407B">
      <w:pPr>
        <w:ind w:firstLine="288"/>
      </w:pPr>
      <w:r>
        <w:rPr>
          <w:rFonts w:cs="Times New Roman"/>
        </w:rPr>
        <w:t>"I have read that all my life."</w:t>
      </w:r>
    </w:p>
    <w:p w14:paraId="1ECCE751" w14:textId="77777777" w:rsidR="007D7487" w:rsidRDefault="00E6407B">
      <w:pPr>
        <w:ind w:firstLine="288"/>
      </w:pPr>
      <w:r>
        <w:rPr>
          <w:rFonts w:cs="Times New Roman"/>
        </w:rPr>
        <w:t>Jesus smiled.</w:t>
      </w:r>
    </w:p>
    <w:p w14:paraId="35D2DDC7" w14:textId="77777777" w:rsidR="007D7487" w:rsidRDefault="00E6407B">
      <w:pPr>
        <w:ind w:firstLine="288"/>
      </w:pPr>
      <w:r>
        <w:rPr>
          <w:rFonts w:cs="Times New Roman"/>
        </w:rPr>
        <w:t>"So have many."</w:t>
      </w:r>
    </w:p>
    <w:p w14:paraId="7592DC7A" w14:textId="77777777" w:rsidR="007D7487" w:rsidRDefault="00E6407B">
      <w:pPr>
        <w:ind w:firstLine="288"/>
      </w:pPr>
      <w:r>
        <w:rPr>
          <w:rFonts w:cs="Times New Roman"/>
        </w:rPr>
        <w:t>Nicodemus shook his head.</w:t>
      </w:r>
    </w:p>
    <w:p w14:paraId="1E213593" w14:textId="77777777" w:rsidR="007D7487" w:rsidRDefault="00E6407B">
      <w:pPr>
        <w:ind w:firstLine="288"/>
      </w:pPr>
      <w:r>
        <w:rPr>
          <w:rFonts w:cs="Times New Roman"/>
        </w:rPr>
        <w:t>"The hand."</w:t>
      </w:r>
    </w:p>
    <w:p w14:paraId="7B11089D" w14:textId="77777777" w:rsidR="007D7487" w:rsidRDefault="00E6407B">
      <w:pPr>
        <w:ind w:firstLine="288"/>
      </w:pPr>
      <w:r>
        <w:rPr>
          <w:rFonts w:cs="Times New Roman"/>
        </w:rPr>
        <w:t>"The mouth."</w:t>
      </w:r>
    </w:p>
    <w:p w14:paraId="5784626C" w14:textId="77777777" w:rsidR="007D7487" w:rsidRDefault="00E6407B">
      <w:pPr>
        <w:ind w:firstLine="288"/>
      </w:pPr>
      <w:r>
        <w:rPr>
          <w:rFonts w:cs="Times New Roman"/>
        </w:rPr>
        <w:t>"The head."</w:t>
      </w:r>
    </w:p>
    <w:p w14:paraId="0CC0BEF3" w14:textId="77777777" w:rsidR="007D7487" w:rsidRDefault="00E6407B">
      <w:pPr>
        <w:ind w:firstLine="288"/>
      </w:pPr>
      <w:r>
        <w:rPr>
          <w:rFonts w:cs="Times New Roman"/>
        </w:rPr>
        <w:t>Jesus' expression became serious.</w:t>
      </w:r>
    </w:p>
    <w:p w14:paraId="596A3177" w14:textId="77777777" w:rsidR="007D7487" w:rsidRDefault="00E6407B">
      <w:pPr>
        <w:ind w:firstLine="288"/>
      </w:pPr>
      <w:r>
        <w:rPr>
          <w:rFonts w:cs="Times New Roman"/>
        </w:rPr>
        <w:t>"The pictures did not give Moses the command, Nicodemus."</w:t>
      </w:r>
    </w:p>
    <w:p w14:paraId="59F87D1E" w14:textId="77777777" w:rsidR="007D7487" w:rsidRDefault="00E6407B">
      <w:pPr>
        <w:ind w:firstLine="288"/>
      </w:pPr>
      <w:r>
        <w:rPr>
          <w:rFonts w:cs="Times New Roman"/>
        </w:rPr>
        <w:t>The old teacher nodded.</w:t>
      </w:r>
    </w:p>
    <w:p w14:paraId="2CE4CE67" w14:textId="77777777" w:rsidR="007D7487" w:rsidRDefault="00E6407B">
      <w:pPr>
        <w:ind w:firstLine="288"/>
      </w:pPr>
      <w:r>
        <w:rPr>
          <w:rFonts w:cs="Times New Roman"/>
        </w:rPr>
        <w:t>"No."</w:t>
      </w:r>
    </w:p>
    <w:p w14:paraId="60CF0B79" w14:textId="77777777" w:rsidR="007D7487" w:rsidRDefault="00E6407B">
      <w:pPr>
        <w:ind w:firstLine="288"/>
      </w:pPr>
      <w:r>
        <w:rPr>
          <w:rFonts w:cs="Times New Roman"/>
        </w:rPr>
        <w:t>Then a strange smile appeared.</w:t>
      </w:r>
    </w:p>
    <w:p w14:paraId="01F81ACB" w14:textId="77777777" w:rsidR="007D7487" w:rsidRDefault="00E6407B">
      <w:pPr>
        <w:ind w:firstLine="288"/>
      </w:pPr>
      <w:r>
        <w:rPr>
          <w:rFonts w:cs="Times New Roman"/>
        </w:rPr>
        <w:t>"The command makes the pictures interesting."</w:t>
      </w:r>
    </w:p>
    <w:p w14:paraId="26289E90" w14:textId="77777777" w:rsidR="007D7487" w:rsidRDefault="00E6407B">
      <w:pPr>
        <w:ind w:firstLine="288"/>
      </w:pPr>
      <w:r>
        <w:rPr>
          <w:rFonts w:cs="Times New Roman"/>
        </w:rPr>
        <w:t>Jesus smiled.</w:t>
      </w:r>
    </w:p>
    <w:p w14:paraId="7F57B25C" w14:textId="77777777" w:rsidR="007D7487" w:rsidRDefault="00E6407B">
      <w:pPr>
        <w:ind w:firstLine="288"/>
      </w:pPr>
      <w:r>
        <w:rPr>
          <w:rFonts w:cs="Times New Roman"/>
        </w:rPr>
        <w:t>"That is safer."</w:t>
      </w:r>
    </w:p>
    <w:p w14:paraId="62625F2B" w14:textId="77777777" w:rsidR="007D7487" w:rsidRDefault="00E6407B">
      <w:pPr>
        <w:ind w:firstLine="288"/>
      </w:pPr>
      <w:r>
        <w:rPr>
          <w:rFonts w:cs="Times New Roman"/>
        </w:rPr>
        <w:t>Peter looked at Joseph.</w:t>
      </w:r>
    </w:p>
    <w:p w14:paraId="72E9D640" w14:textId="77777777" w:rsidR="007D7487" w:rsidRDefault="00E6407B">
      <w:pPr>
        <w:ind w:firstLine="288"/>
      </w:pPr>
      <w:r>
        <w:rPr>
          <w:rFonts w:cs="Times New Roman"/>
        </w:rPr>
        <w:t>"He is going to say this for the rest of the journey."</w:t>
      </w:r>
    </w:p>
    <w:p w14:paraId="0FCD4918" w14:textId="77777777" w:rsidR="007D7487" w:rsidRDefault="00E6407B">
      <w:pPr>
        <w:ind w:firstLine="288"/>
      </w:pPr>
      <w:r>
        <w:rPr>
          <w:rFonts w:cs="Times New Roman"/>
        </w:rPr>
        <w:t>Joseph whispered back:</w:t>
      </w:r>
    </w:p>
    <w:p w14:paraId="5179CA4D" w14:textId="77777777" w:rsidR="007D7487" w:rsidRDefault="00E6407B">
      <w:pPr>
        <w:ind w:firstLine="288"/>
      </w:pPr>
      <w:r>
        <w:rPr>
          <w:rFonts w:cs="Times New Roman"/>
        </w:rPr>
        <w:t>"At least it is shorter than 'of course.'"</w:t>
      </w:r>
    </w:p>
    <w:p w14:paraId="4852C8BC" w14:textId="77777777" w:rsidR="007D7487" w:rsidRDefault="00E6407B">
      <w:pPr>
        <w:ind w:firstLine="288"/>
      </w:pPr>
      <w:r>
        <w:rPr>
          <w:rFonts w:cs="Times New Roman"/>
        </w:rPr>
        <w:t>Nicodemus heard both of them.</w:t>
      </w:r>
    </w:p>
    <w:p w14:paraId="2AEBA931" w14:textId="77777777" w:rsidR="007D7487" w:rsidRDefault="00E6407B">
      <w:pPr>
        <w:ind w:firstLine="288"/>
      </w:pPr>
      <w:r>
        <w:rPr>
          <w:rFonts w:cs="Times New Roman"/>
        </w:rPr>
        <w:t>"I am sitting here."</w:t>
      </w:r>
    </w:p>
    <w:p w14:paraId="2DC68EEC" w14:textId="77777777" w:rsidR="007D7487" w:rsidRDefault="00E6407B">
      <w:pPr>
        <w:ind w:firstLine="288"/>
      </w:pPr>
      <w:r>
        <w:rPr>
          <w:rFonts w:cs="Times New Roman"/>
        </w:rPr>
        <w:t>"We know."</w:t>
      </w:r>
    </w:p>
    <w:p w14:paraId="3565D092" w14:textId="77777777" w:rsidR="007D7487" w:rsidRDefault="00E6407B">
      <w:pPr>
        <w:suppressLineNumbers/>
        <w:spacing w:before="100" w:after="100"/>
        <w:jc w:val="center"/>
      </w:pPr>
      <w:r>
        <w:rPr>
          <w:rFonts w:cs="Times New Roman"/>
          <w:sz w:val="20"/>
        </w:rPr>
        <w:t>* * *</w:t>
      </w:r>
    </w:p>
    <w:p w14:paraId="1DFF4CE7" w14:textId="77777777" w:rsidR="007D7487" w:rsidRDefault="00E6407B">
      <w:pPr>
        <w:ind w:firstLine="288"/>
      </w:pPr>
      <w:r>
        <w:rPr>
          <w:rFonts w:cs="Times New Roman"/>
        </w:rPr>
        <w:t>Jesus did not leave the discovery resting on pictures.</w:t>
      </w:r>
    </w:p>
    <w:p w14:paraId="663607EB" w14:textId="77777777" w:rsidR="007D7487" w:rsidRDefault="00E6407B">
      <w:pPr>
        <w:ind w:firstLine="288"/>
      </w:pPr>
      <w:r>
        <w:rPr>
          <w:rFonts w:cs="Times New Roman"/>
        </w:rPr>
        <w:t>"What else does Torah do with the mouth when sin is dealt with?"</w:t>
      </w:r>
    </w:p>
    <w:p w14:paraId="41DA9F95" w14:textId="77777777" w:rsidR="007D7487" w:rsidRDefault="00E6407B">
      <w:pPr>
        <w:ind w:firstLine="288"/>
      </w:pPr>
      <w:r>
        <w:rPr>
          <w:rFonts w:cs="Times New Roman"/>
        </w:rPr>
        <w:t>Nicodemus thought.</w:t>
      </w:r>
    </w:p>
    <w:p w14:paraId="7B28EF77" w14:textId="77777777" w:rsidR="007D7487" w:rsidRDefault="00E6407B">
      <w:pPr>
        <w:ind w:firstLine="288"/>
      </w:pPr>
      <w:r>
        <w:rPr>
          <w:rFonts w:cs="Times New Roman"/>
        </w:rPr>
        <w:t>"Leviticus."</w:t>
      </w:r>
    </w:p>
    <w:p w14:paraId="6C77AE5A" w14:textId="77777777" w:rsidR="007D7487" w:rsidRDefault="00E6407B">
      <w:pPr>
        <w:ind w:firstLine="288"/>
      </w:pPr>
      <w:r>
        <w:rPr>
          <w:rFonts w:cs="Times New Roman"/>
        </w:rPr>
        <w:t>"Which part?"</w:t>
      </w:r>
    </w:p>
    <w:p w14:paraId="466891EE" w14:textId="77777777" w:rsidR="007D7487" w:rsidRDefault="00E6407B">
      <w:pPr>
        <w:ind w:firstLine="288"/>
      </w:pPr>
      <w:r>
        <w:rPr>
          <w:rFonts w:cs="Times New Roman"/>
        </w:rPr>
        <w:t>"When a man is guilty..."</w:t>
      </w:r>
    </w:p>
    <w:p w14:paraId="34B32C35" w14:textId="77777777" w:rsidR="007D7487" w:rsidRDefault="00E6407B">
      <w:pPr>
        <w:ind w:firstLine="288"/>
      </w:pPr>
      <w:r>
        <w:rPr>
          <w:rFonts w:cs="Times New Roman"/>
        </w:rPr>
        <w:t>His eyes narrowed as the sequence returned.</w:t>
      </w:r>
    </w:p>
    <w:p w14:paraId="58B3B170" w14:textId="77777777" w:rsidR="007D7487" w:rsidRDefault="00E6407B">
      <w:pPr>
        <w:ind w:firstLine="288"/>
      </w:pPr>
      <w:r>
        <w:rPr>
          <w:rFonts w:cs="Times New Roman"/>
        </w:rPr>
        <w:t>"He confesses that he has sinned."</w:t>
      </w:r>
    </w:p>
    <w:p w14:paraId="00AAFAC5" w14:textId="77777777" w:rsidR="007D7487" w:rsidRDefault="00E6407B">
      <w:pPr>
        <w:ind w:firstLine="288"/>
      </w:pPr>
      <w:r>
        <w:rPr>
          <w:rFonts w:cs="Times New Roman"/>
        </w:rPr>
        <w:t>"And then?"</w:t>
      </w:r>
    </w:p>
    <w:p w14:paraId="3A630C51" w14:textId="77777777" w:rsidR="007D7487" w:rsidRDefault="00E6407B">
      <w:pPr>
        <w:ind w:firstLine="288"/>
      </w:pPr>
      <w:r>
        <w:rPr>
          <w:rFonts w:cs="Times New Roman"/>
        </w:rPr>
        <w:t>"He brings his offering."</w:t>
      </w:r>
    </w:p>
    <w:p w14:paraId="04DC5479" w14:textId="77777777" w:rsidR="007D7487" w:rsidRDefault="00E6407B">
      <w:pPr>
        <w:ind w:firstLine="288"/>
      </w:pPr>
      <w:r>
        <w:rPr>
          <w:rFonts w:cs="Times New Roman"/>
        </w:rPr>
        <w:lastRenderedPageBreak/>
        <w:t>"And then?"</w:t>
      </w:r>
    </w:p>
    <w:p w14:paraId="13A16B1E" w14:textId="77777777" w:rsidR="007D7487" w:rsidRDefault="00E6407B">
      <w:pPr>
        <w:ind w:firstLine="288"/>
      </w:pPr>
      <w:r>
        <w:rPr>
          <w:rFonts w:cs="Times New Roman"/>
        </w:rPr>
        <w:t>"The priest makes atonement."</w:t>
      </w:r>
    </w:p>
    <w:p w14:paraId="32972A7A" w14:textId="77777777" w:rsidR="007D7487" w:rsidRDefault="00E6407B">
      <w:pPr>
        <w:ind w:firstLine="288"/>
      </w:pPr>
      <w:r>
        <w:rPr>
          <w:rFonts w:cs="Times New Roman"/>
        </w:rPr>
        <w:t>"What word?"</w:t>
      </w:r>
    </w:p>
    <w:p w14:paraId="6C455638" w14:textId="77777777" w:rsidR="007D7487" w:rsidRDefault="00E6407B">
      <w:pPr>
        <w:ind w:firstLine="288"/>
      </w:pPr>
      <w:r>
        <w:rPr>
          <w:rFonts w:cs="Times New Roman"/>
        </w:rPr>
        <w:t>"Kaphar."</w:t>
      </w:r>
    </w:p>
    <w:p w14:paraId="3B09A29F" w14:textId="77777777" w:rsidR="007D7487" w:rsidRDefault="00E6407B">
      <w:pPr>
        <w:ind w:firstLine="288"/>
      </w:pPr>
      <w:r>
        <w:rPr>
          <w:rFonts w:cs="Times New Roman"/>
        </w:rPr>
        <w:t>"And the result?"</w:t>
      </w:r>
    </w:p>
    <w:p w14:paraId="7BB08666" w14:textId="77777777" w:rsidR="007D7487" w:rsidRDefault="00E6407B">
      <w:pPr>
        <w:ind w:firstLine="288"/>
      </w:pPr>
      <w:r>
        <w:rPr>
          <w:rFonts w:cs="Times New Roman"/>
        </w:rPr>
        <w:t>"Forgiveness."</w:t>
      </w:r>
    </w:p>
    <w:p w14:paraId="3E20F2B0" w14:textId="77777777" w:rsidR="007D7487" w:rsidRDefault="00E6407B">
      <w:pPr>
        <w:ind w:firstLine="288"/>
      </w:pPr>
      <w:r>
        <w:rPr>
          <w:rFonts w:cs="Times New Roman"/>
        </w:rPr>
        <w:t>Jesus nodded.</w:t>
      </w:r>
    </w:p>
    <w:p w14:paraId="110B18B1" w14:textId="77777777" w:rsidR="007D7487" w:rsidRDefault="00E6407B">
      <w:pPr>
        <w:ind w:firstLine="288"/>
      </w:pPr>
      <w:r>
        <w:rPr>
          <w:rFonts w:cs="Times New Roman"/>
        </w:rPr>
        <w:t>"Say the order."</w:t>
      </w:r>
    </w:p>
    <w:p w14:paraId="71BEEE1A" w14:textId="77777777" w:rsidR="007D7487" w:rsidRDefault="00E6407B">
      <w:pPr>
        <w:ind w:firstLine="288"/>
      </w:pPr>
      <w:r>
        <w:rPr>
          <w:rFonts w:cs="Times New Roman"/>
        </w:rPr>
        <w:t>Nicodemus looked around.</w:t>
      </w:r>
    </w:p>
    <w:p w14:paraId="44C1574D" w14:textId="77777777" w:rsidR="007D7487" w:rsidRDefault="00E6407B">
      <w:pPr>
        <w:ind w:firstLine="288"/>
      </w:pPr>
      <w:r>
        <w:rPr>
          <w:rFonts w:cs="Times New Roman"/>
        </w:rPr>
        <w:t>"Sin."</w:t>
      </w:r>
    </w:p>
    <w:p w14:paraId="483F088D" w14:textId="77777777" w:rsidR="007D7487" w:rsidRDefault="00E6407B">
      <w:pPr>
        <w:ind w:firstLine="288"/>
      </w:pPr>
      <w:r>
        <w:rPr>
          <w:rFonts w:cs="Times New Roman"/>
        </w:rPr>
        <w:t>"Confession."</w:t>
      </w:r>
    </w:p>
    <w:p w14:paraId="3537F26C" w14:textId="77777777" w:rsidR="007D7487" w:rsidRDefault="00E6407B">
      <w:pPr>
        <w:ind w:firstLine="288"/>
      </w:pPr>
      <w:r>
        <w:rPr>
          <w:rFonts w:cs="Times New Roman"/>
        </w:rPr>
        <w:t>"Offering."</w:t>
      </w:r>
    </w:p>
    <w:p w14:paraId="3E5BF3F9" w14:textId="77777777" w:rsidR="007D7487" w:rsidRDefault="00E6407B">
      <w:pPr>
        <w:ind w:firstLine="288"/>
      </w:pPr>
      <w:r>
        <w:rPr>
          <w:rFonts w:cs="Times New Roman"/>
        </w:rPr>
        <w:t>"Priestly atonement."</w:t>
      </w:r>
    </w:p>
    <w:p w14:paraId="68AB7005" w14:textId="77777777" w:rsidR="007D7487" w:rsidRDefault="00E6407B">
      <w:pPr>
        <w:ind w:firstLine="288"/>
      </w:pPr>
      <w:r>
        <w:rPr>
          <w:rFonts w:cs="Times New Roman"/>
        </w:rPr>
        <w:t>"Forgiveness."</w:t>
      </w:r>
    </w:p>
    <w:p w14:paraId="13F5647C" w14:textId="77777777" w:rsidR="007D7487" w:rsidRDefault="00E6407B">
      <w:pPr>
        <w:ind w:firstLine="288"/>
      </w:pPr>
      <w:r>
        <w:rPr>
          <w:rFonts w:cs="Times New Roman"/>
        </w:rPr>
        <w:t>Jesus turned toward the gathering.</w:t>
      </w:r>
    </w:p>
    <w:p w14:paraId="481C9567" w14:textId="77777777" w:rsidR="007D7487" w:rsidRDefault="00E6407B">
      <w:pPr>
        <w:ind w:firstLine="288"/>
      </w:pPr>
      <w:r>
        <w:rPr>
          <w:rFonts w:cs="Times New Roman"/>
        </w:rPr>
        <w:t>"Then the mouth is not something you had to invent from a picture."</w:t>
      </w:r>
    </w:p>
    <w:p w14:paraId="0B9C7EA4" w14:textId="77777777" w:rsidR="007D7487" w:rsidRDefault="00E6407B">
      <w:pPr>
        <w:ind w:firstLine="288"/>
      </w:pPr>
      <w:r>
        <w:rPr>
          <w:rFonts w:cs="Times New Roman"/>
        </w:rPr>
        <w:t>Nicodemus nodded.</w:t>
      </w:r>
    </w:p>
    <w:p w14:paraId="0DB3147A" w14:textId="77777777" w:rsidR="007D7487" w:rsidRDefault="00E6407B">
      <w:pPr>
        <w:ind w:firstLine="288"/>
      </w:pPr>
      <w:r>
        <w:rPr>
          <w:rFonts w:cs="Times New Roman"/>
        </w:rPr>
        <w:t>"It is already in the procedure."</w:t>
      </w:r>
    </w:p>
    <w:p w14:paraId="2A2536F5" w14:textId="77777777" w:rsidR="007D7487" w:rsidRDefault="00E6407B">
      <w:pPr>
        <w:ind w:firstLine="288"/>
      </w:pPr>
      <w:r>
        <w:rPr>
          <w:rFonts w:cs="Times New Roman"/>
        </w:rPr>
        <w:t>"The sinner speaks."</w:t>
      </w:r>
    </w:p>
    <w:p w14:paraId="70BA160A" w14:textId="77777777" w:rsidR="007D7487" w:rsidRDefault="00E6407B">
      <w:pPr>
        <w:ind w:firstLine="288"/>
      </w:pPr>
      <w:r>
        <w:rPr>
          <w:rFonts w:cs="Times New Roman"/>
        </w:rPr>
        <w:t>"Confesses."</w:t>
      </w:r>
    </w:p>
    <w:p w14:paraId="2DEC70F3" w14:textId="77777777" w:rsidR="007D7487" w:rsidRDefault="00E6407B">
      <w:pPr>
        <w:ind w:firstLine="288"/>
      </w:pPr>
      <w:r>
        <w:rPr>
          <w:rFonts w:cs="Times New Roman"/>
        </w:rPr>
        <w:t>"Identifies guilt."</w:t>
      </w:r>
    </w:p>
    <w:p w14:paraId="62B5E2BB" w14:textId="77777777" w:rsidR="007D7487" w:rsidRDefault="00E6407B">
      <w:pPr>
        <w:ind w:firstLine="288"/>
      </w:pPr>
      <w:r>
        <w:rPr>
          <w:rFonts w:cs="Times New Roman"/>
        </w:rPr>
        <w:t>Jesus looked toward Matthew.</w:t>
      </w:r>
    </w:p>
    <w:p w14:paraId="76C81292" w14:textId="77777777" w:rsidR="007D7487" w:rsidRDefault="00E6407B">
      <w:pPr>
        <w:ind w:firstLine="288"/>
      </w:pPr>
      <w:r>
        <w:rPr>
          <w:rFonts w:cs="Times New Roman"/>
        </w:rPr>
        <w:t>"And there is a legal scene where mouth, hands, bloodguilt, and kaphar come together again."</w:t>
      </w:r>
    </w:p>
    <w:p w14:paraId="747D67CB" w14:textId="77777777" w:rsidR="007D7487" w:rsidRDefault="00E6407B">
      <w:pPr>
        <w:ind w:firstLine="288"/>
      </w:pPr>
      <w:r>
        <w:rPr>
          <w:rFonts w:cs="Times New Roman"/>
        </w:rPr>
        <w:t>Matthew's attention sharpened.</w:t>
      </w:r>
    </w:p>
    <w:p w14:paraId="0A03C139" w14:textId="77777777" w:rsidR="007D7487" w:rsidRDefault="00E6407B">
      <w:pPr>
        <w:ind w:firstLine="288"/>
      </w:pPr>
      <w:r>
        <w:rPr>
          <w:rFonts w:cs="Times New Roman"/>
        </w:rPr>
        <w:t>"Where?"</w:t>
      </w:r>
    </w:p>
    <w:p w14:paraId="4D185F87" w14:textId="77777777" w:rsidR="007D7487" w:rsidRDefault="00E6407B">
      <w:pPr>
        <w:ind w:firstLine="288"/>
      </w:pPr>
      <w:r>
        <w:rPr>
          <w:rFonts w:cs="Times New Roman"/>
        </w:rPr>
        <w:t>Jesus looked toward Nicodemus.</w:t>
      </w:r>
    </w:p>
    <w:p w14:paraId="3B15A43F" w14:textId="77777777" w:rsidR="007D7487" w:rsidRDefault="00E6407B">
      <w:pPr>
        <w:ind w:firstLine="288"/>
      </w:pPr>
      <w:r>
        <w:rPr>
          <w:rFonts w:cs="Times New Roman"/>
        </w:rPr>
        <w:t>The old teacher searched.</w:t>
      </w:r>
    </w:p>
    <w:p w14:paraId="484AD56F" w14:textId="77777777" w:rsidR="007D7487" w:rsidRDefault="00E6407B">
      <w:pPr>
        <w:ind w:firstLine="288"/>
      </w:pPr>
      <w:r>
        <w:rPr>
          <w:rFonts w:cs="Times New Roman"/>
        </w:rPr>
        <w:t>Unknown killer.</w:t>
      </w:r>
    </w:p>
    <w:p w14:paraId="79EAE746" w14:textId="77777777" w:rsidR="007D7487" w:rsidRDefault="00E6407B">
      <w:pPr>
        <w:ind w:firstLine="288"/>
      </w:pPr>
      <w:r>
        <w:rPr>
          <w:rFonts w:cs="Times New Roman"/>
        </w:rPr>
        <w:t>Field.</w:t>
      </w:r>
    </w:p>
    <w:p w14:paraId="43B77479" w14:textId="77777777" w:rsidR="007D7487" w:rsidRDefault="00E6407B">
      <w:pPr>
        <w:ind w:firstLine="288"/>
      </w:pPr>
      <w:r>
        <w:rPr>
          <w:rFonts w:cs="Times New Roman"/>
        </w:rPr>
        <w:t>Elders.</w:t>
      </w:r>
    </w:p>
    <w:p w14:paraId="6FFC0C2A" w14:textId="77777777" w:rsidR="007D7487" w:rsidRDefault="00E6407B">
      <w:pPr>
        <w:ind w:firstLine="288"/>
      </w:pPr>
      <w:r>
        <w:rPr>
          <w:rFonts w:cs="Times New Roman"/>
        </w:rPr>
        <w:t>Priests.</w:t>
      </w:r>
    </w:p>
    <w:p w14:paraId="336B88AA" w14:textId="77777777" w:rsidR="007D7487" w:rsidRDefault="00E6407B">
      <w:pPr>
        <w:ind w:firstLine="288"/>
      </w:pPr>
      <w:r>
        <w:rPr>
          <w:rFonts w:cs="Times New Roman"/>
        </w:rPr>
        <w:t>Then his eyes widened.</w:t>
      </w:r>
    </w:p>
    <w:p w14:paraId="3F66C0B1" w14:textId="77777777" w:rsidR="007D7487" w:rsidRDefault="00E6407B">
      <w:pPr>
        <w:ind w:firstLine="288"/>
      </w:pPr>
      <w:r>
        <w:rPr>
          <w:rFonts w:cs="Times New Roman"/>
        </w:rPr>
        <w:t>"Deuteronomy."</w:t>
      </w:r>
    </w:p>
    <w:p w14:paraId="63FB2575" w14:textId="77777777" w:rsidR="007D7487" w:rsidRDefault="00E6407B">
      <w:pPr>
        <w:ind w:firstLine="288"/>
      </w:pPr>
      <w:r>
        <w:rPr>
          <w:rFonts w:cs="Times New Roman"/>
        </w:rPr>
        <w:t>"Twenty-one."</w:t>
      </w:r>
    </w:p>
    <w:p w14:paraId="34D8ED92" w14:textId="77777777" w:rsidR="007D7487" w:rsidRDefault="00E6407B">
      <w:pPr>
        <w:ind w:firstLine="288"/>
      </w:pPr>
      <w:r>
        <w:rPr>
          <w:rFonts w:cs="Times New Roman"/>
        </w:rPr>
        <w:t>Jesus nodded.</w:t>
      </w:r>
    </w:p>
    <w:p w14:paraId="011EBB61" w14:textId="77777777" w:rsidR="007D7487" w:rsidRDefault="00E6407B">
      <w:pPr>
        <w:ind w:firstLine="288"/>
      </w:pPr>
      <w:r>
        <w:rPr>
          <w:rFonts w:cs="Times New Roman"/>
        </w:rPr>
        <w:t>Nicodemus began reconstructing the law aloud.</w:t>
      </w:r>
    </w:p>
    <w:p w14:paraId="13073AB4" w14:textId="77777777" w:rsidR="007D7487" w:rsidRDefault="00E6407B">
      <w:pPr>
        <w:ind w:firstLine="288"/>
      </w:pPr>
      <w:r>
        <w:rPr>
          <w:rFonts w:cs="Times New Roman"/>
        </w:rPr>
        <w:t>"A slain man is found in the land."</w:t>
      </w:r>
    </w:p>
    <w:p w14:paraId="1763C34B" w14:textId="77777777" w:rsidR="007D7487" w:rsidRDefault="00E6407B">
      <w:pPr>
        <w:ind w:firstLine="288"/>
      </w:pPr>
      <w:r>
        <w:rPr>
          <w:rFonts w:cs="Times New Roman"/>
        </w:rPr>
        <w:t>"The killer is unknown."</w:t>
      </w:r>
    </w:p>
    <w:p w14:paraId="6947C030" w14:textId="77777777" w:rsidR="007D7487" w:rsidRDefault="00E6407B">
      <w:pPr>
        <w:ind w:firstLine="288"/>
      </w:pPr>
      <w:r>
        <w:rPr>
          <w:rFonts w:cs="Times New Roman"/>
        </w:rPr>
        <w:lastRenderedPageBreak/>
        <w:t>"The elders measure to the cities."</w:t>
      </w:r>
    </w:p>
    <w:p w14:paraId="00A4F2E1" w14:textId="77777777" w:rsidR="007D7487" w:rsidRDefault="00E6407B">
      <w:pPr>
        <w:ind w:firstLine="288"/>
      </w:pPr>
      <w:r>
        <w:rPr>
          <w:rFonts w:cs="Times New Roman"/>
        </w:rPr>
        <w:t>"The elders of the nearest city take the heifer."</w:t>
      </w:r>
    </w:p>
    <w:p w14:paraId="53066014" w14:textId="77777777" w:rsidR="007D7487" w:rsidRDefault="00E6407B">
      <w:pPr>
        <w:ind w:firstLine="288"/>
      </w:pPr>
      <w:r>
        <w:rPr>
          <w:rFonts w:cs="Times New Roman"/>
        </w:rPr>
        <w:t>He slowed.</w:t>
      </w:r>
    </w:p>
    <w:p w14:paraId="36A0BDE7" w14:textId="77777777" w:rsidR="007D7487" w:rsidRDefault="00E6407B">
      <w:pPr>
        <w:ind w:firstLine="288"/>
      </w:pPr>
      <w:r>
        <w:rPr>
          <w:rFonts w:cs="Times New Roman"/>
        </w:rPr>
        <w:t>"The priests are there."</w:t>
      </w:r>
    </w:p>
    <w:p w14:paraId="4FA215AB" w14:textId="77777777" w:rsidR="007D7487" w:rsidRDefault="00E6407B">
      <w:pPr>
        <w:ind w:firstLine="288"/>
      </w:pPr>
      <w:r>
        <w:rPr>
          <w:rFonts w:cs="Times New Roman"/>
        </w:rPr>
        <w:t>Jesus asked:</w:t>
      </w:r>
    </w:p>
    <w:p w14:paraId="1826174B" w14:textId="77777777" w:rsidR="007D7487" w:rsidRDefault="00E6407B">
      <w:pPr>
        <w:ind w:firstLine="288"/>
      </w:pPr>
      <w:r>
        <w:rPr>
          <w:rFonts w:cs="Times New Roman"/>
        </w:rPr>
        <w:t>"Why?"</w:t>
      </w:r>
    </w:p>
    <w:p w14:paraId="08584761" w14:textId="77777777" w:rsidR="007D7487" w:rsidRDefault="00E6407B">
      <w:pPr>
        <w:ind w:firstLine="288"/>
      </w:pPr>
      <w:r>
        <w:rPr>
          <w:rFonts w:cs="Times New Roman"/>
        </w:rPr>
        <w:t>Nicodemus quoted the principle.</w:t>
      </w:r>
    </w:p>
    <w:p w14:paraId="3DB71161" w14:textId="77777777" w:rsidR="007D7487" w:rsidRDefault="00E6407B">
      <w:pPr>
        <w:ind w:firstLine="288"/>
      </w:pPr>
      <w:r>
        <w:rPr>
          <w:rFonts w:cs="Times New Roman"/>
        </w:rPr>
        <w:t>"By their word - by their mouth - shall every controversy and every stroke be tried."</w:t>
      </w:r>
    </w:p>
    <w:p w14:paraId="33229878" w14:textId="77777777" w:rsidR="007D7487" w:rsidRDefault="00E6407B">
      <w:pPr>
        <w:ind w:firstLine="288"/>
      </w:pPr>
      <w:r>
        <w:rPr>
          <w:rFonts w:cs="Times New Roman"/>
        </w:rPr>
        <w:t>Matthew leaned forward.</w:t>
      </w:r>
    </w:p>
    <w:p w14:paraId="51401274" w14:textId="77777777" w:rsidR="007D7487" w:rsidRDefault="00E6407B">
      <w:pPr>
        <w:ind w:firstLine="288"/>
      </w:pPr>
      <w:r>
        <w:rPr>
          <w:rFonts w:cs="Times New Roman"/>
        </w:rPr>
        <w:t>Legal procedure.</w:t>
      </w:r>
    </w:p>
    <w:p w14:paraId="2210C455" w14:textId="77777777" w:rsidR="007D7487" w:rsidRDefault="00E6407B">
      <w:pPr>
        <w:ind w:firstLine="288"/>
      </w:pPr>
      <w:r>
        <w:rPr>
          <w:rFonts w:cs="Times New Roman"/>
        </w:rPr>
        <w:t>Witness.</w:t>
      </w:r>
    </w:p>
    <w:p w14:paraId="7848C2B3" w14:textId="77777777" w:rsidR="007D7487" w:rsidRDefault="00E6407B">
      <w:pPr>
        <w:ind w:firstLine="288"/>
      </w:pPr>
      <w:r>
        <w:rPr>
          <w:rFonts w:cs="Times New Roman"/>
        </w:rPr>
        <w:t>Pronouncement.</w:t>
      </w:r>
    </w:p>
    <w:p w14:paraId="1A62345B" w14:textId="77777777" w:rsidR="007D7487" w:rsidRDefault="00E6407B">
      <w:pPr>
        <w:ind w:firstLine="288"/>
      </w:pPr>
      <w:r>
        <w:rPr>
          <w:rFonts w:cs="Times New Roman"/>
        </w:rPr>
        <w:t>Nicodemus continued.</w:t>
      </w:r>
    </w:p>
    <w:p w14:paraId="447F4D1E" w14:textId="77777777" w:rsidR="007D7487" w:rsidRDefault="00E6407B">
      <w:pPr>
        <w:ind w:firstLine="288"/>
      </w:pPr>
      <w:r>
        <w:rPr>
          <w:rFonts w:cs="Times New Roman"/>
        </w:rPr>
        <w:t>"The elders wash their hands."</w:t>
      </w:r>
    </w:p>
    <w:p w14:paraId="62BE4B5E" w14:textId="77777777" w:rsidR="007D7487" w:rsidRDefault="00E6407B">
      <w:pPr>
        <w:ind w:firstLine="288"/>
      </w:pPr>
      <w:r>
        <w:rPr>
          <w:rFonts w:cs="Times New Roman"/>
        </w:rPr>
        <w:t>Peter looked at his own hands.</w:t>
      </w:r>
    </w:p>
    <w:p w14:paraId="395E3C53" w14:textId="77777777" w:rsidR="007D7487" w:rsidRDefault="00E6407B">
      <w:pPr>
        <w:ind w:firstLine="288"/>
      </w:pPr>
      <w:r>
        <w:rPr>
          <w:rFonts w:cs="Times New Roman"/>
        </w:rPr>
        <w:t>"And they say..."</w:t>
      </w:r>
    </w:p>
    <w:p w14:paraId="6F3D1A8F" w14:textId="77777777" w:rsidR="007D7487" w:rsidRDefault="00E6407B">
      <w:pPr>
        <w:ind w:firstLine="288"/>
      </w:pPr>
      <w:r>
        <w:rPr>
          <w:rFonts w:cs="Times New Roman"/>
        </w:rPr>
        <w:t>Nicodemus raised both palms slightly.</w:t>
      </w:r>
    </w:p>
    <w:p w14:paraId="1630DB0F" w14:textId="77777777" w:rsidR="007D7487" w:rsidRDefault="00E6407B">
      <w:pPr>
        <w:ind w:firstLine="288"/>
      </w:pPr>
      <w:r>
        <w:rPr>
          <w:rFonts w:cs="Times New Roman"/>
        </w:rPr>
        <w:t>"Our hands have not shed this blood, neither have our eyes seen it."</w:t>
      </w:r>
    </w:p>
    <w:p w14:paraId="6B5092B5" w14:textId="77777777" w:rsidR="007D7487" w:rsidRDefault="00E6407B">
      <w:pPr>
        <w:ind w:firstLine="288"/>
      </w:pPr>
      <w:r>
        <w:rPr>
          <w:rFonts w:cs="Times New Roman"/>
        </w:rPr>
        <w:t>Matthew's face changed.</w:t>
      </w:r>
    </w:p>
    <w:p w14:paraId="0D1915CE" w14:textId="77777777" w:rsidR="007D7487" w:rsidRDefault="00E6407B">
      <w:pPr>
        <w:ind w:firstLine="288"/>
      </w:pPr>
      <w:r>
        <w:rPr>
          <w:rFonts w:cs="Times New Roman"/>
        </w:rPr>
        <w:t>The legal defense was spoken.</w:t>
      </w:r>
    </w:p>
    <w:p w14:paraId="1666309E" w14:textId="77777777" w:rsidR="007D7487" w:rsidRDefault="00E6407B">
      <w:pPr>
        <w:ind w:firstLine="288"/>
      </w:pPr>
      <w:r>
        <w:rPr>
          <w:rFonts w:cs="Times New Roman"/>
        </w:rPr>
        <w:t>Hands displayed innocence concerning blood.</w:t>
      </w:r>
    </w:p>
    <w:p w14:paraId="6963DA63" w14:textId="77777777" w:rsidR="007D7487" w:rsidRDefault="00E6407B">
      <w:pPr>
        <w:ind w:firstLine="288"/>
      </w:pPr>
      <w:r>
        <w:rPr>
          <w:rFonts w:cs="Times New Roman"/>
        </w:rPr>
        <w:t>Jesus asked:</w:t>
      </w:r>
    </w:p>
    <w:p w14:paraId="36BE02A0" w14:textId="77777777" w:rsidR="007D7487" w:rsidRDefault="00E6407B">
      <w:pPr>
        <w:ind w:firstLine="288"/>
      </w:pPr>
      <w:r>
        <w:rPr>
          <w:rFonts w:cs="Times New Roman"/>
        </w:rPr>
        <w:t>"And then?"</w:t>
      </w:r>
    </w:p>
    <w:p w14:paraId="327774DD" w14:textId="77777777" w:rsidR="007D7487" w:rsidRDefault="00E6407B">
      <w:pPr>
        <w:ind w:firstLine="288"/>
      </w:pPr>
      <w:r>
        <w:rPr>
          <w:rFonts w:cs="Times New Roman"/>
        </w:rPr>
        <w:t>Nicodemus's voice dropped.</w:t>
      </w:r>
    </w:p>
    <w:p w14:paraId="2BCB19BA" w14:textId="77777777" w:rsidR="007D7487" w:rsidRDefault="00E6407B">
      <w:pPr>
        <w:ind w:firstLine="288"/>
      </w:pPr>
      <w:r>
        <w:rPr>
          <w:rFonts w:cs="Times New Roman"/>
        </w:rPr>
        <w:t>"Be merciful, O LORD, unto thy people Israel..."</w:t>
      </w:r>
    </w:p>
    <w:p w14:paraId="29A6CD70" w14:textId="77777777" w:rsidR="007D7487" w:rsidRDefault="00E6407B">
      <w:pPr>
        <w:ind w:firstLine="288"/>
      </w:pPr>
      <w:r>
        <w:rPr>
          <w:rFonts w:cs="Times New Roman"/>
        </w:rPr>
        <w:t>He looked at Jesus.</w:t>
      </w:r>
    </w:p>
    <w:p w14:paraId="7F24057E" w14:textId="77777777" w:rsidR="007D7487" w:rsidRDefault="00E6407B">
      <w:pPr>
        <w:ind w:firstLine="288"/>
      </w:pPr>
      <w:r>
        <w:rPr>
          <w:rFonts w:cs="Times New Roman"/>
        </w:rPr>
        <w:t>"And lay not innocent blood unto thy people of Israel's charge."</w:t>
      </w:r>
    </w:p>
    <w:p w14:paraId="23F3C1BD" w14:textId="77777777" w:rsidR="007D7487" w:rsidRDefault="00E6407B">
      <w:pPr>
        <w:ind w:firstLine="288"/>
      </w:pPr>
      <w:r>
        <w:rPr>
          <w:rFonts w:cs="Times New Roman"/>
        </w:rPr>
        <w:t>Then the Hebrew.</w:t>
      </w:r>
    </w:p>
    <w:p w14:paraId="595C3904" w14:textId="77777777" w:rsidR="007D7487" w:rsidRDefault="00E6407B">
      <w:pPr>
        <w:ind w:firstLine="288"/>
      </w:pPr>
      <w:r>
        <w:rPr>
          <w:rFonts w:cs="Times New Roman"/>
        </w:rPr>
        <w:t>"Kaphar thy people Israel."</w:t>
      </w:r>
    </w:p>
    <w:p w14:paraId="420421A0" w14:textId="77777777" w:rsidR="007D7487" w:rsidRDefault="00E6407B">
      <w:pPr>
        <w:ind w:firstLine="288"/>
      </w:pPr>
      <w:r>
        <w:rPr>
          <w:rFonts w:cs="Times New Roman"/>
        </w:rPr>
        <w:t>Silence.</w:t>
      </w:r>
    </w:p>
    <w:p w14:paraId="338AC26E" w14:textId="77777777" w:rsidR="007D7487" w:rsidRDefault="00E6407B">
      <w:pPr>
        <w:ind w:firstLine="288"/>
      </w:pPr>
      <w:r>
        <w:rPr>
          <w:rFonts w:cs="Times New Roman"/>
        </w:rPr>
        <w:t>Matthew spoke first.</w:t>
      </w:r>
    </w:p>
    <w:p w14:paraId="6D51BE7D" w14:textId="77777777" w:rsidR="007D7487" w:rsidRDefault="00E6407B">
      <w:pPr>
        <w:ind w:firstLine="288"/>
      </w:pPr>
      <w:r>
        <w:rPr>
          <w:rFonts w:cs="Times New Roman"/>
        </w:rPr>
        <w:t>"The mouth declares."</w:t>
      </w:r>
    </w:p>
    <w:p w14:paraId="7405BB04" w14:textId="77777777" w:rsidR="007D7487" w:rsidRDefault="00E6407B">
      <w:pPr>
        <w:ind w:firstLine="288"/>
      </w:pPr>
      <w:r>
        <w:rPr>
          <w:rFonts w:cs="Times New Roman"/>
        </w:rPr>
        <w:t>Nicodemus nodded.</w:t>
      </w:r>
    </w:p>
    <w:p w14:paraId="1AE4812A" w14:textId="77777777" w:rsidR="007D7487" w:rsidRDefault="00E6407B">
      <w:pPr>
        <w:ind w:firstLine="288"/>
      </w:pPr>
      <w:r>
        <w:rPr>
          <w:rFonts w:cs="Times New Roman"/>
        </w:rPr>
        <w:t>"The hands are washed."</w:t>
      </w:r>
    </w:p>
    <w:p w14:paraId="4B3BF3B6" w14:textId="77777777" w:rsidR="007D7487" w:rsidRDefault="00E6407B">
      <w:pPr>
        <w:ind w:firstLine="288"/>
      </w:pPr>
      <w:r>
        <w:rPr>
          <w:rFonts w:cs="Times New Roman"/>
        </w:rPr>
        <w:t>"Concerning blood."</w:t>
      </w:r>
    </w:p>
    <w:p w14:paraId="56016395" w14:textId="77777777" w:rsidR="007D7487" w:rsidRDefault="00E6407B">
      <w:pPr>
        <w:ind w:firstLine="288"/>
      </w:pPr>
      <w:r>
        <w:rPr>
          <w:rFonts w:cs="Times New Roman"/>
        </w:rPr>
        <w:t>"Then kaphar."</w:t>
      </w:r>
    </w:p>
    <w:p w14:paraId="0E563C80" w14:textId="77777777" w:rsidR="007D7487" w:rsidRDefault="00E6407B">
      <w:pPr>
        <w:ind w:firstLine="288"/>
      </w:pPr>
      <w:r>
        <w:rPr>
          <w:rFonts w:cs="Times New Roman"/>
        </w:rPr>
        <w:t>Jesus let the moment settle before asking another question.</w:t>
      </w:r>
    </w:p>
    <w:p w14:paraId="1D5BA729" w14:textId="77777777" w:rsidR="007D7487" w:rsidRDefault="00E6407B">
      <w:pPr>
        <w:ind w:firstLine="288"/>
      </w:pPr>
      <w:r>
        <w:rPr>
          <w:rFonts w:cs="Times New Roman"/>
        </w:rPr>
        <w:t>"Does that make K-P-R mean those three pictures?"</w:t>
      </w:r>
    </w:p>
    <w:p w14:paraId="60288D42" w14:textId="77777777" w:rsidR="007D7487" w:rsidRDefault="00E6407B">
      <w:pPr>
        <w:ind w:firstLine="288"/>
      </w:pPr>
      <w:r>
        <w:rPr>
          <w:rFonts w:cs="Times New Roman"/>
        </w:rPr>
        <w:lastRenderedPageBreak/>
        <w:t>"No."</w:t>
      </w:r>
    </w:p>
    <w:p w14:paraId="0EC0141E" w14:textId="77777777" w:rsidR="007D7487" w:rsidRDefault="00E6407B">
      <w:pPr>
        <w:ind w:firstLine="288"/>
      </w:pPr>
      <w:r>
        <w:rPr>
          <w:rFonts w:cs="Times New Roman"/>
        </w:rPr>
        <w:t>"Does Moses say the letters mean a man speaks a defense and shows his hand?"</w:t>
      </w:r>
    </w:p>
    <w:p w14:paraId="79D06F07" w14:textId="77777777" w:rsidR="007D7487" w:rsidRDefault="00E6407B">
      <w:pPr>
        <w:ind w:firstLine="288"/>
      </w:pPr>
      <w:r>
        <w:rPr>
          <w:rFonts w:cs="Times New Roman"/>
        </w:rPr>
        <w:t>"No."</w:t>
      </w:r>
    </w:p>
    <w:p w14:paraId="4C405F38" w14:textId="77777777" w:rsidR="007D7487" w:rsidRDefault="00E6407B">
      <w:pPr>
        <w:ind w:firstLine="288"/>
      </w:pPr>
      <w:r>
        <w:rPr>
          <w:rFonts w:cs="Times New Roman"/>
        </w:rPr>
        <w:t>Matthew understood.</w:t>
      </w:r>
    </w:p>
    <w:p w14:paraId="5C91D4F6" w14:textId="77777777" w:rsidR="007D7487" w:rsidRDefault="00E6407B">
      <w:pPr>
        <w:ind w:firstLine="288"/>
      </w:pPr>
      <w:r>
        <w:rPr>
          <w:rFonts w:cs="Times New Roman"/>
        </w:rPr>
        <w:t>"But the legal scene actually contains the things."</w:t>
      </w:r>
    </w:p>
    <w:p w14:paraId="61A3D79A" w14:textId="77777777" w:rsidR="007D7487" w:rsidRDefault="00E6407B">
      <w:pPr>
        <w:ind w:firstLine="288"/>
      </w:pPr>
      <w:r>
        <w:rPr>
          <w:rFonts w:cs="Times New Roman"/>
        </w:rPr>
        <w:t>"Yes."</w:t>
      </w:r>
    </w:p>
    <w:p w14:paraId="659320E9" w14:textId="77777777" w:rsidR="007D7487" w:rsidRDefault="00E6407B">
      <w:pPr>
        <w:ind w:firstLine="288"/>
      </w:pPr>
      <w:r>
        <w:rPr>
          <w:rFonts w:cs="Times New Roman"/>
        </w:rPr>
        <w:t>Jesus nodded.</w:t>
      </w:r>
    </w:p>
    <w:p w14:paraId="58626F0C" w14:textId="77777777" w:rsidR="007D7487" w:rsidRDefault="00E6407B">
      <w:pPr>
        <w:ind w:firstLine="288"/>
      </w:pPr>
      <w:r>
        <w:rPr>
          <w:rFonts w:cs="Times New Roman"/>
        </w:rPr>
        <w:t>"Then notice the likeness without turning it into the meaning of the word."</w:t>
      </w:r>
    </w:p>
    <w:p w14:paraId="534B087C" w14:textId="77777777" w:rsidR="007D7487" w:rsidRDefault="00E6407B">
      <w:pPr>
        <w:ind w:firstLine="288"/>
      </w:pPr>
      <w:r>
        <w:rPr>
          <w:rFonts w:cs="Times New Roman"/>
        </w:rPr>
        <w:t>"Not definition."</w:t>
      </w:r>
    </w:p>
    <w:p w14:paraId="009150D2" w14:textId="77777777" w:rsidR="007D7487" w:rsidRDefault="00E6407B">
      <w:pPr>
        <w:ind w:firstLine="288"/>
      </w:pPr>
      <w:r>
        <w:rPr>
          <w:rFonts w:cs="Times New Roman"/>
        </w:rPr>
        <w:t>John remembered the difference.</w:t>
      </w:r>
    </w:p>
    <w:p w14:paraId="61D63E9C" w14:textId="77777777" w:rsidR="007D7487" w:rsidRDefault="00E6407B">
      <w:pPr>
        <w:ind w:firstLine="288"/>
      </w:pPr>
      <w:r>
        <w:rPr>
          <w:rFonts w:cs="Times New Roman"/>
        </w:rPr>
        <w:t>What Moses had actually written was striking enough.</w:t>
      </w:r>
    </w:p>
    <w:p w14:paraId="732CDAF5" w14:textId="77777777" w:rsidR="007D7487" w:rsidRDefault="00E6407B">
      <w:pPr>
        <w:suppressLineNumbers/>
        <w:spacing w:before="100" w:after="100"/>
        <w:jc w:val="center"/>
      </w:pPr>
      <w:r>
        <w:rPr>
          <w:rFonts w:cs="Times New Roman"/>
          <w:sz w:val="20"/>
        </w:rPr>
        <w:t>* * *</w:t>
      </w:r>
    </w:p>
    <w:p w14:paraId="1AD8F114" w14:textId="77777777" w:rsidR="007D7487" w:rsidRDefault="00E6407B">
      <w:pPr>
        <w:ind w:firstLine="288"/>
      </w:pPr>
      <w:r>
        <w:rPr>
          <w:rFonts w:cs="Times New Roman"/>
        </w:rPr>
        <w:t>Mary Magdalene had been listening closely.</w:t>
      </w:r>
    </w:p>
    <w:p w14:paraId="0FA53A5A" w14:textId="77777777" w:rsidR="007D7487" w:rsidRDefault="00E6407B">
      <w:pPr>
        <w:ind w:firstLine="288"/>
      </w:pPr>
      <w:r>
        <w:rPr>
          <w:rFonts w:cs="Times New Roman"/>
        </w:rPr>
        <w:t>"What of the priest's mouth?"</w:t>
      </w:r>
    </w:p>
    <w:p w14:paraId="50BC3702" w14:textId="77777777" w:rsidR="007D7487" w:rsidRDefault="00E6407B">
      <w:pPr>
        <w:ind w:firstLine="288"/>
      </w:pPr>
      <w:r>
        <w:rPr>
          <w:rFonts w:cs="Times New Roman"/>
        </w:rPr>
        <w:t>Nicodemus turned toward her.</w:t>
      </w:r>
    </w:p>
    <w:p w14:paraId="5F9716ED" w14:textId="77777777" w:rsidR="007D7487" w:rsidRDefault="00E6407B">
      <w:pPr>
        <w:ind w:firstLine="288"/>
      </w:pPr>
      <w:r>
        <w:rPr>
          <w:rFonts w:cs="Times New Roman"/>
        </w:rPr>
        <w:t>She continued.</w:t>
      </w:r>
    </w:p>
    <w:p w14:paraId="42575BB6" w14:textId="77777777" w:rsidR="007D7487" w:rsidRDefault="00E6407B">
      <w:pPr>
        <w:ind w:firstLine="288"/>
      </w:pPr>
      <w:r>
        <w:rPr>
          <w:rFonts w:cs="Times New Roman"/>
        </w:rPr>
        <w:t>"You have shown the sinner confessing."</w:t>
      </w:r>
    </w:p>
    <w:p w14:paraId="2C663840" w14:textId="77777777" w:rsidR="007D7487" w:rsidRDefault="00E6407B">
      <w:pPr>
        <w:ind w:firstLine="288"/>
      </w:pPr>
      <w:r>
        <w:rPr>
          <w:rFonts w:cs="Times New Roman"/>
        </w:rPr>
        <w:t>"The elders declaring."</w:t>
      </w:r>
    </w:p>
    <w:p w14:paraId="6888AEA3" w14:textId="77777777" w:rsidR="007D7487" w:rsidRDefault="00E6407B">
      <w:pPr>
        <w:ind w:firstLine="288"/>
      </w:pPr>
      <w:r>
        <w:rPr>
          <w:rFonts w:cs="Times New Roman"/>
        </w:rPr>
        <w:t>"What does the priest say?"</w:t>
      </w:r>
    </w:p>
    <w:p w14:paraId="5EA096AE" w14:textId="77777777" w:rsidR="007D7487" w:rsidRDefault="00E6407B">
      <w:pPr>
        <w:ind w:firstLine="288"/>
      </w:pPr>
      <w:r>
        <w:rPr>
          <w:rFonts w:cs="Times New Roman"/>
        </w:rPr>
        <w:t>Nicodemus smiled.</w:t>
      </w:r>
    </w:p>
    <w:p w14:paraId="51C16787" w14:textId="77777777" w:rsidR="007D7487" w:rsidRDefault="00E6407B">
      <w:pPr>
        <w:ind w:firstLine="288"/>
      </w:pPr>
      <w:r>
        <w:rPr>
          <w:rFonts w:cs="Times New Roman"/>
        </w:rPr>
        <w:t>"More than sacrifices."</w:t>
      </w:r>
    </w:p>
    <w:p w14:paraId="03AD897A" w14:textId="77777777" w:rsidR="007D7487" w:rsidRDefault="00E6407B">
      <w:pPr>
        <w:ind w:firstLine="288"/>
      </w:pPr>
      <w:r>
        <w:rPr>
          <w:rFonts w:cs="Times New Roman"/>
        </w:rPr>
        <w:t>He looked toward Jesus.</w:t>
      </w:r>
    </w:p>
    <w:p w14:paraId="337FC239" w14:textId="77777777" w:rsidR="007D7487" w:rsidRDefault="00E6407B">
      <w:pPr>
        <w:ind w:firstLine="288"/>
      </w:pPr>
      <w:r>
        <w:rPr>
          <w:rFonts w:cs="Times New Roman"/>
        </w:rPr>
        <w:t>Jesus gestured for him to continue.</w:t>
      </w:r>
    </w:p>
    <w:p w14:paraId="474AC153" w14:textId="77777777" w:rsidR="007D7487" w:rsidRDefault="00E6407B">
      <w:pPr>
        <w:ind w:firstLine="288"/>
      </w:pPr>
      <w:r>
        <w:rPr>
          <w:rFonts w:cs="Times New Roman"/>
        </w:rPr>
        <w:t>"The priest teaches."</w:t>
      </w:r>
    </w:p>
    <w:p w14:paraId="19E764F9" w14:textId="77777777" w:rsidR="007D7487" w:rsidRDefault="00E6407B">
      <w:pPr>
        <w:ind w:firstLine="288"/>
      </w:pPr>
      <w:r>
        <w:rPr>
          <w:rFonts w:cs="Times New Roman"/>
        </w:rPr>
        <w:t>"Judges."</w:t>
      </w:r>
    </w:p>
    <w:p w14:paraId="5D195370" w14:textId="77777777" w:rsidR="007D7487" w:rsidRDefault="00E6407B">
      <w:pPr>
        <w:ind w:firstLine="288"/>
      </w:pPr>
      <w:r>
        <w:rPr>
          <w:rFonts w:cs="Times New Roman"/>
        </w:rPr>
        <w:t>"Blesses."</w:t>
      </w:r>
    </w:p>
    <w:p w14:paraId="2FA2C542" w14:textId="77777777" w:rsidR="007D7487" w:rsidRDefault="00E6407B">
      <w:pPr>
        <w:ind w:firstLine="288"/>
      </w:pPr>
      <w:r>
        <w:rPr>
          <w:rFonts w:cs="Times New Roman"/>
        </w:rPr>
        <w:t>"Preserves knowledge."</w:t>
      </w:r>
    </w:p>
    <w:p w14:paraId="12763917" w14:textId="77777777" w:rsidR="007D7487" w:rsidRDefault="00E6407B">
      <w:pPr>
        <w:ind w:firstLine="288"/>
      </w:pPr>
      <w:r>
        <w:rPr>
          <w:rFonts w:cs="Times New Roman"/>
        </w:rPr>
        <w:t>Nicodemus's voice grew more certain.</w:t>
      </w:r>
    </w:p>
    <w:p w14:paraId="5C78DF1A" w14:textId="77777777" w:rsidR="007D7487" w:rsidRDefault="00E6407B">
      <w:pPr>
        <w:ind w:firstLine="288"/>
      </w:pPr>
      <w:r>
        <w:rPr>
          <w:rFonts w:cs="Times New Roman"/>
        </w:rPr>
        <w:t>"Malachi says the law of truth was in his mouth."</w:t>
      </w:r>
    </w:p>
    <w:p w14:paraId="2413C7AE" w14:textId="77777777" w:rsidR="007D7487" w:rsidRDefault="00E6407B">
      <w:pPr>
        <w:ind w:firstLine="288"/>
      </w:pPr>
      <w:r>
        <w:rPr>
          <w:rFonts w:cs="Times New Roman"/>
        </w:rPr>
        <w:t>"And that men should seek the law at his mouth."</w:t>
      </w:r>
    </w:p>
    <w:p w14:paraId="25E032E2" w14:textId="77777777" w:rsidR="007D7487" w:rsidRDefault="00E6407B">
      <w:pPr>
        <w:ind w:firstLine="288"/>
      </w:pPr>
      <w:r>
        <w:rPr>
          <w:rFonts w:cs="Times New Roman"/>
        </w:rPr>
        <w:t>Jesus nodded.</w:t>
      </w:r>
    </w:p>
    <w:p w14:paraId="250CC552" w14:textId="77777777" w:rsidR="007D7487" w:rsidRDefault="00E6407B">
      <w:pPr>
        <w:ind w:firstLine="288"/>
      </w:pPr>
      <w:r>
        <w:rPr>
          <w:rFonts w:cs="Times New Roman"/>
        </w:rPr>
        <w:t>"The priest's hands work."</w:t>
      </w:r>
    </w:p>
    <w:p w14:paraId="75FA9D9F" w14:textId="77777777" w:rsidR="007D7487" w:rsidRDefault="00E6407B">
      <w:pPr>
        <w:ind w:firstLine="288"/>
      </w:pPr>
      <w:r>
        <w:rPr>
          <w:rFonts w:cs="Times New Roman"/>
        </w:rPr>
        <w:t>"His mouth also serves."</w:t>
      </w:r>
    </w:p>
    <w:p w14:paraId="2A7DDDDD" w14:textId="77777777" w:rsidR="007D7487" w:rsidRDefault="00E6407B">
      <w:pPr>
        <w:ind w:firstLine="288"/>
      </w:pPr>
      <w:r>
        <w:rPr>
          <w:rFonts w:cs="Times New Roman"/>
        </w:rPr>
        <w:t>"He handles what God commands."</w:t>
      </w:r>
    </w:p>
    <w:p w14:paraId="39B53FED" w14:textId="77777777" w:rsidR="007D7487" w:rsidRDefault="00E6407B">
      <w:pPr>
        <w:ind w:firstLine="288"/>
      </w:pPr>
      <w:r>
        <w:rPr>
          <w:rFonts w:cs="Times New Roman"/>
        </w:rPr>
        <w:t>"He speaks what God gives."</w:t>
      </w:r>
    </w:p>
    <w:p w14:paraId="79623C5D" w14:textId="77777777" w:rsidR="007D7487" w:rsidRDefault="00E6407B">
      <w:pPr>
        <w:ind w:firstLine="288"/>
      </w:pPr>
      <w:r>
        <w:rPr>
          <w:rFonts w:cs="Times New Roman"/>
        </w:rPr>
        <w:t>"Confession."</w:t>
      </w:r>
    </w:p>
    <w:p w14:paraId="48B2B0BF" w14:textId="77777777" w:rsidR="007D7487" w:rsidRDefault="00E6407B">
      <w:pPr>
        <w:ind w:firstLine="288"/>
      </w:pPr>
      <w:r>
        <w:rPr>
          <w:rFonts w:cs="Times New Roman"/>
        </w:rPr>
        <w:t>"Instruction."</w:t>
      </w:r>
    </w:p>
    <w:p w14:paraId="0A337E0F" w14:textId="77777777" w:rsidR="007D7487" w:rsidRDefault="00E6407B">
      <w:pPr>
        <w:ind w:firstLine="288"/>
      </w:pPr>
      <w:r>
        <w:rPr>
          <w:rFonts w:cs="Times New Roman"/>
        </w:rPr>
        <w:t>"Judgment."</w:t>
      </w:r>
    </w:p>
    <w:p w14:paraId="7477C3C9" w14:textId="77777777" w:rsidR="007D7487" w:rsidRDefault="00E6407B">
      <w:pPr>
        <w:ind w:firstLine="288"/>
      </w:pPr>
      <w:r>
        <w:rPr>
          <w:rFonts w:cs="Times New Roman"/>
        </w:rPr>
        <w:lastRenderedPageBreak/>
        <w:t>"Blessing."</w:t>
      </w:r>
    </w:p>
    <w:p w14:paraId="319EFB05" w14:textId="77777777" w:rsidR="007D7487" w:rsidRDefault="00E6407B">
      <w:pPr>
        <w:ind w:firstLine="288"/>
      </w:pPr>
      <w:r>
        <w:rPr>
          <w:rFonts w:cs="Times New Roman"/>
        </w:rPr>
        <w:t>Mary nodded.</w:t>
      </w:r>
    </w:p>
    <w:p w14:paraId="3B10B22D" w14:textId="77777777" w:rsidR="007D7487" w:rsidRDefault="00E6407B">
      <w:pPr>
        <w:ind w:firstLine="288"/>
      </w:pPr>
      <w:r>
        <w:rPr>
          <w:rFonts w:cs="Times New Roman"/>
        </w:rPr>
        <w:t>"So the mouth belongs to the service without forcing it into the hand."</w:t>
      </w:r>
    </w:p>
    <w:p w14:paraId="0A904D81" w14:textId="77777777" w:rsidR="007D7487" w:rsidRDefault="00E6407B">
      <w:pPr>
        <w:ind w:firstLine="288"/>
      </w:pPr>
      <w:r>
        <w:rPr>
          <w:rFonts w:cs="Times New Roman"/>
        </w:rPr>
        <w:t>"Yes."</w:t>
      </w:r>
    </w:p>
    <w:p w14:paraId="5CFA0994" w14:textId="77777777" w:rsidR="007D7487" w:rsidRDefault="00E6407B">
      <w:pPr>
        <w:ind w:firstLine="288"/>
      </w:pPr>
      <w:r>
        <w:rPr>
          <w:rFonts w:cs="Times New Roman"/>
        </w:rPr>
        <w:t>Nicodemus looked pleased by the precision.</w:t>
      </w:r>
    </w:p>
    <w:p w14:paraId="7F4E6A0C" w14:textId="77777777" w:rsidR="007D7487" w:rsidRDefault="00E6407B">
      <w:pPr>
        <w:ind w:firstLine="288"/>
      </w:pPr>
      <w:r>
        <w:rPr>
          <w:rFonts w:cs="Times New Roman"/>
        </w:rPr>
        <w:t>Peter looked toward John.</w:t>
      </w:r>
    </w:p>
    <w:p w14:paraId="7E475527" w14:textId="77777777" w:rsidR="007D7487" w:rsidRDefault="00E6407B">
      <w:pPr>
        <w:ind w:firstLine="288"/>
      </w:pPr>
      <w:r>
        <w:rPr>
          <w:rFonts w:cs="Times New Roman"/>
        </w:rPr>
        <w:t>"He likes boundaries when they are his."</w:t>
      </w:r>
    </w:p>
    <w:p w14:paraId="119AB0AF" w14:textId="77777777" w:rsidR="007D7487" w:rsidRDefault="00E6407B">
      <w:pPr>
        <w:ind w:firstLine="288"/>
      </w:pPr>
      <w:r>
        <w:rPr>
          <w:rFonts w:cs="Times New Roman"/>
        </w:rPr>
        <w:t>Nicodemus sighed.</w:t>
      </w:r>
    </w:p>
    <w:p w14:paraId="7678D242" w14:textId="77777777" w:rsidR="007D7487" w:rsidRDefault="00E6407B">
      <w:pPr>
        <w:suppressLineNumbers/>
        <w:spacing w:before="100" w:after="100"/>
        <w:jc w:val="center"/>
      </w:pPr>
      <w:r>
        <w:rPr>
          <w:rFonts w:cs="Times New Roman"/>
          <w:sz w:val="20"/>
        </w:rPr>
        <w:t>* * *</w:t>
      </w:r>
    </w:p>
    <w:p w14:paraId="14272005" w14:textId="77777777" w:rsidR="007D7487" w:rsidRDefault="00E6407B">
      <w:pPr>
        <w:ind w:firstLine="288"/>
      </w:pPr>
      <w:r>
        <w:rPr>
          <w:rFonts w:cs="Times New Roman"/>
        </w:rPr>
        <w:t>Jesus looked toward James.</w:t>
      </w:r>
    </w:p>
    <w:p w14:paraId="3C0424FA" w14:textId="77777777" w:rsidR="007D7487" w:rsidRDefault="00E6407B">
      <w:pPr>
        <w:ind w:firstLine="288"/>
      </w:pPr>
      <w:r>
        <w:rPr>
          <w:rFonts w:cs="Times New Roman"/>
        </w:rPr>
        <w:t>"What happened when Aaron and his sons were consecrated?"</w:t>
      </w:r>
    </w:p>
    <w:p w14:paraId="060B5767" w14:textId="77777777" w:rsidR="007D7487" w:rsidRDefault="00E6407B">
      <w:pPr>
        <w:ind w:firstLine="288"/>
      </w:pPr>
      <w:r>
        <w:rPr>
          <w:rFonts w:cs="Times New Roman"/>
        </w:rPr>
        <w:t>James did not pretend to remember all of Exodus.</w:t>
      </w:r>
    </w:p>
    <w:p w14:paraId="7C24AFF4" w14:textId="77777777" w:rsidR="007D7487" w:rsidRDefault="00E6407B">
      <w:pPr>
        <w:ind w:firstLine="288"/>
      </w:pPr>
      <w:r>
        <w:rPr>
          <w:rFonts w:cs="Times New Roman"/>
        </w:rPr>
        <w:t>He looked toward Nicodemus.</w:t>
      </w:r>
    </w:p>
    <w:p w14:paraId="267F23EB" w14:textId="77777777" w:rsidR="007D7487" w:rsidRDefault="00E6407B">
      <w:pPr>
        <w:ind w:firstLine="288"/>
      </w:pPr>
      <w:r>
        <w:rPr>
          <w:rFonts w:cs="Times New Roman"/>
        </w:rPr>
        <w:t>The old teacher considered.</w:t>
      </w:r>
    </w:p>
    <w:p w14:paraId="7691C702" w14:textId="77777777" w:rsidR="007D7487" w:rsidRDefault="00E6407B">
      <w:pPr>
        <w:ind w:firstLine="288"/>
      </w:pPr>
      <w:r>
        <w:rPr>
          <w:rFonts w:cs="Times New Roman"/>
        </w:rPr>
        <w:t>Nicodemus did not begin with the blood.</w:t>
      </w:r>
    </w:p>
    <w:p w14:paraId="518C935C" w14:textId="77777777" w:rsidR="007D7487" w:rsidRDefault="00E6407B">
      <w:pPr>
        <w:ind w:firstLine="288"/>
      </w:pPr>
      <w:r>
        <w:rPr>
          <w:rFonts w:cs="Times New Roman"/>
        </w:rPr>
        <w:t>The consecration itself had an order.</w:t>
      </w:r>
    </w:p>
    <w:p w14:paraId="18FDFF2D" w14:textId="77777777" w:rsidR="007D7487" w:rsidRDefault="00E6407B">
      <w:pPr>
        <w:ind w:firstLine="288"/>
      </w:pPr>
      <w:r>
        <w:rPr>
          <w:rFonts w:cs="Times New Roman"/>
        </w:rPr>
        <w:t>"Washing."</w:t>
      </w:r>
    </w:p>
    <w:p w14:paraId="63331126" w14:textId="77777777" w:rsidR="007D7487" w:rsidRDefault="00E6407B">
      <w:pPr>
        <w:ind w:firstLine="288"/>
      </w:pPr>
      <w:r>
        <w:rPr>
          <w:rFonts w:cs="Times New Roman"/>
        </w:rPr>
        <w:t>"Garments."</w:t>
      </w:r>
    </w:p>
    <w:p w14:paraId="3925DAA9" w14:textId="77777777" w:rsidR="007D7487" w:rsidRDefault="00E6407B">
      <w:pPr>
        <w:ind w:firstLine="288"/>
      </w:pPr>
      <w:r>
        <w:rPr>
          <w:rFonts w:cs="Times New Roman"/>
        </w:rPr>
        <w:t>"Sacrifice."</w:t>
      </w:r>
    </w:p>
    <w:p w14:paraId="7C4268E5" w14:textId="77777777" w:rsidR="007D7487" w:rsidRDefault="00E6407B">
      <w:pPr>
        <w:ind w:firstLine="288"/>
      </w:pPr>
      <w:r>
        <w:rPr>
          <w:rFonts w:cs="Times New Roman"/>
        </w:rPr>
        <w:t>"Blood."</w:t>
      </w:r>
    </w:p>
    <w:p w14:paraId="1ABF21CA" w14:textId="77777777" w:rsidR="007D7487" w:rsidRDefault="00E6407B">
      <w:pPr>
        <w:ind w:firstLine="288"/>
      </w:pPr>
      <w:r>
        <w:rPr>
          <w:rFonts w:cs="Times New Roman"/>
        </w:rPr>
        <w:t>Jesus asked:</w:t>
      </w:r>
    </w:p>
    <w:p w14:paraId="317FFAF4" w14:textId="77777777" w:rsidR="007D7487" w:rsidRDefault="00E6407B">
      <w:pPr>
        <w:ind w:firstLine="288"/>
      </w:pPr>
      <w:r>
        <w:rPr>
          <w:rFonts w:cs="Times New Roman"/>
        </w:rPr>
        <w:t>"Where was blood placed?"</w:t>
      </w:r>
    </w:p>
    <w:p w14:paraId="15CB41CD" w14:textId="77777777" w:rsidR="007D7487" w:rsidRDefault="00E6407B">
      <w:pPr>
        <w:ind w:firstLine="288"/>
      </w:pPr>
      <w:r>
        <w:rPr>
          <w:rFonts w:cs="Times New Roman"/>
        </w:rPr>
        <w:t>Nicodemus raised his own right hand and touched his ear.</w:t>
      </w:r>
    </w:p>
    <w:p w14:paraId="31A8232D" w14:textId="77777777" w:rsidR="007D7487" w:rsidRDefault="00E6407B">
      <w:pPr>
        <w:ind w:firstLine="288"/>
      </w:pPr>
      <w:r>
        <w:rPr>
          <w:rFonts w:cs="Times New Roman"/>
        </w:rPr>
        <w:t>"Upon the tip of the right ear."</w:t>
      </w:r>
    </w:p>
    <w:p w14:paraId="1A5A36B0" w14:textId="77777777" w:rsidR="007D7487" w:rsidRDefault="00E6407B">
      <w:pPr>
        <w:ind w:firstLine="288"/>
      </w:pPr>
      <w:r>
        <w:rPr>
          <w:rFonts w:cs="Times New Roman"/>
        </w:rPr>
        <w:t>Then his thumb.</w:t>
      </w:r>
    </w:p>
    <w:p w14:paraId="11F0C067" w14:textId="77777777" w:rsidR="007D7487" w:rsidRDefault="00E6407B">
      <w:pPr>
        <w:ind w:firstLine="288"/>
      </w:pPr>
      <w:r>
        <w:rPr>
          <w:rFonts w:cs="Times New Roman"/>
        </w:rPr>
        <w:t>"The thumb of the right hand."</w:t>
      </w:r>
    </w:p>
    <w:p w14:paraId="5C11E750" w14:textId="77777777" w:rsidR="007D7487" w:rsidRDefault="00E6407B">
      <w:pPr>
        <w:ind w:firstLine="288"/>
      </w:pPr>
      <w:r>
        <w:rPr>
          <w:rFonts w:cs="Times New Roman"/>
        </w:rPr>
        <w:t>Then the foot.</w:t>
      </w:r>
    </w:p>
    <w:p w14:paraId="35E3D53C" w14:textId="77777777" w:rsidR="007D7487" w:rsidRDefault="00E6407B">
      <w:pPr>
        <w:ind w:firstLine="288"/>
      </w:pPr>
      <w:r>
        <w:rPr>
          <w:rFonts w:cs="Times New Roman"/>
        </w:rPr>
        <w:t>"The great toe of the right foot."</w:t>
      </w:r>
    </w:p>
    <w:p w14:paraId="00782B3A" w14:textId="77777777" w:rsidR="007D7487" w:rsidRDefault="00E6407B">
      <w:pPr>
        <w:ind w:firstLine="288"/>
      </w:pPr>
      <w:r>
        <w:rPr>
          <w:rFonts w:cs="Times New Roman"/>
        </w:rPr>
        <w:t>Peter looked at Jesus.</w:t>
      </w:r>
    </w:p>
    <w:p w14:paraId="1D1F0E0A" w14:textId="77777777" w:rsidR="007D7487" w:rsidRDefault="00E6407B">
      <w:pPr>
        <w:ind w:firstLine="288"/>
      </w:pPr>
      <w:r>
        <w:rPr>
          <w:rFonts w:cs="Times New Roman"/>
        </w:rPr>
        <w:t>"Ear."</w:t>
      </w:r>
    </w:p>
    <w:p w14:paraId="4B6A516D" w14:textId="77777777" w:rsidR="007D7487" w:rsidRDefault="00E6407B">
      <w:pPr>
        <w:ind w:firstLine="288"/>
      </w:pPr>
      <w:r>
        <w:rPr>
          <w:rFonts w:cs="Times New Roman"/>
        </w:rPr>
        <w:t>"Hand."</w:t>
      </w:r>
    </w:p>
    <w:p w14:paraId="48C2A5FD" w14:textId="77777777" w:rsidR="007D7487" w:rsidRDefault="00E6407B">
      <w:pPr>
        <w:ind w:firstLine="288"/>
      </w:pPr>
      <w:r>
        <w:rPr>
          <w:rFonts w:cs="Times New Roman"/>
        </w:rPr>
        <w:t>"Foot."</w:t>
      </w:r>
    </w:p>
    <w:p w14:paraId="6E66C5E8" w14:textId="77777777" w:rsidR="007D7487" w:rsidRDefault="00E6407B">
      <w:pPr>
        <w:ind w:firstLine="288"/>
      </w:pPr>
      <w:r>
        <w:rPr>
          <w:rFonts w:cs="Times New Roman"/>
        </w:rPr>
        <w:t>Jesus nodded.</w:t>
      </w:r>
    </w:p>
    <w:p w14:paraId="77C33DCE" w14:textId="77777777" w:rsidR="007D7487" w:rsidRDefault="00E6407B">
      <w:pPr>
        <w:ind w:firstLine="288"/>
      </w:pPr>
      <w:r>
        <w:rPr>
          <w:rFonts w:cs="Times New Roman"/>
        </w:rPr>
        <w:t>"What does Moses say those three mean?"</w:t>
      </w:r>
    </w:p>
    <w:p w14:paraId="1826F0AA" w14:textId="77777777" w:rsidR="007D7487" w:rsidRDefault="00E6407B">
      <w:pPr>
        <w:ind w:firstLine="288"/>
      </w:pPr>
      <w:r>
        <w:rPr>
          <w:rFonts w:cs="Times New Roman"/>
        </w:rPr>
        <w:t>Peter opened his mouth.</w:t>
      </w:r>
    </w:p>
    <w:p w14:paraId="28EB61BB" w14:textId="77777777" w:rsidR="007D7487" w:rsidRDefault="00E6407B">
      <w:pPr>
        <w:ind w:firstLine="288"/>
      </w:pPr>
      <w:r>
        <w:rPr>
          <w:rFonts w:cs="Times New Roman"/>
        </w:rPr>
        <w:t>Then stopped.</w:t>
      </w:r>
    </w:p>
    <w:p w14:paraId="691110B5" w14:textId="77777777" w:rsidR="007D7487" w:rsidRDefault="00E6407B">
      <w:pPr>
        <w:ind w:firstLine="288"/>
      </w:pPr>
      <w:r>
        <w:rPr>
          <w:rFonts w:cs="Times New Roman"/>
        </w:rPr>
        <w:t>"He does not."</w:t>
      </w:r>
    </w:p>
    <w:p w14:paraId="4EBADE6C" w14:textId="77777777" w:rsidR="007D7487" w:rsidRDefault="00E6407B">
      <w:pPr>
        <w:ind w:firstLine="288"/>
      </w:pPr>
      <w:r>
        <w:rPr>
          <w:rFonts w:cs="Times New Roman"/>
        </w:rPr>
        <w:t>Jesus smiled.</w:t>
      </w:r>
    </w:p>
    <w:p w14:paraId="71F3B9EF" w14:textId="77777777" w:rsidR="007D7487" w:rsidRDefault="00E6407B">
      <w:pPr>
        <w:ind w:firstLine="288"/>
      </w:pPr>
      <w:r>
        <w:rPr>
          <w:rFonts w:cs="Times New Roman"/>
        </w:rPr>
        <w:lastRenderedPageBreak/>
        <w:t>"Good."</w:t>
      </w:r>
    </w:p>
    <w:p w14:paraId="2E310AD3" w14:textId="77777777" w:rsidR="007D7487" w:rsidRDefault="00E6407B">
      <w:pPr>
        <w:ind w:firstLine="288"/>
      </w:pPr>
      <w:r>
        <w:rPr>
          <w:rFonts w:cs="Times New Roman"/>
        </w:rPr>
        <w:t>Peter looked relieved to have stopped himself before saying more than Moses had said.</w:t>
      </w:r>
    </w:p>
    <w:p w14:paraId="2A790404" w14:textId="77777777" w:rsidR="007D7487" w:rsidRDefault="00E6407B">
      <w:pPr>
        <w:ind w:firstLine="288"/>
      </w:pPr>
      <w:r>
        <w:rPr>
          <w:rFonts w:cs="Times New Roman"/>
        </w:rPr>
        <w:t>Nathanael spoke.</w:t>
      </w:r>
    </w:p>
    <w:p w14:paraId="7F9BCC3D" w14:textId="77777777" w:rsidR="007D7487" w:rsidRDefault="00E6407B">
      <w:pPr>
        <w:ind w:firstLine="288"/>
      </w:pPr>
      <w:r>
        <w:rPr>
          <w:rFonts w:cs="Times New Roman"/>
        </w:rPr>
        <w:t>"But it is hard not to see hearing, doing, walking."</w:t>
      </w:r>
    </w:p>
    <w:p w14:paraId="16F7489B" w14:textId="77777777" w:rsidR="007D7487" w:rsidRDefault="00E6407B">
      <w:pPr>
        <w:ind w:firstLine="288"/>
      </w:pPr>
      <w:r>
        <w:rPr>
          <w:rFonts w:cs="Times New Roman"/>
        </w:rPr>
        <w:t>John understood why the correspondence attracted Nathanael.</w:t>
      </w:r>
    </w:p>
    <w:p w14:paraId="27A9334F" w14:textId="77777777" w:rsidR="007D7487" w:rsidRDefault="00E6407B">
      <w:pPr>
        <w:ind w:firstLine="288"/>
      </w:pPr>
      <w:r>
        <w:rPr>
          <w:rFonts w:cs="Times New Roman"/>
        </w:rPr>
        <w:t>Ear, hand, foot.</w:t>
      </w:r>
    </w:p>
    <w:p w14:paraId="21221EBD" w14:textId="77777777" w:rsidR="007D7487" w:rsidRDefault="00E6407B">
      <w:pPr>
        <w:ind w:firstLine="288"/>
      </w:pPr>
      <w:r>
        <w:rPr>
          <w:rFonts w:cs="Times New Roman"/>
        </w:rPr>
        <w:t>Receive.</w:t>
      </w:r>
    </w:p>
    <w:p w14:paraId="3502059D" w14:textId="77777777" w:rsidR="007D7487" w:rsidRDefault="00E6407B">
      <w:pPr>
        <w:ind w:firstLine="288"/>
      </w:pPr>
      <w:r>
        <w:rPr>
          <w:rFonts w:cs="Times New Roman"/>
        </w:rPr>
        <w:t>Serve.</w:t>
      </w:r>
    </w:p>
    <w:p w14:paraId="299E206B" w14:textId="77777777" w:rsidR="007D7487" w:rsidRDefault="00E6407B">
      <w:pPr>
        <w:ind w:firstLine="288"/>
      </w:pPr>
      <w:r>
        <w:rPr>
          <w:rFonts w:cs="Times New Roman"/>
        </w:rPr>
        <w:t>Walk.</w:t>
      </w:r>
    </w:p>
    <w:p w14:paraId="324E6E2E" w14:textId="77777777" w:rsidR="007D7487" w:rsidRDefault="00E6407B">
      <w:pPr>
        <w:ind w:firstLine="288"/>
      </w:pPr>
      <w:r>
        <w:rPr>
          <w:rFonts w:cs="Times New Roman"/>
        </w:rPr>
        <w:t>But attraction was not exegesis.</w:t>
      </w:r>
    </w:p>
    <w:p w14:paraId="05E5B53A" w14:textId="77777777" w:rsidR="007D7487" w:rsidRDefault="00E6407B">
      <w:pPr>
        <w:ind w:firstLine="288"/>
      </w:pPr>
      <w:r>
        <w:rPr>
          <w:rFonts w:cs="Times New Roman"/>
        </w:rPr>
        <w:t>The text gave the locations of the blood; it did not supply Nathanael’s interpretation as their definition.</w:t>
      </w:r>
    </w:p>
    <w:p w14:paraId="586635BB" w14:textId="77777777" w:rsidR="007D7487" w:rsidRDefault="00E6407B">
      <w:pPr>
        <w:ind w:firstLine="288"/>
      </w:pPr>
      <w:r>
        <w:rPr>
          <w:rFonts w:cs="Times New Roman"/>
        </w:rPr>
        <w:t>Jesus looked toward him.</w:t>
      </w:r>
    </w:p>
    <w:p w14:paraId="64282198" w14:textId="77777777" w:rsidR="007D7487" w:rsidRDefault="00E6407B">
      <w:pPr>
        <w:ind w:firstLine="288"/>
      </w:pPr>
      <w:r>
        <w:rPr>
          <w:rFonts w:cs="Times New Roman"/>
        </w:rPr>
        <w:t>"Then notice it."</w:t>
      </w:r>
    </w:p>
    <w:p w14:paraId="729DBC2D" w14:textId="77777777" w:rsidR="007D7487" w:rsidRDefault="00E6407B">
      <w:pPr>
        <w:ind w:firstLine="288"/>
      </w:pPr>
      <w:r>
        <w:rPr>
          <w:rFonts w:cs="Times New Roman"/>
        </w:rPr>
        <w:t>"But do not say Moses explained it that way."</w:t>
      </w:r>
    </w:p>
    <w:p w14:paraId="28490322" w14:textId="77777777" w:rsidR="007D7487" w:rsidRDefault="00E6407B">
      <w:pPr>
        <w:ind w:firstLine="288"/>
      </w:pPr>
      <w:r>
        <w:rPr>
          <w:rFonts w:cs="Times New Roman"/>
        </w:rPr>
        <w:t>Nathanael nodded.</w:t>
      </w:r>
    </w:p>
    <w:p w14:paraId="140A01B3" w14:textId="77777777" w:rsidR="007D7487" w:rsidRDefault="00E6407B">
      <w:pPr>
        <w:ind w:firstLine="288"/>
      </w:pPr>
      <w:r>
        <w:rPr>
          <w:rFonts w:cs="Times New Roman"/>
        </w:rPr>
        <w:t>Nicodemus was already thinking beyond it.</w:t>
      </w:r>
    </w:p>
    <w:p w14:paraId="5EEFFB67" w14:textId="77777777" w:rsidR="007D7487" w:rsidRDefault="00E6407B">
      <w:pPr>
        <w:ind w:firstLine="288"/>
      </w:pPr>
      <w:r>
        <w:rPr>
          <w:rFonts w:cs="Times New Roman"/>
        </w:rPr>
        <w:t>"And later parts of the offering are put in their hands."</w:t>
      </w:r>
    </w:p>
    <w:p w14:paraId="378C9448" w14:textId="77777777" w:rsidR="007D7487" w:rsidRDefault="00E6407B">
      <w:pPr>
        <w:ind w:firstLine="288"/>
      </w:pPr>
      <w:r>
        <w:rPr>
          <w:rFonts w:cs="Times New Roman"/>
        </w:rPr>
        <w:t>Jesus looked toward him.</w:t>
      </w:r>
    </w:p>
    <w:p w14:paraId="27215D48" w14:textId="77777777" w:rsidR="007D7487" w:rsidRDefault="00E6407B">
      <w:pPr>
        <w:ind w:firstLine="288"/>
      </w:pPr>
      <w:r>
        <w:rPr>
          <w:rFonts w:cs="Times New Roman"/>
        </w:rPr>
        <w:t>"Which part of the hand?"</w:t>
      </w:r>
    </w:p>
    <w:p w14:paraId="460465CD" w14:textId="77777777" w:rsidR="007D7487" w:rsidRDefault="00E6407B">
      <w:pPr>
        <w:ind w:firstLine="288"/>
      </w:pPr>
      <w:r>
        <w:rPr>
          <w:rFonts w:cs="Times New Roman"/>
        </w:rPr>
        <w:t>"The palms."</w:t>
      </w:r>
    </w:p>
    <w:p w14:paraId="31C250BA" w14:textId="77777777" w:rsidR="007D7487" w:rsidRDefault="00E6407B">
      <w:pPr>
        <w:ind w:firstLine="288"/>
      </w:pPr>
      <w:r>
        <w:rPr>
          <w:rFonts w:cs="Times New Roman"/>
        </w:rPr>
        <w:t>Nicodemus's expression changed again.</w:t>
      </w:r>
    </w:p>
    <w:p w14:paraId="069FAE97" w14:textId="77777777" w:rsidR="007D7487" w:rsidRDefault="00E6407B">
      <w:pPr>
        <w:ind w:firstLine="288"/>
      </w:pPr>
      <w:r>
        <w:rPr>
          <w:rFonts w:cs="Times New Roman"/>
        </w:rPr>
        <w:t>"Kaph."</w:t>
      </w:r>
    </w:p>
    <w:p w14:paraId="36F9811E" w14:textId="77777777" w:rsidR="007D7487" w:rsidRDefault="00E6407B">
      <w:pPr>
        <w:ind w:firstLine="288"/>
      </w:pPr>
      <w:r>
        <w:rPr>
          <w:rFonts w:cs="Times New Roman"/>
        </w:rPr>
        <w:t>He looked down at the first letter he had traced.</w:t>
      </w:r>
    </w:p>
    <w:p w14:paraId="1CDB2076" w14:textId="77777777" w:rsidR="007D7487" w:rsidRDefault="00E6407B">
      <w:pPr>
        <w:ind w:firstLine="288"/>
      </w:pPr>
      <w:r>
        <w:rPr>
          <w:rFonts w:cs="Times New Roman"/>
        </w:rPr>
        <w:t>"The palm."</w:t>
      </w:r>
    </w:p>
    <w:p w14:paraId="1D790A10" w14:textId="77777777" w:rsidR="007D7487" w:rsidRDefault="00E6407B">
      <w:pPr>
        <w:ind w:firstLine="288"/>
      </w:pPr>
      <w:r>
        <w:rPr>
          <w:rFonts w:cs="Times New Roman"/>
        </w:rPr>
        <w:t>Jesus nodded.</w:t>
      </w:r>
    </w:p>
    <w:p w14:paraId="4783CE52" w14:textId="77777777" w:rsidR="007D7487" w:rsidRDefault="00E6407B">
      <w:pPr>
        <w:ind w:firstLine="288"/>
      </w:pPr>
      <w:r>
        <w:rPr>
          <w:rFonts w:cs="Times New Roman"/>
        </w:rPr>
        <w:t>"The priest's palm receives what God appointed and presents it."</w:t>
      </w:r>
    </w:p>
    <w:p w14:paraId="268EF6B5" w14:textId="77777777" w:rsidR="007D7487" w:rsidRDefault="00E6407B">
      <w:pPr>
        <w:ind w:firstLine="288"/>
      </w:pPr>
      <w:r>
        <w:rPr>
          <w:rFonts w:cs="Times New Roman"/>
        </w:rPr>
        <w:t>"But the spelling did not design the ritual."</w:t>
      </w:r>
    </w:p>
    <w:p w14:paraId="559B4C34" w14:textId="77777777" w:rsidR="007D7487" w:rsidRDefault="00E6407B">
      <w:pPr>
        <w:ind w:firstLine="288"/>
      </w:pPr>
      <w:r>
        <w:rPr>
          <w:rFonts w:cs="Times New Roman"/>
        </w:rPr>
        <w:t>"No."</w:t>
      </w:r>
    </w:p>
    <w:p w14:paraId="41C7478C" w14:textId="77777777" w:rsidR="007D7487" w:rsidRDefault="00E6407B">
      <w:pPr>
        <w:ind w:firstLine="288"/>
      </w:pPr>
      <w:r>
        <w:rPr>
          <w:rFonts w:cs="Times New Roman"/>
        </w:rPr>
        <w:t>"The ritual makes the correspondence worth noticing."</w:t>
      </w:r>
    </w:p>
    <w:p w14:paraId="1510ABD7" w14:textId="77777777" w:rsidR="007D7487" w:rsidRDefault="00E6407B">
      <w:pPr>
        <w:ind w:firstLine="288"/>
      </w:pPr>
      <w:r>
        <w:rPr>
          <w:rFonts w:cs="Times New Roman"/>
        </w:rPr>
        <w:t>Nicodemus smiled.</w:t>
      </w:r>
    </w:p>
    <w:p w14:paraId="3B9D12C0" w14:textId="77777777" w:rsidR="007D7487" w:rsidRDefault="00E6407B">
      <w:pPr>
        <w:ind w:firstLine="288"/>
      </w:pPr>
      <w:r>
        <w:rPr>
          <w:rFonts w:cs="Times New Roman"/>
        </w:rPr>
        <w:t>"You are going to make me say that every time."</w:t>
      </w:r>
    </w:p>
    <w:p w14:paraId="13E519B5" w14:textId="77777777" w:rsidR="007D7487" w:rsidRDefault="00E6407B">
      <w:pPr>
        <w:ind w:firstLine="288"/>
      </w:pPr>
      <w:r>
        <w:rPr>
          <w:rFonts w:cs="Times New Roman"/>
        </w:rPr>
        <w:t>"Probably."</w:t>
      </w:r>
    </w:p>
    <w:p w14:paraId="5717F2F1" w14:textId="77777777" w:rsidR="007D7487" w:rsidRDefault="00E6407B">
      <w:pPr>
        <w:ind w:firstLine="288"/>
      </w:pPr>
      <w:r>
        <w:rPr>
          <w:rFonts w:cs="Times New Roman"/>
        </w:rPr>
        <w:t>Joseph laughed.</w:t>
      </w:r>
    </w:p>
    <w:p w14:paraId="4CCFFE9D" w14:textId="77777777" w:rsidR="007D7487" w:rsidRDefault="00E6407B">
      <w:pPr>
        <w:suppressLineNumbers/>
        <w:spacing w:before="100" w:after="100"/>
        <w:jc w:val="center"/>
      </w:pPr>
      <w:r>
        <w:rPr>
          <w:rFonts w:cs="Times New Roman"/>
          <w:sz w:val="20"/>
        </w:rPr>
        <w:t>* * *</w:t>
      </w:r>
    </w:p>
    <w:p w14:paraId="62679890" w14:textId="77777777" w:rsidR="007D7487" w:rsidRDefault="00E6407B">
      <w:pPr>
        <w:ind w:firstLine="288"/>
      </w:pPr>
      <w:r>
        <w:rPr>
          <w:rFonts w:cs="Times New Roman"/>
        </w:rPr>
        <w:t>Jesus let the group rest.</w:t>
      </w:r>
    </w:p>
    <w:p w14:paraId="3B54A9C0" w14:textId="77777777" w:rsidR="007D7487" w:rsidRDefault="00E6407B">
      <w:pPr>
        <w:ind w:firstLine="288"/>
      </w:pPr>
      <w:r>
        <w:rPr>
          <w:rFonts w:cs="Times New Roman"/>
        </w:rPr>
        <w:t>The intensity of the discoveries had changed their faces.</w:t>
      </w:r>
    </w:p>
    <w:p w14:paraId="3A00F1A2" w14:textId="77777777" w:rsidR="007D7487" w:rsidRDefault="00E6407B">
      <w:pPr>
        <w:ind w:firstLine="288"/>
      </w:pPr>
      <w:r>
        <w:rPr>
          <w:rFonts w:cs="Times New Roman"/>
        </w:rPr>
        <w:t>Some looked tired.</w:t>
      </w:r>
    </w:p>
    <w:p w14:paraId="5142A73F" w14:textId="77777777" w:rsidR="007D7487" w:rsidRDefault="00E6407B">
      <w:pPr>
        <w:ind w:firstLine="288"/>
      </w:pPr>
      <w:r>
        <w:rPr>
          <w:rFonts w:cs="Times New Roman"/>
        </w:rPr>
        <w:lastRenderedPageBreak/>
        <w:t>Some looked exhilarated.</w:t>
      </w:r>
    </w:p>
    <w:p w14:paraId="0516FC19" w14:textId="77777777" w:rsidR="007D7487" w:rsidRDefault="00E6407B">
      <w:pPr>
        <w:ind w:firstLine="288"/>
      </w:pPr>
      <w:r>
        <w:rPr>
          <w:rFonts w:cs="Times New Roman"/>
        </w:rPr>
        <w:t>Nicodemus looked both.</w:t>
      </w:r>
    </w:p>
    <w:p w14:paraId="5DD2073F" w14:textId="77777777" w:rsidR="007D7487" w:rsidRDefault="00E6407B">
      <w:pPr>
        <w:ind w:firstLine="288"/>
      </w:pPr>
      <w:r>
        <w:rPr>
          <w:rFonts w:cs="Times New Roman"/>
        </w:rPr>
        <w:t>After a while Jesus returned to Eden.</w:t>
      </w:r>
    </w:p>
    <w:p w14:paraId="5D6CF69E" w14:textId="77777777" w:rsidR="007D7487" w:rsidRDefault="00E6407B">
      <w:pPr>
        <w:ind w:firstLine="288"/>
      </w:pPr>
      <w:r>
        <w:rPr>
          <w:rFonts w:cs="Times New Roman"/>
        </w:rPr>
        <w:t>"Now go back."</w:t>
      </w:r>
    </w:p>
    <w:p w14:paraId="383DF978" w14:textId="77777777" w:rsidR="007D7487" w:rsidRDefault="00E6407B">
      <w:pPr>
        <w:ind w:firstLine="288"/>
      </w:pPr>
      <w:r>
        <w:rPr>
          <w:rFonts w:cs="Times New Roman"/>
        </w:rPr>
        <w:t>Peter groaned softly.</w:t>
      </w:r>
    </w:p>
    <w:p w14:paraId="3C9843EA" w14:textId="77777777" w:rsidR="007D7487" w:rsidRDefault="00E6407B">
      <w:pPr>
        <w:ind w:firstLine="288"/>
      </w:pPr>
      <w:r>
        <w:rPr>
          <w:rFonts w:cs="Times New Roman"/>
        </w:rPr>
        <w:t>"All the way?"</w:t>
      </w:r>
    </w:p>
    <w:p w14:paraId="38724140" w14:textId="77777777" w:rsidR="007D7487" w:rsidRDefault="00E6407B">
      <w:pPr>
        <w:ind w:firstLine="288"/>
      </w:pPr>
      <w:r>
        <w:rPr>
          <w:rFonts w:cs="Times New Roman"/>
        </w:rPr>
        <w:t>"All the way."</w:t>
      </w:r>
    </w:p>
    <w:p w14:paraId="123DF48B" w14:textId="77777777" w:rsidR="007D7487" w:rsidRDefault="00E6407B">
      <w:pPr>
        <w:ind w:firstLine="288"/>
      </w:pPr>
      <w:r>
        <w:rPr>
          <w:rFonts w:cs="Times New Roman"/>
        </w:rPr>
        <w:t>A few laughed.</w:t>
      </w:r>
    </w:p>
    <w:p w14:paraId="6DDB2620" w14:textId="77777777" w:rsidR="007D7487" w:rsidRDefault="00E6407B">
      <w:pPr>
        <w:ind w:firstLine="288"/>
      </w:pPr>
      <w:r>
        <w:rPr>
          <w:rFonts w:cs="Times New Roman"/>
        </w:rPr>
        <w:t>Jesus looked toward Nathanael.</w:t>
      </w:r>
    </w:p>
    <w:p w14:paraId="0B528B38" w14:textId="77777777" w:rsidR="007D7487" w:rsidRDefault="00E6407B">
      <w:pPr>
        <w:ind w:firstLine="288"/>
      </w:pPr>
      <w:r>
        <w:rPr>
          <w:rFonts w:cs="Times New Roman"/>
        </w:rPr>
        <w:t>"What was there?"</w:t>
      </w:r>
    </w:p>
    <w:p w14:paraId="78B3A4E7" w14:textId="77777777" w:rsidR="007D7487" w:rsidRDefault="00E6407B">
      <w:pPr>
        <w:ind w:firstLine="288"/>
      </w:pPr>
      <w:r>
        <w:rPr>
          <w:rFonts w:cs="Times New Roman"/>
        </w:rPr>
        <w:t>Nathanael began.</w:t>
      </w:r>
    </w:p>
    <w:p w14:paraId="1ECA2FA6" w14:textId="77777777" w:rsidR="007D7487" w:rsidRDefault="00E6407B">
      <w:pPr>
        <w:ind w:firstLine="288"/>
      </w:pPr>
      <w:r>
        <w:rPr>
          <w:rFonts w:cs="Times New Roman"/>
        </w:rPr>
        <w:t>"A garden."</w:t>
      </w:r>
    </w:p>
    <w:p w14:paraId="4D92C55A" w14:textId="77777777" w:rsidR="007D7487" w:rsidRDefault="00E6407B">
      <w:pPr>
        <w:ind w:firstLine="288"/>
      </w:pPr>
      <w:r>
        <w:rPr>
          <w:rFonts w:cs="Times New Roman"/>
        </w:rPr>
        <w:t>"More."</w:t>
      </w:r>
    </w:p>
    <w:p w14:paraId="12A9E391" w14:textId="77777777" w:rsidR="007D7487" w:rsidRDefault="00E6407B">
      <w:pPr>
        <w:ind w:firstLine="288"/>
      </w:pPr>
      <w:r>
        <w:rPr>
          <w:rFonts w:cs="Times New Roman"/>
        </w:rPr>
        <w:t>"The presence of God."</w:t>
      </w:r>
    </w:p>
    <w:p w14:paraId="1A8BEB4C" w14:textId="77777777" w:rsidR="007D7487" w:rsidRDefault="00E6407B">
      <w:pPr>
        <w:ind w:firstLine="288"/>
      </w:pPr>
      <w:r>
        <w:rPr>
          <w:rFonts w:cs="Times New Roman"/>
        </w:rPr>
        <w:t>Andrew added:</w:t>
      </w:r>
    </w:p>
    <w:p w14:paraId="04CE903D" w14:textId="77777777" w:rsidR="007D7487" w:rsidRDefault="00E6407B">
      <w:pPr>
        <w:ind w:firstLine="288"/>
      </w:pPr>
      <w:r>
        <w:rPr>
          <w:rFonts w:cs="Times New Roman"/>
        </w:rPr>
        <w:t>"A man placed there to serve and guard."</w:t>
      </w:r>
    </w:p>
    <w:p w14:paraId="03802E89" w14:textId="77777777" w:rsidR="007D7487" w:rsidRDefault="00E6407B">
      <w:pPr>
        <w:ind w:firstLine="288"/>
      </w:pPr>
      <w:r>
        <w:rPr>
          <w:rFonts w:cs="Times New Roman"/>
        </w:rPr>
        <w:t>Mary Magdalene:</w:t>
      </w:r>
    </w:p>
    <w:p w14:paraId="6785DDFD" w14:textId="77777777" w:rsidR="007D7487" w:rsidRDefault="00E6407B">
      <w:pPr>
        <w:ind w:firstLine="288"/>
      </w:pPr>
      <w:r>
        <w:rPr>
          <w:rFonts w:cs="Times New Roman"/>
        </w:rPr>
        <w:t>"A command."</w:t>
      </w:r>
    </w:p>
    <w:p w14:paraId="15A210CC" w14:textId="77777777" w:rsidR="007D7487" w:rsidRDefault="00E6407B">
      <w:pPr>
        <w:ind w:firstLine="288"/>
      </w:pPr>
      <w:r>
        <w:rPr>
          <w:rFonts w:cs="Times New Roman"/>
        </w:rPr>
        <w:t>Thomas:</w:t>
      </w:r>
    </w:p>
    <w:p w14:paraId="056B2C71" w14:textId="77777777" w:rsidR="007D7487" w:rsidRDefault="00E6407B">
      <w:pPr>
        <w:ind w:firstLine="288"/>
      </w:pPr>
      <w:r>
        <w:rPr>
          <w:rFonts w:cs="Times New Roman"/>
        </w:rPr>
        <w:t>"The serpent."</w:t>
      </w:r>
    </w:p>
    <w:p w14:paraId="7B94A5B7" w14:textId="77777777" w:rsidR="007D7487" w:rsidRDefault="00E6407B">
      <w:pPr>
        <w:ind w:firstLine="288"/>
      </w:pPr>
      <w:r>
        <w:rPr>
          <w:rFonts w:cs="Times New Roman"/>
        </w:rPr>
        <w:t>Peter:</w:t>
      </w:r>
    </w:p>
    <w:p w14:paraId="10A6664E" w14:textId="77777777" w:rsidR="007D7487" w:rsidRDefault="00E6407B">
      <w:pPr>
        <w:ind w:firstLine="288"/>
      </w:pPr>
      <w:r>
        <w:rPr>
          <w:rFonts w:cs="Times New Roman"/>
        </w:rPr>
        <w:t>"Disobedience."</w:t>
      </w:r>
    </w:p>
    <w:p w14:paraId="5AAF6586" w14:textId="77777777" w:rsidR="007D7487" w:rsidRDefault="00E6407B">
      <w:pPr>
        <w:ind w:firstLine="288"/>
      </w:pPr>
      <w:r>
        <w:rPr>
          <w:rFonts w:cs="Times New Roman"/>
        </w:rPr>
        <w:t>Jesus looked toward the women.</w:t>
      </w:r>
    </w:p>
    <w:p w14:paraId="15D69F72" w14:textId="77777777" w:rsidR="007D7487" w:rsidRDefault="00E6407B">
      <w:pPr>
        <w:ind w:firstLine="288"/>
      </w:pPr>
      <w:r>
        <w:rPr>
          <w:rFonts w:cs="Times New Roman"/>
        </w:rPr>
        <w:t>Mary of Bethany answered.</w:t>
      </w:r>
    </w:p>
    <w:p w14:paraId="65AFA31E" w14:textId="77777777" w:rsidR="007D7487" w:rsidRDefault="00E6407B">
      <w:pPr>
        <w:ind w:firstLine="288"/>
      </w:pPr>
      <w:r>
        <w:rPr>
          <w:rFonts w:cs="Times New Roman"/>
        </w:rPr>
        <w:t>"Shame."</w:t>
      </w:r>
    </w:p>
    <w:p w14:paraId="1E119369" w14:textId="77777777" w:rsidR="007D7487" w:rsidRDefault="00E6407B">
      <w:pPr>
        <w:ind w:firstLine="288"/>
      </w:pPr>
      <w:r>
        <w:rPr>
          <w:rFonts w:cs="Times New Roman"/>
        </w:rPr>
        <w:t>"Fear."</w:t>
      </w:r>
    </w:p>
    <w:p w14:paraId="2350F0FF" w14:textId="77777777" w:rsidR="007D7487" w:rsidRDefault="00E6407B">
      <w:pPr>
        <w:ind w:firstLine="288"/>
      </w:pPr>
      <w:r>
        <w:rPr>
          <w:rFonts w:cs="Times New Roman"/>
        </w:rPr>
        <w:t>Joanna:</w:t>
      </w:r>
    </w:p>
    <w:p w14:paraId="733A35E8" w14:textId="77777777" w:rsidR="007D7487" w:rsidRDefault="00E6407B">
      <w:pPr>
        <w:ind w:firstLine="288"/>
      </w:pPr>
      <w:r>
        <w:rPr>
          <w:rFonts w:cs="Times New Roman"/>
        </w:rPr>
        <w:t>"They made their own covering."</w:t>
      </w:r>
    </w:p>
    <w:p w14:paraId="1B330C3B" w14:textId="77777777" w:rsidR="007D7487" w:rsidRDefault="00E6407B">
      <w:pPr>
        <w:ind w:firstLine="288"/>
      </w:pPr>
      <w:r>
        <w:rPr>
          <w:rFonts w:cs="Times New Roman"/>
        </w:rPr>
        <w:t>Jesus' mother added:</w:t>
      </w:r>
    </w:p>
    <w:p w14:paraId="1068EC28" w14:textId="77777777" w:rsidR="007D7487" w:rsidRDefault="00E6407B">
      <w:pPr>
        <w:ind w:firstLine="288"/>
      </w:pPr>
      <w:r>
        <w:rPr>
          <w:rFonts w:cs="Times New Roman"/>
        </w:rPr>
        <w:t>"And God clothed them."</w:t>
      </w:r>
    </w:p>
    <w:p w14:paraId="24388144" w14:textId="77777777" w:rsidR="007D7487" w:rsidRDefault="00E6407B">
      <w:pPr>
        <w:ind w:firstLine="288"/>
      </w:pPr>
      <w:r>
        <w:rPr>
          <w:rFonts w:cs="Times New Roman"/>
        </w:rPr>
        <w:t>James said:</w:t>
      </w:r>
    </w:p>
    <w:p w14:paraId="26C3D32A" w14:textId="77777777" w:rsidR="007D7487" w:rsidRDefault="00E6407B">
      <w:pPr>
        <w:ind w:firstLine="288"/>
      </w:pPr>
      <w:r>
        <w:rPr>
          <w:rFonts w:cs="Times New Roman"/>
        </w:rPr>
        <w:t>"They were driven out."</w:t>
      </w:r>
    </w:p>
    <w:p w14:paraId="4188B458" w14:textId="77777777" w:rsidR="007D7487" w:rsidRDefault="00E6407B">
      <w:pPr>
        <w:ind w:firstLine="288"/>
      </w:pPr>
      <w:r>
        <w:rPr>
          <w:rFonts w:cs="Times New Roman"/>
        </w:rPr>
        <w:t>Nathanael:</w:t>
      </w:r>
    </w:p>
    <w:p w14:paraId="347B75C0" w14:textId="77777777" w:rsidR="007D7487" w:rsidRDefault="00E6407B">
      <w:pPr>
        <w:ind w:firstLine="288"/>
      </w:pPr>
      <w:r>
        <w:rPr>
          <w:rFonts w:cs="Times New Roman"/>
        </w:rPr>
        <w:t>"Cherubim guarded the way."</w:t>
      </w:r>
    </w:p>
    <w:p w14:paraId="7F612229" w14:textId="77777777" w:rsidR="007D7487" w:rsidRDefault="00E6407B">
      <w:pPr>
        <w:ind w:firstLine="288"/>
      </w:pPr>
      <w:r>
        <w:rPr>
          <w:rFonts w:cs="Times New Roman"/>
        </w:rPr>
        <w:t>Jesus nodded.</w:t>
      </w:r>
    </w:p>
    <w:p w14:paraId="4C686FD0" w14:textId="77777777" w:rsidR="007D7487" w:rsidRDefault="00E6407B">
      <w:pPr>
        <w:ind w:firstLine="288"/>
      </w:pPr>
      <w:r>
        <w:rPr>
          <w:rFonts w:cs="Times New Roman"/>
        </w:rPr>
        <w:t>"And in the next generation?"</w:t>
      </w:r>
    </w:p>
    <w:p w14:paraId="5D964E36" w14:textId="77777777" w:rsidR="007D7487" w:rsidRDefault="00E6407B">
      <w:pPr>
        <w:ind w:firstLine="288"/>
      </w:pPr>
      <w:r>
        <w:rPr>
          <w:rFonts w:cs="Times New Roman"/>
        </w:rPr>
        <w:t>"Offerings," Andrew answered.</w:t>
      </w:r>
    </w:p>
    <w:p w14:paraId="6A434AAD" w14:textId="77777777" w:rsidR="007D7487" w:rsidRDefault="00E6407B">
      <w:pPr>
        <w:ind w:firstLine="288"/>
      </w:pPr>
      <w:r>
        <w:rPr>
          <w:rFonts w:cs="Times New Roman"/>
        </w:rPr>
        <w:t>Jesus looked around.</w:t>
      </w:r>
    </w:p>
    <w:p w14:paraId="3294BF9E" w14:textId="77777777" w:rsidR="007D7487" w:rsidRDefault="00E6407B">
      <w:pPr>
        <w:ind w:firstLine="288"/>
      </w:pPr>
      <w:r>
        <w:rPr>
          <w:rFonts w:cs="Times New Roman"/>
        </w:rPr>
        <w:lastRenderedPageBreak/>
        <w:t>"Now what does Torah later make explicit?"</w:t>
      </w:r>
    </w:p>
    <w:p w14:paraId="0F87D20A" w14:textId="77777777" w:rsidR="007D7487" w:rsidRDefault="00E6407B">
      <w:pPr>
        <w:ind w:firstLine="288"/>
      </w:pPr>
      <w:r>
        <w:rPr>
          <w:rFonts w:cs="Times New Roman"/>
        </w:rPr>
        <w:t>Nicodemus took a long breath.</w:t>
      </w:r>
    </w:p>
    <w:p w14:paraId="6891819A" w14:textId="77777777" w:rsidR="007D7487" w:rsidRDefault="00E6407B">
      <w:pPr>
        <w:ind w:firstLine="288"/>
      </w:pPr>
      <w:r>
        <w:rPr>
          <w:rFonts w:cs="Times New Roman"/>
        </w:rPr>
        <w:t>The list was growing.</w:t>
      </w:r>
    </w:p>
    <w:p w14:paraId="3125E516" w14:textId="77777777" w:rsidR="007D7487" w:rsidRDefault="00E6407B">
      <w:pPr>
        <w:ind w:firstLine="288"/>
      </w:pPr>
      <w:r>
        <w:rPr>
          <w:rFonts w:cs="Times New Roman"/>
        </w:rPr>
        <w:t>"Sanctuary."</w:t>
      </w:r>
    </w:p>
    <w:p w14:paraId="15D2454D" w14:textId="77777777" w:rsidR="007D7487" w:rsidRDefault="00E6407B">
      <w:pPr>
        <w:ind w:firstLine="288"/>
      </w:pPr>
      <w:r>
        <w:rPr>
          <w:rFonts w:cs="Times New Roman"/>
        </w:rPr>
        <w:t>"Guarding."</w:t>
      </w:r>
    </w:p>
    <w:p w14:paraId="3EB95950" w14:textId="77777777" w:rsidR="007D7487" w:rsidRDefault="00E6407B">
      <w:pPr>
        <w:ind w:firstLine="288"/>
      </w:pPr>
      <w:r>
        <w:rPr>
          <w:rFonts w:cs="Times New Roman"/>
        </w:rPr>
        <w:t>"Priests."</w:t>
      </w:r>
    </w:p>
    <w:p w14:paraId="67A430B2" w14:textId="77777777" w:rsidR="007D7487" w:rsidRDefault="00E6407B">
      <w:pPr>
        <w:ind w:firstLine="288"/>
      </w:pPr>
      <w:r>
        <w:rPr>
          <w:rFonts w:cs="Times New Roman"/>
        </w:rPr>
        <w:t>"Garments."</w:t>
      </w:r>
    </w:p>
    <w:p w14:paraId="20ED0651" w14:textId="77777777" w:rsidR="007D7487" w:rsidRDefault="00E6407B">
      <w:pPr>
        <w:ind w:firstLine="288"/>
      </w:pPr>
      <w:r>
        <w:rPr>
          <w:rFonts w:cs="Times New Roman"/>
        </w:rPr>
        <w:t>"Washing."</w:t>
      </w:r>
    </w:p>
    <w:p w14:paraId="4018093F" w14:textId="77777777" w:rsidR="007D7487" w:rsidRDefault="00E6407B">
      <w:pPr>
        <w:ind w:firstLine="288"/>
      </w:pPr>
      <w:r>
        <w:rPr>
          <w:rFonts w:cs="Times New Roman"/>
        </w:rPr>
        <w:t>"Sacrifices."</w:t>
      </w:r>
    </w:p>
    <w:p w14:paraId="75279C16" w14:textId="77777777" w:rsidR="007D7487" w:rsidRDefault="00E6407B">
      <w:pPr>
        <w:ind w:firstLine="288"/>
      </w:pPr>
      <w:r>
        <w:rPr>
          <w:rFonts w:cs="Times New Roman"/>
        </w:rPr>
        <w:t>"Confession."</w:t>
      </w:r>
    </w:p>
    <w:p w14:paraId="0B9BEEE8" w14:textId="77777777" w:rsidR="007D7487" w:rsidRDefault="00E6407B">
      <w:pPr>
        <w:ind w:firstLine="288"/>
      </w:pPr>
      <w:r>
        <w:rPr>
          <w:rFonts w:cs="Times New Roman"/>
        </w:rPr>
        <w:t>"Blood."</w:t>
      </w:r>
    </w:p>
    <w:p w14:paraId="7828F7F2" w14:textId="77777777" w:rsidR="007D7487" w:rsidRDefault="00E6407B">
      <w:pPr>
        <w:ind w:firstLine="288"/>
      </w:pPr>
      <w:r>
        <w:rPr>
          <w:rFonts w:cs="Times New Roman"/>
        </w:rPr>
        <w:t>"Atonement."</w:t>
      </w:r>
    </w:p>
    <w:p w14:paraId="56BCEB8F" w14:textId="77777777" w:rsidR="007D7487" w:rsidRDefault="00E6407B">
      <w:pPr>
        <w:ind w:firstLine="288"/>
      </w:pPr>
      <w:r>
        <w:rPr>
          <w:rFonts w:cs="Times New Roman"/>
        </w:rPr>
        <w:t>"Forgiveness."</w:t>
      </w:r>
    </w:p>
    <w:p w14:paraId="28A5B57A" w14:textId="77777777" w:rsidR="007D7487" w:rsidRDefault="00E6407B">
      <w:pPr>
        <w:ind w:firstLine="288"/>
      </w:pPr>
      <w:r>
        <w:rPr>
          <w:rFonts w:cs="Times New Roman"/>
        </w:rPr>
        <w:t>"Approach."</w:t>
      </w:r>
    </w:p>
    <w:p w14:paraId="782FCBB4" w14:textId="77777777" w:rsidR="007D7487" w:rsidRDefault="00E6407B">
      <w:pPr>
        <w:ind w:firstLine="288"/>
      </w:pPr>
      <w:r>
        <w:rPr>
          <w:rFonts w:cs="Times New Roman"/>
        </w:rPr>
        <w:t>Nicodemus looked back through the sequence as if seeing a long corridor rather than isolated rooms.</w:t>
      </w:r>
    </w:p>
    <w:p w14:paraId="5CA6B60B" w14:textId="77777777" w:rsidR="007D7487" w:rsidRDefault="00E6407B">
      <w:pPr>
        <w:ind w:firstLine="288"/>
      </w:pPr>
      <w:r>
        <w:rPr>
          <w:rFonts w:cs="Times New Roman"/>
        </w:rPr>
        <w:t>Eden had given sacred space, command, failure, shame, God’s clothing, expulsion, and guarded approach.</w:t>
      </w:r>
    </w:p>
    <w:p w14:paraId="02A2B55E" w14:textId="77777777" w:rsidR="007D7487" w:rsidRDefault="00E6407B">
      <w:pPr>
        <w:ind w:firstLine="288"/>
      </w:pPr>
      <w:r>
        <w:rPr>
          <w:rFonts w:cs="Times New Roman"/>
        </w:rPr>
        <w:t>The next generation had given offerings.</w:t>
      </w:r>
    </w:p>
    <w:p w14:paraId="371483CE" w14:textId="77777777" w:rsidR="007D7487" w:rsidRDefault="00E6407B">
      <w:pPr>
        <w:ind w:firstLine="288"/>
      </w:pPr>
      <w:r>
        <w:rPr>
          <w:rFonts w:cs="Times New Roman"/>
        </w:rPr>
        <w:t>Noah had given grace, preservation, clean-animal distinction, altar, and covenant.</w:t>
      </w:r>
    </w:p>
    <w:p w14:paraId="29115992" w14:textId="77777777" w:rsidR="007D7487" w:rsidRDefault="00E6407B">
      <w:pPr>
        <w:ind w:firstLine="288"/>
      </w:pPr>
      <w:r>
        <w:rPr>
          <w:rFonts w:cs="Times New Roman"/>
        </w:rPr>
        <w:t>Sinai did not erase those earlier scenes.</w:t>
      </w:r>
    </w:p>
    <w:p w14:paraId="19A5F774" w14:textId="77777777" w:rsidR="007D7487" w:rsidRDefault="00E6407B">
      <w:pPr>
        <w:ind w:firstLine="288"/>
      </w:pPr>
      <w:r>
        <w:rPr>
          <w:rFonts w:cs="Times New Roman"/>
        </w:rPr>
        <w:t>It gave Israel a formally revealed order in which holiness, mediation, blood, washing, confession, and approach could be taught with precision.</w:t>
      </w:r>
    </w:p>
    <w:p w14:paraId="0F12E693" w14:textId="77777777" w:rsidR="007D7487" w:rsidRDefault="00E6407B">
      <w:pPr>
        <w:ind w:firstLine="288"/>
      </w:pPr>
      <w:r>
        <w:rPr>
          <w:rFonts w:cs="Times New Roman"/>
        </w:rPr>
        <w:t>Jesus nodded.</w:t>
      </w:r>
    </w:p>
    <w:p w14:paraId="6324492D" w14:textId="77777777" w:rsidR="007D7487" w:rsidRDefault="00E6407B">
      <w:pPr>
        <w:ind w:firstLine="288"/>
      </w:pPr>
      <w:r>
        <w:rPr>
          <w:rFonts w:cs="Times New Roman"/>
        </w:rPr>
        <w:t>"Do you see why I took you back to the beginning?"</w:t>
      </w:r>
    </w:p>
    <w:p w14:paraId="021830E6" w14:textId="77777777" w:rsidR="007D7487" w:rsidRDefault="00E6407B">
      <w:pPr>
        <w:ind w:firstLine="288"/>
      </w:pPr>
      <w:r>
        <w:rPr>
          <w:rFonts w:cs="Times New Roman"/>
        </w:rPr>
        <w:t>Peter stared toward the ground.</w:t>
      </w:r>
    </w:p>
    <w:p w14:paraId="75188A18" w14:textId="77777777" w:rsidR="007D7487" w:rsidRDefault="00E6407B">
      <w:pPr>
        <w:ind w:firstLine="288"/>
      </w:pPr>
      <w:r>
        <w:rPr>
          <w:rFonts w:cs="Times New Roman"/>
        </w:rPr>
        <w:t>"The problem did not begin at Sinai."</w:t>
      </w:r>
    </w:p>
    <w:p w14:paraId="4976B0CF" w14:textId="77777777" w:rsidR="007D7487" w:rsidRDefault="00E6407B">
      <w:pPr>
        <w:ind w:firstLine="288"/>
      </w:pPr>
      <w:r>
        <w:rPr>
          <w:rFonts w:cs="Times New Roman"/>
        </w:rPr>
        <w:t>"No."</w:t>
      </w:r>
    </w:p>
    <w:p w14:paraId="6969C9F1" w14:textId="77777777" w:rsidR="007D7487" w:rsidRDefault="00E6407B">
      <w:pPr>
        <w:ind w:firstLine="288"/>
      </w:pPr>
      <w:r>
        <w:rPr>
          <w:rFonts w:cs="Times New Roman"/>
        </w:rPr>
        <w:t>"The Father did not wake up at Sinai and invent a strange religious system because Israel needed more rules."</w:t>
      </w:r>
    </w:p>
    <w:p w14:paraId="1A750D1A" w14:textId="77777777" w:rsidR="007D7487" w:rsidRDefault="00E6407B">
      <w:pPr>
        <w:ind w:firstLine="288"/>
      </w:pPr>
      <w:r>
        <w:rPr>
          <w:rFonts w:cs="Times New Roman"/>
        </w:rPr>
        <w:t>Nicodemus looked up quickly.</w:t>
      </w:r>
    </w:p>
    <w:p w14:paraId="17845D2A" w14:textId="77777777" w:rsidR="007D7487" w:rsidRDefault="00E6407B">
      <w:pPr>
        <w:ind w:firstLine="288"/>
      </w:pPr>
      <w:r>
        <w:rPr>
          <w:rFonts w:cs="Times New Roman"/>
        </w:rPr>
        <w:t>Jesus continued before anyone could mistake Him.</w:t>
      </w:r>
    </w:p>
    <w:p w14:paraId="4BF6C902" w14:textId="77777777" w:rsidR="007D7487" w:rsidRDefault="00E6407B">
      <w:pPr>
        <w:ind w:firstLine="288"/>
      </w:pPr>
      <w:r>
        <w:rPr>
          <w:rFonts w:cs="Times New Roman"/>
        </w:rPr>
        <w:t>"The law given through Moses was holy."</w:t>
      </w:r>
    </w:p>
    <w:p w14:paraId="558A26C5" w14:textId="77777777" w:rsidR="007D7487" w:rsidRDefault="00E6407B">
      <w:pPr>
        <w:ind w:firstLine="288"/>
      </w:pPr>
      <w:r>
        <w:rPr>
          <w:rFonts w:cs="Times New Roman"/>
        </w:rPr>
        <w:t>"The sanctuary was appointed by God."</w:t>
      </w:r>
    </w:p>
    <w:p w14:paraId="2FFE33A0" w14:textId="77777777" w:rsidR="007D7487" w:rsidRDefault="00E6407B">
      <w:pPr>
        <w:ind w:firstLine="288"/>
      </w:pPr>
      <w:r>
        <w:rPr>
          <w:rFonts w:cs="Times New Roman"/>
        </w:rPr>
        <w:t>"The priesthood was appointed by God."</w:t>
      </w:r>
    </w:p>
    <w:p w14:paraId="460F55B8" w14:textId="77777777" w:rsidR="007D7487" w:rsidRDefault="00E6407B">
      <w:pPr>
        <w:ind w:firstLine="288"/>
      </w:pPr>
      <w:r>
        <w:rPr>
          <w:rFonts w:cs="Times New Roman"/>
        </w:rPr>
        <w:t>"But the problem they addressed was older than Levi."</w:t>
      </w:r>
    </w:p>
    <w:p w14:paraId="55585074" w14:textId="77777777" w:rsidR="007D7487" w:rsidRDefault="00E6407B">
      <w:pPr>
        <w:ind w:firstLine="288"/>
      </w:pPr>
      <w:r>
        <w:rPr>
          <w:rFonts w:cs="Times New Roman"/>
        </w:rPr>
        <w:t>Older than Abraham.</w:t>
      </w:r>
    </w:p>
    <w:p w14:paraId="38135F76" w14:textId="77777777" w:rsidR="007D7487" w:rsidRDefault="00E6407B">
      <w:pPr>
        <w:ind w:firstLine="288"/>
      </w:pPr>
      <w:r>
        <w:rPr>
          <w:rFonts w:cs="Times New Roman"/>
        </w:rPr>
        <w:t>Older than Noah.</w:t>
      </w:r>
    </w:p>
    <w:p w14:paraId="5A420C3B" w14:textId="77777777" w:rsidR="007D7487" w:rsidRDefault="00E6407B">
      <w:pPr>
        <w:ind w:firstLine="288"/>
      </w:pPr>
      <w:r>
        <w:rPr>
          <w:rFonts w:cs="Times New Roman"/>
        </w:rPr>
        <w:lastRenderedPageBreak/>
        <w:t>Eden.</w:t>
      </w:r>
    </w:p>
    <w:p w14:paraId="32DC0F86" w14:textId="77777777" w:rsidR="007D7487" w:rsidRDefault="00E6407B">
      <w:pPr>
        <w:ind w:firstLine="288"/>
      </w:pPr>
      <w:r>
        <w:rPr>
          <w:rFonts w:cs="Times New Roman"/>
        </w:rPr>
        <w:t>Jesus looked toward John.</w:t>
      </w:r>
    </w:p>
    <w:p w14:paraId="3F4C4439" w14:textId="77777777" w:rsidR="007D7487" w:rsidRDefault="00E6407B">
      <w:pPr>
        <w:ind w:firstLine="288"/>
      </w:pPr>
      <w:r>
        <w:rPr>
          <w:rFonts w:cs="Times New Roman"/>
        </w:rPr>
        <w:t>"Sinai did not create guilt."</w:t>
      </w:r>
    </w:p>
    <w:p w14:paraId="6BE20F8D" w14:textId="77777777" w:rsidR="007D7487" w:rsidRDefault="00E6407B">
      <w:pPr>
        <w:ind w:firstLine="288"/>
      </w:pPr>
      <w:r>
        <w:rPr>
          <w:rFonts w:cs="Times New Roman"/>
        </w:rPr>
        <w:t>John nodded.</w:t>
      </w:r>
    </w:p>
    <w:p w14:paraId="5A7B940D" w14:textId="77777777" w:rsidR="007D7487" w:rsidRDefault="00E6407B">
      <w:pPr>
        <w:ind w:firstLine="288"/>
      </w:pPr>
      <w:r>
        <w:rPr>
          <w:rFonts w:cs="Times New Roman"/>
        </w:rPr>
        <w:t>"It exposed and ordered how Israel was to deal with what had been present since the beginning."</w:t>
      </w:r>
    </w:p>
    <w:p w14:paraId="51EB8C11" w14:textId="77777777" w:rsidR="007D7487" w:rsidRDefault="00E6407B">
      <w:pPr>
        <w:ind w:firstLine="288"/>
      </w:pPr>
      <w:r>
        <w:rPr>
          <w:rFonts w:cs="Times New Roman"/>
        </w:rPr>
        <w:t>Jesus turned toward Nicodemus.</w:t>
      </w:r>
    </w:p>
    <w:p w14:paraId="54693DBE" w14:textId="77777777" w:rsidR="007D7487" w:rsidRDefault="00E6407B">
      <w:pPr>
        <w:ind w:firstLine="288"/>
      </w:pPr>
      <w:r>
        <w:rPr>
          <w:rFonts w:cs="Times New Roman"/>
        </w:rPr>
        <w:t>"Would you say the later Torah can make formal what the earlier story had only begun to show?"</w:t>
      </w:r>
    </w:p>
    <w:p w14:paraId="64728C7F" w14:textId="77777777" w:rsidR="007D7487" w:rsidRDefault="00E6407B">
      <w:pPr>
        <w:ind w:firstLine="288"/>
      </w:pPr>
      <w:r>
        <w:rPr>
          <w:rFonts w:cs="Times New Roman"/>
        </w:rPr>
        <w:t>Nicodemus chose his words carefully.</w:t>
      </w:r>
    </w:p>
    <w:p w14:paraId="1984C240" w14:textId="77777777" w:rsidR="007D7487" w:rsidRDefault="00E6407B">
      <w:pPr>
        <w:ind w:firstLine="288"/>
      </w:pPr>
      <w:r>
        <w:rPr>
          <w:rFonts w:cs="Times New Roman"/>
        </w:rPr>
        <w:t>"Yes."</w:t>
      </w:r>
    </w:p>
    <w:p w14:paraId="151CCA20" w14:textId="77777777" w:rsidR="007D7487" w:rsidRDefault="00E6407B">
      <w:pPr>
        <w:ind w:firstLine="288"/>
      </w:pPr>
      <w:r>
        <w:rPr>
          <w:rFonts w:cs="Times New Roman"/>
        </w:rPr>
        <w:t>"Without saying Adam performed the Day of Atonement."</w:t>
      </w:r>
    </w:p>
    <w:p w14:paraId="0C82DBEF" w14:textId="77777777" w:rsidR="007D7487" w:rsidRDefault="00E6407B">
      <w:pPr>
        <w:ind w:firstLine="288"/>
      </w:pPr>
      <w:r>
        <w:rPr>
          <w:rFonts w:cs="Times New Roman"/>
        </w:rPr>
        <w:t>"Yes."</w:t>
      </w:r>
    </w:p>
    <w:p w14:paraId="133C1D0B" w14:textId="77777777" w:rsidR="007D7487" w:rsidRDefault="00E6407B">
      <w:pPr>
        <w:ind w:firstLine="288"/>
      </w:pPr>
      <w:r>
        <w:rPr>
          <w:rFonts w:cs="Times New Roman"/>
        </w:rPr>
        <w:t>"Without saying Genesis tells us God sacrificed an animal to make the garments."</w:t>
      </w:r>
    </w:p>
    <w:p w14:paraId="0432F1D6" w14:textId="77777777" w:rsidR="007D7487" w:rsidRDefault="00E6407B">
      <w:pPr>
        <w:ind w:firstLine="288"/>
      </w:pPr>
      <w:r>
        <w:rPr>
          <w:rFonts w:cs="Times New Roman"/>
        </w:rPr>
        <w:t>"Yes."</w:t>
      </w:r>
    </w:p>
    <w:p w14:paraId="3174531E" w14:textId="77777777" w:rsidR="007D7487" w:rsidRDefault="00E6407B">
      <w:pPr>
        <w:ind w:firstLine="288"/>
      </w:pPr>
      <w:r>
        <w:rPr>
          <w:rFonts w:cs="Times New Roman"/>
        </w:rPr>
        <w:t>"Without saying Cain and Abel tell us who taught them."</w:t>
      </w:r>
    </w:p>
    <w:p w14:paraId="56A57E76" w14:textId="77777777" w:rsidR="007D7487" w:rsidRDefault="00E6407B">
      <w:pPr>
        <w:ind w:firstLine="288"/>
      </w:pPr>
      <w:r>
        <w:rPr>
          <w:rFonts w:cs="Times New Roman"/>
        </w:rPr>
        <w:t>"Yes."</w:t>
      </w:r>
    </w:p>
    <w:p w14:paraId="25F16988" w14:textId="77777777" w:rsidR="007D7487" w:rsidRDefault="00E6407B">
      <w:pPr>
        <w:ind w:firstLine="288"/>
      </w:pPr>
      <w:r>
        <w:rPr>
          <w:rFonts w:cs="Times New Roman"/>
        </w:rPr>
        <w:t>Jesus nodded.</w:t>
      </w:r>
    </w:p>
    <w:p w14:paraId="396A5921" w14:textId="77777777" w:rsidR="007D7487" w:rsidRDefault="00E6407B">
      <w:pPr>
        <w:ind w:firstLine="288"/>
      </w:pPr>
      <w:r>
        <w:rPr>
          <w:rFonts w:cs="Times New Roman"/>
        </w:rPr>
        <w:t>"Then you are learning how to let Moses say exactly what Moses says."</w:t>
      </w:r>
    </w:p>
    <w:p w14:paraId="3FEA0ED8" w14:textId="77777777" w:rsidR="007D7487" w:rsidRDefault="00E6407B">
      <w:pPr>
        <w:ind w:firstLine="288"/>
      </w:pPr>
      <w:r>
        <w:rPr>
          <w:rFonts w:cs="Times New Roman"/>
        </w:rPr>
        <w:t>Nicodemus smiled.</w:t>
      </w:r>
    </w:p>
    <w:p w14:paraId="114855BB" w14:textId="77777777" w:rsidR="007D7487" w:rsidRDefault="00E6407B">
      <w:pPr>
        <w:ind w:firstLine="288"/>
      </w:pPr>
      <w:r>
        <w:rPr>
          <w:rFonts w:cs="Times New Roman"/>
        </w:rPr>
        <w:t>"That may be the most difficult lesson today."</w:t>
      </w:r>
    </w:p>
    <w:p w14:paraId="1F0D9192" w14:textId="77777777" w:rsidR="007D7487" w:rsidRDefault="00E6407B">
      <w:pPr>
        <w:ind w:firstLine="288"/>
      </w:pPr>
      <w:r>
        <w:rPr>
          <w:rFonts w:cs="Times New Roman"/>
        </w:rPr>
        <w:t>Peter leaned toward James.</w:t>
      </w:r>
    </w:p>
    <w:p w14:paraId="66964F13" w14:textId="77777777" w:rsidR="007D7487" w:rsidRDefault="00E6407B">
      <w:pPr>
        <w:ind w:firstLine="288"/>
      </w:pPr>
      <w:r>
        <w:rPr>
          <w:rFonts w:cs="Times New Roman"/>
        </w:rPr>
        <w:t>"No."</w:t>
      </w:r>
    </w:p>
    <w:p w14:paraId="2F647F38" w14:textId="77777777" w:rsidR="007D7487" w:rsidRDefault="00E6407B">
      <w:pPr>
        <w:ind w:firstLine="288"/>
      </w:pPr>
      <w:r>
        <w:rPr>
          <w:rFonts w:cs="Times New Roman"/>
        </w:rPr>
        <w:t>Nicodemus heard him.</w:t>
      </w:r>
    </w:p>
    <w:p w14:paraId="3D714FBA" w14:textId="77777777" w:rsidR="007D7487" w:rsidRDefault="00E6407B">
      <w:pPr>
        <w:ind w:firstLine="288"/>
      </w:pPr>
      <w:r>
        <w:rPr>
          <w:rFonts w:cs="Times New Roman"/>
        </w:rPr>
        <w:t>"What?"</w:t>
      </w:r>
    </w:p>
    <w:p w14:paraId="3F0C57E1" w14:textId="77777777" w:rsidR="007D7487" w:rsidRDefault="00E6407B">
      <w:pPr>
        <w:ind w:firstLine="288"/>
      </w:pPr>
      <w:r>
        <w:rPr>
          <w:rFonts w:cs="Times New Roman"/>
        </w:rPr>
        <w:t>Peter answered.</w:t>
      </w:r>
    </w:p>
    <w:p w14:paraId="57942D40" w14:textId="77777777" w:rsidR="007D7487" w:rsidRDefault="00E6407B">
      <w:pPr>
        <w:ind w:firstLine="288"/>
      </w:pPr>
      <w:r>
        <w:rPr>
          <w:rFonts w:cs="Times New Roman"/>
        </w:rPr>
        <w:t>"Breathing quietly is still ahead."</w:t>
      </w:r>
    </w:p>
    <w:p w14:paraId="6A98DA45" w14:textId="77777777" w:rsidR="007D7487" w:rsidRDefault="00E6407B">
      <w:pPr>
        <w:suppressLineNumbers/>
        <w:spacing w:before="100" w:after="100"/>
        <w:jc w:val="center"/>
      </w:pPr>
      <w:r>
        <w:rPr>
          <w:rFonts w:cs="Times New Roman"/>
          <w:sz w:val="20"/>
        </w:rPr>
        <w:t>* * *</w:t>
      </w:r>
    </w:p>
    <w:p w14:paraId="04FA8A19" w14:textId="77777777" w:rsidR="007D7487" w:rsidRDefault="00E6407B">
      <w:pPr>
        <w:ind w:firstLine="288"/>
      </w:pPr>
      <w:r>
        <w:rPr>
          <w:rFonts w:cs="Times New Roman"/>
        </w:rPr>
        <w:t>Jesus looked toward His own hands.</w:t>
      </w:r>
    </w:p>
    <w:p w14:paraId="1A908C51" w14:textId="77777777" w:rsidR="007D7487" w:rsidRDefault="00E6407B">
      <w:pPr>
        <w:ind w:firstLine="288"/>
      </w:pPr>
      <w:r>
        <w:rPr>
          <w:rFonts w:cs="Times New Roman"/>
        </w:rPr>
        <w:t>"Now ask what the pattern requires."</w:t>
      </w:r>
    </w:p>
    <w:p w14:paraId="3663D1D9" w14:textId="77777777" w:rsidR="007D7487" w:rsidRDefault="00E6407B">
      <w:pPr>
        <w:ind w:firstLine="288"/>
      </w:pPr>
      <w:r>
        <w:rPr>
          <w:rFonts w:cs="Times New Roman"/>
        </w:rPr>
        <w:t>The humor faded.</w:t>
      </w:r>
    </w:p>
    <w:p w14:paraId="2E76442E" w14:textId="77777777" w:rsidR="007D7487" w:rsidRDefault="00E6407B">
      <w:pPr>
        <w:ind w:firstLine="288"/>
      </w:pPr>
      <w:r>
        <w:rPr>
          <w:rFonts w:cs="Times New Roman"/>
        </w:rPr>
        <w:t>"Can the guilty restore themselves by hiding?"</w:t>
      </w:r>
    </w:p>
    <w:p w14:paraId="0A226418" w14:textId="77777777" w:rsidR="007D7487" w:rsidRDefault="00E6407B">
      <w:pPr>
        <w:ind w:firstLine="288"/>
      </w:pPr>
      <w:r>
        <w:rPr>
          <w:rFonts w:cs="Times New Roman"/>
        </w:rPr>
        <w:t>"No."</w:t>
      </w:r>
    </w:p>
    <w:p w14:paraId="646695DA" w14:textId="77777777" w:rsidR="007D7487" w:rsidRDefault="00E6407B">
      <w:pPr>
        <w:ind w:firstLine="288"/>
      </w:pPr>
      <w:r>
        <w:rPr>
          <w:rFonts w:cs="Times New Roman"/>
        </w:rPr>
        <w:t>"By making something and calling themselves covered?"</w:t>
      </w:r>
    </w:p>
    <w:p w14:paraId="4E8FC1AF" w14:textId="77777777" w:rsidR="007D7487" w:rsidRDefault="00E6407B">
      <w:pPr>
        <w:ind w:firstLine="288"/>
      </w:pPr>
      <w:r>
        <w:rPr>
          <w:rFonts w:cs="Times New Roman"/>
        </w:rPr>
        <w:t>No one answered.</w:t>
      </w:r>
    </w:p>
    <w:p w14:paraId="7C062937" w14:textId="77777777" w:rsidR="007D7487" w:rsidRDefault="00E6407B">
      <w:pPr>
        <w:ind w:firstLine="288"/>
      </w:pPr>
      <w:r>
        <w:rPr>
          <w:rFonts w:cs="Times New Roman"/>
        </w:rPr>
        <w:t>"Can a sinner invent his own atonement?"</w:t>
      </w:r>
    </w:p>
    <w:p w14:paraId="13683099" w14:textId="77777777" w:rsidR="007D7487" w:rsidRDefault="00E6407B">
      <w:pPr>
        <w:ind w:firstLine="288"/>
      </w:pPr>
      <w:r>
        <w:rPr>
          <w:rFonts w:cs="Times New Roman"/>
        </w:rPr>
        <w:t>"No."</w:t>
      </w:r>
    </w:p>
    <w:p w14:paraId="1F1D1CC0" w14:textId="77777777" w:rsidR="007D7487" w:rsidRDefault="00E6407B">
      <w:pPr>
        <w:ind w:firstLine="288"/>
      </w:pPr>
      <w:r>
        <w:rPr>
          <w:rFonts w:cs="Times New Roman"/>
        </w:rPr>
        <w:t>"Who gave Noah the command about the ark?"</w:t>
      </w:r>
    </w:p>
    <w:p w14:paraId="3AE4A9F2" w14:textId="77777777" w:rsidR="007D7487" w:rsidRDefault="00E6407B">
      <w:pPr>
        <w:ind w:firstLine="288"/>
      </w:pPr>
      <w:r>
        <w:rPr>
          <w:rFonts w:cs="Times New Roman"/>
        </w:rPr>
        <w:t>"God."</w:t>
      </w:r>
    </w:p>
    <w:p w14:paraId="71588B98" w14:textId="77777777" w:rsidR="007D7487" w:rsidRDefault="00E6407B">
      <w:pPr>
        <w:ind w:firstLine="288"/>
      </w:pPr>
      <w:r>
        <w:rPr>
          <w:rFonts w:cs="Times New Roman"/>
        </w:rPr>
        <w:t>"Who gave Israel the sacrifices?"</w:t>
      </w:r>
    </w:p>
    <w:p w14:paraId="6CF02886" w14:textId="77777777" w:rsidR="007D7487" w:rsidRDefault="00E6407B">
      <w:pPr>
        <w:ind w:firstLine="288"/>
      </w:pPr>
      <w:r>
        <w:rPr>
          <w:rFonts w:cs="Times New Roman"/>
        </w:rPr>
        <w:lastRenderedPageBreak/>
        <w:t>"God."</w:t>
      </w:r>
    </w:p>
    <w:p w14:paraId="544F8282" w14:textId="77777777" w:rsidR="007D7487" w:rsidRDefault="00E6407B">
      <w:pPr>
        <w:ind w:firstLine="288"/>
      </w:pPr>
      <w:r>
        <w:rPr>
          <w:rFonts w:cs="Times New Roman"/>
        </w:rPr>
        <w:t>"Who appointed the priest?"</w:t>
      </w:r>
    </w:p>
    <w:p w14:paraId="094E8960" w14:textId="77777777" w:rsidR="007D7487" w:rsidRDefault="00E6407B">
      <w:pPr>
        <w:ind w:firstLine="288"/>
      </w:pPr>
      <w:r>
        <w:rPr>
          <w:rFonts w:cs="Times New Roman"/>
        </w:rPr>
        <w:t>"God."</w:t>
      </w:r>
    </w:p>
    <w:p w14:paraId="24F8DAAE" w14:textId="77777777" w:rsidR="007D7487" w:rsidRDefault="00E6407B">
      <w:pPr>
        <w:ind w:firstLine="288"/>
      </w:pPr>
      <w:r>
        <w:rPr>
          <w:rFonts w:cs="Times New Roman"/>
        </w:rPr>
        <w:t>"Who told the sinner how to confess?"</w:t>
      </w:r>
    </w:p>
    <w:p w14:paraId="79E9FE87" w14:textId="77777777" w:rsidR="007D7487" w:rsidRDefault="00E6407B">
      <w:pPr>
        <w:ind w:firstLine="288"/>
      </w:pPr>
      <w:r>
        <w:rPr>
          <w:rFonts w:cs="Times New Roman"/>
        </w:rPr>
        <w:t>"God."</w:t>
      </w:r>
    </w:p>
    <w:p w14:paraId="20D67F86" w14:textId="77777777" w:rsidR="007D7487" w:rsidRDefault="00E6407B">
      <w:pPr>
        <w:ind w:firstLine="288"/>
      </w:pPr>
      <w:r>
        <w:rPr>
          <w:rFonts w:cs="Times New Roman"/>
        </w:rPr>
        <w:t>"Who gave the blood its place in the covenant?"</w:t>
      </w:r>
    </w:p>
    <w:p w14:paraId="5FE70288" w14:textId="77777777" w:rsidR="007D7487" w:rsidRDefault="00E6407B">
      <w:pPr>
        <w:ind w:firstLine="288"/>
      </w:pPr>
      <w:r>
        <w:rPr>
          <w:rFonts w:cs="Times New Roman"/>
        </w:rPr>
        <w:t>"God."</w:t>
      </w:r>
    </w:p>
    <w:p w14:paraId="3C5906DB" w14:textId="77777777" w:rsidR="007D7487" w:rsidRDefault="00E6407B">
      <w:pPr>
        <w:ind w:firstLine="288"/>
      </w:pPr>
      <w:r>
        <w:rPr>
          <w:rFonts w:cs="Times New Roman"/>
        </w:rPr>
        <w:t>"Who provided the way of approach?"</w:t>
      </w:r>
    </w:p>
    <w:p w14:paraId="3E68C52B" w14:textId="77777777" w:rsidR="007D7487" w:rsidRDefault="00E6407B">
      <w:pPr>
        <w:ind w:firstLine="288"/>
      </w:pPr>
      <w:r>
        <w:rPr>
          <w:rFonts w:cs="Times New Roman"/>
        </w:rPr>
        <w:t>"God."</w:t>
      </w:r>
    </w:p>
    <w:p w14:paraId="5460D2A5" w14:textId="77777777" w:rsidR="007D7487" w:rsidRDefault="00E6407B">
      <w:pPr>
        <w:ind w:firstLine="288"/>
      </w:pPr>
      <w:r>
        <w:rPr>
          <w:rFonts w:cs="Times New Roman"/>
        </w:rPr>
        <w:t>Jesus let the repeated answer build.</w:t>
      </w:r>
    </w:p>
    <w:p w14:paraId="217DDD7C" w14:textId="77777777" w:rsidR="007D7487" w:rsidRDefault="00E6407B">
      <w:pPr>
        <w:ind w:firstLine="288"/>
      </w:pPr>
      <w:r>
        <w:rPr>
          <w:rFonts w:cs="Times New Roman"/>
        </w:rPr>
        <w:t>The sinner did not design the procedure.</w:t>
      </w:r>
    </w:p>
    <w:p w14:paraId="74A693D8" w14:textId="77777777" w:rsidR="007D7487" w:rsidRDefault="00E6407B">
      <w:pPr>
        <w:ind w:firstLine="288"/>
      </w:pPr>
      <w:r>
        <w:rPr>
          <w:rFonts w:cs="Times New Roman"/>
        </w:rPr>
        <w:t>The priest did not invent the terms.</w:t>
      </w:r>
    </w:p>
    <w:p w14:paraId="3582AF58" w14:textId="77777777" w:rsidR="007D7487" w:rsidRDefault="00E6407B">
      <w:pPr>
        <w:ind w:firstLine="288"/>
      </w:pPr>
      <w:r>
        <w:rPr>
          <w:rFonts w:cs="Times New Roman"/>
        </w:rPr>
        <w:t>Israel did not bargain with God and force Him to accept what they preferred.</w:t>
      </w:r>
    </w:p>
    <w:p w14:paraId="718D8FC4" w14:textId="77777777" w:rsidR="007D7487" w:rsidRDefault="00E6407B">
      <w:pPr>
        <w:ind w:firstLine="288"/>
      </w:pPr>
      <w:r>
        <w:rPr>
          <w:rFonts w:cs="Times New Roman"/>
        </w:rPr>
        <w:t>The provision came from God.</w:t>
      </w:r>
    </w:p>
    <w:p w14:paraId="5ED1595F" w14:textId="77777777" w:rsidR="007D7487" w:rsidRDefault="00E6407B">
      <w:pPr>
        <w:ind w:firstLine="288"/>
      </w:pPr>
      <w:r>
        <w:rPr>
          <w:rFonts w:cs="Times New Roman"/>
        </w:rPr>
        <w:t>Jesus looked toward Thomas.</w:t>
      </w:r>
    </w:p>
    <w:p w14:paraId="205E856E" w14:textId="77777777" w:rsidR="007D7487" w:rsidRDefault="00E6407B">
      <w:pPr>
        <w:ind w:firstLine="288"/>
      </w:pPr>
      <w:r>
        <w:rPr>
          <w:rFonts w:cs="Times New Roman"/>
        </w:rPr>
        <w:t>"What did Adam do when he heard the LORD after he sinned?"</w:t>
      </w:r>
    </w:p>
    <w:p w14:paraId="6531805C" w14:textId="77777777" w:rsidR="007D7487" w:rsidRDefault="00E6407B">
      <w:pPr>
        <w:ind w:firstLine="288"/>
      </w:pPr>
      <w:r>
        <w:rPr>
          <w:rFonts w:cs="Times New Roman"/>
        </w:rPr>
        <w:t>"Hid."</w:t>
      </w:r>
    </w:p>
    <w:p w14:paraId="37163A7D" w14:textId="77777777" w:rsidR="007D7487" w:rsidRDefault="00E6407B">
      <w:pPr>
        <w:ind w:firstLine="288"/>
      </w:pPr>
      <w:r>
        <w:rPr>
          <w:rFonts w:cs="Times New Roman"/>
        </w:rPr>
        <w:t>"And when men came for Me in the garden?"</w:t>
      </w:r>
    </w:p>
    <w:p w14:paraId="6ACEAAEB" w14:textId="77777777" w:rsidR="007D7487" w:rsidRDefault="00E6407B">
      <w:pPr>
        <w:ind w:firstLine="288"/>
      </w:pPr>
      <w:r>
        <w:rPr>
          <w:rFonts w:cs="Times New Roman"/>
        </w:rPr>
        <w:t>John answered.</w:t>
      </w:r>
    </w:p>
    <w:p w14:paraId="157FED96" w14:textId="77777777" w:rsidR="007D7487" w:rsidRDefault="00E6407B">
      <w:pPr>
        <w:ind w:firstLine="288"/>
      </w:pPr>
      <w:r>
        <w:rPr>
          <w:rFonts w:cs="Times New Roman"/>
        </w:rPr>
        <w:t>"You stepped forward."</w:t>
      </w:r>
    </w:p>
    <w:p w14:paraId="67CA62D7" w14:textId="77777777" w:rsidR="007D7487" w:rsidRDefault="00E6407B">
      <w:pPr>
        <w:ind w:firstLine="288"/>
      </w:pPr>
      <w:r>
        <w:rPr>
          <w:rFonts w:cs="Times New Roman"/>
        </w:rPr>
        <w:t>"What did Adam do when questioned?"</w:t>
      </w:r>
    </w:p>
    <w:p w14:paraId="5A3EB9A8" w14:textId="77777777" w:rsidR="007D7487" w:rsidRDefault="00E6407B">
      <w:pPr>
        <w:ind w:firstLine="288"/>
      </w:pPr>
      <w:r>
        <w:rPr>
          <w:rFonts w:cs="Times New Roman"/>
        </w:rPr>
        <w:t>Peter looked uncomfortable.</w:t>
      </w:r>
    </w:p>
    <w:p w14:paraId="33653CEC" w14:textId="77777777" w:rsidR="007D7487" w:rsidRDefault="00E6407B">
      <w:pPr>
        <w:ind w:firstLine="288"/>
      </w:pPr>
      <w:r>
        <w:rPr>
          <w:rFonts w:cs="Times New Roman"/>
        </w:rPr>
        <w:t>"He blamed."</w:t>
      </w:r>
    </w:p>
    <w:p w14:paraId="4DDEE9DF" w14:textId="77777777" w:rsidR="007D7487" w:rsidRDefault="00E6407B">
      <w:pPr>
        <w:ind w:firstLine="288"/>
      </w:pPr>
      <w:r>
        <w:rPr>
          <w:rFonts w:cs="Times New Roman"/>
        </w:rPr>
        <w:t>"The woman."</w:t>
      </w:r>
    </w:p>
    <w:p w14:paraId="7BBEFC6E" w14:textId="77777777" w:rsidR="007D7487" w:rsidRDefault="00E6407B">
      <w:pPr>
        <w:ind w:firstLine="288"/>
      </w:pPr>
      <w:r>
        <w:rPr>
          <w:rFonts w:cs="Times New Roman"/>
        </w:rPr>
        <w:t>"And the woman?"</w:t>
      </w:r>
    </w:p>
    <w:p w14:paraId="68E701CB" w14:textId="77777777" w:rsidR="007D7487" w:rsidRDefault="00E6407B">
      <w:pPr>
        <w:ind w:firstLine="288"/>
      </w:pPr>
      <w:r>
        <w:rPr>
          <w:rFonts w:cs="Times New Roman"/>
        </w:rPr>
        <w:t>"The serpent."</w:t>
      </w:r>
    </w:p>
    <w:p w14:paraId="013CB014" w14:textId="77777777" w:rsidR="007D7487" w:rsidRDefault="00E6407B">
      <w:pPr>
        <w:ind w:firstLine="288"/>
      </w:pPr>
      <w:r>
        <w:rPr>
          <w:rFonts w:cs="Times New Roman"/>
        </w:rPr>
        <w:t>He spoke of them without mockery.</w:t>
      </w:r>
    </w:p>
    <w:p w14:paraId="103B8EE3" w14:textId="77777777" w:rsidR="007D7487" w:rsidRDefault="00E6407B">
      <w:pPr>
        <w:ind w:firstLine="288"/>
      </w:pPr>
      <w:r>
        <w:rPr>
          <w:rFonts w:cs="Times New Roman"/>
        </w:rPr>
        <w:t>He simply allowed the contrast.</w:t>
      </w:r>
    </w:p>
    <w:p w14:paraId="57E566F7" w14:textId="77777777" w:rsidR="007D7487" w:rsidRDefault="00E6407B">
      <w:pPr>
        <w:ind w:firstLine="288"/>
      </w:pPr>
      <w:r>
        <w:rPr>
          <w:rFonts w:cs="Times New Roman"/>
        </w:rPr>
        <w:t>"What did I do when the cup was placed before Me?"</w:t>
      </w:r>
    </w:p>
    <w:p w14:paraId="16AC0888" w14:textId="77777777" w:rsidR="007D7487" w:rsidRDefault="00E6407B">
      <w:pPr>
        <w:ind w:firstLine="288"/>
      </w:pPr>
      <w:r>
        <w:rPr>
          <w:rFonts w:cs="Times New Roman"/>
        </w:rPr>
        <w:t>James remembered Gethsemane.</w:t>
      </w:r>
    </w:p>
    <w:p w14:paraId="60D00FB0" w14:textId="77777777" w:rsidR="007D7487" w:rsidRDefault="00E6407B">
      <w:pPr>
        <w:ind w:firstLine="288"/>
      </w:pPr>
      <w:r>
        <w:rPr>
          <w:rFonts w:cs="Times New Roman"/>
        </w:rPr>
        <w:t>"Not my will..."</w:t>
      </w:r>
    </w:p>
    <w:p w14:paraId="28F6BB50" w14:textId="77777777" w:rsidR="007D7487" w:rsidRDefault="00E6407B">
      <w:pPr>
        <w:ind w:firstLine="288"/>
      </w:pPr>
      <w:r>
        <w:rPr>
          <w:rFonts w:cs="Times New Roman"/>
        </w:rPr>
        <w:t>His voice caught.</w:t>
      </w:r>
    </w:p>
    <w:p w14:paraId="1C7CC6E1" w14:textId="77777777" w:rsidR="007D7487" w:rsidRDefault="00E6407B">
      <w:pPr>
        <w:ind w:firstLine="288"/>
      </w:pPr>
      <w:r>
        <w:rPr>
          <w:rFonts w:cs="Times New Roman"/>
        </w:rPr>
        <w:t>"...but thine, be done."</w:t>
      </w:r>
    </w:p>
    <w:p w14:paraId="79E65EE8" w14:textId="77777777" w:rsidR="007D7487" w:rsidRDefault="00E6407B">
      <w:pPr>
        <w:ind w:firstLine="288"/>
      </w:pPr>
      <w:r>
        <w:rPr>
          <w:rFonts w:cs="Times New Roman"/>
        </w:rPr>
        <w:t>Jesus nodded.</w:t>
      </w:r>
    </w:p>
    <w:p w14:paraId="15D3DAD4" w14:textId="77777777" w:rsidR="007D7487" w:rsidRDefault="00E6407B">
      <w:pPr>
        <w:ind w:firstLine="288"/>
      </w:pPr>
      <w:r>
        <w:rPr>
          <w:rFonts w:cs="Times New Roman"/>
        </w:rPr>
        <w:t>"The first man grasped what was forbidden."</w:t>
      </w:r>
    </w:p>
    <w:p w14:paraId="7B7EA3E5" w14:textId="77777777" w:rsidR="007D7487" w:rsidRDefault="00E6407B">
      <w:pPr>
        <w:ind w:firstLine="288"/>
      </w:pPr>
      <w:r>
        <w:rPr>
          <w:rFonts w:cs="Times New Roman"/>
        </w:rPr>
        <w:t>"In the wilderness I refused what the adversary offered."</w:t>
      </w:r>
    </w:p>
    <w:p w14:paraId="446280D3" w14:textId="77777777" w:rsidR="007D7487" w:rsidRDefault="00E6407B">
      <w:pPr>
        <w:ind w:firstLine="288"/>
      </w:pPr>
      <w:r>
        <w:rPr>
          <w:rFonts w:cs="Times New Roman"/>
        </w:rPr>
        <w:t>"In the garden I did not hide from the obedience before Me."</w:t>
      </w:r>
    </w:p>
    <w:p w14:paraId="11F50994" w14:textId="77777777" w:rsidR="007D7487" w:rsidRDefault="00E6407B">
      <w:pPr>
        <w:ind w:firstLine="288"/>
      </w:pPr>
      <w:r>
        <w:rPr>
          <w:rFonts w:cs="Times New Roman"/>
        </w:rPr>
        <w:t>Peter stared at Him.</w:t>
      </w:r>
    </w:p>
    <w:p w14:paraId="007D2DF7" w14:textId="77777777" w:rsidR="007D7487" w:rsidRDefault="00E6407B">
      <w:pPr>
        <w:ind w:firstLine="288"/>
      </w:pPr>
      <w:r>
        <w:rPr>
          <w:rFonts w:cs="Times New Roman"/>
        </w:rPr>
        <w:lastRenderedPageBreak/>
        <w:t>"And at the cross..."</w:t>
      </w:r>
    </w:p>
    <w:p w14:paraId="5D58FCE0" w14:textId="77777777" w:rsidR="007D7487" w:rsidRDefault="00E6407B">
      <w:pPr>
        <w:ind w:firstLine="288"/>
      </w:pPr>
      <w:r>
        <w:rPr>
          <w:rFonts w:cs="Times New Roman"/>
        </w:rPr>
        <w:t>Jesus held his gaze.</w:t>
      </w:r>
    </w:p>
    <w:p w14:paraId="39E9F44B" w14:textId="77777777" w:rsidR="007D7487" w:rsidRDefault="00E6407B">
      <w:pPr>
        <w:ind w:firstLine="288"/>
      </w:pPr>
      <w:r>
        <w:rPr>
          <w:rFonts w:cs="Times New Roman"/>
        </w:rPr>
        <w:t>"I finished the work the Father gave Me to do."</w:t>
      </w:r>
    </w:p>
    <w:p w14:paraId="5F4DBB29" w14:textId="77777777" w:rsidR="007D7487" w:rsidRDefault="00E6407B">
      <w:pPr>
        <w:ind w:firstLine="288"/>
      </w:pPr>
      <w:r>
        <w:rPr>
          <w:rFonts w:cs="Times New Roman"/>
        </w:rPr>
        <w:t>John heard the words again.</w:t>
      </w:r>
    </w:p>
    <w:p w14:paraId="4411EC89" w14:textId="77777777" w:rsidR="007D7487" w:rsidRDefault="00E6407B">
      <w:pPr>
        <w:ind w:firstLine="288"/>
      </w:pPr>
      <w:r>
        <w:rPr>
          <w:rFonts w:cs="Times New Roman"/>
        </w:rPr>
        <w:t>It is finished.</w:t>
      </w:r>
    </w:p>
    <w:p w14:paraId="7EAC1909" w14:textId="77777777" w:rsidR="007D7487" w:rsidRDefault="00E6407B">
      <w:pPr>
        <w:ind w:firstLine="288"/>
      </w:pPr>
      <w:r>
        <w:rPr>
          <w:rFonts w:cs="Times New Roman"/>
        </w:rPr>
        <w:t>The sentence from Golgotha now stood beside Eden.</w:t>
      </w:r>
    </w:p>
    <w:p w14:paraId="2B49633C" w14:textId="77777777" w:rsidR="007D7487" w:rsidRDefault="00E6407B">
      <w:pPr>
        <w:ind w:firstLine="288"/>
      </w:pPr>
      <w:r>
        <w:rPr>
          <w:rFonts w:cs="Times New Roman"/>
        </w:rPr>
        <w:t>Not merely an exhausted man's last breath.</w:t>
      </w:r>
    </w:p>
    <w:p w14:paraId="3970BD1A" w14:textId="77777777" w:rsidR="007D7487" w:rsidRDefault="00E6407B">
      <w:pPr>
        <w:ind w:firstLine="288"/>
      </w:pPr>
      <w:r>
        <w:rPr>
          <w:rFonts w:cs="Times New Roman"/>
        </w:rPr>
        <w:t>Obedience completed.</w:t>
      </w:r>
    </w:p>
    <w:p w14:paraId="35137326" w14:textId="77777777" w:rsidR="007D7487" w:rsidRDefault="00E6407B">
      <w:pPr>
        <w:ind w:firstLine="288"/>
      </w:pPr>
      <w:r>
        <w:rPr>
          <w:rFonts w:cs="Times New Roman"/>
        </w:rPr>
        <w:t>But another question had now become unavoidable.</w:t>
      </w:r>
    </w:p>
    <w:p w14:paraId="46355770" w14:textId="77777777" w:rsidR="007D7487" w:rsidRDefault="00E6407B">
      <w:pPr>
        <w:ind w:firstLine="288"/>
      </w:pPr>
      <w:r>
        <w:rPr>
          <w:rFonts w:cs="Times New Roman"/>
        </w:rPr>
        <w:t>If the guilty man cannot manufacture his own covering, atonement, cleansing, or way of approach—what does Scripture mean when it tells him to turn and come back?</w:t>
      </w:r>
    </w:p>
    <w:p w14:paraId="07684D57" w14:textId="77777777" w:rsidR="007D7487" w:rsidRDefault="00E6407B">
      <w:pPr>
        <w:ind w:firstLine="288"/>
      </w:pPr>
      <w:r>
        <w:rPr>
          <w:rFonts w:cs="Times New Roman"/>
        </w:rPr>
        <w:t>And before Moses, before Aaron, before any of these washings, what had made Abraham righteous?</w:t>
      </w:r>
    </w:p>
    <w:p w14:paraId="476BBA6D" w14:textId="77777777" w:rsidR="007D7487" w:rsidRDefault="00E6407B">
      <w:pPr>
        <w:suppressLineNumbers/>
      </w:pPr>
      <w:r>
        <w:br w:type="page"/>
      </w:r>
    </w:p>
    <w:p w14:paraId="0ADBCDCE" w14:textId="77777777" w:rsidR="007D7487" w:rsidRDefault="00E6407B">
      <w:pPr>
        <w:pStyle w:val="Heading1"/>
        <w:suppressLineNumbers/>
      </w:pPr>
      <w:r>
        <w:rPr>
          <w:rFonts w:ascii="Times New Roman" w:hAnsi="Times New Roman" w:cs="Times New Roman"/>
        </w:rPr>
        <w:lastRenderedPageBreak/>
        <w:t>Section 11 — Return, Abraham, and the Promiser</w:t>
      </w:r>
    </w:p>
    <w:p w14:paraId="2D730206" w14:textId="77777777" w:rsidR="007D7487" w:rsidRDefault="00E6407B">
      <w:pPr>
        <w:ind w:firstLine="288"/>
      </w:pPr>
      <w:r>
        <w:rPr>
          <w:rFonts w:cs="Times New Roman"/>
        </w:rPr>
        <w:t>The question remained where Jesus had left it.</w:t>
      </w:r>
    </w:p>
    <w:p w14:paraId="30215DC6" w14:textId="77777777" w:rsidR="007D7487" w:rsidRDefault="00E6407B">
      <w:pPr>
        <w:ind w:firstLine="288"/>
      </w:pPr>
      <w:r>
        <w:rPr>
          <w:rFonts w:cs="Times New Roman"/>
        </w:rPr>
        <w:t>Nicodemus had been quiet longer than usual.</w:t>
      </w:r>
    </w:p>
    <w:p w14:paraId="0B17343F" w14:textId="77777777" w:rsidR="007D7487" w:rsidRDefault="00E6407B">
      <w:pPr>
        <w:ind w:firstLine="288"/>
      </w:pPr>
      <w:r>
        <w:rPr>
          <w:rFonts w:cs="Times New Roman"/>
        </w:rPr>
        <w:t>Peter noticed.</w:t>
      </w:r>
    </w:p>
    <w:p w14:paraId="143C1B06" w14:textId="77777777" w:rsidR="007D7487" w:rsidRDefault="00E6407B">
      <w:pPr>
        <w:ind w:firstLine="288"/>
      </w:pPr>
      <w:r>
        <w:rPr>
          <w:rFonts w:cs="Times New Roman"/>
        </w:rPr>
        <w:t>He leaned slightly toward John.</w:t>
      </w:r>
    </w:p>
    <w:p w14:paraId="60E56941" w14:textId="77777777" w:rsidR="007D7487" w:rsidRDefault="00E6407B">
      <w:pPr>
        <w:ind w:firstLine="288"/>
      </w:pPr>
      <w:r>
        <w:rPr>
          <w:rFonts w:cs="Times New Roman"/>
        </w:rPr>
        <w:t>"Is he well?"</w:t>
      </w:r>
    </w:p>
    <w:p w14:paraId="5C03C5AB" w14:textId="77777777" w:rsidR="007D7487" w:rsidRDefault="00E6407B">
      <w:pPr>
        <w:ind w:firstLine="288"/>
      </w:pPr>
      <w:r>
        <w:rPr>
          <w:rFonts w:cs="Times New Roman"/>
        </w:rPr>
        <w:t>Nicodemus heard him.</w:t>
      </w:r>
    </w:p>
    <w:p w14:paraId="17C30FE8" w14:textId="77777777" w:rsidR="007D7487" w:rsidRDefault="00E6407B">
      <w:pPr>
        <w:ind w:firstLine="288"/>
      </w:pPr>
      <w:r>
        <w:rPr>
          <w:rFonts w:cs="Times New Roman"/>
        </w:rPr>
        <w:t>"I am thinking."</w:t>
      </w:r>
    </w:p>
    <w:p w14:paraId="31460881" w14:textId="77777777" w:rsidR="007D7487" w:rsidRDefault="00E6407B">
      <w:pPr>
        <w:ind w:firstLine="288"/>
      </w:pPr>
      <w:r>
        <w:rPr>
          <w:rFonts w:cs="Times New Roman"/>
        </w:rPr>
        <w:t>Peter looked at John.</w:t>
      </w:r>
    </w:p>
    <w:p w14:paraId="66C112CE" w14:textId="77777777" w:rsidR="007D7487" w:rsidRDefault="00E6407B">
      <w:pPr>
        <w:ind w:firstLine="288"/>
      </w:pPr>
      <w:r>
        <w:rPr>
          <w:rFonts w:cs="Times New Roman"/>
        </w:rPr>
        <w:t>"Quietly."</w:t>
      </w:r>
    </w:p>
    <w:p w14:paraId="17FB4FCA" w14:textId="77777777" w:rsidR="007D7487" w:rsidRDefault="00E6407B">
      <w:pPr>
        <w:ind w:firstLine="288"/>
      </w:pPr>
      <w:r>
        <w:rPr>
          <w:rFonts w:cs="Times New Roman"/>
        </w:rPr>
        <w:t>Joseph smiled.</w:t>
      </w:r>
    </w:p>
    <w:p w14:paraId="1F30C1E4" w14:textId="77777777" w:rsidR="007D7487" w:rsidRDefault="00E6407B">
      <w:pPr>
        <w:ind w:firstLine="288"/>
      </w:pPr>
      <w:r>
        <w:rPr>
          <w:rFonts w:cs="Times New Roman"/>
        </w:rPr>
        <w:t>"Progress."</w:t>
      </w:r>
    </w:p>
    <w:p w14:paraId="2C8B0293" w14:textId="77777777" w:rsidR="007D7487" w:rsidRDefault="00E6407B">
      <w:pPr>
        <w:ind w:firstLine="288"/>
      </w:pPr>
      <w:r>
        <w:rPr>
          <w:rFonts w:cs="Times New Roman"/>
        </w:rPr>
        <w:t>Nicodemus ignored all three.</w:t>
      </w:r>
    </w:p>
    <w:p w14:paraId="6BEE8476" w14:textId="77777777" w:rsidR="007D7487" w:rsidRDefault="00E6407B">
      <w:pPr>
        <w:ind w:firstLine="288"/>
      </w:pPr>
      <w:r>
        <w:rPr>
          <w:rFonts w:cs="Times New Roman"/>
        </w:rPr>
        <w:t>His face had changed since Jesus began moving the old passages beside one another.</w:t>
      </w:r>
    </w:p>
    <w:p w14:paraId="385C9283" w14:textId="77777777" w:rsidR="007D7487" w:rsidRDefault="00E6407B">
      <w:pPr>
        <w:ind w:firstLine="288"/>
      </w:pPr>
      <w:r>
        <w:rPr>
          <w:rFonts w:cs="Times New Roman"/>
        </w:rPr>
        <w:t>Not because he had stopped trusting the Scriptures.</w:t>
      </w:r>
    </w:p>
    <w:p w14:paraId="526D77F1" w14:textId="77777777" w:rsidR="007D7487" w:rsidRDefault="00E6407B">
      <w:pPr>
        <w:ind w:firstLine="288"/>
      </w:pPr>
      <w:r>
        <w:rPr>
          <w:rFonts w:cs="Times New Roman"/>
        </w:rPr>
        <w:t>Because he trusted them enough to discover that some of the rooms in which he had been taught to keep them were too small.</w:t>
      </w:r>
    </w:p>
    <w:p w14:paraId="4C9F35E9" w14:textId="77777777" w:rsidR="007D7487" w:rsidRDefault="00E6407B">
      <w:pPr>
        <w:ind w:firstLine="288"/>
      </w:pPr>
      <w:r>
        <w:rPr>
          <w:rFonts w:cs="Times New Roman"/>
        </w:rPr>
        <w:t>He knew return.</w:t>
      </w:r>
    </w:p>
    <w:p w14:paraId="12E411ED" w14:textId="77777777" w:rsidR="007D7487" w:rsidRDefault="00E6407B">
      <w:pPr>
        <w:ind w:firstLine="288"/>
      </w:pPr>
      <w:r>
        <w:rPr>
          <w:rFonts w:cs="Times New Roman"/>
        </w:rPr>
        <w:t>Every teacher of Israel knew return.</w:t>
      </w:r>
    </w:p>
    <w:p w14:paraId="52906240" w14:textId="77777777" w:rsidR="007D7487" w:rsidRDefault="00E6407B">
      <w:pPr>
        <w:ind w:firstLine="288"/>
      </w:pPr>
      <w:r>
        <w:rPr>
          <w:rFonts w:cs="Times New Roman"/>
        </w:rPr>
        <w:t>The prophets called Israel back to the LORD again and again.</w:t>
      </w:r>
    </w:p>
    <w:p w14:paraId="08161116" w14:textId="77777777" w:rsidR="007D7487" w:rsidRDefault="00E6407B">
      <w:pPr>
        <w:ind w:firstLine="288"/>
      </w:pPr>
      <w:r>
        <w:rPr>
          <w:rFonts w:cs="Times New Roman"/>
        </w:rPr>
        <w:t>Turn.</w:t>
      </w:r>
    </w:p>
    <w:p w14:paraId="519A38AE" w14:textId="77777777" w:rsidR="007D7487" w:rsidRDefault="00E6407B">
      <w:pPr>
        <w:ind w:firstLine="288"/>
      </w:pPr>
      <w:r>
        <w:rPr>
          <w:rFonts w:cs="Times New Roman"/>
        </w:rPr>
        <w:t>Return.</w:t>
      </w:r>
    </w:p>
    <w:p w14:paraId="247D5430" w14:textId="77777777" w:rsidR="007D7487" w:rsidRDefault="00E6407B">
      <w:pPr>
        <w:ind w:firstLine="288"/>
      </w:pPr>
      <w:r>
        <w:rPr>
          <w:rFonts w:cs="Times New Roman"/>
        </w:rPr>
        <w:t>Seek.</w:t>
      </w:r>
    </w:p>
    <w:p w14:paraId="77137B45" w14:textId="77777777" w:rsidR="007D7487" w:rsidRDefault="00E6407B">
      <w:pPr>
        <w:ind w:firstLine="288"/>
      </w:pPr>
      <w:r>
        <w:rPr>
          <w:rFonts w:cs="Times New Roman"/>
        </w:rPr>
        <w:t>Confess.</w:t>
      </w:r>
    </w:p>
    <w:p w14:paraId="416CEAFF" w14:textId="77777777" w:rsidR="007D7487" w:rsidRDefault="00E6407B">
      <w:pPr>
        <w:ind w:firstLine="288"/>
      </w:pPr>
      <w:r>
        <w:rPr>
          <w:rFonts w:cs="Times New Roman"/>
        </w:rPr>
        <w:t>Put away evil.</w:t>
      </w:r>
    </w:p>
    <w:p w14:paraId="0A8005E4" w14:textId="77777777" w:rsidR="007D7487" w:rsidRDefault="00E6407B">
      <w:pPr>
        <w:ind w:firstLine="288"/>
      </w:pPr>
      <w:r>
        <w:rPr>
          <w:rFonts w:cs="Times New Roman"/>
        </w:rPr>
        <w:t>Wash.</w:t>
      </w:r>
    </w:p>
    <w:p w14:paraId="6C6EB9B7" w14:textId="77777777" w:rsidR="007D7487" w:rsidRDefault="00E6407B">
      <w:pPr>
        <w:ind w:firstLine="288"/>
      </w:pPr>
      <w:r>
        <w:rPr>
          <w:rFonts w:cs="Times New Roman"/>
        </w:rPr>
        <w:t>Come back under covenant faithfulness.</w:t>
      </w:r>
    </w:p>
    <w:p w14:paraId="6ED7A307" w14:textId="77777777" w:rsidR="007D7487" w:rsidRDefault="00E6407B">
      <w:pPr>
        <w:ind w:firstLine="288"/>
      </w:pPr>
      <w:r>
        <w:rPr>
          <w:rFonts w:cs="Times New Roman"/>
        </w:rPr>
        <w:t>Nicodemus had heard those calls since childhood.</w:t>
      </w:r>
    </w:p>
    <w:p w14:paraId="619645FE" w14:textId="77777777" w:rsidR="007D7487" w:rsidRDefault="00E6407B">
      <w:pPr>
        <w:ind w:firstLine="288"/>
      </w:pPr>
      <w:r>
        <w:rPr>
          <w:rFonts w:cs="Times New Roman"/>
        </w:rPr>
        <w:t>He had taught some of them himself.</w:t>
      </w:r>
    </w:p>
    <w:p w14:paraId="5D080441" w14:textId="77777777" w:rsidR="007D7487" w:rsidRDefault="00E6407B">
      <w:pPr>
        <w:ind w:firstLine="288"/>
      </w:pPr>
      <w:r>
        <w:rPr>
          <w:rFonts w:cs="Times New Roman"/>
        </w:rPr>
        <w:t>Jesus looked toward him.</w:t>
      </w:r>
    </w:p>
    <w:p w14:paraId="1798096F" w14:textId="77777777" w:rsidR="007D7487" w:rsidRDefault="00E6407B">
      <w:pPr>
        <w:ind w:firstLine="288"/>
      </w:pPr>
      <w:r>
        <w:rPr>
          <w:rFonts w:cs="Times New Roman"/>
        </w:rPr>
        <w:t>"When the prophets tell Israel to return, what are they telling Israel to do?"</w:t>
      </w:r>
    </w:p>
    <w:p w14:paraId="3EAE964E" w14:textId="77777777" w:rsidR="007D7487" w:rsidRDefault="00E6407B">
      <w:pPr>
        <w:ind w:firstLine="288"/>
      </w:pPr>
      <w:r>
        <w:rPr>
          <w:rFonts w:cs="Times New Roman"/>
        </w:rPr>
        <w:t>Nicodemus answered carefully.</w:t>
      </w:r>
    </w:p>
    <w:p w14:paraId="4AC903E7" w14:textId="77777777" w:rsidR="007D7487" w:rsidRDefault="00E6407B">
      <w:pPr>
        <w:ind w:firstLine="288"/>
      </w:pPr>
      <w:r>
        <w:rPr>
          <w:rFonts w:cs="Times New Roman"/>
        </w:rPr>
        <w:t>"To turn again unto the LORD."</w:t>
      </w:r>
    </w:p>
    <w:p w14:paraId="1CA79F65" w14:textId="77777777" w:rsidR="007D7487" w:rsidRDefault="00E6407B">
      <w:pPr>
        <w:ind w:firstLine="288"/>
      </w:pPr>
      <w:r>
        <w:rPr>
          <w:rFonts w:cs="Times New Roman"/>
        </w:rPr>
        <w:t>"Not merely to feel what?"</w:t>
      </w:r>
    </w:p>
    <w:p w14:paraId="659A9D70" w14:textId="77777777" w:rsidR="007D7487" w:rsidRDefault="00E6407B">
      <w:pPr>
        <w:ind w:firstLine="288"/>
      </w:pPr>
      <w:r>
        <w:rPr>
          <w:rFonts w:cs="Times New Roman"/>
        </w:rPr>
        <w:t>Nicodemus paused.</w:t>
      </w:r>
    </w:p>
    <w:p w14:paraId="7796B0EB" w14:textId="77777777" w:rsidR="007D7487" w:rsidRDefault="00E6407B">
      <w:pPr>
        <w:ind w:firstLine="288"/>
      </w:pPr>
      <w:r>
        <w:rPr>
          <w:rFonts w:cs="Times New Roman"/>
        </w:rPr>
        <w:t>"Sorrow."</w:t>
      </w:r>
    </w:p>
    <w:p w14:paraId="6B0E2267" w14:textId="77777777" w:rsidR="007D7487" w:rsidRDefault="00E6407B">
      <w:pPr>
        <w:ind w:firstLine="288"/>
      </w:pPr>
      <w:r>
        <w:rPr>
          <w:rFonts w:cs="Times New Roman"/>
        </w:rPr>
        <w:t>"Can a man regret what he did and remain where he is?"</w:t>
      </w:r>
    </w:p>
    <w:p w14:paraId="184AAD26" w14:textId="77777777" w:rsidR="007D7487" w:rsidRDefault="00E6407B">
      <w:pPr>
        <w:ind w:firstLine="288"/>
      </w:pPr>
      <w:r>
        <w:rPr>
          <w:rFonts w:cs="Times New Roman"/>
        </w:rPr>
        <w:lastRenderedPageBreak/>
        <w:t>"Yes."</w:t>
      </w:r>
    </w:p>
    <w:p w14:paraId="03E15BA8" w14:textId="77777777" w:rsidR="007D7487" w:rsidRDefault="00E6407B">
      <w:pPr>
        <w:ind w:firstLine="288"/>
      </w:pPr>
      <w:r>
        <w:rPr>
          <w:rFonts w:cs="Times New Roman"/>
        </w:rPr>
        <w:t>"Can he hate what he did and still remain where he is?"</w:t>
      </w:r>
    </w:p>
    <w:p w14:paraId="7785EF21" w14:textId="77777777" w:rsidR="007D7487" w:rsidRDefault="00E6407B">
      <w:pPr>
        <w:ind w:firstLine="288"/>
      </w:pPr>
      <w:r>
        <w:rPr>
          <w:rFonts w:cs="Times New Roman"/>
        </w:rPr>
        <w:t>"Yes."</w:t>
      </w:r>
    </w:p>
    <w:p w14:paraId="6833C08B" w14:textId="77777777" w:rsidR="007D7487" w:rsidRDefault="00E6407B">
      <w:pPr>
        <w:ind w:firstLine="288"/>
      </w:pPr>
      <w:r>
        <w:rPr>
          <w:rFonts w:cs="Times New Roman"/>
        </w:rPr>
        <w:t>"Then what makes return different?"</w:t>
      </w:r>
    </w:p>
    <w:p w14:paraId="246E8291" w14:textId="77777777" w:rsidR="007D7487" w:rsidRDefault="00E6407B">
      <w:pPr>
        <w:ind w:firstLine="288"/>
      </w:pPr>
      <w:r>
        <w:rPr>
          <w:rFonts w:cs="Times New Roman"/>
        </w:rPr>
        <w:t>Nicodemus looked down at the ground.</w:t>
      </w:r>
    </w:p>
    <w:p w14:paraId="3E93C7FF" w14:textId="77777777" w:rsidR="007D7487" w:rsidRDefault="00E6407B">
      <w:pPr>
        <w:ind w:firstLine="288"/>
      </w:pPr>
      <w:r>
        <w:rPr>
          <w:rFonts w:cs="Times New Roman"/>
        </w:rPr>
        <w:t>"Direction."</w:t>
      </w:r>
    </w:p>
    <w:p w14:paraId="466C5AE0" w14:textId="77777777" w:rsidR="007D7487" w:rsidRDefault="00E6407B">
      <w:pPr>
        <w:ind w:firstLine="288"/>
      </w:pPr>
      <w:r>
        <w:rPr>
          <w:rFonts w:cs="Times New Roman"/>
        </w:rPr>
        <w:t>Jesus nodded.</w:t>
      </w:r>
    </w:p>
    <w:p w14:paraId="45E72A07" w14:textId="77777777" w:rsidR="007D7487" w:rsidRDefault="00E6407B">
      <w:pPr>
        <w:ind w:firstLine="288"/>
      </w:pPr>
      <w:r>
        <w:rPr>
          <w:rFonts w:cs="Times New Roman"/>
        </w:rPr>
        <w:t>"Say it."</w:t>
      </w:r>
    </w:p>
    <w:p w14:paraId="50442289" w14:textId="77777777" w:rsidR="007D7487" w:rsidRDefault="00E6407B">
      <w:pPr>
        <w:ind w:firstLine="288"/>
      </w:pPr>
      <w:r>
        <w:rPr>
          <w:rFonts w:cs="Times New Roman"/>
        </w:rPr>
        <w:t>"He turns."</w:t>
      </w:r>
    </w:p>
    <w:p w14:paraId="60EDD35C" w14:textId="77777777" w:rsidR="007D7487" w:rsidRDefault="00E6407B">
      <w:pPr>
        <w:ind w:firstLine="288"/>
      </w:pPr>
      <w:r>
        <w:rPr>
          <w:rFonts w:cs="Times New Roman"/>
        </w:rPr>
        <w:t>"And?"</w:t>
      </w:r>
    </w:p>
    <w:p w14:paraId="1ED2585A" w14:textId="77777777" w:rsidR="007D7487" w:rsidRDefault="00E6407B">
      <w:pPr>
        <w:ind w:firstLine="288"/>
      </w:pPr>
      <w:r>
        <w:rPr>
          <w:rFonts w:cs="Times New Roman"/>
        </w:rPr>
        <w:t>"He comes back."</w:t>
      </w:r>
    </w:p>
    <w:p w14:paraId="069425B4" w14:textId="77777777" w:rsidR="007D7487" w:rsidRDefault="00E6407B">
      <w:pPr>
        <w:ind w:firstLine="288"/>
      </w:pPr>
      <w:r>
        <w:rPr>
          <w:rFonts w:cs="Times New Roman"/>
        </w:rPr>
        <w:t>"To whom?"</w:t>
      </w:r>
    </w:p>
    <w:p w14:paraId="7C7715EC" w14:textId="77777777" w:rsidR="007D7487" w:rsidRDefault="00E6407B">
      <w:pPr>
        <w:ind w:firstLine="288"/>
      </w:pPr>
      <w:r>
        <w:rPr>
          <w:rFonts w:cs="Times New Roman"/>
        </w:rPr>
        <w:t>Nicodemus lifted his eyes.</w:t>
      </w:r>
    </w:p>
    <w:p w14:paraId="7F90ED06" w14:textId="77777777" w:rsidR="007D7487" w:rsidRDefault="00E6407B">
      <w:pPr>
        <w:ind w:firstLine="288"/>
      </w:pPr>
      <w:r>
        <w:rPr>
          <w:rFonts w:cs="Times New Roman"/>
        </w:rPr>
        <w:t>"To the LORD."</w:t>
      </w:r>
    </w:p>
    <w:p w14:paraId="75E20DC4" w14:textId="77777777" w:rsidR="007D7487" w:rsidRDefault="00E6407B">
      <w:pPr>
        <w:ind w:firstLine="288"/>
      </w:pPr>
      <w:r>
        <w:rPr>
          <w:rFonts w:cs="Times New Roman"/>
        </w:rPr>
        <w:t>Jesus smiled.</w:t>
      </w:r>
    </w:p>
    <w:p w14:paraId="7C370B84" w14:textId="77777777" w:rsidR="007D7487" w:rsidRDefault="00E6407B">
      <w:pPr>
        <w:ind w:firstLine="288"/>
      </w:pPr>
      <w:r>
        <w:rPr>
          <w:rFonts w:cs="Times New Roman"/>
        </w:rPr>
        <w:t>"Now let Hosea say it."</w:t>
      </w:r>
    </w:p>
    <w:p w14:paraId="66C1B5C5" w14:textId="77777777" w:rsidR="007D7487" w:rsidRDefault="00E6407B">
      <w:pPr>
        <w:ind w:firstLine="288"/>
      </w:pPr>
      <w:r>
        <w:rPr>
          <w:rFonts w:cs="Times New Roman"/>
          <w:i/>
        </w:rPr>
        <w:t>"O Israel, return unto the LORD thy God; for thou hast fallen by thine iniquity." — Hosea 14:1 KJV</w:t>
      </w:r>
    </w:p>
    <w:p w14:paraId="30673948" w14:textId="77777777" w:rsidR="007D7487" w:rsidRDefault="00E6407B">
      <w:pPr>
        <w:ind w:firstLine="288"/>
      </w:pPr>
      <w:r>
        <w:rPr>
          <w:rFonts w:cs="Times New Roman"/>
        </w:rPr>
        <w:t>John heard the movement inside the sentence.</w:t>
      </w:r>
    </w:p>
    <w:p w14:paraId="030D5C85" w14:textId="77777777" w:rsidR="007D7487" w:rsidRDefault="00E6407B">
      <w:pPr>
        <w:ind w:firstLine="288"/>
      </w:pPr>
      <w:r>
        <w:rPr>
          <w:rFonts w:cs="Times New Roman"/>
        </w:rPr>
        <w:t>Israel had fallen.</w:t>
      </w:r>
    </w:p>
    <w:p w14:paraId="32A31A3B" w14:textId="77777777" w:rsidR="007D7487" w:rsidRDefault="00E6407B">
      <w:pPr>
        <w:ind w:firstLine="288"/>
      </w:pPr>
      <w:r>
        <w:rPr>
          <w:rFonts w:cs="Times New Roman"/>
        </w:rPr>
        <w:t>Israel was not told merely to dislike the fall.</w:t>
      </w:r>
    </w:p>
    <w:p w14:paraId="363220F4" w14:textId="77777777" w:rsidR="007D7487" w:rsidRDefault="00E6407B">
      <w:pPr>
        <w:ind w:firstLine="288"/>
      </w:pPr>
      <w:r>
        <w:rPr>
          <w:rFonts w:cs="Times New Roman"/>
        </w:rPr>
        <w:t>Return unto the LORD thy God.</w:t>
      </w:r>
    </w:p>
    <w:p w14:paraId="3C27011D" w14:textId="77777777" w:rsidR="007D7487" w:rsidRDefault="00E6407B">
      <w:pPr>
        <w:ind w:firstLine="288"/>
      </w:pPr>
      <w:r>
        <w:rPr>
          <w:rFonts w:cs="Times New Roman"/>
        </w:rPr>
        <w:t>The sin had direction.</w:t>
      </w:r>
    </w:p>
    <w:p w14:paraId="3F629286" w14:textId="77777777" w:rsidR="007D7487" w:rsidRDefault="00E6407B">
      <w:pPr>
        <w:ind w:firstLine="288"/>
      </w:pPr>
      <w:r>
        <w:rPr>
          <w:rFonts w:cs="Times New Roman"/>
        </w:rPr>
        <w:t>So did the answer.</w:t>
      </w:r>
    </w:p>
    <w:p w14:paraId="439BE21E" w14:textId="77777777" w:rsidR="007D7487" w:rsidRDefault="00E6407B">
      <w:pPr>
        <w:ind w:firstLine="288"/>
      </w:pPr>
      <w:r>
        <w:rPr>
          <w:rFonts w:cs="Times New Roman"/>
        </w:rPr>
        <w:t>Away.</w:t>
      </w:r>
    </w:p>
    <w:p w14:paraId="4E3E5EA8" w14:textId="77777777" w:rsidR="007D7487" w:rsidRDefault="00E6407B">
      <w:pPr>
        <w:ind w:firstLine="288"/>
      </w:pPr>
      <w:r>
        <w:rPr>
          <w:rFonts w:cs="Times New Roman"/>
        </w:rPr>
        <w:t>Turn.</w:t>
      </w:r>
    </w:p>
    <w:p w14:paraId="49C230FE" w14:textId="77777777" w:rsidR="007D7487" w:rsidRDefault="00E6407B">
      <w:pPr>
        <w:ind w:firstLine="288"/>
      </w:pPr>
      <w:r>
        <w:rPr>
          <w:rFonts w:cs="Times New Roman"/>
        </w:rPr>
        <w:t>Back.</w:t>
      </w:r>
    </w:p>
    <w:p w14:paraId="39DE5192" w14:textId="77777777" w:rsidR="007D7487" w:rsidRDefault="00E6407B">
      <w:pPr>
        <w:ind w:firstLine="288"/>
      </w:pPr>
      <w:r>
        <w:rPr>
          <w:rFonts w:cs="Times New Roman"/>
        </w:rPr>
        <w:t>To Someone.</w:t>
      </w:r>
    </w:p>
    <w:p w14:paraId="20EC2AF4" w14:textId="77777777" w:rsidR="007D7487" w:rsidRDefault="00E6407B">
      <w:pPr>
        <w:ind w:firstLine="288"/>
      </w:pPr>
      <w:r>
        <w:rPr>
          <w:rFonts w:cs="Times New Roman"/>
        </w:rPr>
        <w:t>Nicodemus spoke the Hebrew quietly.</w:t>
      </w:r>
    </w:p>
    <w:p w14:paraId="1F388F1C" w14:textId="77777777" w:rsidR="007D7487" w:rsidRDefault="00E6407B">
      <w:pPr>
        <w:ind w:firstLine="288"/>
      </w:pPr>
      <w:r>
        <w:rPr>
          <w:rFonts w:cs="Times New Roman"/>
        </w:rPr>
        <w:t>"Shuv."</w:t>
      </w:r>
    </w:p>
    <w:p w14:paraId="57D6EF0D" w14:textId="77777777" w:rsidR="007D7487" w:rsidRDefault="00E6407B">
      <w:pPr>
        <w:ind w:firstLine="288"/>
      </w:pPr>
      <w:r>
        <w:rPr>
          <w:rFonts w:cs="Times New Roman"/>
        </w:rPr>
        <w:t>Jesus nodded.</w:t>
      </w:r>
    </w:p>
    <w:p w14:paraId="6B9DA34E" w14:textId="77777777" w:rsidR="007D7487" w:rsidRDefault="00E6407B">
      <w:pPr>
        <w:ind w:firstLine="288"/>
      </w:pPr>
      <w:r>
        <w:rPr>
          <w:rFonts w:cs="Times New Roman"/>
        </w:rPr>
        <w:t>"The prophets use an ordinary word with an extraordinary object."</w:t>
      </w:r>
    </w:p>
    <w:p w14:paraId="198EE285" w14:textId="77777777" w:rsidR="007D7487" w:rsidRDefault="00E6407B">
      <w:pPr>
        <w:ind w:firstLine="288"/>
      </w:pPr>
      <w:r>
        <w:rPr>
          <w:rFonts w:cs="Times New Roman"/>
        </w:rPr>
        <w:t>"Turn back."</w:t>
      </w:r>
    </w:p>
    <w:p w14:paraId="1994D379" w14:textId="77777777" w:rsidR="007D7487" w:rsidRDefault="00E6407B">
      <w:pPr>
        <w:ind w:firstLine="288"/>
      </w:pPr>
      <w:r>
        <w:rPr>
          <w:rFonts w:cs="Times New Roman"/>
        </w:rPr>
        <w:t>"Return."</w:t>
      </w:r>
    </w:p>
    <w:p w14:paraId="7D81838C" w14:textId="77777777" w:rsidR="007D7487" w:rsidRDefault="00E6407B">
      <w:pPr>
        <w:ind w:firstLine="288"/>
      </w:pPr>
      <w:r>
        <w:rPr>
          <w:rFonts w:cs="Times New Roman"/>
        </w:rPr>
        <w:t>"The force is not hidden in a secret definition."</w:t>
      </w:r>
    </w:p>
    <w:p w14:paraId="6CA093B5" w14:textId="77777777" w:rsidR="007D7487" w:rsidRDefault="00E6407B">
      <w:pPr>
        <w:ind w:firstLine="288"/>
      </w:pPr>
      <w:r>
        <w:rPr>
          <w:rFonts w:cs="Times New Roman"/>
        </w:rPr>
        <w:t>"It is in the relationship."</w:t>
      </w:r>
    </w:p>
    <w:p w14:paraId="674F7EB6" w14:textId="77777777" w:rsidR="007D7487" w:rsidRDefault="00E6407B">
      <w:pPr>
        <w:ind w:firstLine="288"/>
      </w:pPr>
      <w:r>
        <w:rPr>
          <w:rFonts w:cs="Times New Roman"/>
        </w:rPr>
        <w:t>Nicodemus’s brow tightened.</w:t>
      </w:r>
    </w:p>
    <w:p w14:paraId="6FBD04F9" w14:textId="77777777" w:rsidR="007D7487" w:rsidRDefault="00E6407B">
      <w:pPr>
        <w:ind w:firstLine="288"/>
      </w:pPr>
      <w:r>
        <w:rPr>
          <w:rFonts w:cs="Times New Roman"/>
        </w:rPr>
        <w:t>"The man has departed from the LORD."</w:t>
      </w:r>
    </w:p>
    <w:p w14:paraId="4174C423" w14:textId="77777777" w:rsidR="007D7487" w:rsidRDefault="00E6407B">
      <w:pPr>
        <w:ind w:firstLine="288"/>
      </w:pPr>
      <w:r>
        <w:rPr>
          <w:rFonts w:cs="Times New Roman"/>
        </w:rPr>
        <w:lastRenderedPageBreak/>
        <w:t>"Yes."</w:t>
      </w:r>
    </w:p>
    <w:p w14:paraId="379539F9" w14:textId="77777777" w:rsidR="007D7487" w:rsidRDefault="00E6407B">
      <w:pPr>
        <w:ind w:firstLine="288"/>
      </w:pPr>
      <w:r>
        <w:rPr>
          <w:rFonts w:cs="Times New Roman"/>
        </w:rPr>
        <w:t>"And the call is to turn toward Him again."</w:t>
      </w:r>
    </w:p>
    <w:p w14:paraId="72DDD554" w14:textId="77777777" w:rsidR="007D7487" w:rsidRDefault="00E6407B">
      <w:pPr>
        <w:ind w:firstLine="288"/>
      </w:pPr>
      <w:r>
        <w:rPr>
          <w:rFonts w:cs="Times New Roman"/>
        </w:rPr>
        <w:t>"Yes."</w:t>
      </w:r>
    </w:p>
    <w:p w14:paraId="434DE97B" w14:textId="77777777" w:rsidR="007D7487" w:rsidRDefault="00E6407B">
      <w:pPr>
        <w:ind w:firstLine="288"/>
      </w:pPr>
      <w:r>
        <w:rPr>
          <w:rFonts w:cs="Times New Roman"/>
        </w:rPr>
        <w:t>John could see why the thought had survived so strongly among teachers of Israel.</w:t>
      </w:r>
    </w:p>
    <w:p w14:paraId="1F02F82A" w14:textId="77777777" w:rsidR="007D7487" w:rsidRDefault="00E6407B">
      <w:pPr>
        <w:ind w:firstLine="288"/>
      </w:pPr>
      <w:r>
        <w:rPr>
          <w:rFonts w:cs="Times New Roman"/>
        </w:rPr>
        <w:t>It was not foolish.</w:t>
      </w:r>
    </w:p>
    <w:p w14:paraId="4FF72CFD" w14:textId="77777777" w:rsidR="007D7487" w:rsidRDefault="00E6407B">
      <w:pPr>
        <w:ind w:firstLine="288"/>
      </w:pPr>
      <w:r>
        <w:rPr>
          <w:rFonts w:cs="Times New Roman"/>
        </w:rPr>
        <w:t>It was biblical.</w:t>
      </w:r>
    </w:p>
    <w:p w14:paraId="5885B58F" w14:textId="77777777" w:rsidR="007D7487" w:rsidRDefault="00E6407B">
      <w:pPr>
        <w:ind w:firstLine="288"/>
      </w:pPr>
      <w:r>
        <w:rPr>
          <w:rFonts w:cs="Times New Roman"/>
        </w:rPr>
        <w:t>Sin was not merely an item on a ledger.</w:t>
      </w:r>
    </w:p>
    <w:p w14:paraId="1C930C03" w14:textId="77777777" w:rsidR="007D7487" w:rsidRDefault="00E6407B">
      <w:pPr>
        <w:ind w:firstLine="288"/>
      </w:pPr>
      <w:r>
        <w:rPr>
          <w:rFonts w:cs="Times New Roman"/>
        </w:rPr>
        <w:t>A man could become estranged in loyalty, conduct, worship, and walk.</w:t>
      </w:r>
    </w:p>
    <w:p w14:paraId="5040997E" w14:textId="77777777" w:rsidR="007D7487" w:rsidRDefault="00E6407B">
      <w:pPr>
        <w:ind w:firstLine="288"/>
      </w:pPr>
      <w:r>
        <w:rPr>
          <w:rFonts w:cs="Times New Roman"/>
        </w:rPr>
        <w:t>The prophets did not merely tell him to become sadder about the distance.</w:t>
      </w:r>
    </w:p>
    <w:p w14:paraId="594D5EC6" w14:textId="77777777" w:rsidR="007D7487" w:rsidRDefault="00E6407B">
      <w:pPr>
        <w:ind w:firstLine="288"/>
      </w:pPr>
      <w:r>
        <w:rPr>
          <w:rFonts w:cs="Times New Roman"/>
        </w:rPr>
        <w:t>They called him home.</w:t>
      </w:r>
    </w:p>
    <w:p w14:paraId="0839B045" w14:textId="77777777" w:rsidR="007D7487" w:rsidRDefault="00E6407B">
      <w:pPr>
        <w:suppressLineNumbers/>
        <w:spacing w:before="100" w:after="100"/>
        <w:jc w:val="center"/>
      </w:pPr>
      <w:r>
        <w:rPr>
          <w:rFonts w:cs="Times New Roman"/>
          <w:sz w:val="20"/>
        </w:rPr>
        <w:t>* * *</w:t>
      </w:r>
    </w:p>
    <w:p w14:paraId="282BEE7B" w14:textId="77777777" w:rsidR="007D7487" w:rsidRDefault="00E6407B">
      <w:pPr>
        <w:ind w:firstLine="288"/>
      </w:pPr>
      <w:r>
        <w:rPr>
          <w:rFonts w:cs="Times New Roman"/>
        </w:rPr>
        <w:t>Joanna had been listening.</w:t>
      </w:r>
    </w:p>
    <w:p w14:paraId="3868ACFD" w14:textId="77777777" w:rsidR="007D7487" w:rsidRDefault="00E6407B">
      <w:pPr>
        <w:ind w:firstLine="288"/>
      </w:pPr>
      <w:r>
        <w:rPr>
          <w:rFonts w:cs="Times New Roman"/>
        </w:rPr>
        <w:t>A memory from the road north came back to her.</w:t>
      </w:r>
    </w:p>
    <w:p w14:paraId="22C14A9E" w14:textId="77777777" w:rsidR="007D7487" w:rsidRDefault="00E6407B">
      <w:pPr>
        <w:ind w:firstLine="288"/>
      </w:pPr>
      <w:r>
        <w:rPr>
          <w:rFonts w:cs="Times New Roman"/>
        </w:rPr>
        <w:t>"Ruth."</w:t>
      </w:r>
    </w:p>
    <w:p w14:paraId="6C5847AB" w14:textId="77777777" w:rsidR="007D7487" w:rsidRDefault="00E6407B">
      <w:pPr>
        <w:ind w:firstLine="288"/>
      </w:pPr>
      <w:r>
        <w:rPr>
          <w:rFonts w:cs="Times New Roman"/>
        </w:rPr>
        <w:t>Jesus looked toward her.</w:t>
      </w:r>
    </w:p>
    <w:p w14:paraId="11C254C6" w14:textId="77777777" w:rsidR="007D7487" w:rsidRDefault="00E6407B">
      <w:pPr>
        <w:ind w:firstLine="288"/>
      </w:pPr>
      <w:r>
        <w:rPr>
          <w:rFonts w:cs="Times New Roman"/>
        </w:rPr>
        <w:t>"What about her?"</w:t>
      </w:r>
    </w:p>
    <w:p w14:paraId="673AE7E6" w14:textId="77777777" w:rsidR="007D7487" w:rsidRDefault="00E6407B">
      <w:pPr>
        <w:ind w:firstLine="288"/>
      </w:pPr>
      <w:r>
        <w:rPr>
          <w:rFonts w:cs="Times New Roman"/>
        </w:rPr>
        <w:t>"She did something like that."</w:t>
      </w:r>
    </w:p>
    <w:p w14:paraId="59DF56B1" w14:textId="77777777" w:rsidR="007D7487" w:rsidRDefault="00E6407B">
      <w:pPr>
        <w:ind w:firstLine="288"/>
      </w:pPr>
      <w:r>
        <w:rPr>
          <w:rFonts w:cs="Times New Roman"/>
        </w:rPr>
        <w:t>Mary, Jesus’ mother, turned toward Joanna.</w:t>
      </w:r>
    </w:p>
    <w:p w14:paraId="680DB2F8" w14:textId="77777777" w:rsidR="007D7487" w:rsidRDefault="00E6407B">
      <w:pPr>
        <w:ind w:firstLine="288"/>
      </w:pPr>
      <w:r>
        <w:rPr>
          <w:rFonts w:cs="Times New Roman"/>
        </w:rPr>
        <w:t>Joanna continued.</w:t>
      </w:r>
    </w:p>
    <w:p w14:paraId="7097B8CB" w14:textId="77777777" w:rsidR="007D7487" w:rsidRDefault="00E6407B">
      <w:pPr>
        <w:ind w:firstLine="288"/>
      </w:pPr>
      <w:r>
        <w:rPr>
          <w:rFonts w:cs="Times New Roman"/>
        </w:rPr>
        <w:t>"She did not only leave Moab geographically."</w:t>
      </w:r>
    </w:p>
    <w:p w14:paraId="079948BF" w14:textId="77777777" w:rsidR="007D7487" w:rsidRDefault="00E6407B">
      <w:pPr>
        <w:ind w:firstLine="288"/>
      </w:pPr>
      <w:r>
        <w:rPr>
          <w:rFonts w:cs="Times New Roman"/>
        </w:rPr>
        <w:t>"She attached herself to Naomi."</w:t>
      </w:r>
    </w:p>
    <w:p w14:paraId="1E888AC0" w14:textId="77777777" w:rsidR="007D7487" w:rsidRDefault="00E6407B">
      <w:pPr>
        <w:ind w:firstLine="288"/>
      </w:pPr>
      <w:r>
        <w:rPr>
          <w:rFonts w:cs="Times New Roman"/>
        </w:rPr>
        <w:t>"To Naomi’s people."</w:t>
      </w:r>
    </w:p>
    <w:p w14:paraId="773FA689" w14:textId="77777777" w:rsidR="007D7487" w:rsidRDefault="00E6407B">
      <w:pPr>
        <w:ind w:firstLine="288"/>
      </w:pPr>
      <w:r>
        <w:rPr>
          <w:rFonts w:cs="Times New Roman"/>
        </w:rPr>
        <w:t>"And to Naomi’s God."</w:t>
      </w:r>
    </w:p>
    <w:p w14:paraId="5FE4DE36" w14:textId="77777777" w:rsidR="007D7487" w:rsidRDefault="00E6407B">
      <w:pPr>
        <w:ind w:firstLine="288"/>
      </w:pPr>
      <w:r>
        <w:rPr>
          <w:rFonts w:cs="Times New Roman"/>
        </w:rPr>
        <w:t>Jesus nodded.</w:t>
      </w:r>
    </w:p>
    <w:p w14:paraId="6A2DB4FA" w14:textId="77777777" w:rsidR="007D7487" w:rsidRDefault="00E6407B">
      <w:pPr>
        <w:ind w:firstLine="288"/>
      </w:pPr>
      <w:r>
        <w:rPr>
          <w:rFonts w:cs="Times New Roman"/>
        </w:rPr>
        <w:t>"Let her speak."</w:t>
      </w:r>
    </w:p>
    <w:p w14:paraId="7684C238" w14:textId="77777777" w:rsidR="007D7487" w:rsidRDefault="00E6407B">
      <w:pPr>
        <w:ind w:firstLine="288"/>
      </w:pPr>
      <w:r>
        <w:rPr>
          <w:rFonts w:cs="Times New Roman"/>
          <w:i/>
        </w:rPr>
        <w:t>"And Ruth said, Intreat me not to leave thee, or to return from following after thee: for whither thou goest, I will go; and where thou lodgest, I will lodge: thy people shall be my people, and thy God my God: Where thou diest, will I die, and there will I be buried: the LORD do so to me, and more also, if ought but death part thee and me." — Ruth 1:16–17 KJV</w:t>
      </w:r>
    </w:p>
    <w:p w14:paraId="5E1BD1A8" w14:textId="77777777" w:rsidR="007D7487" w:rsidRDefault="00E6407B">
      <w:pPr>
        <w:ind w:firstLine="288"/>
      </w:pPr>
      <w:r>
        <w:rPr>
          <w:rFonts w:cs="Times New Roman"/>
        </w:rPr>
        <w:t>The words were familiar.</w:t>
      </w:r>
    </w:p>
    <w:p w14:paraId="6C4708D9" w14:textId="77777777" w:rsidR="007D7487" w:rsidRDefault="00E6407B">
      <w:pPr>
        <w:ind w:firstLine="288"/>
      </w:pPr>
      <w:r>
        <w:rPr>
          <w:rFonts w:cs="Times New Roman"/>
        </w:rPr>
        <w:t>The road north had made them feel different.</w:t>
      </w:r>
    </w:p>
    <w:p w14:paraId="7C2B5F78" w14:textId="77777777" w:rsidR="007D7487" w:rsidRDefault="00E6407B">
      <w:pPr>
        <w:ind w:firstLine="288"/>
      </w:pPr>
      <w:r>
        <w:rPr>
          <w:rFonts w:cs="Times New Roman"/>
        </w:rPr>
        <w:t>Ruth did not offer an abstract theory of allegiance.</w:t>
      </w:r>
    </w:p>
    <w:p w14:paraId="26FA7B80" w14:textId="77777777" w:rsidR="007D7487" w:rsidRDefault="00E6407B">
      <w:pPr>
        <w:ind w:firstLine="288"/>
      </w:pPr>
      <w:r>
        <w:rPr>
          <w:rFonts w:cs="Times New Roman"/>
        </w:rPr>
        <w:t>She walked it.</w:t>
      </w:r>
    </w:p>
    <w:p w14:paraId="7260AF8B" w14:textId="77777777" w:rsidR="007D7487" w:rsidRDefault="00E6407B">
      <w:pPr>
        <w:ind w:firstLine="288"/>
      </w:pPr>
      <w:r>
        <w:rPr>
          <w:rFonts w:cs="Times New Roman"/>
        </w:rPr>
        <w:t>Your people.</w:t>
      </w:r>
    </w:p>
    <w:p w14:paraId="023B63BB" w14:textId="77777777" w:rsidR="007D7487" w:rsidRDefault="00E6407B">
      <w:pPr>
        <w:ind w:firstLine="288"/>
      </w:pPr>
      <w:r>
        <w:rPr>
          <w:rFonts w:cs="Times New Roman"/>
        </w:rPr>
        <w:t>Your God.</w:t>
      </w:r>
    </w:p>
    <w:p w14:paraId="3B6DB6B4" w14:textId="77777777" w:rsidR="007D7487" w:rsidRDefault="00E6407B">
      <w:pPr>
        <w:ind w:firstLine="288"/>
      </w:pPr>
      <w:r>
        <w:rPr>
          <w:rFonts w:cs="Times New Roman"/>
        </w:rPr>
        <w:t>Where you go.</w:t>
      </w:r>
    </w:p>
    <w:p w14:paraId="7B06F2F4" w14:textId="77777777" w:rsidR="007D7487" w:rsidRDefault="00E6407B">
      <w:pPr>
        <w:ind w:firstLine="288"/>
      </w:pPr>
      <w:r>
        <w:rPr>
          <w:rFonts w:cs="Times New Roman"/>
        </w:rPr>
        <w:t>Where you die.</w:t>
      </w:r>
    </w:p>
    <w:p w14:paraId="54A36A22" w14:textId="77777777" w:rsidR="007D7487" w:rsidRDefault="00E6407B">
      <w:pPr>
        <w:ind w:firstLine="288"/>
      </w:pPr>
      <w:r>
        <w:rPr>
          <w:rFonts w:cs="Times New Roman"/>
        </w:rPr>
        <w:t>Joanna looked toward Jesus.</w:t>
      </w:r>
    </w:p>
    <w:p w14:paraId="1C2B7EFC" w14:textId="77777777" w:rsidR="007D7487" w:rsidRDefault="00E6407B">
      <w:pPr>
        <w:ind w:firstLine="288"/>
      </w:pPr>
      <w:r>
        <w:rPr>
          <w:rFonts w:cs="Times New Roman"/>
        </w:rPr>
        <w:lastRenderedPageBreak/>
        <w:t>"She leaves one order and attaches herself to another."</w:t>
      </w:r>
    </w:p>
    <w:p w14:paraId="4BB33AD9" w14:textId="77777777" w:rsidR="007D7487" w:rsidRDefault="00E6407B">
      <w:pPr>
        <w:ind w:firstLine="288"/>
      </w:pPr>
      <w:r>
        <w:rPr>
          <w:rFonts w:cs="Times New Roman"/>
        </w:rPr>
        <w:t>"Yes."</w:t>
      </w:r>
    </w:p>
    <w:p w14:paraId="35E5849A" w14:textId="77777777" w:rsidR="007D7487" w:rsidRDefault="00E6407B">
      <w:pPr>
        <w:ind w:firstLine="288"/>
      </w:pPr>
      <w:r>
        <w:rPr>
          <w:rFonts w:cs="Times New Roman"/>
        </w:rPr>
        <w:t>Jesus did not turn Ruth’s words into the dictionary definition of shuv.</w:t>
      </w:r>
    </w:p>
    <w:p w14:paraId="411CE5C1" w14:textId="77777777" w:rsidR="007D7487" w:rsidRDefault="00E6407B">
      <w:pPr>
        <w:ind w:firstLine="288"/>
      </w:pPr>
      <w:r>
        <w:rPr>
          <w:rFonts w:cs="Times New Roman"/>
        </w:rPr>
        <w:t>He did not need to.</w:t>
      </w:r>
    </w:p>
    <w:p w14:paraId="0CA706D7" w14:textId="77777777" w:rsidR="007D7487" w:rsidRDefault="00E6407B">
      <w:pPr>
        <w:ind w:firstLine="288"/>
      </w:pPr>
      <w:r>
        <w:rPr>
          <w:rFonts w:cs="Times New Roman"/>
        </w:rPr>
        <w:t>The life made the movement visible.</w:t>
      </w:r>
    </w:p>
    <w:p w14:paraId="7EBE24E4" w14:textId="77777777" w:rsidR="007D7487" w:rsidRDefault="00E6407B">
      <w:pPr>
        <w:ind w:firstLine="288"/>
      </w:pPr>
      <w:r>
        <w:rPr>
          <w:rFonts w:cs="Times New Roman"/>
        </w:rPr>
        <w:t>Joanna smiled faintly.</w:t>
      </w:r>
    </w:p>
    <w:p w14:paraId="5F9A4745" w14:textId="77777777" w:rsidR="007D7487" w:rsidRDefault="00E6407B">
      <w:pPr>
        <w:ind w:firstLine="288"/>
      </w:pPr>
      <w:r>
        <w:rPr>
          <w:rFonts w:cs="Times New Roman"/>
        </w:rPr>
        <w:t>"But Ruth still needed Boaz."</w:t>
      </w:r>
    </w:p>
    <w:p w14:paraId="3CAD196D" w14:textId="77777777" w:rsidR="007D7487" w:rsidRDefault="00E6407B">
      <w:pPr>
        <w:ind w:firstLine="288"/>
      </w:pPr>
      <w:r>
        <w:rPr>
          <w:rFonts w:cs="Times New Roman"/>
        </w:rPr>
        <w:t>Jesus’ expression changed.</w:t>
      </w:r>
    </w:p>
    <w:p w14:paraId="57B551FF" w14:textId="77777777" w:rsidR="007D7487" w:rsidRDefault="00E6407B">
      <w:pPr>
        <w:ind w:firstLine="288"/>
      </w:pPr>
      <w:r>
        <w:rPr>
          <w:rFonts w:cs="Times New Roman"/>
        </w:rPr>
        <w:t>"Yes."</w:t>
      </w:r>
    </w:p>
    <w:p w14:paraId="621796F3" w14:textId="77777777" w:rsidR="007D7487" w:rsidRDefault="00E6407B">
      <w:pPr>
        <w:ind w:firstLine="288"/>
      </w:pPr>
      <w:r>
        <w:rPr>
          <w:rFonts w:cs="Times New Roman"/>
        </w:rPr>
        <w:t>Nicodemus looked toward Joanna.</w:t>
      </w:r>
    </w:p>
    <w:p w14:paraId="3E06D706" w14:textId="77777777" w:rsidR="007D7487" w:rsidRDefault="00E6407B">
      <w:pPr>
        <w:ind w:firstLine="288"/>
      </w:pPr>
      <w:r>
        <w:rPr>
          <w:rFonts w:cs="Times New Roman"/>
        </w:rPr>
        <w:t>She continued before he could.</w:t>
      </w:r>
    </w:p>
    <w:p w14:paraId="2773C67D" w14:textId="77777777" w:rsidR="007D7487" w:rsidRDefault="00E6407B">
      <w:pPr>
        <w:ind w:firstLine="288"/>
      </w:pPr>
      <w:r>
        <w:rPr>
          <w:rFonts w:cs="Times New Roman"/>
        </w:rPr>
        <w:t>"She could choose Naomi."</w:t>
      </w:r>
    </w:p>
    <w:p w14:paraId="1F9283ED" w14:textId="77777777" w:rsidR="007D7487" w:rsidRDefault="00E6407B">
      <w:pPr>
        <w:ind w:firstLine="288"/>
      </w:pPr>
      <w:r>
        <w:rPr>
          <w:rFonts w:cs="Times New Roman"/>
        </w:rPr>
        <w:t>"She could choose Israel."</w:t>
      </w:r>
    </w:p>
    <w:p w14:paraId="52DBDEC2" w14:textId="77777777" w:rsidR="007D7487" w:rsidRDefault="00E6407B">
      <w:pPr>
        <w:ind w:firstLine="288"/>
      </w:pPr>
      <w:r>
        <w:rPr>
          <w:rFonts w:cs="Times New Roman"/>
        </w:rPr>
        <w:t>"She could confess Naomi’s God as her God."</w:t>
      </w:r>
    </w:p>
    <w:p w14:paraId="57FD9323" w14:textId="77777777" w:rsidR="007D7487" w:rsidRDefault="00E6407B">
      <w:pPr>
        <w:ind w:firstLine="288"/>
      </w:pPr>
      <w:r>
        <w:rPr>
          <w:rFonts w:cs="Times New Roman"/>
        </w:rPr>
        <w:t>"But she could not redeem the field herself."</w:t>
      </w:r>
    </w:p>
    <w:p w14:paraId="36029DAD" w14:textId="77777777" w:rsidR="007D7487" w:rsidRDefault="00E6407B">
      <w:pPr>
        <w:ind w:firstLine="288"/>
      </w:pPr>
      <w:r>
        <w:rPr>
          <w:rFonts w:cs="Times New Roman"/>
        </w:rPr>
        <w:t>Nicodemus’s lips parted.</w:t>
      </w:r>
    </w:p>
    <w:p w14:paraId="1D67C845" w14:textId="77777777" w:rsidR="007D7487" w:rsidRDefault="00E6407B">
      <w:pPr>
        <w:ind w:firstLine="288"/>
      </w:pPr>
      <w:r>
        <w:rPr>
          <w:rFonts w:cs="Times New Roman"/>
        </w:rPr>
        <w:t>Boaz.</w:t>
      </w:r>
    </w:p>
    <w:p w14:paraId="317AD16A" w14:textId="77777777" w:rsidR="007D7487" w:rsidRDefault="00E6407B">
      <w:pPr>
        <w:ind w:firstLine="288"/>
      </w:pPr>
      <w:r>
        <w:rPr>
          <w:rFonts w:cs="Times New Roman"/>
        </w:rPr>
        <w:t>Kinsman.</w:t>
      </w:r>
    </w:p>
    <w:p w14:paraId="4FC09AE3" w14:textId="77777777" w:rsidR="007D7487" w:rsidRDefault="00E6407B">
      <w:pPr>
        <w:ind w:firstLine="288"/>
      </w:pPr>
      <w:r>
        <w:rPr>
          <w:rFonts w:cs="Times New Roman"/>
        </w:rPr>
        <w:t>Inheritance.</w:t>
      </w:r>
    </w:p>
    <w:p w14:paraId="2B02C5F7" w14:textId="77777777" w:rsidR="007D7487" w:rsidRDefault="00E6407B">
      <w:pPr>
        <w:ind w:firstLine="288"/>
      </w:pPr>
      <w:r>
        <w:rPr>
          <w:rFonts w:cs="Times New Roman"/>
        </w:rPr>
        <w:t>Name.</w:t>
      </w:r>
    </w:p>
    <w:p w14:paraId="247163DB" w14:textId="77777777" w:rsidR="007D7487" w:rsidRDefault="00E6407B">
      <w:pPr>
        <w:ind w:firstLine="288"/>
      </w:pPr>
      <w:r>
        <w:rPr>
          <w:rFonts w:cs="Times New Roman"/>
        </w:rPr>
        <w:t>Legal recovery.</w:t>
      </w:r>
    </w:p>
    <w:p w14:paraId="2D109B35" w14:textId="77777777" w:rsidR="007D7487" w:rsidRDefault="00E6407B">
      <w:pPr>
        <w:ind w:firstLine="288"/>
      </w:pPr>
      <w:r>
        <w:rPr>
          <w:rFonts w:cs="Times New Roman"/>
        </w:rPr>
        <w:t>The road north had opened that door, and now the return discussion opened it farther.</w:t>
      </w:r>
    </w:p>
    <w:p w14:paraId="711F0124" w14:textId="77777777" w:rsidR="007D7487" w:rsidRDefault="00E6407B">
      <w:pPr>
        <w:ind w:firstLine="288"/>
      </w:pPr>
      <w:r>
        <w:rPr>
          <w:rFonts w:cs="Times New Roman"/>
        </w:rPr>
        <w:t>Jesus asked Joanna:</w:t>
      </w:r>
    </w:p>
    <w:p w14:paraId="4D7BA775" w14:textId="77777777" w:rsidR="007D7487" w:rsidRDefault="00E6407B">
      <w:pPr>
        <w:ind w:firstLine="288"/>
      </w:pPr>
      <w:r>
        <w:rPr>
          <w:rFonts w:cs="Times New Roman"/>
        </w:rPr>
        <w:t>"Did Ruth’s allegiance make Boaz unnecessary?"</w:t>
      </w:r>
    </w:p>
    <w:p w14:paraId="1BD40434" w14:textId="77777777" w:rsidR="007D7487" w:rsidRDefault="00E6407B">
      <w:pPr>
        <w:ind w:firstLine="288"/>
      </w:pPr>
      <w:r>
        <w:rPr>
          <w:rFonts w:cs="Times New Roman"/>
        </w:rPr>
        <w:t>"No."</w:t>
      </w:r>
    </w:p>
    <w:p w14:paraId="2FB20A6B" w14:textId="77777777" w:rsidR="007D7487" w:rsidRDefault="00E6407B">
      <w:pPr>
        <w:ind w:firstLine="288"/>
      </w:pPr>
      <w:r>
        <w:rPr>
          <w:rFonts w:cs="Times New Roman"/>
        </w:rPr>
        <w:t>"Did Boaz’s role make Ruth’s allegiance meaningless?"</w:t>
      </w:r>
    </w:p>
    <w:p w14:paraId="5C46884E" w14:textId="77777777" w:rsidR="007D7487" w:rsidRDefault="00E6407B">
      <w:pPr>
        <w:ind w:firstLine="288"/>
      </w:pPr>
      <w:r>
        <w:rPr>
          <w:rFonts w:cs="Times New Roman"/>
        </w:rPr>
        <w:t>"No."</w:t>
      </w:r>
    </w:p>
    <w:p w14:paraId="18E80596" w14:textId="77777777" w:rsidR="007D7487" w:rsidRDefault="00E6407B">
      <w:pPr>
        <w:ind w:firstLine="288"/>
      </w:pPr>
      <w:r>
        <w:rPr>
          <w:rFonts w:cs="Times New Roman"/>
        </w:rPr>
        <w:t>"Then do not force one part of restoration to erase another."</w:t>
      </w:r>
    </w:p>
    <w:p w14:paraId="182AF887" w14:textId="77777777" w:rsidR="007D7487" w:rsidRDefault="00E6407B">
      <w:pPr>
        <w:ind w:firstLine="288"/>
      </w:pPr>
      <w:r>
        <w:rPr>
          <w:rFonts w:cs="Times New Roman"/>
        </w:rPr>
        <w:t>John saw the principle immediately.</w:t>
      </w:r>
    </w:p>
    <w:p w14:paraId="438D0CE3" w14:textId="77777777" w:rsidR="007D7487" w:rsidRDefault="00E6407B">
      <w:pPr>
        <w:ind w:firstLine="288"/>
      </w:pPr>
      <w:r>
        <w:rPr>
          <w:rFonts w:cs="Times New Roman"/>
        </w:rPr>
        <w:t>Return mattered.</w:t>
      </w:r>
    </w:p>
    <w:p w14:paraId="15344300" w14:textId="77777777" w:rsidR="007D7487" w:rsidRDefault="00E6407B">
      <w:pPr>
        <w:ind w:firstLine="288"/>
      </w:pPr>
      <w:r>
        <w:rPr>
          <w:rFonts w:cs="Times New Roman"/>
        </w:rPr>
        <w:t>Provision mattered.</w:t>
      </w:r>
    </w:p>
    <w:p w14:paraId="10FB0502" w14:textId="77777777" w:rsidR="007D7487" w:rsidRDefault="00E6407B">
      <w:pPr>
        <w:ind w:firstLine="288"/>
      </w:pPr>
      <w:r>
        <w:rPr>
          <w:rFonts w:cs="Times New Roman"/>
        </w:rPr>
        <w:t>The returning person and the one who could redeem were not interchangeable.</w:t>
      </w:r>
    </w:p>
    <w:p w14:paraId="08FBE570" w14:textId="77777777" w:rsidR="007D7487" w:rsidRDefault="00E6407B">
      <w:pPr>
        <w:ind w:firstLine="288"/>
      </w:pPr>
      <w:r>
        <w:rPr>
          <w:rFonts w:cs="Times New Roman"/>
        </w:rPr>
        <w:t>Peter looked toward Joanna.</w:t>
      </w:r>
    </w:p>
    <w:p w14:paraId="429DA6A5" w14:textId="77777777" w:rsidR="007D7487" w:rsidRDefault="00E6407B">
      <w:pPr>
        <w:ind w:firstLine="288"/>
      </w:pPr>
      <w:r>
        <w:rPr>
          <w:rFonts w:cs="Times New Roman"/>
        </w:rPr>
        <w:t>"That was a dangerous sentence."</w:t>
      </w:r>
    </w:p>
    <w:p w14:paraId="350EE12F" w14:textId="77777777" w:rsidR="007D7487" w:rsidRDefault="00E6407B">
      <w:pPr>
        <w:ind w:firstLine="288"/>
      </w:pPr>
      <w:r>
        <w:rPr>
          <w:rFonts w:cs="Times New Roman"/>
        </w:rPr>
        <w:t>Joanna smiled.</w:t>
      </w:r>
    </w:p>
    <w:p w14:paraId="16E1885E" w14:textId="77777777" w:rsidR="007D7487" w:rsidRDefault="00E6407B">
      <w:pPr>
        <w:ind w:firstLine="288"/>
      </w:pPr>
      <w:r>
        <w:rPr>
          <w:rFonts w:cs="Times New Roman"/>
        </w:rPr>
        <w:t>"Which one?"</w:t>
      </w:r>
    </w:p>
    <w:p w14:paraId="65392BC7" w14:textId="77777777" w:rsidR="007D7487" w:rsidRDefault="00E6407B">
      <w:pPr>
        <w:ind w:firstLine="288"/>
      </w:pPr>
      <w:r>
        <w:rPr>
          <w:rFonts w:cs="Times New Roman"/>
        </w:rPr>
        <w:t>"Ruth still needed Boaz."</w:t>
      </w:r>
    </w:p>
    <w:p w14:paraId="5D5162E2" w14:textId="77777777" w:rsidR="007D7487" w:rsidRDefault="00E6407B">
      <w:pPr>
        <w:ind w:firstLine="288"/>
      </w:pPr>
      <w:r>
        <w:rPr>
          <w:rFonts w:cs="Times New Roman"/>
        </w:rPr>
        <w:t>"Why?"</w:t>
      </w:r>
    </w:p>
    <w:p w14:paraId="164B6008" w14:textId="77777777" w:rsidR="007D7487" w:rsidRDefault="00E6407B">
      <w:pPr>
        <w:ind w:firstLine="288"/>
      </w:pPr>
      <w:r>
        <w:rPr>
          <w:rFonts w:cs="Times New Roman"/>
        </w:rPr>
        <w:lastRenderedPageBreak/>
        <w:t>"Because Nicodemus has stopped blinking."</w:t>
      </w:r>
    </w:p>
    <w:p w14:paraId="64AFC3E8" w14:textId="77777777" w:rsidR="007D7487" w:rsidRDefault="00E6407B">
      <w:pPr>
        <w:ind w:firstLine="288"/>
      </w:pPr>
      <w:r>
        <w:rPr>
          <w:rFonts w:cs="Times New Roman"/>
        </w:rPr>
        <w:t>Nicodemus blinked immediately.</w:t>
      </w:r>
    </w:p>
    <w:p w14:paraId="45FB938B" w14:textId="77777777" w:rsidR="007D7487" w:rsidRDefault="00E6407B">
      <w:pPr>
        <w:ind w:firstLine="288"/>
      </w:pPr>
      <w:r>
        <w:rPr>
          <w:rFonts w:cs="Times New Roman"/>
        </w:rPr>
        <w:t>Joseph laughed.</w:t>
      </w:r>
    </w:p>
    <w:p w14:paraId="5F58036D" w14:textId="77777777" w:rsidR="007D7487" w:rsidRDefault="00E6407B">
      <w:pPr>
        <w:ind w:firstLine="288"/>
      </w:pPr>
      <w:r>
        <w:rPr>
          <w:rFonts w:cs="Times New Roman"/>
        </w:rPr>
        <w:t>Jesus let the humor stay for a breath.</w:t>
      </w:r>
    </w:p>
    <w:p w14:paraId="4E8854D3" w14:textId="77777777" w:rsidR="007D7487" w:rsidRDefault="00E6407B">
      <w:pPr>
        <w:ind w:firstLine="288"/>
      </w:pPr>
      <w:r>
        <w:rPr>
          <w:rFonts w:cs="Times New Roman"/>
        </w:rPr>
        <w:t>Then He turned back to the question.</w:t>
      </w:r>
    </w:p>
    <w:p w14:paraId="5F2AEF87" w14:textId="77777777" w:rsidR="007D7487" w:rsidRDefault="00E6407B">
      <w:pPr>
        <w:suppressLineNumbers/>
        <w:spacing w:before="100" w:after="100"/>
        <w:jc w:val="center"/>
      </w:pPr>
      <w:r>
        <w:rPr>
          <w:rFonts w:cs="Times New Roman"/>
          <w:sz w:val="20"/>
        </w:rPr>
        <w:t>* * *</w:t>
      </w:r>
    </w:p>
    <w:p w14:paraId="0D33F5D2" w14:textId="77777777" w:rsidR="007D7487" w:rsidRDefault="00E6407B">
      <w:pPr>
        <w:ind w:firstLine="288"/>
      </w:pPr>
      <w:r>
        <w:rPr>
          <w:rFonts w:cs="Times New Roman"/>
        </w:rPr>
        <w:t>"A man returns."</w:t>
      </w:r>
    </w:p>
    <w:p w14:paraId="1D6A42B9" w14:textId="77777777" w:rsidR="007D7487" w:rsidRDefault="00E6407B">
      <w:pPr>
        <w:ind w:firstLine="288"/>
      </w:pPr>
      <w:r>
        <w:rPr>
          <w:rFonts w:cs="Times New Roman"/>
        </w:rPr>
        <w:t>"What has he accomplished by returning?"</w:t>
      </w:r>
    </w:p>
    <w:p w14:paraId="108E66FC" w14:textId="77777777" w:rsidR="007D7487" w:rsidRDefault="00E6407B">
      <w:pPr>
        <w:ind w:firstLine="288"/>
      </w:pPr>
      <w:r>
        <w:rPr>
          <w:rFonts w:cs="Times New Roman"/>
        </w:rPr>
        <w:t>Nicodemus answered.</w:t>
      </w:r>
    </w:p>
    <w:p w14:paraId="421198BB" w14:textId="77777777" w:rsidR="007D7487" w:rsidRDefault="00E6407B">
      <w:pPr>
        <w:ind w:firstLine="288"/>
      </w:pPr>
      <w:r>
        <w:rPr>
          <w:rFonts w:cs="Times New Roman"/>
        </w:rPr>
        <w:t>"He has turned from the way in which he was walking."</w:t>
      </w:r>
    </w:p>
    <w:p w14:paraId="381D06D7" w14:textId="77777777" w:rsidR="007D7487" w:rsidRDefault="00E6407B">
      <w:pPr>
        <w:ind w:firstLine="288"/>
      </w:pPr>
      <w:r>
        <w:rPr>
          <w:rFonts w:cs="Times New Roman"/>
        </w:rPr>
        <w:t>"And?"</w:t>
      </w:r>
    </w:p>
    <w:p w14:paraId="4C9C35D4" w14:textId="77777777" w:rsidR="007D7487" w:rsidRDefault="00E6407B">
      <w:pPr>
        <w:ind w:firstLine="288"/>
      </w:pPr>
      <w:r>
        <w:rPr>
          <w:rFonts w:cs="Times New Roman"/>
        </w:rPr>
        <w:t>"He has come back toward the LORD."</w:t>
      </w:r>
    </w:p>
    <w:p w14:paraId="1FC9EA0C" w14:textId="77777777" w:rsidR="007D7487" w:rsidRDefault="00E6407B">
      <w:pPr>
        <w:ind w:firstLine="288"/>
      </w:pPr>
      <w:r>
        <w:rPr>
          <w:rFonts w:cs="Times New Roman"/>
        </w:rPr>
        <w:t>"Has he provided his own atonement?"</w:t>
      </w:r>
    </w:p>
    <w:p w14:paraId="202494A5" w14:textId="77777777" w:rsidR="007D7487" w:rsidRDefault="00E6407B">
      <w:pPr>
        <w:ind w:firstLine="288"/>
      </w:pPr>
      <w:r>
        <w:rPr>
          <w:rFonts w:cs="Times New Roman"/>
        </w:rPr>
        <w:t>"No."</w:t>
      </w:r>
    </w:p>
    <w:p w14:paraId="36673FF4" w14:textId="77777777" w:rsidR="007D7487" w:rsidRDefault="00E6407B">
      <w:pPr>
        <w:ind w:firstLine="288"/>
      </w:pPr>
      <w:r>
        <w:rPr>
          <w:rFonts w:cs="Times New Roman"/>
        </w:rPr>
        <w:t>"Has he made himself clean merely by arriving?"</w:t>
      </w:r>
    </w:p>
    <w:p w14:paraId="320D4E74" w14:textId="77777777" w:rsidR="007D7487" w:rsidRDefault="00E6407B">
      <w:pPr>
        <w:ind w:firstLine="288"/>
      </w:pPr>
      <w:r>
        <w:rPr>
          <w:rFonts w:cs="Times New Roman"/>
        </w:rPr>
        <w:t>Nicodemus hesitated.</w:t>
      </w:r>
    </w:p>
    <w:p w14:paraId="438797AD" w14:textId="77777777" w:rsidR="007D7487" w:rsidRDefault="00E6407B">
      <w:pPr>
        <w:ind w:firstLine="288"/>
      </w:pPr>
      <w:r>
        <w:rPr>
          <w:rFonts w:cs="Times New Roman"/>
        </w:rPr>
        <w:t>"No."</w:t>
      </w:r>
    </w:p>
    <w:p w14:paraId="43D29207" w14:textId="77777777" w:rsidR="007D7487" w:rsidRDefault="00E6407B">
      <w:pPr>
        <w:ind w:firstLine="288"/>
      </w:pPr>
      <w:r>
        <w:rPr>
          <w:rFonts w:cs="Times New Roman"/>
        </w:rPr>
        <w:t>"Has he appointed the priest?"</w:t>
      </w:r>
    </w:p>
    <w:p w14:paraId="0038E9A5" w14:textId="77777777" w:rsidR="007D7487" w:rsidRDefault="00E6407B">
      <w:pPr>
        <w:ind w:firstLine="288"/>
      </w:pPr>
      <w:r>
        <w:rPr>
          <w:rFonts w:cs="Times New Roman"/>
        </w:rPr>
        <w:t>"No."</w:t>
      </w:r>
    </w:p>
    <w:p w14:paraId="2267FCEA" w14:textId="77777777" w:rsidR="007D7487" w:rsidRDefault="00E6407B">
      <w:pPr>
        <w:ind w:firstLine="288"/>
      </w:pPr>
      <w:r>
        <w:rPr>
          <w:rFonts w:cs="Times New Roman"/>
        </w:rPr>
        <w:t>"Has he provided the sacrifice?"</w:t>
      </w:r>
    </w:p>
    <w:p w14:paraId="0A5E69AA" w14:textId="77777777" w:rsidR="007D7487" w:rsidRDefault="00E6407B">
      <w:pPr>
        <w:ind w:firstLine="288"/>
      </w:pPr>
      <w:r>
        <w:rPr>
          <w:rFonts w:cs="Times New Roman"/>
        </w:rPr>
        <w:t>"No."</w:t>
      </w:r>
    </w:p>
    <w:p w14:paraId="630859A6" w14:textId="77777777" w:rsidR="007D7487" w:rsidRDefault="00E6407B">
      <w:pPr>
        <w:ind w:firstLine="288"/>
      </w:pPr>
      <w:r>
        <w:rPr>
          <w:rFonts w:cs="Times New Roman"/>
        </w:rPr>
        <w:t>"Has he forgiven his own iniquity?"</w:t>
      </w:r>
    </w:p>
    <w:p w14:paraId="52642CAA" w14:textId="77777777" w:rsidR="007D7487" w:rsidRDefault="00E6407B">
      <w:pPr>
        <w:ind w:firstLine="288"/>
      </w:pPr>
      <w:r>
        <w:rPr>
          <w:rFonts w:cs="Times New Roman"/>
        </w:rPr>
        <w:t>Nicodemus shook his head.</w:t>
      </w:r>
    </w:p>
    <w:p w14:paraId="68125D28" w14:textId="77777777" w:rsidR="007D7487" w:rsidRDefault="00E6407B">
      <w:pPr>
        <w:ind w:firstLine="288"/>
      </w:pPr>
      <w:r>
        <w:rPr>
          <w:rFonts w:cs="Times New Roman"/>
        </w:rPr>
        <w:t>"No."</w:t>
      </w:r>
    </w:p>
    <w:p w14:paraId="238CBAD9" w14:textId="77777777" w:rsidR="007D7487" w:rsidRDefault="00E6407B">
      <w:pPr>
        <w:ind w:firstLine="288"/>
      </w:pPr>
      <w:r>
        <w:rPr>
          <w:rFonts w:cs="Times New Roman"/>
        </w:rPr>
        <w:t>Jesus looked across the gathering.</w:t>
      </w:r>
    </w:p>
    <w:p w14:paraId="68E8DF36" w14:textId="77777777" w:rsidR="007D7487" w:rsidRDefault="00E6407B">
      <w:pPr>
        <w:ind w:firstLine="288"/>
      </w:pPr>
      <w:r>
        <w:rPr>
          <w:rFonts w:cs="Times New Roman"/>
        </w:rPr>
        <w:t>"Then return is real."</w:t>
      </w:r>
    </w:p>
    <w:p w14:paraId="48C8064A" w14:textId="77777777" w:rsidR="007D7487" w:rsidRDefault="00E6407B">
      <w:pPr>
        <w:ind w:firstLine="288"/>
      </w:pPr>
      <w:r>
        <w:rPr>
          <w:rFonts w:cs="Times New Roman"/>
        </w:rPr>
        <w:t>"Necessary."</w:t>
      </w:r>
    </w:p>
    <w:p w14:paraId="3CA61F66" w14:textId="77777777" w:rsidR="007D7487" w:rsidRDefault="00E6407B">
      <w:pPr>
        <w:ind w:firstLine="288"/>
      </w:pPr>
      <w:r>
        <w:rPr>
          <w:rFonts w:cs="Times New Roman"/>
        </w:rPr>
        <w:t>"Relational."</w:t>
      </w:r>
    </w:p>
    <w:p w14:paraId="4C0F4FB7" w14:textId="77777777" w:rsidR="007D7487" w:rsidRDefault="00E6407B">
      <w:pPr>
        <w:ind w:firstLine="288"/>
      </w:pPr>
      <w:r>
        <w:rPr>
          <w:rFonts w:cs="Times New Roman"/>
        </w:rPr>
        <w:t>"Directional."</w:t>
      </w:r>
    </w:p>
    <w:p w14:paraId="0271FA26" w14:textId="77777777" w:rsidR="007D7487" w:rsidRDefault="00E6407B">
      <w:pPr>
        <w:ind w:firstLine="288"/>
      </w:pPr>
      <w:r>
        <w:rPr>
          <w:rFonts w:cs="Times New Roman"/>
        </w:rPr>
        <w:t>"But do not make the movement home become all the things the LORD must do when the wanderer comes home."</w:t>
      </w:r>
    </w:p>
    <w:p w14:paraId="69962F09" w14:textId="77777777" w:rsidR="007D7487" w:rsidRDefault="00E6407B">
      <w:pPr>
        <w:ind w:firstLine="288"/>
      </w:pPr>
      <w:r>
        <w:rPr>
          <w:rFonts w:cs="Times New Roman"/>
        </w:rPr>
        <w:t>That distinction hit John harder than he expected.</w:t>
      </w:r>
    </w:p>
    <w:p w14:paraId="4197650E" w14:textId="77777777" w:rsidR="007D7487" w:rsidRDefault="00E6407B">
      <w:pPr>
        <w:ind w:firstLine="288"/>
      </w:pPr>
      <w:r>
        <w:rPr>
          <w:rFonts w:cs="Times New Roman"/>
        </w:rPr>
        <w:t>He had spent years hearing calls to repent.</w:t>
      </w:r>
    </w:p>
    <w:p w14:paraId="680CB36F" w14:textId="77777777" w:rsidR="007D7487" w:rsidRDefault="00E6407B">
      <w:pPr>
        <w:ind w:firstLine="288"/>
      </w:pPr>
      <w:r>
        <w:rPr>
          <w:rFonts w:cs="Times New Roman"/>
        </w:rPr>
        <w:t>He had watched crowds go down into Jordan confessing sins.</w:t>
      </w:r>
    </w:p>
    <w:p w14:paraId="4A4C9200" w14:textId="77777777" w:rsidR="007D7487" w:rsidRDefault="00E6407B">
      <w:pPr>
        <w:ind w:firstLine="288"/>
      </w:pPr>
      <w:r>
        <w:rPr>
          <w:rFonts w:cs="Times New Roman"/>
        </w:rPr>
        <w:t>He had watched men leave old work, old practices, old loyalties.</w:t>
      </w:r>
    </w:p>
    <w:p w14:paraId="7689DA52" w14:textId="77777777" w:rsidR="007D7487" w:rsidRDefault="00E6407B">
      <w:pPr>
        <w:ind w:firstLine="288"/>
      </w:pPr>
      <w:r>
        <w:rPr>
          <w:rFonts w:cs="Times New Roman"/>
        </w:rPr>
        <w:t>But Jesus was not diminishing turning.</w:t>
      </w:r>
    </w:p>
    <w:p w14:paraId="21897134" w14:textId="77777777" w:rsidR="007D7487" w:rsidRDefault="00E6407B">
      <w:pPr>
        <w:ind w:firstLine="288"/>
      </w:pPr>
      <w:r>
        <w:rPr>
          <w:rFonts w:cs="Times New Roman"/>
        </w:rPr>
        <w:t>He was preventing turning from being asked to perform what only God could provide.</w:t>
      </w:r>
    </w:p>
    <w:p w14:paraId="30C8A3A5" w14:textId="77777777" w:rsidR="007D7487" w:rsidRDefault="00E6407B">
      <w:pPr>
        <w:ind w:firstLine="288"/>
      </w:pPr>
      <w:r>
        <w:rPr>
          <w:rFonts w:cs="Times New Roman"/>
        </w:rPr>
        <w:t>Nicodemus looked toward the passages they had already opened.</w:t>
      </w:r>
    </w:p>
    <w:p w14:paraId="1C3ABCEC" w14:textId="77777777" w:rsidR="007D7487" w:rsidRDefault="00E6407B">
      <w:pPr>
        <w:ind w:firstLine="288"/>
      </w:pPr>
      <w:r>
        <w:rPr>
          <w:rFonts w:cs="Times New Roman"/>
        </w:rPr>
        <w:lastRenderedPageBreak/>
        <w:t>"Leviticus."</w:t>
      </w:r>
    </w:p>
    <w:p w14:paraId="146E6442" w14:textId="77777777" w:rsidR="007D7487" w:rsidRDefault="00E6407B">
      <w:pPr>
        <w:ind w:firstLine="288"/>
      </w:pPr>
      <w:r>
        <w:rPr>
          <w:rFonts w:cs="Times New Roman"/>
        </w:rPr>
        <w:t>Jesus nodded.</w:t>
      </w:r>
    </w:p>
    <w:p w14:paraId="6A08E621" w14:textId="77777777" w:rsidR="007D7487" w:rsidRDefault="00E6407B">
      <w:pPr>
        <w:ind w:firstLine="288"/>
      </w:pPr>
      <w:r>
        <w:rPr>
          <w:rFonts w:cs="Times New Roman"/>
        </w:rPr>
        <w:t>"Read the order."</w:t>
      </w:r>
    </w:p>
    <w:p w14:paraId="72717BFE" w14:textId="77777777" w:rsidR="007D7487" w:rsidRDefault="00E6407B">
      <w:pPr>
        <w:ind w:firstLine="288"/>
      </w:pPr>
      <w:r>
        <w:rPr>
          <w:rFonts w:cs="Times New Roman"/>
        </w:rPr>
        <w:t>Nicodemus did not need a scroll in front of him.</w:t>
      </w:r>
    </w:p>
    <w:p w14:paraId="06AEB0B8" w14:textId="77777777" w:rsidR="007D7487" w:rsidRDefault="00E6407B">
      <w:pPr>
        <w:ind w:firstLine="288"/>
      </w:pPr>
      <w:r>
        <w:rPr>
          <w:rFonts w:cs="Times New Roman"/>
          <w:i/>
        </w:rPr>
        <w:t>"For on that day shall the priest make an atonement for you, to cleanse you, that ye may be clean from all your sins before the LORD." — Leviticus 16:30 KJV</w:t>
      </w:r>
    </w:p>
    <w:p w14:paraId="76BE369E" w14:textId="77777777" w:rsidR="007D7487" w:rsidRDefault="00E6407B">
      <w:pPr>
        <w:ind w:firstLine="288"/>
      </w:pPr>
      <w:r>
        <w:rPr>
          <w:rFonts w:cs="Times New Roman"/>
        </w:rPr>
        <w:t>He repeated the two phrases more slowly.</w:t>
      </w:r>
    </w:p>
    <w:p w14:paraId="7A4238F1" w14:textId="77777777" w:rsidR="007D7487" w:rsidRDefault="00E6407B">
      <w:pPr>
        <w:ind w:firstLine="288"/>
      </w:pPr>
      <w:r>
        <w:rPr>
          <w:rFonts w:cs="Times New Roman"/>
        </w:rPr>
        <w:t>"Yekapper aleikhem."</w:t>
      </w:r>
    </w:p>
    <w:p w14:paraId="598F64F8" w14:textId="77777777" w:rsidR="007D7487" w:rsidRDefault="00E6407B">
      <w:pPr>
        <w:ind w:firstLine="288"/>
      </w:pPr>
      <w:r>
        <w:rPr>
          <w:rFonts w:cs="Times New Roman"/>
        </w:rPr>
        <w:t>"He shall make atonement for you."</w:t>
      </w:r>
    </w:p>
    <w:p w14:paraId="6D215BD4" w14:textId="77777777" w:rsidR="007D7487" w:rsidRDefault="00E6407B">
      <w:pPr>
        <w:ind w:firstLine="288"/>
      </w:pPr>
      <w:r>
        <w:rPr>
          <w:rFonts w:cs="Times New Roman"/>
        </w:rPr>
        <w:t>Then:</w:t>
      </w:r>
    </w:p>
    <w:p w14:paraId="33CCB6C6" w14:textId="77777777" w:rsidR="007D7487" w:rsidRDefault="00E6407B">
      <w:pPr>
        <w:ind w:firstLine="288"/>
      </w:pPr>
      <w:r>
        <w:rPr>
          <w:rFonts w:cs="Times New Roman"/>
        </w:rPr>
        <w:t>"Letaher etkhem."</w:t>
      </w:r>
    </w:p>
    <w:p w14:paraId="4F8C8CFD" w14:textId="77777777" w:rsidR="007D7487" w:rsidRDefault="00E6407B">
      <w:pPr>
        <w:ind w:firstLine="288"/>
      </w:pPr>
      <w:r>
        <w:rPr>
          <w:rFonts w:cs="Times New Roman"/>
        </w:rPr>
        <w:t>"To cleanse you."</w:t>
      </w:r>
    </w:p>
    <w:p w14:paraId="5E09B58D" w14:textId="77777777" w:rsidR="007D7487" w:rsidRDefault="00E6407B">
      <w:pPr>
        <w:ind w:firstLine="288"/>
      </w:pPr>
      <w:r>
        <w:rPr>
          <w:rFonts w:cs="Times New Roman"/>
        </w:rPr>
        <w:t>Jesus nodded.</w:t>
      </w:r>
    </w:p>
    <w:p w14:paraId="3586D4CA" w14:textId="77777777" w:rsidR="007D7487" w:rsidRDefault="00E6407B">
      <w:pPr>
        <w:ind w:firstLine="288"/>
      </w:pPr>
      <w:r>
        <w:rPr>
          <w:rFonts w:cs="Times New Roman"/>
        </w:rPr>
        <w:t>"Same word?"</w:t>
      </w:r>
    </w:p>
    <w:p w14:paraId="109E18CF" w14:textId="77777777" w:rsidR="007D7487" w:rsidRDefault="00E6407B">
      <w:pPr>
        <w:ind w:firstLine="288"/>
      </w:pPr>
      <w:r>
        <w:rPr>
          <w:rFonts w:cs="Times New Roman"/>
        </w:rPr>
        <w:t>"No."</w:t>
      </w:r>
    </w:p>
    <w:p w14:paraId="1C2A855C" w14:textId="77777777" w:rsidR="007D7487" w:rsidRDefault="00E6407B">
      <w:pPr>
        <w:ind w:firstLine="288"/>
      </w:pPr>
      <w:r>
        <w:rPr>
          <w:rFonts w:cs="Times New Roman"/>
        </w:rPr>
        <w:t>"Same act?"</w:t>
      </w:r>
    </w:p>
    <w:p w14:paraId="264ACAD4" w14:textId="77777777" w:rsidR="007D7487" w:rsidRDefault="00E6407B">
      <w:pPr>
        <w:ind w:firstLine="288"/>
      </w:pPr>
      <w:r>
        <w:rPr>
          <w:rFonts w:cs="Times New Roman"/>
        </w:rPr>
        <w:t>"No."</w:t>
      </w:r>
    </w:p>
    <w:p w14:paraId="1E53E788" w14:textId="77777777" w:rsidR="007D7487" w:rsidRDefault="00E6407B">
      <w:pPr>
        <w:ind w:firstLine="288"/>
      </w:pPr>
      <w:r>
        <w:rPr>
          <w:rFonts w:cs="Times New Roman"/>
        </w:rPr>
        <w:t>"Joined?"</w:t>
      </w:r>
    </w:p>
    <w:p w14:paraId="13E60EF2" w14:textId="77777777" w:rsidR="007D7487" w:rsidRDefault="00E6407B">
      <w:pPr>
        <w:ind w:firstLine="288"/>
      </w:pPr>
      <w:r>
        <w:rPr>
          <w:rFonts w:cs="Times New Roman"/>
        </w:rPr>
        <w:t>"Yes."</w:t>
      </w:r>
    </w:p>
    <w:p w14:paraId="7BD818C7" w14:textId="77777777" w:rsidR="007D7487" w:rsidRDefault="00E6407B">
      <w:pPr>
        <w:ind w:firstLine="288"/>
      </w:pPr>
      <w:r>
        <w:rPr>
          <w:rFonts w:cs="Times New Roman"/>
        </w:rPr>
        <w:t>Nicodemus’s teaching instincts took over.</w:t>
      </w:r>
    </w:p>
    <w:p w14:paraId="2C3B7358" w14:textId="77777777" w:rsidR="007D7487" w:rsidRDefault="00E6407B">
      <w:pPr>
        <w:ind w:firstLine="288"/>
      </w:pPr>
      <w:r>
        <w:rPr>
          <w:rFonts w:cs="Times New Roman"/>
        </w:rPr>
        <w:t>"Atonement addresses the offense before the LORD."</w:t>
      </w:r>
    </w:p>
    <w:p w14:paraId="7FC4C3EB" w14:textId="77777777" w:rsidR="007D7487" w:rsidRDefault="00E6407B">
      <w:pPr>
        <w:ind w:firstLine="288"/>
      </w:pPr>
      <w:r>
        <w:rPr>
          <w:rFonts w:cs="Times New Roman"/>
        </w:rPr>
        <w:t>"Cleansing addresses defilement."</w:t>
      </w:r>
    </w:p>
    <w:p w14:paraId="3A9CFD1E" w14:textId="77777777" w:rsidR="007D7487" w:rsidRDefault="00E6407B">
      <w:pPr>
        <w:ind w:firstLine="288"/>
      </w:pPr>
      <w:r>
        <w:rPr>
          <w:rFonts w:cs="Times New Roman"/>
        </w:rPr>
        <w:t>Jesus waited.</w:t>
      </w:r>
    </w:p>
    <w:p w14:paraId="33A72D5C" w14:textId="77777777" w:rsidR="007D7487" w:rsidRDefault="00E6407B">
      <w:pPr>
        <w:ind w:firstLine="288"/>
      </w:pPr>
      <w:r>
        <w:rPr>
          <w:rFonts w:cs="Times New Roman"/>
        </w:rPr>
        <w:t>Nicodemus caught himself.</w:t>
      </w:r>
    </w:p>
    <w:p w14:paraId="2F83E483" w14:textId="77777777" w:rsidR="007D7487" w:rsidRDefault="00E6407B">
      <w:pPr>
        <w:ind w:firstLine="288"/>
      </w:pPr>
      <w:r>
        <w:rPr>
          <w:rFonts w:cs="Times New Roman"/>
        </w:rPr>
        <w:t>"Not every passage explains both in the same way."</w:t>
      </w:r>
    </w:p>
    <w:p w14:paraId="71E23101" w14:textId="77777777" w:rsidR="007D7487" w:rsidRDefault="00E6407B">
      <w:pPr>
        <w:ind w:firstLine="288"/>
      </w:pPr>
      <w:r>
        <w:rPr>
          <w:rFonts w:cs="Times New Roman"/>
        </w:rPr>
        <w:t>"Good."</w:t>
      </w:r>
    </w:p>
    <w:p w14:paraId="0D7EF524" w14:textId="77777777" w:rsidR="007D7487" w:rsidRDefault="00E6407B">
      <w:pPr>
        <w:ind w:firstLine="288"/>
      </w:pPr>
      <w:r>
        <w:rPr>
          <w:rFonts w:cs="Times New Roman"/>
        </w:rPr>
        <w:t>Jesus smiled.</w:t>
      </w:r>
    </w:p>
    <w:p w14:paraId="5A8F30A1" w14:textId="77777777" w:rsidR="007D7487" w:rsidRDefault="00E6407B">
      <w:pPr>
        <w:ind w:firstLine="288"/>
      </w:pPr>
      <w:r>
        <w:rPr>
          <w:rFonts w:cs="Times New Roman"/>
        </w:rPr>
        <w:t>"Do not flatten Moses in order to make a tidy sentence."</w:t>
      </w:r>
    </w:p>
    <w:p w14:paraId="4249866D" w14:textId="77777777" w:rsidR="007D7487" w:rsidRDefault="00E6407B">
      <w:pPr>
        <w:ind w:firstLine="288"/>
      </w:pPr>
      <w:r>
        <w:rPr>
          <w:rFonts w:cs="Times New Roman"/>
        </w:rPr>
        <w:t>John almost laughed.</w:t>
      </w:r>
    </w:p>
    <w:p w14:paraId="19B6D9B1" w14:textId="77777777" w:rsidR="007D7487" w:rsidRDefault="00E6407B">
      <w:pPr>
        <w:ind w:firstLine="288"/>
      </w:pPr>
      <w:r>
        <w:rPr>
          <w:rFonts w:cs="Times New Roman"/>
        </w:rPr>
        <w:t>The warning had become familiar.</w:t>
      </w:r>
    </w:p>
    <w:p w14:paraId="16CA29D4" w14:textId="77777777" w:rsidR="007D7487" w:rsidRDefault="00E6407B">
      <w:pPr>
        <w:ind w:firstLine="288"/>
      </w:pPr>
      <w:r>
        <w:rPr>
          <w:rFonts w:cs="Times New Roman"/>
        </w:rPr>
        <w:t>Do not move the words.</w:t>
      </w:r>
    </w:p>
    <w:p w14:paraId="64B36B47" w14:textId="77777777" w:rsidR="007D7487" w:rsidRDefault="00E6407B">
      <w:pPr>
        <w:ind w:firstLine="288"/>
      </w:pPr>
      <w:r>
        <w:rPr>
          <w:rFonts w:cs="Times New Roman"/>
        </w:rPr>
        <w:t>Move your understanding.</w:t>
      </w:r>
    </w:p>
    <w:p w14:paraId="522764A6" w14:textId="77777777" w:rsidR="007D7487" w:rsidRDefault="00E6407B">
      <w:pPr>
        <w:ind w:firstLine="288"/>
      </w:pPr>
      <w:r>
        <w:rPr>
          <w:rFonts w:cs="Times New Roman"/>
        </w:rPr>
        <w:t>Nicodemus continued.</w:t>
      </w:r>
    </w:p>
    <w:p w14:paraId="4C4D16AF" w14:textId="77777777" w:rsidR="007D7487" w:rsidRDefault="00E6407B">
      <w:pPr>
        <w:ind w:firstLine="288"/>
      </w:pPr>
      <w:r>
        <w:rPr>
          <w:rFonts w:cs="Times New Roman"/>
        </w:rPr>
        <w:t>"The man returns."</w:t>
      </w:r>
    </w:p>
    <w:p w14:paraId="446C245F" w14:textId="77777777" w:rsidR="007D7487" w:rsidRDefault="00E6407B">
      <w:pPr>
        <w:ind w:firstLine="288"/>
      </w:pPr>
      <w:r>
        <w:rPr>
          <w:rFonts w:cs="Times New Roman"/>
        </w:rPr>
        <w:t>"He acknowledges sin."</w:t>
      </w:r>
    </w:p>
    <w:p w14:paraId="03BC2077" w14:textId="77777777" w:rsidR="007D7487" w:rsidRDefault="00E6407B">
      <w:pPr>
        <w:ind w:firstLine="288"/>
      </w:pPr>
      <w:r>
        <w:rPr>
          <w:rFonts w:cs="Times New Roman"/>
        </w:rPr>
        <w:t>"The LORD has appointed the priestly order."</w:t>
      </w:r>
    </w:p>
    <w:p w14:paraId="63362170" w14:textId="77777777" w:rsidR="007D7487" w:rsidRDefault="00E6407B">
      <w:pPr>
        <w:ind w:firstLine="288"/>
      </w:pPr>
      <w:r>
        <w:rPr>
          <w:rFonts w:cs="Times New Roman"/>
        </w:rPr>
        <w:t>"The LORD has appointed sacrifice."</w:t>
      </w:r>
    </w:p>
    <w:p w14:paraId="2EADA5F9" w14:textId="77777777" w:rsidR="007D7487" w:rsidRDefault="00E6407B">
      <w:pPr>
        <w:ind w:firstLine="288"/>
      </w:pPr>
      <w:r>
        <w:rPr>
          <w:rFonts w:cs="Times New Roman"/>
        </w:rPr>
        <w:t>"Atonement is made for him."</w:t>
      </w:r>
    </w:p>
    <w:p w14:paraId="56C50497" w14:textId="77777777" w:rsidR="007D7487" w:rsidRDefault="00E6407B">
      <w:pPr>
        <w:ind w:firstLine="288"/>
      </w:pPr>
      <w:r>
        <w:rPr>
          <w:rFonts w:cs="Times New Roman"/>
        </w:rPr>
        <w:lastRenderedPageBreak/>
        <w:t>"He is cleansed."</w:t>
      </w:r>
    </w:p>
    <w:p w14:paraId="5F4E0B77" w14:textId="77777777" w:rsidR="007D7487" w:rsidRDefault="00E6407B">
      <w:pPr>
        <w:ind w:firstLine="288"/>
      </w:pPr>
      <w:r>
        <w:rPr>
          <w:rFonts w:cs="Times New Roman"/>
        </w:rPr>
        <w:t>"Forgiveness restores what sin disrupted."</w:t>
      </w:r>
    </w:p>
    <w:p w14:paraId="501AC2AD" w14:textId="77777777" w:rsidR="007D7487" w:rsidRDefault="00E6407B">
      <w:pPr>
        <w:ind w:firstLine="288"/>
      </w:pPr>
      <w:r>
        <w:rPr>
          <w:rFonts w:cs="Times New Roman"/>
        </w:rPr>
        <w:t>Jesus looked toward him.</w:t>
      </w:r>
    </w:p>
    <w:p w14:paraId="2DAB36A6" w14:textId="77777777" w:rsidR="007D7487" w:rsidRDefault="00E6407B">
      <w:pPr>
        <w:ind w:firstLine="288"/>
      </w:pPr>
      <w:r>
        <w:rPr>
          <w:rFonts w:cs="Times New Roman"/>
        </w:rPr>
        <w:t>"And who appointed all of that?"</w:t>
      </w:r>
    </w:p>
    <w:p w14:paraId="1C5C42F1" w14:textId="77777777" w:rsidR="007D7487" w:rsidRDefault="00E6407B">
      <w:pPr>
        <w:ind w:firstLine="288"/>
      </w:pPr>
      <w:r>
        <w:rPr>
          <w:rFonts w:cs="Times New Roman"/>
        </w:rPr>
        <w:t>"The LORD."</w:t>
      </w:r>
    </w:p>
    <w:p w14:paraId="1A80D9B7" w14:textId="77777777" w:rsidR="007D7487" w:rsidRDefault="00E6407B">
      <w:pPr>
        <w:ind w:firstLine="288"/>
      </w:pPr>
      <w:r>
        <w:rPr>
          <w:rFonts w:cs="Times New Roman"/>
        </w:rPr>
        <w:t>"Then Israel was not taught to invent a way back."</w:t>
      </w:r>
    </w:p>
    <w:p w14:paraId="5C2D03DE" w14:textId="77777777" w:rsidR="007D7487" w:rsidRDefault="00E6407B">
      <w:pPr>
        <w:ind w:firstLine="288"/>
      </w:pPr>
      <w:r>
        <w:rPr>
          <w:rFonts w:cs="Times New Roman"/>
        </w:rPr>
        <w:t>"No."</w:t>
      </w:r>
    </w:p>
    <w:p w14:paraId="45FA32F1" w14:textId="77777777" w:rsidR="007D7487" w:rsidRDefault="00E6407B">
      <w:pPr>
        <w:ind w:firstLine="288"/>
      </w:pPr>
      <w:r>
        <w:rPr>
          <w:rFonts w:cs="Times New Roman"/>
        </w:rPr>
        <w:t>"Israel was taught to return to the God who had already revealed the way of approach."</w:t>
      </w:r>
    </w:p>
    <w:p w14:paraId="2A81127B" w14:textId="77777777" w:rsidR="007D7487" w:rsidRDefault="00E6407B">
      <w:pPr>
        <w:ind w:firstLine="288"/>
      </w:pPr>
      <w:r>
        <w:rPr>
          <w:rFonts w:cs="Times New Roman"/>
        </w:rPr>
        <w:t>Nicodemus lowered his head.</w:t>
      </w:r>
    </w:p>
    <w:p w14:paraId="34AEC4BD" w14:textId="77777777" w:rsidR="007D7487" w:rsidRDefault="00E6407B">
      <w:pPr>
        <w:ind w:firstLine="288"/>
      </w:pPr>
      <w:r>
        <w:rPr>
          <w:rFonts w:cs="Times New Roman"/>
        </w:rPr>
        <w:t>"Yes."</w:t>
      </w:r>
    </w:p>
    <w:p w14:paraId="2FBE4826" w14:textId="77777777" w:rsidR="007D7487" w:rsidRDefault="00E6407B">
      <w:pPr>
        <w:suppressLineNumbers/>
        <w:spacing w:before="100" w:after="100"/>
        <w:jc w:val="center"/>
      </w:pPr>
      <w:r>
        <w:rPr>
          <w:rFonts w:cs="Times New Roman"/>
          <w:sz w:val="20"/>
        </w:rPr>
        <w:t>* * *</w:t>
      </w:r>
    </w:p>
    <w:p w14:paraId="31E2AA34" w14:textId="77777777" w:rsidR="007D7487" w:rsidRDefault="00E6407B">
      <w:pPr>
        <w:ind w:firstLine="288"/>
      </w:pPr>
      <w:r>
        <w:rPr>
          <w:rFonts w:cs="Times New Roman"/>
        </w:rPr>
        <w:t>Jesus did not leave cleansing inside Leviticus.</w:t>
      </w:r>
    </w:p>
    <w:p w14:paraId="5FA862E8" w14:textId="77777777" w:rsidR="007D7487" w:rsidRDefault="00E6407B">
      <w:pPr>
        <w:ind w:firstLine="288"/>
      </w:pPr>
      <w:r>
        <w:rPr>
          <w:rFonts w:cs="Times New Roman"/>
        </w:rPr>
        <w:t>"David."</w:t>
      </w:r>
    </w:p>
    <w:p w14:paraId="59E74C33" w14:textId="77777777" w:rsidR="007D7487" w:rsidRDefault="00E6407B">
      <w:pPr>
        <w:ind w:firstLine="288"/>
      </w:pPr>
      <w:r>
        <w:rPr>
          <w:rFonts w:cs="Times New Roman"/>
        </w:rPr>
        <w:t>Nicodemus looked up.</w:t>
      </w:r>
    </w:p>
    <w:p w14:paraId="19632C47" w14:textId="77777777" w:rsidR="007D7487" w:rsidRDefault="00E6407B">
      <w:pPr>
        <w:ind w:firstLine="288"/>
      </w:pPr>
      <w:r>
        <w:rPr>
          <w:rFonts w:cs="Times New Roman"/>
        </w:rPr>
        <w:t>"After his sin, did David speak as though he could scrub the defilement out of himself?"</w:t>
      </w:r>
    </w:p>
    <w:p w14:paraId="0CA65AEA" w14:textId="77777777" w:rsidR="007D7487" w:rsidRDefault="00E6407B">
      <w:pPr>
        <w:ind w:firstLine="288"/>
      </w:pPr>
      <w:r>
        <w:rPr>
          <w:rFonts w:cs="Times New Roman"/>
        </w:rPr>
        <w:t>"No."</w:t>
      </w:r>
    </w:p>
    <w:p w14:paraId="64FA828C" w14:textId="77777777" w:rsidR="007D7487" w:rsidRDefault="00E6407B">
      <w:pPr>
        <w:ind w:firstLine="288"/>
      </w:pPr>
      <w:r>
        <w:rPr>
          <w:rFonts w:cs="Times New Roman"/>
        </w:rPr>
        <w:t>"What did he ask?"</w:t>
      </w:r>
    </w:p>
    <w:p w14:paraId="796F0FE5" w14:textId="77777777" w:rsidR="007D7487" w:rsidRDefault="00E6407B">
      <w:pPr>
        <w:ind w:firstLine="288"/>
      </w:pPr>
      <w:r>
        <w:rPr>
          <w:rFonts w:cs="Times New Roman"/>
          <w:i/>
        </w:rPr>
        <w:t>"Wash me throughly from mine iniquity, and cleanse me from my sin." — Psalm 51:2 KJV</w:t>
      </w:r>
    </w:p>
    <w:p w14:paraId="34C1B8A2" w14:textId="77777777" w:rsidR="007D7487" w:rsidRDefault="00E6407B">
      <w:pPr>
        <w:ind w:firstLine="288"/>
      </w:pPr>
      <w:r>
        <w:rPr>
          <w:rFonts w:cs="Times New Roman"/>
        </w:rPr>
        <w:t>Jesus waited.</w:t>
      </w:r>
    </w:p>
    <w:p w14:paraId="06D4DCD2" w14:textId="77777777" w:rsidR="007D7487" w:rsidRDefault="00E6407B">
      <w:pPr>
        <w:ind w:firstLine="288"/>
      </w:pPr>
      <w:r>
        <w:rPr>
          <w:rFonts w:cs="Times New Roman"/>
        </w:rPr>
        <w:t>Nicodemus continued.</w:t>
      </w:r>
    </w:p>
    <w:p w14:paraId="2F282015" w14:textId="77777777" w:rsidR="007D7487" w:rsidRDefault="00E6407B">
      <w:pPr>
        <w:ind w:firstLine="288"/>
      </w:pPr>
      <w:r>
        <w:rPr>
          <w:rFonts w:cs="Times New Roman"/>
          <w:i/>
        </w:rPr>
        <w:t>"Purge me with hyssop, and I shall be clean: wash me, and I shall be whiter than snow." — Psalm 51:7 KJV</w:t>
      </w:r>
    </w:p>
    <w:p w14:paraId="31639D85" w14:textId="77777777" w:rsidR="007D7487" w:rsidRDefault="00E6407B">
      <w:pPr>
        <w:ind w:firstLine="288"/>
      </w:pPr>
      <w:r>
        <w:rPr>
          <w:rFonts w:cs="Times New Roman"/>
        </w:rPr>
        <w:t>Mary Magdalene’s expression changed at the word clean.</w:t>
      </w:r>
    </w:p>
    <w:p w14:paraId="559ED3A1" w14:textId="77777777" w:rsidR="007D7487" w:rsidRDefault="00E6407B">
      <w:pPr>
        <w:ind w:firstLine="288"/>
      </w:pPr>
      <w:r>
        <w:rPr>
          <w:rFonts w:cs="Times New Roman"/>
        </w:rPr>
        <w:t>So did several others whose lives had carried public shame before Jesus had called them near.</w:t>
      </w:r>
    </w:p>
    <w:p w14:paraId="492998EF" w14:textId="77777777" w:rsidR="007D7487" w:rsidRDefault="00E6407B">
      <w:pPr>
        <w:ind w:firstLine="288"/>
      </w:pPr>
      <w:r>
        <w:rPr>
          <w:rFonts w:cs="Times New Roman"/>
        </w:rPr>
        <w:t>Jesus asked:</w:t>
      </w:r>
    </w:p>
    <w:p w14:paraId="5BDCF3AC" w14:textId="77777777" w:rsidR="007D7487" w:rsidRDefault="00E6407B">
      <w:pPr>
        <w:ind w:firstLine="288"/>
      </w:pPr>
      <w:r>
        <w:rPr>
          <w:rFonts w:cs="Times New Roman"/>
        </w:rPr>
        <w:t>"Who is David asking to wash him?"</w:t>
      </w:r>
    </w:p>
    <w:p w14:paraId="467CE813" w14:textId="77777777" w:rsidR="007D7487" w:rsidRDefault="00E6407B">
      <w:pPr>
        <w:ind w:firstLine="288"/>
      </w:pPr>
      <w:r>
        <w:rPr>
          <w:rFonts w:cs="Times New Roman"/>
        </w:rPr>
        <w:t>"God."</w:t>
      </w:r>
    </w:p>
    <w:p w14:paraId="40DFEB88" w14:textId="77777777" w:rsidR="007D7487" w:rsidRDefault="00E6407B">
      <w:pPr>
        <w:ind w:firstLine="288"/>
      </w:pPr>
      <w:r>
        <w:rPr>
          <w:rFonts w:cs="Times New Roman"/>
        </w:rPr>
        <w:t>"Who is David asking to cleanse him?"</w:t>
      </w:r>
    </w:p>
    <w:p w14:paraId="695B96F2" w14:textId="77777777" w:rsidR="007D7487" w:rsidRDefault="00E6407B">
      <w:pPr>
        <w:ind w:firstLine="288"/>
      </w:pPr>
      <w:r>
        <w:rPr>
          <w:rFonts w:cs="Times New Roman"/>
        </w:rPr>
        <w:t>"God."</w:t>
      </w:r>
    </w:p>
    <w:p w14:paraId="79BABA3F" w14:textId="77777777" w:rsidR="007D7487" w:rsidRDefault="00E6407B">
      <w:pPr>
        <w:ind w:firstLine="288"/>
      </w:pPr>
      <w:r>
        <w:rPr>
          <w:rFonts w:cs="Times New Roman"/>
        </w:rPr>
        <w:t>"Then the returning heart does not boast that it has become its own washer."</w:t>
      </w:r>
    </w:p>
    <w:p w14:paraId="0B87F827" w14:textId="77777777" w:rsidR="007D7487" w:rsidRDefault="00E6407B">
      <w:pPr>
        <w:ind w:firstLine="288"/>
      </w:pPr>
      <w:r>
        <w:rPr>
          <w:rFonts w:cs="Times New Roman"/>
        </w:rPr>
        <w:t>"No."</w:t>
      </w:r>
    </w:p>
    <w:p w14:paraId="7A47ADFB" w14:textId="77777777" w:rsidR="007D7487" w:rsidRDefault="00E6407B">
      <w:pPr>
        <w:ind w:firstLine="288"/>
      </w:pPr>
      <w:r>
        <w:rPr>
          <w:rFonts w:cs="Times New Roman"/>
        </w:rPr>
        <w:t>"And what does David ask God to create?"</w:t>
      </w:r>
    </w:p>
    <w:p w14:paraId="2AEA70C5" w14:textId="77777777" w:rsidR="007D7487" w:rsidRDefault="00E6407B">
      <w:pPr>
        <w:ind w:firstLine="288"/>
      </w:pPr>
      <w:r>
        <w:rPr>
          <w:rFonts w:cs="Times New Roman"/>
        </w:rPr>
        <w:t>Nicodemus knew the next line.</w:t>
      </w:r>
    </w:p>
    <w:p w14:paraId="7EF4EF55" w14:textId="77777777" w:rsidR="007D7487" w:rsidRDefault="00E6407B">
      <w:pPr>
        <w:ind w:firstLine="288"/>
      </w:pPr>
      <w:r>
        <w:rPr>
          <w:rFonts w:cs="Times New Roman"/>
          <w:i/>
        </w:rPr>
        <w:t>"Create in me a clean heart, O God; and renew a right spirit within me." — Psalm 51:10 KJV</w:t>
      </w:r>
    </w:p>
    <w:p w14:paraId="158E91CF" w14:textId="77777777" w:rsidR="007D7487" w:rsidRDefault="00E6407B">
      <w:pPr>
        <w:ind w:firstLine="288"/>
      </w:pPr>
      <w:r>
        <w:rPr>
          <w:rFonts w:cs="Times New Roman"/>
        </w:rPr>
        <w:t>The word create changed the discussion.</w:t>
      </w:r>
    </w:p>
    <w:p w14:paraId="197C647B" w14:textId="77777777" w:rsidR="007D7487" w:rsidRDefault="00E6407B">
      <w:pPr>
        <w:ind w:firstLine="288"/>
      </w:pPr>
      <w:r>
        <w:rPr>
          <w:rFonts w:cs="Times New Roman"/>
        </w:rPr>
        <w:t>John heard it.</w:t>
      </w:r>
    </w:p>
    <w:p w14:paraId="54277196" w14:textId="77777777" w:rsidR="007D7487" w:rsidRDefault="00E6407B">
      <w:pPr>
        <w:ind w:firstLine="288"/>
      </w:pPr>
      <w:r>
        <w:rPr>
          <w:rFonts w:cs="Times New Roman"/>
        </w:rPr>
        <w:t>Not merely improve.</w:t>
      </w:r>
    </w:p>
    <w:p w14:paraId="083D7C75" w14:textId="77777777" w:rsidR="007D7487" w:rsidRDefault="00E6407B">
      <w:pPr>
        <w:ind w:firstLine="288"/>
      </w:pPr>
      <w:r>
        <w:rPr>
          <w:rFonts w:cs="Times New Roman"/>
        </w:rPr>
        <w:t>Create.</w:t>
      </w:r>
    </w:p>
    <w:p w14:paraId="39DC5CBC" w14:textId="77777777" w:rsidR="007D7487" w:rsidRDefault="00E6407B">
      <w:pPr>
        <w:ind w:firstLine="288"/>
      </w:pPr>
      <w:r>
        <w:rPr>
          <w:rFonts w:cs="Times New Roman"/>
        </w:rPr>
        <w:lastRenderedPageBreak/>
        <w:t>Jesus did not yet open everything Ezekiel would add about a new heart and the Spirit.</w:t>
      </w:r>
    </w:p>
    <w:p w14:paraId="55DE7608" w14:textId="77777777" w:rsidR="007D7487" w:rsidRDefault="00E6407B">
      <w:pPr>
        <w:ind w:firstLine="288"/>
      </w:pPr>
      <w:r>
        <w:rPr>
          <w:rFonts w:cs="Times New Roman"/>
        </w:rPr>
        <w:t>That door would come.</w:t>
      </w:r>
    </w:p>
    <w:p w14:paraId="5262F3A9" w14:textId="77777777" w:rsidR="007D7487" w:rsidRDefault="00E6407B">
      <w:pPr>
        <w:ind w:firstLine="288"/>
      </w:pPr>
      <w:r>
        <w:rPr>
          <w:rFonts w:cs="Times New Roman"/>
        </w:rPr>
        <w:t>For now He let David’s prayer stand beside the law of cleansing.</w:t>
      </w:r>
    </w:p>
    <w:p w14:paraId="392A83AB" w14:textId="77777777" w:rsidR="007D7487" w:rsidRDefault="00E6407B">
      <w:pPr>
        <w:ind w:firstLine="288"/>
      </w:pPr>
      <w:r>
        <w:rPr>
          <w:rFonts w:cs="Times New Roman"/>
        </w:rPr>
        <w:t>Return.</w:t>
      </w:r>
    </w:p>
    <w:p w14:paraId="2F0A18D4" w14:textId="77777777" w:rsidR="007D7487" w:rsidRDefault="00E6407B">
      <w:pPr>
        <w:ind w:firstLine="288"/>
      </w:pPr>
      <w:r>
        <w:rPr>
          <w:rFonts w:cs="Times New Roman"/>
        </w:rPr>
        <w:t>Confession.</w:t>
      </w:r>
    </w:p>
    <w:p w14:paraId="31675176" w14:textId="77777777" w:rsidR="007D7487" w:rsidRDefault="00E6407B">
      <w:pPr>
        <w:ind w:firstLine="288"/>
      </w:pPr>
      <w:r>
        <w:rPr>
          <w:rFonts w:cs="Times New Roman"/>
        </w:rPr>
        <w:t>Atonement.</w:t>
      </w:r>
    </w:p>
    <w:p w14:paraId="63ACEA8A" w14:textId="77777777" w:rsidR="007D7487" w:rsidRDefault="00E6407B">
      <w:pPr>
        <w:ind w:firstLine="288"/>
      </w:pPr>
      <w:r>
        <w:rPr>
          <w:rFonts w:cs="Times New Roman"/>
        </w:rPr>
        <w:t>Cleansing.</w:t>
      </w:r>
    </w:p>
    <w:p w14:paraId="7BAEA5B1" w14:textId="77777777" w:rsidR="007D7487" w:rsidRDefault="00E6407B">
      <w:pPr>
        <w:ind w:firstLine="288"/>
      </w:pPr>
      <w:r>
        <w:rPr>
          <w:rFonts w:cs="Times New Roman"/>
        </w:rPr>
        <w:t>Forgiveness.</w:t>
      </w:r>
    </w:p>
    <w:p w14:paraId="76177746" w14:textId="77777777" w:rsidR="007D7487" w:rsidRDefault="00E6407B">
      <w:pPr>
        <w:ind w:firstLine="288"/>
      </w:pPr>
      <w:r>
        <w:rPr>
          <w:rFonts w:cs="Times New Roman"/>
        </w:rPr>
        <w:t>Creation in the inner man.</w:t>
      </w:r>
    </w:p>
    <w:p w14:paraId="7D47C1EB" w14:textId="77777777" w:rsidR="007D7487" w:rsidRDefault="00E6407B">
      <w:pPr>
        <w:ind w:firstLine="288"/>
      </w:pPr>
      <w:r>
        <w:rPr>
          <w:rFonts w:cs="Times New Roman"/>
        </w:rPr>
        <w:t>The returning man was active in turning.</w:t>
      </w:r>
    </w:p>
    <w:p w14:paraId="44E76090" w14:textId="77777777" w:rsidR="007D7487" w:rsidRDefault="00E6407B">
      <w:pPr>
        <w:ind w:firstLine="288"/>
      </w:pPr>
      <w:r>
        <w:rPr>
          <w:rFonts w:cs="Times New Roman"/>
        </w:rPr>
        <w:t>He was not sovereign over the remedy.</w:t>
      </w:r>
    </w:p>
    <w:p w14:paraId="7B704874" w14:textId="77777777" w:rsidR="007D7487" w:rsidRDefault="00E6407B">
      <w:pPr>
        <w:suppressLineNumbers/>
        <w:spacing w:before="100" w:after="100"/>
        <w:jc w:val="center"/>
      </w:pPr>
      <w:r>
        <w:rPr>
          <w:rFonts w:cs="Times New Roman"/>
          <w:sz w:val="20"/>
        </w:rPr>
        <w:t>* * *</w:t>
      </w:r>
    </w:p>
    <w:p w14:paraId="1D9889AC" w14:textId="77777777" w:rsidR="007D7487" w:rsidRDefault="00E6407B">
      <w:pPr>
        <w:ind w:firstLine="288"/>
      </w:pPr>
      <w:r>
        <w:rPr>
          <w:rFonts w:cs="Times New Roman"/>
        </w:rPr>
        <w:t>Nicodemus looked troubled.</w:t>
      </w:r>
    </w:p>
    <w:p w14:paraId="7FE644F3" w14:textId="77777777" w:rsidR="007D7487" w:rsidRDefault="00E6407B">
      <w:pPr>
        <w:ind w:firstLine="288"/>
      </w:pPr>
      <w:r>
        <w:rPr>
          <w:rFonts w:cs="Times New Roman"/>
        </w:rPr>
        <w:t>"Then what have we been teaching wrong?"</w:t>
      </w:r>
    </w:p>
    <w:p w14:paraId="3FF02AB1" w14:textId="77777777" w:rsidR="007D7487" w:rsidRDefault="00E6407B">
      <w:pPr>
        <w:ind w:firstLine="288"/>
      </w:pPr>
      <w:r>
        <w:rPr>
          <w:rFonts w:cs="Times New Roman"/>
        </w:rPr>
        <w:t>The question quieted everyone.</w:t>
      </w:r>
    </w:p>
    <w:p w14:paraId="7BA2B16C" w14:textId="77777777" w:rsidR="007D7487" w:rsidRDefault="00E6407B">
      <w:pPr>
        <w:ind w:firstLine="288"/>
      </w:pPr>
      <w:r>
        <w:rPr>
          <w:rFonts w:cs="Times New Roman"/>
        </w:rPr>
        <w:t>Jesus did not answer quickly.</w:t>
      </w:r>
    </w:p>
    <w:p w14:paraId="2B7D765E" w14:textId="77777777" w:rsidR="007D7487" w:rsidRDefault="00E6407B">
      <w:pPr>
        <w:ind w:firstLine="288"/>
      </w:pPr>
      <w:r>
        <w:rPr>
          <w:rFonts w:cs="Times New Roman"/>
        </w:rPr>
        <w:t>When He did, His voice carried no contempt.</w:t>
      </w:r>
    </w:p>
    <w:p w14:paraId="0732D0FD" w14:textId="77777777" w:rsidR="007D7487" w:rsidRDefault="00E6407B">
      <w:pPr>
        <w:ind w:firstLine="288"/>
      </w:pPr>
      <w:r>
        <w:rPr>
          <w:rFonts w:cs="Times New Roman"/>
        </w:rPr>
        <w:t>"You have been taught many true things."</w:t>
      </w:r>
    </w:p>
    <w:p w14:paraId="43882F69" w14:textId="77777777" w:rsidR="007D7487" w:rsidRDefault="00E6407B">
      <w:pPr>
        <w:ind w:firstLine="288"/>
      </w:pPr>
      <w:r>
        <w:rPr>
          <w:rFonts w:cs="Times New Roman"/>
        </w:rPr>
        <w:t>Nicodemus looked up.</w:t>
      </w:r>
    </w:p>
    <w:p w14:paraId="5A8F9D25" w14:textId="77777777" w:rsidR="007D7487" w:rsidRDefault="00E6407B">
      <w:pPr>
        <w:ind w:firstLine="288"/>
      </w:pPr>
      <w:r>
        <w:rPr>
          <w:rFonts w:cs="Times New Roman"/>
        </w:rPr>
        <w:t>"Return to the LORD."</w:t>
      </w:r>
    </w:p>
    <w:p w14:paraId="528C71A7" w14:textId="77777777" w:rsidR="007D7487" w:rsidRDefault="00E6407B">
      <w:pPr>
        <w:ind w:firstLine="288"/>
      </w:pPr>
      <w:r>
        <w:rPr>
          <w:rFonts w:cs="Times New Roman"/>
        </w:rPr>
        <w:t>"Confess sin."</w:t>
      </w:r>
    </w:p>
    <w:p w14:paraId="70F0EC01" w14:textId="77777777" w:rsidR="007D7487" w:rsidRDefault="00E6407B">
      <w:pPr>
        <w:ind w:firstLine="288"/>
      </w:pPr>
      <w:r>
        <w:rPr>
          <w:rFonts w:cs="Times New Roman"/>
        </w:rPr>
        <w:t>"Put away idols."</w:t>
      </w:r>
    </w:p>
    <w:p w14:paraId="659AE87C" w14:textId="77777777" w:rsidR="007D7487" w:rsidRDefault="00E6407B">
      <w:pPr>
        <w:ind w:firstLine="288"/>
      </w:pPr>
      <w:r>
        <w:rPr>
          <w:rFonts w:cs="Times New Roman"/>
        </w:rPr>
        <w:t>"Walk in His ways."</w:t>
      </w:r>
    </w:p>
    <w:p w14:paraId="02D5BC49" w14:textId="77777777" w:rsidR="007D7487" w:rsidRDefault="00E6407B">
      <w:pPr>
        <w:ind w:firstLine="288"/>
      </w:pPr>
      <w:r>
        <w:rPr>
          <w:rFonts w:cs="Times New Roman"/>
        </w:rPr>
        <w:t>"Seek mercy."</w:t>
      </w:r>
    </w:p>
    <w:p w14:paraId="5CA4EAD3" w14:textId="77777777" w:rsidR="007D7487" w:rsidRDefault="00E6407B">
      <w:pPr>
        <w:ind w:firstLine="288"/>
      </w:pPr>
      <w:r>
        <w:rPr>
          <w:rFonts w:cs="Times New Roman"/>
        </w:rPr>
        <w:t>"Honor what He appointed."</w:t>
      </w:r>
    </w:p>
    <w:p w14:paraId="3DD1843C" w14:textId="77777777" w:rsidR="007D7487" w:rsidRDefault="00E6407B">
      <w:pPr>
        <w:ind w:firstLine="288"/>
      </w:pPr>
      <w:r>
        <w:rPr>
          <w:rFonts w:cs="Times New Roman"/>
        </w:rPr>
        <w:t>"Those are not lies."</w:t>
      </w:r>
    </w:p>
    <w:p w14:paraId="29CACBA3" w14:textId="77777777" w:rsidR="007D7487" w:rsidRDefault="00E6407B">
      <w:pPr>
        <w:ind w:firstLine="288"/>
      </w:pPr>
      <w:r>
        <w:rPr>
          <w:rFonts w:cs="Times New Roman"/>
        </w:rPr>
        <w:t>Some tension left Nicodemus’s face.</w:t>
      </w:r>
    </w:p>
    <w:p w14:paraId="63F2FDE3" w14:textId="77777777" w:rsidR="007D7487" w:rsidRDefault="00E6407B">
      <w:pPr>
        <w:ind w:firstLine="288"/>
      </w:pPr>
      <w:r>
        <w:rPr>
          <w:rFonts w:cs="Times New Roman"/>
        </w:rPr>
        <w:t>Jesus continued.</w:t>
      </w:r>
    </w:p>
    <w:p w14:paraId="7C02C6DA" w14:textId="77777777" w:rsidR="007D7487" w:rsidRDefault="00E6407B">
      <w:pPr>
        <w:ind w:firstLine="288"/>
      </w:pPr>
      <w:r>
        <w:rPr>
          <w:rFonts w:cs="Times New Roman"/>
        </w:rPr>
        <w:t>"The danger comes when a true part is made to carry what the whole Scripture gives to God."</w:t>
      </w:r>
    </w:p>
    <w:p w14:paraId="11938DC9" w14:textId="77777777" w:rsidR="007D7487" w:rsidRDefault="00E6407B">
      <w:pPr>
        <w:ind w:firstLine="288"/>
      </w:pPr>
      <w:r>
        <w:rPr>
          <w:rFonts w:cs="Times New Roman"/>
        </w:rPr>
        <w:t>Nicodemus listened.</w:t>
      </w:r>
    </w:p>
    <w:p w14:paraId="64B323C5" w14:textId="77777777" w:rsidR="007D7487" w:rsidRDefault="00E6407B">
      <w:pPr>
        <w:ind w:firstLine="288"/>
      </w:pPr>
      <w:r>
        <w:rPr>
          <w:rFonts w:cs="Times New Roman"/>
        </w:rPr>
        <w:t>"If return becomes the thing that purchases righteousness, it has been asked to do more than the prophets gave it."</w:t>
      </w:r>
    </w:p>
    <w:p w14:paraId="47702EE8" w14:textId="77777777" w:rsidR="007D7487" w:rsidRDefault="00E6407B">
      <w:pPr>
        <w:ind w:firstLine="288"/>
      </w:pPr>
      <w:r>
        <w:rPr>
          <w:rFonts w:cs="Times New Roman"/>
        </w:rPr>
        <w:t>"If sacrifice becomes a human payment that compels God to become merciful, it has been separated from the God who appointed the sacrifice."</w:t>
      </w:r>
    </w:p>
    <w:p w14:paraId="35C45B2A" w14:textId="77777777" w:rsidR="007D7487" w:rsidRDefault="00E6407B">
      <w:pPr>
        <w:ind w:firstLine="288"/>
      </w:pPr>
      <w:r>
        <w:rPr>
          <w:rFonts w:cs="Times New Roman"/>
        </w:rPr>
        <w:t>"If washing becomes the source of inward life, the sign has been asked to become the giver."</w:t>
      </w:r>
    </w:p>
    <w:p w14:paraId="48EA2EC7" w14:textId="77777777" w:rsidR="007D7487" w:rsidRDefault="00E6407B">
      <w:pPr>
        <w:ind w:firstLine="288"/>
      </w:pPr>
      <w:r>
        <w:rPr>
          <w:rFonts w:cs="Times New Roman"/>
        </w:rPr>
        <w:t>"If ancestry becomes righteousness, Abraham himself will contradict you."</w:t>
      </w:r>
    </w:p>
    <w:p w14:paraId="5B115DEF" w14:textId="77777777" w:rsidR="007D7487" w:rsidRDefault="00E6407B">
      <w:pPr>
        <w:ind w:firstLine="288"/>
      </w:pPr>
      <w:r>
        <w:rPr>
          <w:rFonts w:cs="Times New Roman"/>
        </w:rPr>
        <w:t>That last sentence changed Nicodemus’s face.</w:t>
      </w:r>
    </w:p>
    <w:p w14:paraId="444D8B44" w14:textId="77777777" w:rsidR="007D7487" w:rsidRDefault="00E6407B">
      <w:pPr>
        <w:ind w:firstLine="288"/>
      </w:pPr>
      <w:r>
        <w:rPr>
          <w:rFonts w:cs="Times New Roman"/>
        </w:rPr>
        <w:t>Jesus saw it.</w:t>
      </w:r>
    </w:p>
    <w:p w14:paraId="6DE489B1" w14:textId="77777777" w:rsidR="007D7487" w:rsidRDefault="00E6407B">
      <w:pPr>
        <w:ind w:firstLine="288"/>
      </w:pPr>
      <w:r>
        <w:rPr>
          <w:rFonts w:cs="Times New Roman"/>
        </w:rPr>
        <w:lastRenderedPageBreak/>
        <w:t>"Now we are ready."</w:t>
      </w:r>
    </w:p>
    <w:p w14:paraId="73832AE8" w14:textId="77777777" w:rsidR="007D7487" w:rsidRDefault="00E6407B">
      <w:pPr>
        <w:ind w:firstLine="288"/>
      </w:pPr>
      <w:r>
        <w:rPr>
          <w:rFonts w:cs="Times New Roman"/>
        </w:rPr>
        <w:t>Peter looked between them.</w:t>
      </w:r>
    </w:p>
    <w:p w14:paraId="0A11FDCC" w14:textId="77777777" w:rsidR="007D7487" w:rsidRDefault="00E6407B">
      <w:pPr>
        <w:ind w:firstLine="288"/>
      </w:pPr>
      <w:r>
        <w:rPr>
          <w:rFonts w:cs="Times New Roman"/>
        </w:rPr>
        <w:t>"Ready for what?"</w:t>
      </w:r>
    </w:p>
    <w:p w14:paraId="6F4223CB" w14:textId="77777777" w:rsidR="007D7487" w:rsidRDefault="00E6407B">
      <w:pPr>
        <w:ind w:firstLine="288"/>
      </w:pPr>
      <w:r>
        <w:rPr>
          <w:rFonts w:cs="Times New Roman"/>
        </w:rPr>
        <w:t>Jesus smiled.</w:t>
      </w:r>
    </w:p>
    <w:p w14:paraId="576414C9" w14:textId="77777777" w:rsidR="007D7487" w:rsidRDefault="00E6407B">
      <w:pPr>
        <w:ind w:firstLine="288"/>
      </w:pPr>
      <w:r>
        <w:rPr>
          <w:rFonts w:cs="Times New Roman"/>
        </w:rPr>
        <w:t>"For Abraham."</w:t>
      </w:r>
    </w:p>
    <w:p w14:paraId="357E4E8B" w14:textId="77777777" w:rsidR="007D7487" w:rsidRDefault="00E6407B">
      <w:pPr>
        <w:ind w:firstLine="288"/>
      </w:pPr>
      <w:r>
        <w:rPr>
          <w:rFonts w:cs="Times New Roman"/>
        </w:rPr>
        <w:t>Nicodemus actually laughed.</w:t>
      </w:r>
    </w:p>
    <w:p w14:paraId="4997F713" w14:textId="77777777" w:rsidR="007D7487" w:rsidRDefault="00E6407B">
      <w:pPr>
        <w:ind w:firstLine="288"/>
      </w:pPr>
      <w:r>
        <w:rPr>
          <w:rFonts w:cs="Times New Roman"/>
        </w:rPr>
        <w:t>Joseph leaned toward Peter.</w:t>
      </w:r>
    </w:p>
    <w:p w14:paraId="65EE5FCD" w14:textId="77777777" w:rsidR="007D7487" w:rsidRDefault="00E6407B">
      <w:pPr>
        <w:ind w:firstLine="288"/>
      </w:pPr>
      <w:r>
        <w:rPr>
          <w:rFonts w:cs="Times New Roman"/>
        </w:rPr>
        <w:t>"You should not have asked."</w:t>
      </w:r>
    </w:p>
    <w:p w14:paraId="04DE3BC1" w14:textId="77777777" w:rsidR="007D7487" w:rsidRDefault="00E6407B">
      <w:pPr>
        <w:ind w:firstLine="288"/>
      </w:pPr>
      <w:r>
        <w:rPr>
          <w:rFonts w:cs="Times New Roman"/>
        </w:rPr>
        <w:t>Peter sighed.</w:t>
      </w:r>
    </w:p>
    <w:p w14:paraId="5CA70D64" w14:textId="77777777" w:rsidR="007D7487" w:rsidRDefault="00E6407B">
      <w:pPr>
        <w:ind w:firstLine="288"/>
      </w:pPr>
      <w:r>
        <w:rPr>
          <w:rFonts w:cs="Times New Roman"/>
        </w:rPr>
        <w:t>"I know."</w:t>
      </w:r>
    </w:p>
    <w:p w14:paraId="0FB98A9A" w14:textId="77777777" w:rsidR="007D7487" w:rsidRDefault="00E6407B">
      <w:pPr>
        <w:suppressLineNumbers/>
        <w:spacing w:before="100" w:after="100"/>
        <w:jc w:val="center"/>
      </w:pPr>
      <w:r>
        <w:rPr>
          <w:rFonts w:cs="Times New Roman"/>
          <w:sz w:val="20"/>
        </w:rPr>
        <w:t>* * *</w:t>
      </w:r>
    </w:p>
    <w:p w14:paraId="5C06DE2E" w14:textId="77777777" w:rsidR="007D7487" w:rsidRDefault="00E6407B">
      <w:pPr>
        <w:ind w:firstLine="288"/>
      </w:pPr>
      <w:r>
        <w:rPr>
          <w:rFonts w:cs="Times New Roman"/>
        </w:rPr>
        <w:t>Jesus looked across the gathering.</w:t>
      </w:r>
    </w:p>
    <w:p w14:paraId="0E86794F" w14:textId="77777777" w:rsidR="007D7487" w:rsidRDefault="00E6407B">
      <w:pPr>
        <w:ind w:firstLine="288"/>
      </w:pPr>
      <w:r>
        <w:rPr>
          <w:rFonts w:cs="Times New Roman"/>
        </w:rPr>
        <w:t>"Before Moses gave Israel these washings, what made Abraham righteous?"</w:t>
      </w:r>
    </w:p>
    <w:p w14:paraId="57E88312" w14:textId="77777777" w:rsidR="007D7487" w:rsidRDefault="00E6407B">
      <w:pPr>
        <w:ind w:firstLine="288"/>
      </w:pPr>
      <w:r>
        <w:rPr>
          <w:rFonts w:cs="Times New Roman"/>
        </w:rPr>
        <w:t>Silence.</w:t>
      </w:r>
    </w:p>
    <w:p w14:paraId="0DF92C4C" w14:textId="77777777" w:rsidR="007D7487" w:rsidRDefault="00E6407B">
      <w:pPr>
        <w:ind w:firstLine="288"/>
      </w:pPr>
      <w:r>
        <w:rPr>
          <w:rFonts w:cs="Times New Roman"/>
        </w:rPr>
        <w:t>Not because nobody knew the verse.</w:t>
      </w:r>
    </w:p>
    <w:p w14:paraId="2B252286" w14:textId="77777777" w:rsidR="007D7487" w:rsidRDefault="00E6407B">
      <w:pPr>
        <w:ind w:firstLine="288"/>
      </w:pPr>
      <w:r>
        <w:rPr>
          <w:rFonts w:cs="Times New Roman"/>
        </w:rPr>
        <w:t>Because everyone did.</w:t>
      </w:r>
    </w:p>
    <w:p w14:paraId="4AAA2A06" w14:textId="77777777" w:rsidR="007D7487" w:rsidRDefault="00E6407B">
      <w:pPr>
        <w:ind w:firstLine="288"/>
      </w:pPr>
      <w:r>
        <w:rPr>
          <w:rFonts w:cs="Times New Roman"/>
        </w:rPr>
        <w:t>Matthew answered first.</w:t>
      </w:r>
    </w:p>
    <w:p w14:paraId="7D1AFC9F" w14:textId="77777777" w:rsidR="007D7487" w:rsidRDefault="00E6407B">
      <w:pPr>
        <w:ind w:firstLine="288"/>
      </w:pPr>
      <w:r>
        <w:rPr>
          <w:rFonts w:cs="Times New Roman"/>
          <w:i/>
        </w:rPr>
        <w:t>"And he believed in the LORD; and he counted it to him for righteousness." — Genesis 15:6 KJV</w:t>
      </w:r>
    </w:p>
    <w:p w14:paraId="0F5A54CE" w14:textId="77777777" w:rsidR="007D7487" w:rsidRDefault="00E6407B">
      <w:pPr>
        <w:ind w:firstLine="288"/>
      </w:pPr>
      <w:r>
        <w:rPr>
          <w:rFonts w:cs="Times New Roman"/>
        </w:rPr>
        <w:t>Jesus nodded.</w:t>
      </w:r>
    </w:p>
    <w:p w14:paraId="17740BD3" w14:textId="77777777" w:rsidR="007D7487" w:rsidRDefault="00E6407B">
      <w:pPr>
        <w:ind w:firstLine="288"/>
      </w:pPr>
      <w:r>
        <w:rPr>
          <w:rFonts w:cs="Times New Roman"/>
        </w:rPr>
        <w:t>"Before Sinai?"</w:t>
      </w:r>
    </w:p>
    <w:p w14:paraId="59F65ED7" w14:textId="77777777" w:rsidR="007D7487" w:rsidRDefault="00E6407B">
      <w:pPr>
        <w:ind w:firstLine="288"/>
      </w:pPr>
      <w:r>
        <w:rPr>
          <w:rFonts w:cs="Times New Roman"/>
        </w:rPr>
        <w:t>"Yes."</w:t>
      </w:r>
    </w:p>
    <w:p w14:paraId="5BA138FE" w14:textId="77777777" w:rsidR="007D7487" w:rsidRDefault="00E6407B">
      <w:pPr>
        <w:ind w:firstLine="288"/>
      </w:pPr>
      <w:r>
        <w:rPr>
          <w:rFonts w:cs="Times New Roman"/>
        </w:rPr>
        <w:t>"Before Levi?"</w:t>
      </w:r>
    </w:p>
    <w:p w14:paraId="53144EC6" w14:textId="77777777" w:rsidR="007D7487" w:rsidRDefault="00E6407B">
      <w:pPr>
        <w:ind w:firstLine="288"/>
      </w:pPr>
      <w:r>
        <w:rPr>
          <w:rFonts w:cs="Times New Roman"/>
        </w:rPr>
        <w:t>"Yes."</w:t>
      </w:r>
    </w:p>
    <w:p w14:paraId="4D1EEE5A" w14:textId="77777777" w:rsidR="007D7487" w:rsidRDefault="00E6407B">
      <w:pPr>
        <w:ind w:firstLine="288"/>
      </w:pPr>
      <w:r>
        <w:rPr>
          <w:rFonts w:cs="Times New Roman"/>
        </w:rPr>
        <w:t>"Before Aaron?"</w:t>
      </w:r>
    </w:p>
    <w:p w14:paraId="36AAC62B" w14:textId="77777777" w:rsidR="007D7487" w:rsidRDefault="00E6407B">
      <w:pPr>
        <w:ind w:firstLine="288"/>
      </w:pPr>
      <w:r>
        <w:rPr>
          <w:rFonts w:cs="Times New Roman"/>
        </w:rPr>
        <w:t>"Yes."</w:t>
      </w:r>
    </w:p>
    <w:p w14:paraId="5081206F" w14:textId="77777777" w:rsidR="007D7487" w:rsidRDefault="00E6407B">
      <w:pPr>
        <w:ind w:firstLine="288"/>
      </w:pPr>
      <w:r>
        <w:rPr>
          <w:rFonts w:cs="Times New Roman"/>
        </w:rPr>
        <w:t>"Before the tabernacle?"</w:t>
      </w:r>
    </w:p>
    <w:p w14:paraId="04C620BD" w14:textId="77777777" w:rsidR="007D7487" w:rsidRDefault="00E6407B">
      <w:pPr>
        <w:ind w:firstLine="288"/>
      </w:pPr>
      <w:r>
        <w:rPr>
          <w:rFonts w:cs="Times New Roman"/>
        </w:rPr>
        <w:t>"Yes."</w:t>
      </w:r>
    </w:p>
    <w:p w14:paraId="3FE2A10B" w14:textId="77777777" w:rsidR="007D7487" w:rsidRDefault="00E6407B">
      <w:pPr>
        <w:ind w:firstLine="288"/>
      </w:pPr>
      <w:r>
        <w:rPr>
          <w:rFonts w:cs="Times New Roman"/>
        </w:rPr>
        <w:t>"Before the Day of Atonement?"</w:t>
      </w:r>
    </w:p>
    <w:p w14:paraId="7448E72E" w14:textId="77777777" w:rsidR="007D7487" w:rsidRDefault="00E6407B">
      <w:pPr>
        <w:ind w:firstLine="288"/>
      </w:pPr>
      <w:r>
        <w:rPr>
          <w:rFonts w:cs="Times New Roman"/>
        </w:rPr>
        <w:t>"Yes."</w:t>
      </w:r>
    </w:p>
    <w:p w14:paraId="2BD9B4CA" w14:textId="77777777" w:rsidR="007D7487" w:rsidRDefault="00E6407B">
      <w:pPr>
        <w:ind w:firstLine="288"/>
      </w:pPr>
      <w:r>
        <w:rPr>
          <w:rFonts w:cs="Times New Roman"/>
        </w:rPr>
        <w:t>"Before Abraham was circumcised?"</w:t>
      </w:r>
    </w:p>
    <w:p w14:paraId="59F98492" w14:textId="77777777" w:rsidR="007D7487" w:rsidRDefault="00E6407B">
      <w:pPr>
        <w:ind w:firstLine="288"/>
      </w:pPr>
      <w:r>
        <w:rPr>
          <w:rFonts w:cs="Times New Roman"/>
        </w:rPr>
        <w:t>Nicodemus’s eyes widened.</w:t>
      </w:r>
    </w:p>
    <w:p w14:paraId="545FB10D" w14:textId="77777777" w:rsidR="007D7487" w:rsidRDefault="00E6407B">
      <w:pPr>
        <w:ind w:firstLine="288"/>
      </w:pPr>
      <w:r>
        <w:rPr>
          <w:rFonts w:cs="Times New Roman"/>
        </w:rPr>
        <w:t>"Yes."</w:t>
      </w:r>
    </w:p>
    <w:p w14:paraId="76181BA8" w14:textId="77777777" w:rsidR="007D7487" w:rsidRDefault="00E6407B">
      <w:pPr>
        <w:ind w:firstLine="288"/>
      </w:pPr>
      <w:r>
        <w:rPr>
          <w:rFonts w:cs="Times New Roman"/>
        </w:rPr>
        <w:t>Genesis 15 stood before Genesis 17.</w:t>
      </w:r>
    </w:p>
    <w:p w14:paraId="15E9F75E" w14:textId="77777777" w:rsidR="007D7487" w:rsidRDefault="00E6407B">
      <w:pPr>
        <w:ind w:firstLine="288"/>
      </w:pPr>
      <w:r>
        <w:rPr>
          <w:rFonts w:cs="Times New Roman"/>
        </w:rPr>
        <w:t>The chronology was not complicated.</w:t>
      </w:r>
    </w:p>
    <w:p w14:paraId="4BC38406" w14:textId="77777777" w:rsidR="007D7487" w:rsidRDefault="00E6407B">
      <w:pPr>
        <w:ind w:firstLine="288"/>
      </w:pPr>
      <w:r>
        <w:rPr>
          <w:rFonts w:cs="Times New Roman"/>
        </w:rPr>
        <w:t>The implication was.</w:t>
      </w:r>
    </w:p>
    <w:p w14:paraId="26ACC0D5" w14:textId="77777777" w:rsidR="007D7487" w:rsidRDefault="00E6407B">
      <w:pPr>
        <w:ind w:firstLine="288"/>
      </w:pPr>
      <w:r>
        <w:rPr>
          <w:rFonts w:cs="Times New Roman"/>
        </w:rPr>
        <w:t>Jesus asked:</w:t>
      </w:r>
    </w:p>
    <w:p w14:paraId="4C6E7F60" w14:textId="77777777" w:rsidR="007D7487" w:rsidRDefault="00E6407B">
      <w:pPr>
        <w:ind w:firstLine="288"/>
      </w:pPr>
      <w:r>
        <w:rPr>
          <w:rFonts w:cs="Times New Roman"/>
        </w:rPr>
        <w:t>"What did Moses say Abraham did?"</w:t>
      </w:r>
    </w:p>
    <w:p w14:paraId="4619511A" w14:textId="77777777" w:rsidR="007D7487" w:rsidRDefault="00E6407B">
      <w:pPr>
        <w:ind w:firstLine="288"/>
      </w:pPr>
      <w:r>
        <w:rPr>
          <w:rFonts w:cs="Times New Roman"/>
        </w:rPr>
        <w:t>"He believed the LORD."</w:t>
      </w:r>
    </w:p>
    <w:p w14:paraId="54493A5F" w14:textId="77777777" w:rsidR="007D7487" w:rsidRDefault="00E6407B">
      <w:pPr>
        <w:ind w:firstLine="288"/>
      </w:pPr>
      <w:r>
        <w:rPr>
          <w:rFonts w:cs="Times New Roman"/>
        </w:rPr>
        <w:lastRenderedPageBreak/>
        <w:t>"And who counted righteousness?"</w:t>
      </w:r>
    </w:p>
    <w:p w14:paraId="185125E1" w14:textId="77777777" w:rsidR="007D7487" w:rsidRDefault="00E6407B">
      <w:pPr>
        <w:ind w:firstLine="288"/>
      </w:pPr>
      <w:r>
        <w:rPr>
          <w:rFonts w:cs="Times New Roman"/>
        </w:rPr>
        <w:t>"The LORD."</w:t>
      </w:r>
    </w:p>
    <w:p w14:paraId="7C26FAA2" w14:textId="77777777" w:rsidR="007D7487" w:rsidRDefault="00E6407B">
      <w:pPr>
        <w:ind w:firstLine="288"/>
      </w:pPr>
      <w:r>
        <w:rPr>
          <w:rFonts w:cs="Times New Roman"/>
        </w:rPr>
        <w:t>"Then Abraham did not invent the promise."</w:t>
      </w:r>
    </w:p>
    <w:p w14:paraId="7E6A0724" w14:textId="77777777" w:rsidR="007D7487" w:rsidRDefault="00E6407B">
      <w:pPr>
        <w:ind w:firstLine="288"/>
      </w:pPr>
      <w:r>
        <w:rPr>
          <w:rFonts w:cs="Times New Roman"/>
        </w:rPr>
        <w:t>"No."</w:t>
      </w:r>
    </w:p>
    <w:p w14:paraId="44A0FEAB" w14:textId="77777777" w:rsidR="007D7487" w:rsidRDefault="00E6407B">
      <w:pPr>
        <w:ind w:firstLine="288"/>
      </w:pPr>
      <w:r>
        <w:rPr>
          <w:rFonts w:cs="Times New Roman"/>
        </w:rPr>
        <w:t>"He did not provide the One who promised."</w:t>
      </w:r>
    </w:p>
    <w:p w14:paraId="6F56B312" w14:textId="77777777" w:rsidR="007D7487" w:rsidRDefault="00E6407B">
      <w:pPr>
        <w:ind w:firstLine="288"/>
      </w:pPr>
      <w:r>
        <w:rPr>
          <w:rFonts w:cs="Times New Roman"/>
        </w:rPr>
        <w:t>"No."</w:t>
      </w:r>
    </w:p>
    <w:p w14:paraId="6C20A848" w14:textId="77777777" w:rsidR="007D7487" w:rsidRDefault="00E6407B">
      <w:pPr>
        <w:ind w:firstLine="288"/>
      </w:pPr>
      <w:r>
        <w:rPr>
          <w:rFonts w:cs="Times New Roman"/>
        </w:rPr>
        <w:t>"He did not force the promise into existence by returning correctly."</w:t>
      </w:r>
    </w:p>
    <w:p w14:paraId="3BE4BDFB" w14:textId="77777777" w:rsidR="007D7487" w:rsidRDefault="00E6407B">
      <w:pPr>
        <w:ind w:firstLine="288"/>
      </w:pPr>
      <w:r>
        <w:rPr>
          <w:rFonts w:cs="Times New Roman"/>
        </w:rPr>
        <w:t>"No."</w:t>
      </w:r>
    </w:p>
    <w:p w14:paraId="51590858" w14:textId="77777777" w:rsidR="007D7487" w:rsidRDefault="00E6407B">
      <w:pPr>
        <w:ind w:firstLine="288"/>
      </w:pPr>
      <w:r>
        <w:rPr>
          <w:rFonts w:cs="Times New Roman"/>
        </w:rPr>
        <w:t>"He believed the God who spoke."</w:t>
      </w:r>
    </w:p>
    <w:p w14:paraId="5FA200B8" w14:textId="77777777" w:rsidR="007D7487" w:rsidRDefault="00E6407B">
      <w:pPr>
        <w:ind w:firstLine="288"/>
      </w:pPr>
      <w:r>
        <w:rPr>
          <w:rFonts w:cs="Times New Roman"/>
        </w:rPr>
        <w:t>Nicodemus sat very still.</w:t>
      </w:r>
    </w:p>
    <w:p w14:paraId="65026A22" w14:textId="77777777" w:rsidR="007D7487" w:rsidRDefault="00E6407B">
      <w:pPr>
        <w:ind w:firstLine="288"/>
      </w:pPr>
      <w:r>
        <w:rPr>
          <w:rFonts w:cs="Times New Roman"/>
        </w:rPr>
        <w:t>The man before Sinai had become a control over every later system anyone might build.</w:t>
      </w:r>
    </w:p>
    <w:p w14:paraId="28AE8BA5" w14:textId="77777777" w:rsidR="007D7487" w:rsidRDefault="00E6407B">
      <w:pPr>
        <w:ind w:firstLine="288"/>
      </w:pPr>
      <w:r>
        <w:rPr>
          <w:rFonts w:cs="Times New Roman"/>
        </w:rPr>
        <w:t>Moses himself had placed the control in Genesis.</w:t>
      </w:r>
    </w:p>
    <w:p w14:paraId="4B3004FE" w14:textId="77777777" w:rsidR="007D7487" w:rsidRDefault="00E6407B">
      <w:pPr>
        <w:ind w:firstLine="288"/>
      </w:pPr>
      <w:r>
        <w:rPr>
          <w:rFonts w:cs="Times New Roman"/>
        </w:rPr>
        <w:t>Before priestly calendar.</w:t>
      </w:r>
    </w:p>
    <w:p w14:paraId="0C3C6C21" w14:textId="77777777" w:rsidR="007D7487" w:rsidRDefault="00E6407B">
      <w:pPr>
        <w:ind w:firstLine="288"/>
      </w:pPr>
      <w:r>
        <w:rPr>
          <w:rFonts w:cs="Times New Roman"/>
        </w:rPr>
        <w:t>Before national covenant at Sinai.</w:t>
      </w:r>
    </w:p>
    <w:p w14:paraId="050CD807" w14:textId="77777777" w:rsidR="007D7487" w:rsidRDefault="00E6407B">
      <w:pPr>
        <w:ind w:firstLine="288"/>
      </w:pPr>
      <w:r>
        <w:rPr>
          <w:rFonts w:cs="Times New Roman"/>
        </w:rPr>
        <w:t>Before circumcision had been given as the covenant sign.</w:t>
      </w:r>
    </w:p>
    <w:p w14:paraId="58C83432" w14:textId="77777777" w:rsidR="007D7487" w:rsidRDefault="00E6407B">
      <w:pPr>
        <w:ind w:firstLine="288"/>
      </w:pPr>
      <w:r>
        <w:rPr>
          <w:rFonts w:cs="Times New Roman"/>
        </w:rPr>
        <w:t>Abraham believed YHWH.</w:t>
      </w:r>
    </w:p>
    <w:p w14:paraId="13875016" w14:textId="77777777" w:rsidR="007D7487" w:rsidRDefault="00E6407B">
      <w:pPr>
        <w:ind w:firstLine="288"/>
      </w:pPr>
      <w:r>
        <w:rPr>
          <w:rFonts w:cs="Times New Roman"/>
        </w:rPr>
        <w:t>And YHWH counted it to him for righteousness.</w:t>
      </w:r>
    </w:p>
    <w:p w14:paraId="49182160" w14:textId="77777777" w:rsidR="007D7487" w:rsidRDefault="00E6407B">
      <w:pPr>
        <w:ind w:firstLine="288"/>
      </w:pPr>
      <w:r>
        <w:rPr>
          <w:rFonts w:cs="Times New Roman"/>
        </w:rPr>
        <w:t>Jesus looked toward Nicodemus.</w:t>
      </w:r>
    </w:p>
    <w:p w14:paraId="3DC5415B" w14:textId="77777777" w:rsidR="007D7487" w:rsidRDefault="00E6407B">
      <w:pPr>
        <w:ind w:firstLine="288"/>
      </w:pPr>
      <w:r>
        <w:rPr>
          <w:rFonts w:cs="Times New Roman"/>
        </w:rPr>
        <w:t>"Then can teshuvah be the price by which the sinner purchases righteousness from God?"</w:t>
      </w:r>
    </w:p>
    <w:p w14:paraId="536925F6" w14:textId="77777777" w:rsidR="007D7487" w:rsidRDefault="00E6407B">
      <w:pPr>
        <w:ind w:firstLine="288"/>
      </w:pPr>
      <w:r>
        <w:rPr>
          <w:rFonts w:cs="Times New Roman"/>
        </w:rPr>
        <w:t>Nicodemus shook his head.</w:t>
      </w:r>
    </w:p>
    <w:p w14:paraId="03E22969" w14:textId="77777777" w:rsidR="007D7487" w:rsidRDefault="00E6407B">
      <w:pPr>
        <w:ind w:firstLine="288"/>
      </w:pPr>
      <w:r>
        <w:rPr>
          <w:rFonts w:cs="Times New Roman"/>
        </w:rPr>
        <w:t>"No."</w:t>
      </w:r>
    </w:p>
    <w:p w14:paraId="165B48DC" w14:textId="77777777" w:rsidR="007D7487" w:rsidRDefault="00E6407B">
      <w:pPr>
        <w:ind w:firstLine="288"/>
      </w:pPr>
      <w:r>
        <w:rPr>
          <w:rFonts w:cs="Times New Roman"/>
        </w:rPr>
        <w:t>"Why not?"</w:t>
      </w:r>
    </w:p>
    <w:p w14:paraId="4706DDBD" w14:textId="77777777" w:rsidR="007D7487" w:rsidRDefault="00E6407B">
      <w:pPr>
        <w:ind w:firstLine="288"/>
      </w:pPr>
      <w:r>
        <w:rPr>
          <w:rFonts w:cs="Times New Roman"/>
        </w:rPr>
        <w:t>Nicodemus breathed in.</w:t>
      </w:r>
    </w:p>
    <w:p w14:paraId="6D756FE1" w14:textId="77777777" w:rsidR="007D7487" w:rsidRDefault="00E6407B">
      <w:pPr>
        <w:ind w:firstLine="288"/>
      </w:pPr>
      <w:r>
        <w:rPr>
          <w:rFonts w:cs="Times New Roman"/>
        </w:rPr>
        <w:t>"Because Abraham was counted righteous by believing the LORD before those later covenant structures existed."</w:t>
      </w:r>
    </w:p>
    <w:p w14:paraId="4D51EADF" w14:textId="77777777" w:rsidR="007D7487" w:rsidRDefault="00E6407B">
      <w:pPr>
        <w:ind w:firstLine="288"/>
      </w:pPr>
      <w:r>
        <w:rPr>
          <w:rFonts w:cs="Times New Roman"/>
        </w:rPr>
        <w:t>"Good."</w:t>
      </w:r>
    </w:p>
    <w:p w14:paraId="5AAC48A6" w14:textId="77777777" w:rsidR="007D7487" w:rsidRDefault="00E6407B">
      <w:pPr>
        <w:ind w:firstLine="288"/>
      </w:pPr>
      <w:r>
        <w:rPr>
          <w:rFonts w:cs="Times New Roman"/>
        </w:rPr>
        <w:t>The old teacher’s face changed again.</w:t>
      </w:r>
    </w:p>
    <w:p w14:paraId="1E6BE7C4" w14:textId="77777777" w:rsidR="007D7487" w:rsidRDefault="00E6407B">
      <w:pPr>
        <w:ind w:firstLine="288"/>
      </w:pPr>
      <w:r>
        <w:rPr>
          <w:rFonts w:cs="Times New Roman"/>
        </w:rPr>
        <w:t>He was not losing Moses.</w:t>
      </w:r>
    </w:p>
    <w:p w14:paraId="2CA70D6A" w14:textId="77777777" w:rsidR="007D7487" w:rsidRDefault="00E6407B">
      <w:pPr>
        <w:ind w:firstLine="288"/>
      </w:pPr>
      <w:r>
        <w:rPr>
          <w:rFonts w:cs="Times New Roman"/>
        </w:rPr>
        <w:t>Moses was correcting the later use of Moses.</w:t>
      </w:r>
    </w:p>
    <w:p w14:paraId="1FBA72BA" w14:textId="77777777" w:rsidR="007D7487" w:rsidRDefault="00E6407B">
      <w:pPr>
        <w:suppressLineNumbers/>
        <w:spacing w:before="100" w:after="100"/>
        <w:jc w:val="center"/>
      </w:pPr>
      <w:r>
        <w:rPr>
          <w:rFonts w:cs="Times New Roman"/>
          <w:sz w:val="20"/>
        </w:rPr>
        <w:t>* * *</w:t>
      </w:r>
    </w:p>
    <w:p w14:paraId="4ED00D88" w14:textId="77777777" w:rsidR="007D7487" w:rsidRDefault="00E6407B">
      <w:pPr>
        <w:ind w:firstLine="288"/>
      </w:pPr>
      <w:r>
        <w:rPr>
          <w:rFonts w:cs="Times New Roman"/>
        </w:rPr>
        <w:t>John thought of another question.</w:t>
      </w:r>
    </w:p>
    <w:p w14:paraId="1EA3EA95" w14:textId="77777777" w:rsidR="007D7487" w:rsidRDefault="00E6407B">
      <w:pPr>
        <w:ind w:firstLine="288"/>
      </w:pPr>
      <w:r>
        <w:rPr>
          <w:rFonts w:cs="Times New Roman"/>
        </w:rPr>
        <w:t>"Then faith and return are not the same thing."</w:t>
      </w:r>
    </w:p>
    <w:p w14:paraId="116B173F" w14:textId="77777777" w:rsidR="007D7487" w:rsidRDefault="00E6407B">
      <w:pPr>
        <w:ind w:firstLine="288"/>
      </w:pPr>
      <w:r>
        <w:rPr>
          <w:rFonts w:cs="Times New Roman"/>
        </w:rPr>
        <w:t>Jesus looked toward him.</w:t>
      </w:r>
    </w:p>
    <w:p w14:paraId="54677971" w14:textId="77777777" w:rsidR="007D7487" w:rsidRDefault="00E6407B">
      <w:pPr>
        <w:ind w:firstLine="288"/>
      </w:pPr>
      <w:r>
        <w:rPr>
          <w:rFonts w:cs="Times New Roman"/>
        </w:rPr>
        <w:t>"No."</w:t>
      </w:r>
    </w:p>
    <w:p w14:paraId="20AACEAD" w14:textId="77777777" w:rsidR="007D7487" w:rsidRDefault="00E6407B">
      <w:pPr>
        <w:ind w:firstLine="288"/>
      </w:pPr>
      <w:r>
        <w:rPr>
          <w:rFonts w:cs="Times New Roman"/>
        </w:rPr>
        <w:t>"But they belong together?"</w:t>
      </w:r>
    </w:p>
    <w:p w14:paraId="53C78888" w14:textId="77777777" w:rsidR="007D7487" w:rsidRDefault="00E6407B">
      <w:pPr>
        <w:ind w:firstLine="288"/>
      </w:pPr>
      <w:r>
        <w:rPr>
          <w:rFonts w:cs="Times New Roman"/>
        </w:rPr>
        <w:t>"They can."</w:t>
      </w:r>
    </w:p>
    <w:p w14:paraId="28CDA066" w14:textId="77777777" w:rsidR="007D7487" w:rsidRDefault="00E6407B">
      <w:pPr>
        <w:ind w:firstLine="288"/>
      </w:pPr>
      <w:r>
        <w:rPr>
          <w:rFonts w:cs="Times New Roman"/>
        </w:rPr>
        <w:t>John waited.</w:t>
      </w:r>
    </w:p>
    <w:p w14:paraId="738F3E78" w14:textId="77777777" w:rsidR="007D7487" w:rsidRDefault="00E6407B">
      <w:pPr>
        <w:ind w:firstLine="288"/>
      </w:pPr>
      <w:r>
        <w:rPr>
          <w:rFonts w:cs="Times New Roman"/>
        </w:rPr>
        <w:t>Jesus gave him the distinction slowly enough that everyone could keep it.</w:t>
      </w:r>
    </w:p>
    <w:p w14:paraId="595C847E" w14:textId="77777777" w:rsidR="007D7487" w:rsidRDefault="00E6407B">
      <w:pPr>
        <w:ind w:firstLine="288"/>
      </w:pPr>
      <w:r>
        <w:rPr>
          <w:rFonts w:cs="Times New Roman"/>
        </w:rPr>
        <w:lastRenderedPageBreak/>
        <w:t>"Faith answers the promise."</w:t>
      </w:r>
    </w:p>
    <w:p w14:paraId="4D53BC33" w14:textId="77777777" w:rsidR="007D7487" w:rsidRDefault="00E6407B">
      <w:pPr>
        <w:ind w:firstLine="288"/>
      </w:pPr>
      <w:r>
        <w:rPr>
          <w:rFonts w:cs="Times New Roman"/>
        </w:rPr>
        <w:t>John repeated it.</w:t>
      </w:r>
    </w:p>
    <w:p w14:paraId="2067D5FC" w14:textId="77777777" w:rsidR="007D7487" w:rsidRDefault="00E6407B">
      <w:pPr>
        <w:ind w:firstLine="288"/>
      </w:pPr>
      <w:r>
        <w:rPr>
          <w:rFonts w:cs="Times New Roman"/>
        </w:rPr>
        <w:t>"Faith answers the promise."</w:t>
      </w:r>
    </w:p>
    <w:p w14:paraId="4A88D5C6" w14:textId="77777777" w:rsidR="007D7487" w:rsidRDefault="00E6407B">
      <w:pPr>
        <w:ind w:firstLine="288"/>
      </w:pPr>
      <w:r>
        <w:rPr>
          <w:rFonts w:cs="Times New Roman"/>
        </w:rPr>
        <w:t>"Return turns the wanderer toward the Promiser."</w:t>
      </w:r>
    </w:p>
    <w:p w14:paraId="7E7DF3BA" w14:textId="77777777" w:rsidR="007D7487" w:rsidRDefault="00E6407B">
      <w:pPr>
        <w:ind w:firstLine="288"/>
      </w:pPr>
      <w:r>
        <w:rPr>
          <w:rFonts w:cs="Times New Roman"/>
        </w:rPr>
        <w:t>Nicodemus whispered it.</w:t>
      </w:r>
    </w:p>
    <w:p w14:paraId="40FC2EDD" w14:textId="77777777" w:rsidR="007D7487" w:rsidRDefault="00E6407B">
      <w:pPr>
        <w:ind w:firstLine="288"/>
      </w:pPr>
      <w:r>
        <w:rPr>
          <w:rFonts w:cs="Times New Roman"/>
        </w:rPr>
        <w:t>"Toward the Promiser."</w:t>
      </w:r>
    </w:p>
    <w:p w14:paraId="259EBDB6" w14:textId="77777777" w:rsidR="007D7487" w:rsidRDefault="00E6407B">
      <w:pPr>
        <w:ind w:firstLine="288"/>
      </w:pPr>
      <w:r>
        <w:rPr>
          <w:rFonts w:cs="Times New Roman"/>
        </w:rPr>
        <w:t>Jesus continued.</w:t>
      </w:r>
    </w:p>
    <w:p w14:paraId="55E0B865" w14:textId="77777777" w:rsidR="007D7487" w:rsidRDefault="00E6407B">
      <w:pPr>
        <w:ind w:firstLine="288"/>
      </w:pPr>
      <w:r>
        <w:rPr>
          <w:rFonts w:cs="Times New Roman"/>
        </w:rPr>
        <w:t>"Atonement is not invented by the wanderer."</w:t>
      </w:r>
    </w:p>
    <w:p w14:paraId="290EED42" w14:textId="77777777" w:rsidR="007D7487" w:rsidRDefault="00E6407B">
      <w:pPr>
        <w:ind w:firstLine="288"/>
      </w:pPr>
      <w:r>
        <w:rPr>
          <w:rFonts w:cs="Times New Roman"/>
        </w:rPr>
        <w:t>"It is provided by the God to whom he returns."</w:t>
      </w:r>
    </w:p>
    <w:p w14:paraId="3CB0CC67" w14:textId="77777777" w:rsidR="007D7487" w:rsidRDefault="00E6407B">
      <w:pPr>
        <w:ind w:firstLine="288"/>
      </w:pPr>
      <w:r>
        <w:rPr>
          <w:rFonts w:cs="Times New Roman"/>
        </w:rPr>
        <w:t>"Cleansing is not a boast."</w:t>
      </w:r>
    </w:p>
    <w:p w14:paraId="659E5392" w14:textId="77777777" w:rsidR="007D7487" w:rsidRDefault="00E6407B">
      <w:pPr>
        <w:ind w:firstLine="288"/>
      </w:pPr>
      <w:r>
        <w:rPr>
          <w:rFonts w:cs="Times New Roman"/>
        </w:rPr>
        <w:t>"It is something he receives from the God who cleanses."</w:t>
      </w:r>
    </w:p>
    <w:p w14:paraId="05F9052C" w14:textId="77777777" w:rsidR="007D7487" w:rsidRDefault="00E6407B">
      <w:pPr>
        <w:ind w:firstLine="288"/>
      </w:pPr>
      <w:r>
        <w:rPr>
          <w:rFonts w:cs="Times New Roman"/>
        </w:rPr>
        <w:t>"Forgiveness is not the sinner declaring his own charge removed."</w:t>
      </w:r>
    </w:p>
    <w:p w14:paraId="3D482980" w14:textId="77777777" w:rsidR="007D7487" w:rsidRDefault="00E6407B">
      <w:pPr>
        <w:ind w:firstLine="288"/>
      </w:pPr>
      <w:r>
        <w:rPr>
          <w:rFonts w:cs="Times New Roman"/>
        </w:rPr>
        <w:t>"It belongs to the One before whom he sinned."</w:t>
      </w:r>
    </w:p>
    <w:p w14:paraId="146CD60A" w14:textId="77777777" w:rsidR="007D7487" w:rsidRDefault="00E6407B">
      <w:pPr>
        <w:ind w:firstLine="288"/>
      </w:pPr>
      <w:r>
        <w:rPr>
          <w:rFonts w:cs="Times New Roman"/>
        </w:rPr>
        <w:t>"And the promise itself?"</w:t>
      </w:r>
    </w:p>
    <w:p w14:paraId="2E5BFC80" w14:textId="77777777" w:rsidR="007D7487" w:rsidRDefault="00E6407B">
      <w:pPr>
        <w:ind w:firstLine="288"/>
      </w:pPr>
      <w:r>
        <w:rPr>
          <w:rFonts w:cs="Times New Roman"/>
        </w:rPr>
        <w:t>Thomas answered.</w:t>
      </w:r>
    </w:p>
    <w:p w14:paraId="19F27D30" w14:textId="77777777" w:rsidR="007D7487" w:rsidRDefault="00E6407B">
      <w:pPr>
        <w:ind w:firstLine="288"/>
      </w:pPr>
      <w:r>
        <w:rPr>
          <w:rFonts w:cs="Times New Roman"/>
        </w:rPr>
        <w:t>"Comes from God."</w:t>
      </w:r>
    </w:p>
    <w:p w14:paraId="06B9673E" w14:textId="77777777" w:rsidR="007D7487" w:rsidRDefault="00E6407B">
      <w:pPr>
        <w:ind w:firstLine="288"/>
      </w:pPr>
      <w:r>
        <w:rPr>
          <w:rFonts w:cs="Times New Roman"/>
        </w:rPr>
        <w:t>Jesus nodded.</w:t>
      </w:r>
    </w:p>
    <w:p w14:paraId="11BA6FF8" w14:textId="77777777" w:rsidR="007D7487" w:rsidRDefault="00E6407B">
      <w:pPr>
        <w:ind w:firstLine="288"/>
      </w:pPr>
      <w:r>
        <w:rPr>
          <w:rFonts w:cs="Times New Roman"/>
        </w:rPr>
        <w:t>John began assembling it.</w:t>
      </w:r>
    </w:p>
    <w:p w14:paraId="38664AA5" w14:textId="77777777" w:rsidR="007D7487" w:rsidRDefault="00E6407B">
      <w:pPr>
        <w:ind w:firstLine="288"/>
      </w:pPr>
      <w:r>
        <w:rPr>
          <w:rFonts w:cs="Times New Roman"/>
        </w:rPr>
        <w:t>Faith answers the Promise.</w:t>
      </w:r>
    </w:p>
    <w:p w14:paraId="474A75B5" w14:textId="77777777" w:rsidR="007D7487" w:rsidRDefault="00E6407B">
      <w:pPr>
        <w:ind w:firstLine="288"/>
      </w:pPr>
      <w:r>
        <w:rPr>
          <w:rFonts w:cs="Times New Roman"/>
        </w:rPr>
        <w:t>Return turns toward the Promiser.</w:t>
      </w:r>
    </w:p>
    <w:p w14:paraId="0E926B76" w14:textId="77777777" w:rsidR="007D7487" w:rsidRDefault="00E6407B">
      <w:pPr>
        <w:ind w:firstLine="288"/>
      </w:pPr>
      <w:r>
        <w:rPr>
          <w:rFonts w:cs="Times New Roman"/>
        </w:rPr>
        <w:t>Atonement is provided by the Promiser.</w:t>
      </w:r>
    </w:p>
    <w:p w14:paraId="22314504" w14:textId="77777777" w:rsidR="007D7487" w:rsidRDefault="00E6407B">
      <w:pPr>
        <w:ind w:firstLine="288"/>
      </w:pPr>
      <w:r>
        <w:rPr>
          <w:rFonts w:cs="Times New Roman"/>
        </w:rPr>
        <w:t>Cleansing is performed by the Promiser.</w:t>
      </w:r>
    </w:p>
    <w:p w14:paraId="5731784D" w14:textId="77777777" w:rsidR="007D7487" w:rsidRDefault="00E6407B">
      <w:pPr>
        <w:ind w:firstLine="288"/>
      </w:pPr>
      <w:r>
        <w:rPr>
          <w:rFonts w:cs="Times New Roman"/>
        </w:rPr>
        <w:t>Forgiveness comes from the Promiser.</w:t>
      </w:r>
    </w:p>
    <w:p w14:paraId="1FE1179D" w14:textId="77777777" w:rsidR="007D7487" w:rsidRDefault="00E6407B">
      <w:pPr>
        <w:ind w:firstLine="288"/>
      </w:pPr>
      <w:r>
        <w:rPr>
          <w:rFonts w:cs="Times New Roman"/>
        </w:rPr>
        <w:t>Whatever Seed had been promised would have to be sent by the Promiser.</w:t>
      </w:r>
    </w:p>
    <w:p w14:paraId="19539C42" w14:textId="77777777" w:rsidR="007D7487" w:rsidRDefault="00E6407B">
      <w:pPr>
        <w:ind w:firstLine="288"/>
      </w:pPr>
      <w:r>
        <w:rPr>
          <w:rFonts w:cs="Times New Roman"/>
        </w:rPr>
        <w:t>The covenant would stand because the Promiser remembered.</w:t>
      </w:r>
    </w:p>
    <w:p w14:paraId="379E48A0" w14:textId="77777777" w:rsidR="007D7487" w:rsidRDefault="00E6407B">
      <w:pPr>
        <w:ind w:firstLine="288"/>
      </w:pPr>
      <w:r>
        <w:rPr>
          <w:rFonts w:cs="Times New Roman"/>
        </w:rPr>
        <w:t>The whole movement kept returning initiative to God without turning the human response into nothing.</w:t>
      </w:r>
    </w:p>
    <w:p w14:paraId="4E54E1E3" w14:textId="77777777" w:rsidR="007D7487" w:rsidRDefault="00E6407B">
      <w:pPr>
        <w:ind w:firstLine="288"/>
      </w:pPr>
      <w:r>
        <w:rPr>
          <w:rFonts w:cs="Times New Roman"/>
        </w:rPr>
        <w:t>The wanderer still had to turn.</w:t>
      </w:r>
    </w:p>
    <w:p w14:paraId="296AB169" w14:textId="77777777" w:rsidR="007D7487" w:rsidRDefault="00E6407B">
      <w:pPr>
        <w:ind w:firstLine="288"/>
      </w:pPr>
      <w:r>
        <w:rPr>
          <w:rFonts w:cs="Times New Roman"/>
        </w:rPr>
        <w:t>Abraham still had to believe.</w:t>
      </w:r>
    </w:p>
    <w:p w14:paraId="7D24CADA" w14:textId="77777777" w:rsidR="007D7487" w:rsidRDefault="00E6407B">
      <w:pPr>
        <w:ind w:firstLine="288"/>
      </w:pPr>
      <w:r>
        <w:rPr>
          <w:rFonts w:cs="Times New Roman"/>
        </w:rPr>
        <w:t>Ruth still had to leave Moab and attach herself to Naomi’s people and God.</w:t>
      </w:r>
    </w:p>
    <w:p w14:paraId="078718DE" w14:textId="77777777" w:rsidR="007D7487" w:rsidRDefault="00E6407B">
      <w:pPr>
        <w:ind w:firstLine="288"/>
      </w:pPr>
      <w:r>
        <w:rPr>
          <w:rFonts w:cs="Times New Roman"/>
        </w:rPr>
        <w:t>Israel still had to hear.</w:t>
      </w:r>
    </w:p>
    <w:p w14:paraId="64D19FF0" w14:textId="77777777" w:rsidR="007D7487" w:rsidRDefault="00E6407B">
      <w:pPr>
        <w:ind w:firstLine="288"/>
      </w:pPr>
      <w:r>
        <w:rPr>
          <w:rFonts w:cs="Times New Roman"/>
        </w:rPr>
        <w:t>Men still had to confess.</w:t>
      </w:r>
    </w:p>
    <w:p w14:paraId="58F1A93B" w14:textId="77777777" w:rsidR="007D7487" w:rsidRDefault="00E6407B">
      <w:pPr>
        <w:ind w:firstLine="288"/>
      </w:pPr>
      <w:r>
        <w:rPr>
          <w:rFonts w:cs="Times New Roman"/>
        </w:rPr>
        <w:t>But none of those responses manufactured the God, the promise, the sacrifice, the priest, the cleansing, or the life.</w:t>
      </w:r>
    </w:p>
    <w:p w14:paraId="49F61D9E" w14:textId="77777777" w:rsidR="007D7487" w:rsidRDefault="00E6407B">
      <w:pPr>
        <w:ind w:firstLine="288"/>
      </w:pPr>
      <w:r>
        <w:rPr>
          <w:rFonts w:cs="Times New Roman"/>
        </w:rPr>
        <w:t>Peter rubbed his jaw.</w:t>
      </w:r>
    </w:p>
    <w:p w14:paraId="01DB006F" w14:textId="77777777" w:rsidR="007D7487" w:rsidRDefault="00E6407B">
      <w:pPr>
        <w:ind w:firstLine="288"/>
      </w:pPr>
      <w:r>
        <w:rPr>
          <w:rFonts w:cs="Times New Roman"/>
        </w:rPr>
        <w:t>"That sounds simple when You say it."</w:t>
      </w:r>
    </w:p>
    <w:p w14:paraId="49AC411F" w14:textId="77777777" w:rsidR="007D7487" w:rsidRDefault="00E6407B">
      <w:pPr>
        <w:ind w:firstLine="288"/>
      </w:pPr>
      <w:r>
        <w:rPr>
          <w:rFonts w:cs="Times New Roman"/>
        </w:rPr>
        <w:t>Jesus smiled.</w:t>
      </w:r>
    </w:p>
    <w:p w14:paraId="704B0ED7" w14:textId="77777777" w:rsidR="007D7487" w:rsidRDefault="00E6407B">
      <w:pPr>
        <w:ind w:firstLine="288"/>
      </w:pPr>
      <w:r>
        <w:rPr>
          <w:rFonts w:cs="Times New Roman"/>
        </w:rPr>
        <w:t>"You have had the words a long time."</w:t>
      </w:r>
    </w:p>
    <w:p w14:paraId="0A853104" w14:textId="77777777" w:rsidR="007D7487" w:rsidRDefault="00E6407B">
      <w:pPr>
        <w:ind w:firstLine="288"/>
      </w:pPr>
      <w:r>
        <w:rPr>
          <w:rFonts w:cs="Times New Roman"/>
        </w:rPr>
        <w:lastRenderedPageBreak/>
        <w:t>Nicodemus groaned.</w:t>
      </w:r>
    </w:p>
    <w:p w14:paraId="32B610F0" w14:textId="77777777" w:rsidR="007D7487" w:rsidRDefault="00E6407B">
      <w:pPr>
        <w:ind w:firstLine="288"/>
      </w:pPr>
      <w:r>
        <w:rPr>
          <w:rFonts w:cs="Times New Roman"/>
        </w:rPr>
        <w:t>"Please do not say that again."</w:t>
      </w:r>
    </w:p>
    <w:p w14:paraId="0DB4A0A8" w14:textId="77777777" w:rsidR="007D7487" w:rsidRDefault="00E6407B">
      <w:pPr>
        <w:ind w:firstLine="288"/>
      </w:pPr>
      <w:r>
        <w:rPr>
          <w:rFonts w:cs="Times New Roman"/>
        </w:rPr>
        <w:t>"Why?"</w:t>
      </w:r>
    </w:p>
    <w:p w14:paraId="6583FBDC" w14:textId="77777777" w:rsidR="007D7487" w:rsidRDefault="00E6407B">
      <w:pPr>
        <w:ind w:firstLine="288"/>
      </w:pPr>
      <w:r>
        <w:rPr>
          <w:rFonts w:cs="Times New Roman"/>
        </w:rPr>
        <w:t>"Because every time You say it, ten more passages move."</w:t>
      </w:r>
    </w:p>
    <w:p w14:paraId="136214EB" w14:textId="77777777" w:rsidR="007D7487" w:rsidRDefault="00E6407B">
      <w:pPr>
        <w:ind w:firstLine="288"/>
      </w:pPr>
      <w:r>
        <w:rPr>
          <w:rFonts w:cs="Times New Roman"/>
        </w:rPr>
        <w:t>Joseph laughed.</w:t>
      </w:r>
    </w:p>
    <w:p w14:paraId="34C947B9" w14:textId="77777777" w:rsidR="007D7487" w:rsidRDefault="00E6407B">
      <w:pPr>
        <w:ind w:firstLine="288"/>
      </w:pPr>
      <w:r>
        <w:rPr>
          <w:rFonts w:cs="Times New Roman"/>
        </w:rPr>
        <w:t>"Only ten?"</w:t>
      </w:r>
    </w:p>
    <w:p w14:paraId="28D16192" w14:textId="77777777" w:rsidR="007D7487" w:rsidRDefault="00E6407B">
      <w:pPr>
        <w:ind w:firstLine="288"/>
      </w:pPr>
      <w:r>
        <w:rPr>
          <w:rFonts w:cs="Times New Roman"/>
        </w:rPr>
        <w:t>Nicodemus gave him a look.</w:t>
      </w:r>
    </w:p>
    <w:p w14:paraId="0398DDF5" w14:textId="77777777" w:rsidR="007D7487" w:rsidRDefault="00E6407B">
      <w:pPr>
        <w:ind w:firstLine="288"/>
      </w:pPr>
      <w:r>
        <w:rPr>
          <w:rFonts w:cs="Times New Roman"/>
        </w:rPr>
        <w:t>"I am trying to be conservative."</w:t>
      </w:r>
    </w:p>
    <w:p w14:paraId="1A87B129" w14:textId="77777777" w:rsidR="007D7487" w:rsidRDefault="00E6407B">
      <w:pPr>
        <w:suppressLineNumbers/>
        <w:spacing w:before="100" w:after="100"/>
        <w:jc w:val="center"/>
      </w:pPr>
      <w:r>
        <w:rPr>
          <w:rFonts w:cs="Times New Roman"/>
          <w:sz w:val="20"/>
        </w:rPr>
        <w:t>* * *</w:t>
      </w:r>
    </w:p>
    <w:p w14:paraId="62A42B5D" w14:textId="77777777" w:rsidR="007D7487" w:rsidRDefault="00E6407B">
      <w:pPr>
        <w:ind w:firstLine="288"/>
      </w:pPr>
      <w:r>
        <w:rPr>
          <w:rFonts w:cs="Times New Roman"/>
        </w:rPr>
        <w:t>Jesus looked toward the old teacher again.</w:t>
      </w:r>
    </w:p>
    <w:p w14:paraId="4F2074D6" w14:textId="77777777" w:rsidR="007D7487" w:rsidRDefault="00E6407B">
      <w:pPr>
        <w:ind w:firstLine="288"/>
      </w:pPr>
      <w:r>
        <w:rPr>
          <w:rFonts w:cs="Times New Roman"/>
        </w:rPr>
        <w:t>"What exactly did Abraham believe?"</w:t>
      </w:r>
    </w:p>
    <w:p w14:paraId="2B2F1EB8" w14:textId="77777777" w:rsidR="007D7487" w:rsidRDefault="00E6407B">
      <w:pPr>
        <w:ind w:firstLine="288"/>
      </w:pPr>
      <w:r>
        <w:rPr>
          <w:rFonts w:cs="Times New Roman"/>
        </w:rPr>
        <w:t>Nicodemus opened his mouth.</w:t>
      </w:r>
    </w:p>
    <w:p w14:paraId="49BA3EAD" w14:textId="77777777" w:rsidR="007D7487" w:rsidRDefault="00E6407B">
      <w:pPr>
        <w:ind w:firstLine="288"/>
      </w:pPr>
      <w:r>
        <w:rPr>
          <w:rFonts w:cs="Times New Roman"/>
        </w:rPr>
        <w:t>Then stopped.</w:t>
      </w:r>
    </w:p>
    <w:p w14:paraId="090357C8" w14:textId="77777777" w:rsidR="007D7487" w:rsidRDefault="00E6407B">
      <w:pPr>
        <w:ind w:firstLine="288"/>
      </w:pPr>
      <w:r>
        <w:rPr>
          <w:rFonts w:cs="Times New Roman"/>
        </w:rPr>
        <w:t>This question required restraint.</w:t>
      </w:r>
    </w:p>
    <w:p w14:paraId="604B3A78" w14:textId="77777777" w:rsidR="007D7487" w:rsidRDefault="00E6407B">
      <w:pPr>
        <w:ind w:firstLine="288"/>
      </w:pPr>
      <w:r>
        <w:rPr>
          <w:rFonts w:cs="Times New Roman"/>
        </w:rPr>
        <w:t>He had learned that much.</w:t>
      </w:r>
    </w:p>
    <w:p w14:paraId="410EEAE1" w14:textId="77777777" w:rsidR="007D7487" w:rsidRDefault="00E6407B">
      <w:pPr>
        <w:ind w:firstLine="288"/>
      </w:pPr>
      <w:r>
        <w:rPr>
          <w:rFonts w:cs="Times New Roman"/>
        </w:rPr>
        <w:t>"He believed what the LORD promised him."</w:t>
      </w:r>
    </w:p>
    <w:p w14:paraId="7455990B" w14:textId="77777777" w:rsidR="007D7487" w:rsidRDefault="00E6407B">
      <w:pPr>
        <w:ind w:firstLine="288"/>
      </w:pPr>
      <w:r>
        <w:rPr>
          <w:rFonts w:cs="Times New Roman"/>
        </w:rPr>
        <w:t>"Yes."</w:t>
      </w:r>
    </w:p>
    <w:p w14:paraId="12DD3D00" w14:textId="77777777" w:rsidR="007D7487" w:rsidRDefault="00E6407B">
      <w:pPr>
        <w:ind w:firstLine="288"/>
      </w:pPr>
      <w:r>
        <w:rPr>
          <w:rFonts w:cs="Times New Roman"/>
        </w:rPr>
        <w:t>"Did Abraham stand in Genesis 15 and explain My crucifixion?"</w:t>
      </w:r>
    </w:p>
    <w:p w14:paraId="4C79E22B" w14:textId="77777777" w:rsidR="007D7487" w:rsidRDefault="00E6407B">
      <w:pPr>
        <w:ind w:firstLine="288"/>
      </w:pPr>
      <w:r>
        <w:rPr>
          <w:rFonts w:cs="Times New Roman"/>
        </w:rPr>
        <w:t>"No."</w:t>
      </w:r>
    </w:p>
    <w:p w14:paraId="7AE67C29" w14:textId="77777777" w:rsidR="007D7487" w:rsidRDefault="00E6407B">
      <w:pPr>
        <w:ind w:firstLine="288"/>
      </w:pPr>
      <w:r>
        <w:rPr>
          <w:rFonts w:cs="Times New Roman"/>
        </w:rPr>
        <w:t>"My resurrection?"</w:t>
      </w:r>
    </w:p>
    <w:p w14:paraId="77362A5A" w14:textId="77777777" w:rsidR="007D7487" w:rsidRDefault="00E6407B">
      <w:pPr>
        <w:ind w:firstLine="288"/>
      </w:pPr>
      <w:r>
        <w:rPr>
          <w:rFonts w:cs="Times New Roman"/>
        </w:rPr>
        <w:t>"No."</w:t>
      </w:r>
    </w:p>
    <w:p w14:paraId="7403A977" w14:textId="77777777" w:rsidR="007D7487" w:rsidRDefault="00E6407B">
      <w:pPr>
        <w:ind w:firstLine="288"/>
      </w:pPr>
      <w:r>
        <w:rPr>
          <w:rFonts w:cs="Times New Roman"/>
        </w:rPr>
        <w:t>"The indwelling Spirit?"</w:t>
      </w:r>
    </w:p>
    <w:p w14:paraId="4B89344A" w14:textId="77777777" w:rsidR="007D7487" w:rsidRDefault="00E6407B">
      <w:pPr>
        <w:ind w:firstLine="288"/>
      </w:pPr>
      <w:r>
        <w:rPr>
          <w:rFonts w:cs="Times New Roman"/>
        </w:rPr>
        <w:t>"No."</w:t>
      </w:r>
    </w:p>
    <w:p w14:paraId="69A7D0AC" w14:textId="77777777" w:rsidR="007D7487" w:rsidRDefault="00E6407B">
      <w:pPr>
        <w:ind w:firstLine="288"/>
      </w:pPr>
      <w:r>
        <w:rPr>
          <w:rFonts w:cs="Times New Roman"/>
        </w:rPr>
        <w:t>"Every detail of priesthood, kingdom, and the nations as you understand them now?"</w:t>
      </w:r>
    </w:p>
    <w:p w14:paraId="65FD55DC" w14:textId="77777777" w:rsidR="007D7487" w:rsidRDefault="00E6407B">
      <w:pPr>
        <w:ind w:firstLine="288"/>
      </w:pPr>
      <w:r>
        <w:rPr>
          <w:rFonts w:cs="Times New Roman"/>
        </w:rPr>
        <w:t>"No."</w:t>
      </w:r>
    </w:p>
    <w:p w14:paraId="42D3D108" w14:textId="77777777" w:rsidR="007D7487" w:rsidRDefault="00E6407B">
      <w:pPr>
        <w:ind w:firstLine="288"/>
      </w:pPr>
      <w:r>
        <w:rPr>
          <w:rFonts w:cs="Times New Roman"/>
        </w:rPr>
        <w:t>Jesus nodded.</w:t>
      </w:r>
    </w:p>
    <w:p w14:paraId="53070043" w14:textId="77777777" w:rsidR="007D7487" w:rsidRDefault="00E6407B">
      <w:pPr>
        <w:ind w:firstLine="288"/>
      </w:pPr>
      <w:r>
        <w:rPr>
          <w:rFonts w:cs="Times New Roman"/>
        </w:rPr>
        <w:t>"Then do not make Abraham say what Moses did not record him saying."</w:t>
      </w:r>
    </w:p>
    <w:p w14:paraId="4EA1FACE" w14:textId="77777777" w:rsidR="007D7487" w:rsidRDefault="00E6407B">
      <w:pPr>
        <w:ind w:firstLine="288"/>
      </w:pPr>
      <w:r>
        <w:rPr>
          <w:rFonts w:cs="Times New Roman"/>
        </w:rPr>
        <w:t>Nicodemus smiled faintly.</w:t>
      </w:r>
    </w:p>
    <w:p w14:paraId="371FA354" w14:textId="77777777" w:rsidR="007D7487" w:rsidRDefault="00E6407B">
      <w:pPr>
        <w:ind w:firstLine="288"/>
      </w:pPr>
      <w:r>
        <w:rPr>
          <w:rFonts w:cs="Times New Roman"/>
        </w:rPr>
        <w:t>"Do not move the words."</w:t>
      </w:r>
    </w:p>
    <w:p w14:paraId="53C995F8" w14:textId="77777777" w:rsidR="007D7487" w:rsidRDefault="00E6407B">
      <w:pPr>
        <w:ind w:firstLine="288"/>
      </w:pPr>
      <w:r>
        <w:rPr>
          <w:rFonts w:cs="Times New Roman"/>
        </w:rPr>
        <w:t>"Exactly."</w:t>
      </w:r>
    </w:p>
    <w:p w14:paraId="778B3DBB" w14:textId="77777777" w:rsidR="007D7487" w:rsidRDefault="00E6407B">
      <w:pPr>
        <w:ind w:firstLine="288"/>
      </w:pPr>
      <w:r>
        <w:rPr>
          <w:rFonts w:cs="Times New Roman"/>
        </w:rPr>
        <w:t>Jesus continued.</w:t>
      </w:r>
    </w:p>
    <w:p w14:paraId="33CC2BB1" w14:textId="77777777" w:rsidR="007D7487" w:rsidRDefault="00E6407B">
      <w:pPr>
        <w:ind w:firstLine="288"/>
      </w:pPr>
      <w:r>
        <w:rPr>
          <w:rFonts w:cs="Times New Roman"/>
        </w:rPr>
        <w:t>"Abraham believed the LORD."</w:t>
      </w:r>
    </w:p>
    <w:p w14:paraId="3AB4E969" w14:textId="77777777" w:rsidR="007D7487" w:rsidRDefault="00E6407B">
      <w:pPr>
        <w:ind w:firstLine="288"/>
      </w:pPr>
      <w:r>
        <w:rPr>
          <w:rFonts w:cs="Times New Roman"/>
        </w:rPr>
        <w:t>"He received promises."</w:t>
      </w:r>
    </w:p>
    <w:p w14:paraId="496B3F41" w14:textId="77777777" w:rsidR="007D7487" w:rsidRDefault="00E6407B">
      <w:pPr>
        <w:ind w:firstLine="288"/>
      </w:pPr>
      <w:r>
        <w:rPr>
          <w:rFonts w:cs="Times New Roman"/>
        </w:rPr>
        <w:t>"He looked forward."</w:t>
      </w:r>
    </w:p>
    <w:p w14:paraId="32667FD9" w14:textId="77777777" w:rsidR="007D7487" w:rsidRDefault="00E6407B">
      <w:pPr>
        <w:ind w:firstLine="288"/>
      </w:pPr>
      <w:r>
        <w:rPr>
          <w:rFonts w:cs="Times New Roman"/>
        </w:rPr>
        <w:t>"And what did I tell some of you in Jerusalem?"</w:t>
      </w:r>
    </w:p>
    <w:p w14:paraId="21437C81" w14:textId="77777777" w:rsidR="007D7487" w:rsidRDefault="00E6407B">
      <w:pPr>
        <w:ind w:firstLine="288"/>
      </w:pPr>
      <w:r>
        <w:rPr>
          <w:rFonts w:cs="Times New Roman"/>
        </w:rPr>
        <w:t>John remembered the dispute.</w:t>
      </w:r>
    </w:p>
    <w:p w14:paraId="350C1E15" w14:textId="77777777" w:rsidR="007D7487" w:rsidRDefault="00E6407B">
      <w:pPr>
        <w:ind w:firstLine="288"/>
      </w:pPr>
      <w:r>
        <w:rPr>
          <w:rFonts w:cs="Times New Roman"/>
        </w:rPr>
        <w:t>Jesus supplied the line.</w:t>
      </w:r>
    </w:p>
    <w:p w14:paraId="2CEACE77" w14:textId="77777777" w:rsidR="007D7487" w:rsidRDefault="00E6407B">
      <w:pPr>
        <w:ind w:firstLine="288"/>
      </w:pPr>
      <w:r>
        <w:rPr>
          <w:rFonts w:cs="Times New Roman"/>
          <w:i/>
        </w:rPr>
        <w:t>"Your father Abraham rejoiced to see my day: and he saw it, and was glad." — John 8:56 KJV</w:t>
      </w:r>
    </w:p>
    <w:p w14:paraId="46FF85F8" w14:textId="77777777" w:rsidR="007D7487" w:rsidRDefault="00E6407B">
      <w:pPr>
        <w:ind w:firstLine="288"/>
      </w:pPr>
      <w:r>
        <w:rPr>
          <w:rFonts w:cs="Times New Roman"/>
        </w:rPr>
        <w:lastRenderedPageBreak/>
        <w:t>John felt the sentence move backward into Genesis.</w:t>
      </w:r>
    </w:p>
    <w:p w14:paraId="53C353A8" w14:textId="77777777" w:rsidR="007D7487" w:rsidRDefault="00E6407B">
      <w:pPr>
        <w:ind w:firstLine="288"/>
      </w:pPr>
      <w:r>
        <w:rPr>
          <w:rFonts w:cs="Times New Roman"/>
        </w:rPr>
        <w:t>Not because Abraham had been handed a complete Gospel account.</w:t>
      </w:r>
    </w:p>
    <w:p w14:paraId="076D48B3" w14:textId="77777777" w:rsidR="007D7487" w:rsidRDefault="00E6407B">
      <w:pPr>
        <w:ind w:firstLine="288"/>
      </w:pPr>
      <w:r>
        <w:rPr>
          <w:rFonts w:cs="Times New Roman"/>
        </w:rPr>
        <w:t>Because Jesus Himself placed Abraham’s joy toward His day.</w:t>
      </w:r>
    </w:p>
    <w:p w14:paraId="068AA764" w14:textId="77777777" w:rsidR="007D7487" w:rsidRDefault="00E6407B">
      <w:pPr>
        <w:ind w:firstLine="288"/>
      </w:pPr>
      <w:r>
        <w:rPr>
          <w:rFonts w:cs="Times New Roman"/>
        </w:rPr>
        <w:t>Promise could look forward farther than the one receiving it fully understood.</w:t>
      </w:r>
    </w:p>
    <w:p w14:paraId="104448D3" w14:textId="77777777" w:rsidR="007D7487" w:rsidRDefault="00E6407B">
      <w:pPr>
        <w:ind w:firstLine="288"/>
      </w:pPr>
      <w:r>
        <w:rPr>
          <w:rFonts w:cs="Times New Roman"/>
        </w:rPr>
        <w:t>Nicodemus looked toward Jesus.</w:t>
      </w:r>
    </w:p>
    <w:p w14:paraId="26AA818C" w14:textId="77777777" w:rsidR="007D7487" w:rsidRDefault="00E6407B">
      <w:pPr>
        <w:ind w:firstLine="288"/>
      </w:pPr>
      <w:r>
        <w:rPr>
          <w:rFonts w:cs="Times New Roman"/>
        </w:rPr>
        <w:t>"Then Abraham’s faith was not faith in faith."</w:t>
      </w:r>
    </w:p>
    <w:p w14:paraId="7638A8DB" w14:textId="77777777" w:rsidR="007D7487" w:rsidRDefault="00E6407B">
      <w:pPr>
        <w:ind w:firstLine="288"/>
      </w:pPr>
      <w:r>
        <w:rPr>
          <w:rFonts w:cs="Times New Roman"/>
        </w:rPr>
        <w:t>"No."</w:t>
      </w:r>
    </w:p>
    <w:p w14:paraId="76B2C0F5" w14:textId="77777777" w:rsidR="007D7487" w:rsidRDefault="00E6407B">
      <w:pPr>
        <w:ind w:firstLine="288"/>
      </w:pPr>
      <w:r>
        <w:rPr>
          <w:rFonts w:cs="Times New Roman"/>
        </w:rPr>
        <w:t>"It had an object."</w:t>
      </w:r>
    </w:p>
    <w:p w14:paraId="42A16A52" w14:textId="77777777" w:rsidR="007D7487" w:rsidRDefault="00E6407B">
      <w:pPr>
        <w:ind w:firstLine="288"/>
      </w:pPr>
      <w:r>
        <w:rPr>
          <w:rFonts w:cs="Times New Roman"/>
        </w:rPr>
        <w:t>"The LORD who promised."</w:t>
      </w:r>
    </w:p>
    <w:p w14:paraId="4578943F" w14:textId="77777777" w:rsidR="007D7487" w:rsidRDefault="00E6407B">
      <w:pPr>
        <w:ind w:firstLine="288"/>
      </w:pPr>
      <w:r>
        <w:rPr>
          <w:rFonts w:cs="Times New Roman"/>
        </w:rPr>
        <w:t>Jesus nodded.</w:t>
      </w:r>
    </w:p>
    <w:p w14:paraId="3DDC012A" w14:textId="77777777" w:rsidR="007D7487" w:rsidRDefault="00E6407B">
      <w:pPr>
        <w:ind w:firstLine="288"/>
      </w:pPr>
      <w:r>
        <w:rPr>
          <w:rFonts w:cs="Times New Roman"/>
        </w:rPr>
        <w:t>"Faith does not create the Promiser."</w:t>
      </w:r>
    </w:p>
    <w:p w14:paraId="3C257EA7" w14:textId="77777777" w:rsidR="007D7487" w:rsidRDefault="00E6407B">
      <w:pPr>
        <w:ind w:firstLine="288"/>
      </w:pPr>
      <w:r>
        <w:rPr>
          <w:rFonts w:cs="Times New Roman"/>
        </w:rPr>
        <w:t>"It trusts Him."</w:t>
      </w:r>
    </w:p>
    <w:p w14:paraId="057890B5" w14:textId="77777777" w:rsidR="007D7487" w:rsidRDefault="00E6407B">
      <w:pPr>
        <w:suppressLineNumbers/>
        <w:spacing w:before="100" w:after="100"/>
        <w:jc w:val="center"/>
      </w:pPr>
      <w:r>
        <w:rPr>
          <w:rFonts w:cs="Times New Roman"/>
          <w:sz w:val="20"/>
        </w:rPr>
        <w:t>* * *</w:t>
      </w:r>
    </w:p>
    <w:p w14:paraId="7D542087" w14:textId="77777777" w:rsidR="007D7487" w:rsidRDefault="00E6407B">
      <w:pPr>
        <w:ind w:firstLine="288"/>
      </w:pPr>
      <w:r>
        <w:rPr>
          <w:rFonts w:cs="Times New Roman"/>
        </w:rPr>
        <w:t>Thomas had been listening with his arms around his knees.</w:t>
      </w:r>
    </w:p>
    <w:p w14:paraId="1F70E4C3" w14:textId="77777777" w:rsidR="007D7487" w:rsidRDefault="00E6407B">
      <w:pPr>
        <w:ind w:firstLine="288"/>
      </w:pPr>
      <w:r>
        <w:rPr>
          <w:rFonts w:cs="Times New Roman"/>
        </w:rPr>
        <w:t>"Then what happens when a man returns but does not trust the One to whom he claims to return?"</w:t>
      </w:r>
    </w:p>
    <w:p w14:paraId="4904E149" w14:textId="77777777" w:rsidR="007D7487" w:rsidRDefault="00E6407B">
      <w:pPr>
        <w:ind w:firstLine="288"/>
      </w:pPr>
      <w:r>
        <w:rPr>
          <w:rFonts w:cs="Times New Roman"/>
        </w:rPr>
        <w:t>Jesus looked at him.</w:t>
      </w:r>
    </w:p>
    <w:p w14:paraId="5B437C31" w14:textId="77777777" w:rsidR="007D7487" w:rsidRDefault="00E6407B">
      <w:pPr>
        <w:ind w:firstLine="288"/>
      </w:pPr>
      <w:r>
        <w:rPr>
          <w:rFonts w:cs="Times New Roman"/>
        </w:rPr>
        <w:t>"What did Israel do many times?"</w:t>
      </w:r>
    </w:p>
    <w:p w14:paraId="4700595D" w14:textId="77777777" w:rsidR="007D7487" w:rsidRDefault="00E6407B">
      <w:pPr>
        <w:ind w:firstLine="288"/>
      </w:pPr>
      <w:r>
        <w:rPr>
          <w:rFonts w:cs="Times New Roman"/>
        </w:rPr>
        <w:t>Thomas frowned.</w:t>
      </w:r>
    </w:p>
    <w:p w14:paraId="73711E66" w14:textId="77777777" w:rsidR="007D7487" w:rsidRDefault="00E6407B">
      <w:pPr>
        <w:ind w:firstLine="288"/>
      </w:pPr>
      <w:r>
        <w:rPr>
          <w:rFonts w:cs="Times New Roman"/>
        </w:rPr>
        <w:t>Nicodemus answered first.</w:t>
      </w:r>
    </w:p>
    <w:p w14:paraId="55A8122F" w14:textId="77777777" w:rsidR="007D7487" w:rsidRDefault="00E6407B">
      <w:pPr>
        <w:ind w:firstLine="288"/>
      </w:pPr>
      <w:r>
        <w:rPr>
          <w:rFonts w:cs="Times New Roman"/>
        </w:rPr>
        <w:t>"They came near with words while their hearts were far."</w:t>
      </w:r>
    </w:p>
    <w:p w14:paraId="2BCE7AE7" w14:textId="77777777" w:rsidR="007D7487" w:rsidRDefault="00E6407B">
      <w:pPr>
        <w:ind w:firstLine="288"/>
      </w:pPr>
      <w:r>
        <w:rPr>
          <w:rFonts w:cs="Times New Roman"/>
        </w:rPr>
        <w:t>Jesus nodded.</w:t>
      </w:r>
    </w:p>
    <w:p w14:paraId="2B4DC3FD" w14:textId="77777777" w:rsidR="007D7487" w:rsidRDefault="00E6407B">
      <w:pPr>
        <w:ind w:firstLine="288"/>
      </w:pPr>
      <w:r>
        <w:rPr>
          <w:rFonts w:cs="Times New Roman"/>
        </w:rPr>
        <w:t>"Return is not a trick of geography."</w:t>
      </w:r>
    </w:p>
    <w:p w14:paraId="6164931B" w14:textId="77777777" w:rsidR="007D7487" w:rsidRDefault="00E6407B">
      <w:pPr>
        <w:ind w:firstLine="288"/>
      </w:pPr>
      <w:r>
        <w:rPr>
          <w:rFonts w:cs="Times New Roman"/>
        </w:rPr>
        <w:t>"A man may stand near the Temple and remain far from God in loyalty."</w:t>
      </w:r>
    </w:p>
    <w:p w14:paraId="6A6C569C" w14:textId="77777777" w:rsidR="007D7487" w:rsidRDefault="00E6407B">
      <w:pPr>
        <w:ind w:firstLine="288"/>
      </w:pPr>
      <w:r>
        <w:rPr>
          <w:rFonts w:cs="Times New Roman"/>
        </w:rPr>
        <w:t>"He may say the correct words and still refuse the One speaking."</w:t>
      </w:r>
    </w:p>
    <w:p w14:paraId="59439CC6" w14:textId="77777777" w:rsidR="007D7487" w:rsidRDefault="00E6407B">
      <w:pPr>
        <w:ind w:firstLine="288"/>
      </w:pPr>
      <w:r>
        <w:rPr>
          <w:rFonts w:cs="Times New Roman"/>
        </w:rPr>
        <w:t>Matthew looked down.</w:t>
      </w:r>
    </w:p>
    <w:p w14:paraId="11E24CAC" w14:textId="77777777" w:rsidR="007D7487" w:rsidRDefault="00E6407B">
      <w:pPr>
        <w:ind w:firstLine="288"/>
      </w:pPr>
      <w:r>
        <w:rPr>
          <w:rFonts w:cs="Times New Roman"/>
        </w:rPr>
        <w:t>Jesus continued.</w:t>
      </w:r>
    </w:p>
    <w:p w14:paraId="31A415D0" w14:textId="77777777" w:rsidR="007D7487" w:rsidRDefault="00E6407B">
      <w:pPr>
        <w:ind w:firstLine="288"/>
      </w:pPr>
      <w:r>
        <w:rPr>
          <w:rFonts w:cs="Times New Roman"/>
        </w:rPr>
        <w:t>"That is why the prophets speak to the heart, the way, the deeds, the idols, the covenant, and the LORD Himself."</w:t>
      </w:r>
    </w:p>
    <w:p w14:paraId="7EE5904B" w14:textId="77777777" w:rsidR="007D7487" w:rsidRDefault="00E6407B">
      <w:pPr>
        <w:ind w:firstLine="288"/>
      </w:pPr>
      <w:r>
        <w:rPr>
          <w:rFonts w:cs="Times New Roman"/>
        </w:rPr>
        <w:t>"The movement home is not accomplished by feet alone."</w:t>
      </w:r>
    </w:p>
    <w:p w14:paraId="47DD953E" w14:textId="77777777" w:rsidR="007D7487" w:rsidRDefault="00E6407B">
      <w:pPr>
        <w:ind w:firstLine="288"/>
      </w:pPr>
      <w:r>
        <w:rPr>
          <w:rFonts w:cs="Times New Roman"/>
        </w:rPr>
        <w:t>Joanna looked toward Ruth again.</w:t>
      </w:r>
    </w:p>
    <w:p w14:paraId="1AB33914" w14:textId="77777777" w:rsidR="007D7487" w:rsidRDefault="00E6407B">
      <w:pPr>
        <w:ind w:firstLine="288"/>
      </w:pPr>
      <w:r>
        <w:rPr>
          <w:rFonts w:cs="Times New Roman"/>
        </w:rPr>
        <w:t>"Your God my God."</w:t>
      </w:r>
    </w:p>
    <w:p w14:paraId="68A167AA" w14:textId="77777777" w:rsidR="007D7487" w:rsidRDefault="00E6407B">
      <w:pPr>
        <w:ind w:firstLine="288"/>
      </w:pPr>
      <w:r>
        <w:rPr>
          <w:rFonts w:cs="Times New Roman"/>
        </w:rPr>
        <w:t>Jesus smiled.</w:t>
      </w:r>
    </w:p>
    <w:p w14:paraId="1312D5D4" w14:textId="77777777" w:rsidR="007D7487" w:rsidRDefault="00E6407B">
      <w:pPr>
        <w:ind w:firstLine="288"/>
      </w:pPr>
      <w:r>
        <w:rPr>
          <w:rFonts w:cs="Times New Roman"/>
        </w:rPr>
        <w:t>"Yes."</w:t>
      </w:r>
    </w:p>
    <w:p w14:paraId="54A1DD29" w14:textId="77777777" w:rsidR="007D7487" w:rsidRDefault="00E6407B">
      <w:pPr>
        <w:ind w:firstLine="288"/>
      </w:pPr>
      <w:r>
        <w:rPr>
          <w:rFonts w:cs="Times New Roman"/>
        </w:rPr>
        <w:t>Allegiance.</w:t>
      </w:r>
    </w:p>
    <w:p w14:paraId="60AE621B" w14:textId="77777777" w:rsidR="007D7487" w:rsidRDefault="00E6407B">
      <w:pPr>
        <w:ind w:firstLine="288"/>
      </w:pPr>
      <w:r>
        <w:rPr>
          <w:rFonts w:cs="Times New Roman"/>
        </w:rPr>
        <w:t>Trust.</w:t>
      </w:r>
    </w:p>
    <w:p w14:paraId="1CF69B73" w14:textId="77777777" w:rsidR="007D7487" w:rsidRDefault="00E6407B">
      <w:pPr>
        <w:ind w:firstLine="288"/>
      </w:pPr>
      <w:r>
        <w:rPr>
          <w:rFonts w:cs="Times New Roman"/>
        </w:rPr>
        <w:t>Return.</w:t>
      </w:r>
    </w:p>
    <w:p w14:paraId="3BB644FF" w14:textId="77777777" w:rsidR="007D7487" w:rsidRDefault="00E6407B">
      <w:pPr>
        <w:ind w:firstLine="288"/>
      </w:pPr>
      <w:r>
        <w:rPr>
          <w:rFonts w:cs="Times New Roman"/>
        </w:rPr>
        <w:t>None erased the others.</w:t>
      </w:r>
    </w:p>
    <w:p w14:paraId="5A81C9A5" w14:textId="77777777" w:rsidR="007D7487" w:rsidRDefault="00E6407B">
      <w:pPr>
        <w:ind w:firstLine="288"/>
      </w:pPr>
      <w:r>
        <w:rPr>
          <w:rFonts w:cs="Times New Roman"/>
        </w:rPr>
        <w:lastRenderedPageBreak/>
        <w:t>John could see how easily a religious system could preserve all the visible motions of return and still miss the One to whom the motion pointed.</w:t>
      </w:r>
    </w:p>
    <w:p w14:paraId="4021A512" w14:textId="77777777" w:rsidR="007D7487" w:rsidRDefault="00E6407B">
      <w:pPr>
        <w:ind w:firstLine="288"/>
      </w:pPr>
      <w:r>
        <w:rPr>
          <w:rFonts w:cs="Times New Roman"/>
        </w:rPr>
        <w:t>That was not a uniquely Jewish danger.</w:t>
      </w:r>
    </w:p>
    <w:p w14:paraId="65C66D1E" w14:textId="77777777" w:rsidR="007D7487" w:rsidRDefault="00E6407B">
      <w:pPr>
        <w:ind w:firstLine="288"/>
      </w:pPr>
      <w:r>
        <w:rPr>
          <w:rFonts w:cs="Times New Roman"/>
        </w:rPr>
        <w:t>It was human.</w:t>
      </w:r>
    </w:p>
    <w:p w14:paraId="0854FFFA" w14:textId="77777777" w:rsidR="007D7487" w:rsidRDefault="00E6407B">
      <w:pPr>
        <w:ind w:firstLine="288"/>
      </w:pPr>
      <w:r>
        <w:rPr>
          <w:rFonts w:cs="Times New Roman"/>
        </w:rPr>
        <w:t>A man could turn repentance itself into something he trusted instead of trusting God.</w:t>
      </w:r>
    </w:p>
    <w:p w14:paraId="3FECD8C3" w14:textId="77777777" w:rsidR="007D7487" w:rsidRDefault="00E6407B">
      <w:pPr>
        <w:ind w:firstLine="288"/>
      </w:pPr>
      <w:r>
        <w:rPr>
          <w:rFonts w:cs="Times New Roman"/>
        </w:rPr>
        <w:t>He could trust a sacrifice instead of the God who appointed it.</w:t>
      </w:r>
    </w:p>
    <w:p w14:paraId="7C447A7E" w14:textId="77777777" w:rsidR="007D7487" w:rsidRDefault="00E6407B">
      <w:pPr>
        <w:ind w:firstLine="288"/>
      </w:pPr>
      <w:r>
        <w:rPr>
          <w:rFonts w:cs="Times New Roman"/>
        </w:rPr>
        <w:t>He could trust ancestry.</w:t>
      </w:r>
    </w:p>
    <w:p w14:paraId="6A1C22D1" w14:textId="77777777" w:rsidR="007D7487" w:rsidRDefault="00E6407B">
      <w:pPr>
        <w:ind w:firstLine="288"/>
      </w:pPr>
      <w:r>
        <w:rPr>
          <w:rFonts w:cs="Times New Roman"/>
        </w:rPr>
        <w:t>Knowledge.</w:t>
      </w:r>
    </w:p>
    <w:p w14:paraId="54708D42" w14:textId="77777777" w:rsidR="007D7487" w:rsidRDefault="00E6407B">
      <w:pPr>
        <w:ind w:firstLine="288"/>
      </w:pPr>
      <w:r>
        <w:rPr>
          <w:rFonts w:cs="Times New Roman"/>
        </w:rPr>
        <w:t>Correctness.</w:t>
      </w:r>
    </w:p>
    <w:p w14:paraId="7CE7F4F0" w14:textId="77777777" w:rsidR="007D7487" w:rsidRDefault="00E6407B">
      <w:pPr>
        <w:ind w:firstLine="288"/>
      </w:pPr>
      <w:r>
        <w:rPr>
          <w:rFonts w:cs="Times New Roman"/>
        </w:rPr>
        <w:t>Zeal.</w:t>
      </w:r>
    </w:p>
    <w:p w14:paraId="69ACA4D4" w14:textId="77777777" w:rsidR="007D7487" w:rsidRDefault="00E6407B">
      <w:pPr>
        <w:ind w:firstLine="288"/>
      </w:pPr>
      <w:r>
        <w:rPr>
          <w:rFonts w:cs="Times New Roman"/>
        </w:rPr>
        <w:t>Even his own ability to identify everyone else’s error.</w:t>
      </w:r>
    </w:p>
    <w:p w14:paraId="1F3C4CC8" w14:textId="77777777" w:rsidR="007D7487" w:rsidRDefault="00E6407B">
      <w:pPr>
        <w:ind w:firstLine="288"/>
      </w:pPr>
      <w:r>
        <w:rPr>
          <w:rFonts w:cs="Times New Roman"/>
        </w:rPr>
        <w:t>Peter looked toward Nicodemus.</w:t>
      </w:r>
    </w:p>
    <w:p w14:paraId="675A607B" w14:textId="77777777" w:rsidR="007D7487" w:rsidRDefault="00E6407B">
      <w:pPr>
        <w:ind w:firstLine="288"/>
      </w:pPr>
      <w:r>
        <w:rPr>
          <w:rFonts w:cs="Times New Roman"/>
        </w:rPr>
        <w:t>Nicodemus saw him.</w:t>
      </w:r>
    </w:p>
    <w:p w14:paraId="113447FF" w14:textId="77777777" w:rsidR="007D7487" w:rsidRDefault="00E6407B">
      <w:pPr>
        <w:ind w:firstLine="288"/>
      </w:pPr>
      <w:r>
        <w:rPr>
          <w:rFonts w:cs="Times New Roman"/>
        </w:rPr>
        <w:t>"Do not."</w:t>
      </w:r>
    </w:p>
    <w:p w14:paraId="1DBAB809" w14:textId="77777777" w:rsidR="007D7487" w:rsidRDefault="00E6407B">
      <w:pPr>
        <w:ind w:firstLine="288"/>
      </w:pPr>
      <w:r>
        <w:rPr>
          <w:rFonts w:cs="Times New Roman"/>
        </w:rPr>
        <w:t>"I said nothing."</w:t>
      </w:r>
    </w:p>
    <w:p w14:paraId="1F33062A" w14:textId="77777777" w:rsidR="007D7487" w:rsidRDefault="00E6407B">
      <w:pPr>
        <w:ind w:firstLine="288"/>
      </w:pPr>
      <w:r>
        <w:rPr>
          <w:rFonts w:cs="Times New Roman"/>
        </w:rPr>
        <w:t>"You were thinking loudly."</w:t>
      </w:r>
    </w:p>
    <w:p w14:paraId="03804B62" w14:textId="77777777" w:rsidR="007D7487" w:rsidRDefault="00E6407B">
      <w:pPr>
        <w:ind w:firstLine="288"/>
      </w:pPr>
      <w:r>
        <w:rPr>
          <w:rFonts w:cs="Times New Roman"/>
        </w:rPr>
        <w:t>Peter smiled.</w:t>
      </w:r>
    </w:p>
    <w:p w14:paraId="6BD8A512" w14:textId="77777777" w:rsidR="007D7487" w:rsidRDefault="00E6407B">
      <w:pPr>
        <w:ind w:firstLine="288"/>
      </w:pPr>
      <w:r>
        <w:rPr>
          <w:rFonts w:cs="Times New Roman"/>
        </w:rPr>
        <w:t>"Apparently it is contagious."</w:t>
      </w:r>
    </w:p>
    <w:p w14:paraId="7141A5C3" w14:textId="77777777" w:rsidR="007D7487" w:rsidRDefault="00E6407B">
      <w:pPr>
        <w:suppressLineNumbers/>
        <w:spacing w:before="100" w:after="100"/>
        <w:jc w:val="center"/>
      </w:pPr>
      <w:r>
        <w:rPr>
          <w:rFonts w:cs="Times New Roman"/>
          <w:sz w:val="20"/>
        </w:rPr>
        <w:t>* * *</w:t>
      </w:r>
    </w:p>
    <w:p w14:paraId="7E811E5A" w14:textId="77777777" w:rsidR="007D7487" w:rsidRDefault="00E6407B">
      <w:pPr>
        <w:ind w:firstLine="288"/>
      </w:pPr>
      <w:r>
        <w:rPr>
          <w:rFonts w:cs="Times New Roman"/>
        </w:rPr>
        <w:t>Jesus let the laughter fade.</w:t>
      </w:r>
    </w:p>
    <w:p w14:paraId="3A764DEB" w14:textId="77777777" w:rsidR="007D7487" w:rsidRDefault="00E6407B">
      <w:pPr>
        <w:ind w:firstLine="288"/>
      </w:pPr>
      <w:r>
        <w:rPr>
          <w:rFonts w:cs="Times New Roman"/>
        </w:rPr>
        <w:t>"Now return to Abraham."</w:t>
      </w:r>
    </w:p>
    <w:p w14:paraId="67980783" w14:textId="77777777" w:rsidR="007D7487" w:rsidRDefault="00E6407B">
      <w:pPr>
        <w:ind w:firstLine="288"/>
      </w:pPr>
      <w:r>
        <w:rPr>
          <w:rFonts w:cs="Times New Roman"/>
        </w:rPr>
        <w:t>He looked toward John.</w:t>
      </w:r>
    </w:p>
    <w:p w14:paraId="4E650FF2" w14:textId="77777777" w:rsidR="007D7487" w:rsidRDefault="00E6407B">
      <w:pPr>
        <w:ind w:firstLine="288"/>
      </w:pPr>
      <w:r>
        <w:rPr>
          <w:rFonts w:cs="Times New Roman"/>
        </w:rPr>
        <w:t>"If Abraham believed the God who promised, what must you ask next?"</w:t>
      </w:r>
    </w:p>
    <w:p w14:paraId="16218B36" w14:textId="77777777" w:rsidR="007D7487" w:rsidRDefault="00E6407B">
      <w:pPr>
        <w:ind w:firstLine="288"/>
      </w:pPr>
      <w:r>
        <w:rPr>
          <w:rFonts w:cs="Times New Roman"/>
        </w:rPr>
        <w:t>John knew.</w:t>
      </w:r>
    </w:p>
    <w:p w14:paraId="1FE6575C" w14:textId="77777777" w:rsidR="007D7487" w:rsidRDefault="00E6407B">
      <w:pPr>
        <w:ind w:firstLine="288"/>
      </w:pPr>
      <w:r>
        <w:rPr>
          <w:rFonts w:cs="Times New Roman"/>
        </w:rPr>
        <w:t>"What did God promise?"</w:t>
      </w:r>
    </w:p>
    <w:p w14:paraId="62B21580" w14:textId="77777777" w:rsidR="007D7487" w:rsidRDefault="00E6407B">
      <w:pPr>
        <w:ind w:firstLine="288"/>
      </w:pPr>
      <w:r>
        <w:rPr>
          <w:rFonts w:cs="Times New Roman"/>
        </w:rPr>
        <w:t>Jesus nodded.</w:t>
      </w:r>
    </w:p>
    <w:p w14:paraId="64EFA85D" w14:textId="77777777" w:rsidR="007D7487" w:rsidRDefault="00E6407B">
      <w:pPr>
        <w:ind w:firstLine="288"/>
      </w:pPr>
      <w:r>
        <w:rPr>
          <w:rFonts w:cs="Times New Roman"/>
        </w:rPr>
        <w:t>Nicodemus’s whole posture changed.</w:t>
      </w:r>
    </w:p>
    <w:p w14:paraId="591AE1F5" w14:textId="77777777" w:rsidR="007D7487" w:rsidRDefault="00E6407B">
      <w:pPr>
        <w:ind w:firstLine="288"/>
      </w:pPr>
      <w:r>
        <w:rPr>
          <w:rFonts w:cs="Times New Roman"/>
        </w:rPr>
        <w:t>That question opened Genesis before Sinai.</w:t>
      </w:r>
    </w:p>
    <w:p w14:paraId="775B5C9A" w14:textId="77777777" w:rsidR="007D7487" w:rsidRDefault="00E6407B">
      <w:pPr>
        <w:ind w:firstLine="288"/>
      </w:pPr>
      <w:r>
        <w:rPr>
          <w:rFonts w:cs="Times New Roman"/>
        </w:rPr>
        <w:t>Before Levi.</w:t>
      </w:r>
    </w:p>
    <w:p w14:paraId="06FC6FAB" w14:textId="77777777" w:rsidR="007D7487" w:rsidRDefault="00E6407B">
      <w:pPr>
        <w:ind w:firstLine="288"/>
      </w:pPr>
      <w:r>
        <w:rPr>
          <w:rFonts w:cs="Times New Roman"/>
        </w:rPr>
        <w:t>Before priesthood.</w:t>
      </w:r>
    </w:p>
    <w:p w14:paraId="1D54A001" w14:textId="77777777" w:rsidR="007D7487" w:rsidRDefault="00E6407B">
      <w:pPr>
        <w:ind w:firstLine="288"/>
      </w:pPr>
      <w:r>
        <w:rPr>
          <w:rFonts w:cs="Times New Roman"/>
        </w:rPr>
        <w:t>Before Israel stood at a mountain.</w:t>
      </w:r>
    </w:p>
    <w:p w14:paraId="528B18A2" w14:textId="77777777" w:rsidR="007D7487" w:rsidRDefault="00E6407B">
      <w:pPr>
        <w:ind w:firstLine="288"/>
      </w:pPr>
      <w:r>
        <w:rPr>
          <w:rFonts w:cs="Times New Roman"/>
        </w:rPr>
        <w:t>Before there was a nation to carry the promise.</w:t>
      </w:r>
    </w:p>
    <w:p w14:paraId="3D3CE9A0" w14:textId="77777777" w:rsidR="007D7487" w:rsidRDefault="00E6407B">
      <w:pPr>
        <w:ind w:firstLine="288"/>
      </w:pPr>
      <w:r>
        <w:rPr>
          <w:rFonts w:cs="Times New Roman"/>
        </w:rPr>
        <w:t>Jesus looked toward the women.</w:t>
      </w:r>
    </w:p>
    <w:p w14:paraId="64DB72BE" w14:textId="77777777" w:rsidR="007D7487" w:rsidRDefault="00E6407B">
      <w:pPr>
        <w:ind w:firstLine="288"/>
      </w:pPr>
      <w:r>
        <w:rPr>
          <w:rFonts w:cs="Times New Roman"/>
        </w:rPr>
        <w:t>"Before Abraham, where does the promise begin?"</w:t>
      </w:r>
    </w:p>
    <w:p w14:paraId="51CDD823" w14:textId="77777777" w:rsidR="007D7487" w:rsidRDefault="00E6407B">
      <w:pPr>
        <w:ind w:firstLine="288"/>
      </w:pPr>
      <w:r>
        <w:rPr>
          <w:rFonts w:cs="Times New Roman"/>
        </w:rPr>
        <w:t>Mary, Jesus’ mother, answered softly.</w:t>
      </w:r>
    </w:p>
    <w:p w14:paraId="60E98CE1" w14:textId="77777777" w:rsidR="007D7487" w:rsidRDefault="00E6407B">
      <w:pPr>
        <w:ind w:firstLine="288"/>
      </w:pPr>
      <w:r>
        <w:rPr>
          <w:rFonts w:cs="Times New Roman"/>
        </w:rPr>
        <w:t>"The woman."</w:t>
      </w:r>
    </w:p>
    <w:p w14:paraId="7ACE8F97" w14:textId="77777777" w:rsidR="007D7487" w:rsidRDefault="00E6407B">
      <w:pPr>
        <w:ind w:firstLine="288"/>
      </w:pPr>
      <w:r>
        <w:rPr>
          <w:rFonts w:cs="Times New Roman"/>
        </w:rPr>
        <w:t>Eden returned again.</w:t>
      </w:r>
    </w:p>
    <w:p w14:paraId="61679DB9" w14:textId="77777777" w:rsidR="007D7487" w:rsidRDefault="00E6407B">
      <w:pPr>
        <w:ind w:firstLine="288"/>
      </w:pPr>
      <w:r>
        <w:rPr>
          <w:rFonts w:cs="Times New Roman"/>
        </w:rPr>
        <w:t>The serpent.</w:t>
      </w:r>
    </w:p>
    <w:p w14:paraId="5F1AA470" w14:textId="77777777" w:rsidR="007D7487" w:rsidRDefault="00E6407B">
      <w:pPr>
        <w:ind w:firstLine="288"/>
      </w:pPr>
      <w:r>
        <w:rPr>
          <w:rFonts w:cs="Times New Roman"/>
        </w:rPr>
        <w:lastRenderedPageBreak/>
        <w:t>The wound.</w:t>
      </w:r>
    </w:p>
    <w:p w14:paraId="1C233B8D" w14:textId="77777777" w:rsidR="007D7487" w:rsidRDefault="00E6407B">
      <w:pPr>
        <w:ind w:firstLine="288"/>
      </w:pPr>
      <w:r>
        <w:rPr>
          <w:rFonts w:cs="Times New Roman"/>
        </w:rPr>
        <w:t>The Seed.</w:t>
      </w:r>
    </w:p>
    <w:p w14:paraId="0EB0420E" w14:textId="77777777" w:rsidR="007D7487" w:rsidRDefault="00E6407B">
      <w:pPr>
        <w:ind w:firstLine="288"/>
      </w:pPr>
      <w:r>
        <w:rPr>
          <w:rFonts w:cs="Times New Roman"/>
        </w:rPr>
        <w:t>Jesus did not open the whole chain yet.</w:t>
      </w:r>
    </w:p>
    <w:p w14:paraId="1AE2BE8C" w14:textId="77777777" w:rsidR="007D7487" w:rsidRDefault="00E6407B">
      <w:pPr>
        <w:ind w:firstLine="288"/>
      </w:pPr>
      <w:r>
        <w:rPr>
          <w:rFonts w:cs="Times New Roman"/>
        </w:rPr>
        <w:t>He let the single word remain.</w:t>
      </w:r>
    </w:p>
    <w:p w14:paraId="07B4C1D3" w14:textId="77777777" w:rsidR="007D7487" w:rsidRDefault="00E6407B">
      <w:pPr>
        <w:ind w:firstLine="288"/>
      </w:pPr>
      <w:r>
        <w:rPr>
          <w:rFonts w:cs="Times New Roman"/>
        </w:rPr>
        <w:t>Seed.</w:t>
      </w:r>
    </w:p>
    <w:p w14:paraId="3C7C81A3" w14:textId="77777777" w:rsidR="007D7487" w:rsidRDefault="00E6407B">
      <w:pPr>
        <w:ind w:firstLine="288"/>
      </w:pPr>
      <w:r>
        <w:rPr>
          <w:rFonts w:cs="Times New Roman"/>
        </w:rPr>
        <w:t>John felt the next structure waiting behind it.</w:t>
      </w:r>
    </w:p>
    <w:p w14:paraId="0F8616B8" w14:textId="77777777" w:rsidR="007D7487" w:rsidRDefault="00E6407B">
      <w:pPr>
        <w:ind w:firstLine="288"/>
      </w:pPr>
      <w:r>
        <w:rPr>
          <w:rFonts w:cs="Times New Roman"/>
        </w:rPr>
        <w:t>Eve.</w:t>
      </w:r>
    </w:p>
    <w:p w14:paraId="262255C8" w14:textId="77777777" w:rsidR="007D7487" w:rsidRDefault="00E6407B">
      <w:pPr>
        <w:ind w:firstLine="288"/>
      </w:pPr>
      <w:r>
        <w:rPr>
          <w:rFonts w:cs="Times New Roman"/>
        </w:rPr>
        <w:t>Abraham.</w:t>
      </w:r>
    </w:p>
    <w:p w14:paraId="0E419155" w14:textId="77777777" w:rsidR="007D7487" w:rsidRDefault="00E6407B">
      <w:pPr>
        <w:ind w:firstLine="288"/>
      </w:pPr>
      <w:r>
        <w:rPr>
          <w:rFonts w:cs="Times New Roman"/>
        </w:rPr>
        <w:t>Isaac.</w:t>
      </w:r>
    </w:p>
    <w:p w14:paraId="04711BC9" w14:textId="77777777" w:rsidR="007D7487" w:rsidRDefault="00E6407B">
      <w:pPr>
        <w:ind w:firstLine="288"/>
      </w:pPr>
      <w:r>
        <w:rPr>
          <w:rFonts w:cs="Times New Roman"/>
        </w:rPr>
        <w:t>Jacob.</w:t>
      </w:r>
    </w:p>
    <w:p w14:paraId="0243A073" w14:textId="77777777" w:rsidR="007D7487" w:rsidRDefault="00E6407B">
      <w:pPr>
        <w:ind w:firstLine="288"/>
      </w:pPr>
      <w:r>
        <w:rPr>
          <w:rFonts w:cs="Times New Roman"/>
        </w:rPr>
        <w:t>Israel.</w:t>
      </w:r>
    </w:p>
    <w:p w14:paraId="776F189E" w14:textId="77777777" w:rsidR="007D7487" w:rsidRDefault="00E6407B">
      <w:pPr>
        <w:ind w:firstLine="288"/>
      </w:pPr>
      <w:r>
        <w:rPr>
          <w:rFonts w:cs="Times New Roman"/>
        </w:rPr>
        <w:t>A promise carried through bloodline but older than the nation that would carry it.</w:t>
      </w:r>
    </w:p>
    <w:p w14:paraId="7C10521E" w14:textId="77777777" w:rsidR="007D7487" w:rsidRDefault="00E6407B">
      <w:pPr>
        <w:ind w:firstLine="288"/>
      </w:pPr>
      <w:r>
        <w:rPr>
          <w:rFonts w:cs="Times New Roman"/>
        </w:rPr>
        <w:t>A promise that would force them to ask why one family was chosen, what that family had been entrusted with, and why the nations kept appearing at the edges of Israel’s story.</w:t>
      </w:r>
    </w:p>
    <w:p w14:paraId="192B4F3F" w14:textId="77777777" w:rsidR="007D7487" w:rsidRDefault="00E6407B">
      <w:pPr>
        <w:ind w:firstLine="288"/>
      </w:pPr>
      <w:r>
        <w:rPr>
          <w:rFonts w:cs="Times New Roman"/>
        </w:rPr>
        <w:t>Nicodemus whispered:</w:t>
      </w:r>
    </w:p>
    <w:p w14:paraId="2D8BF197" w14:textId="77777777" w:rsidR="007D7487" w:rsidRDefault="00E6407B">
      <w:pPr>
        <w:ind w:firstLine="288"/>
      </w:pPr>
      <w:r>
        <w:rPr>
          <w:rFonts w:cs="Times New Roman"/>
        </w:rPr>
        <w:t>"Now we ask what He promised."</w:t>
      </w:r>
    </w:p>
    <w:p w14:paraId="6CBFEF31" w14:textId="77777777" w:rsidR="007D7487" w:rsidRDefault="00E6407B">
      <w:pPr>
        <w:ind w:firstLine="288"/>
      </w:pPr>
      <w:r>
        <w:rPr>
          <w:rFonts w:cs="Times New Roman"/>
        </w:rPr>
        <w:t>Jesus smiled.</w:t>
      </w:r>
    </w:p>
    <w:p w14:paraId="1A4813A1" w14:textId="77777777" w:rsidR="007D7487" w:rsidRDefault="00E6407B">
      <w:pPr>
        <w:ind w:firstLine="288"/>
      </w:pPr>
      <w:r>
        <w:rPr>
          <w:rFonts w:cs="Times New Roman"/>
        </w:rPr>
        <w:t>"Now you are ready."</w:t>
      </w:r>
    </w:p>
    <w:p w14:paraId="5A25BF75" w14:textId="77777777" w:rsidR="007D7487" w:rsidRDefault="00E6407B">
      <w:pPr>
        <w:suppressLineNumbers/>
      </w:pPr>
      <w:r>
        <w:br w:type="page"/>
      </w:r>
    </w:p>
    <w:p w14:paraId="752EDFA4" w14:textId="77777777" w:rsidR="007D7487" w:rsidRDefault="00E6407B">
      <w:pPr>
        <w:pStyle w:val="Heading1"/>
        <w:suppressLineNumbers/>
      </w:pPr>
      <w:r>
        <w:rPr>
          <w:rFonts w:ascii="Times New Roman" w:hAnsi="Times New Roman" w:cs="Times New Roman"/>
        </w:rPr>
        <w:lastRenderedPageBreak/>
        <w:t>Section 12A — The Seed and the Entrusted Family</w:t>
      </w:r>
    </w:p>
    <w:p w14:paraId="22468540" w14:textId="77777777" w:rsidR="007D7487" w:rsidRDefault="00E6407B">
      <w:pPr>
        <w:ind w:firstLine="288"/>
      </w:pPr>
      <w:r>
        <w:rPr>
          <w:rFonts w:cs="Times New Roman"/>
        </w:rPr>
        <w:t>Jesus let the words remain for a moment.</w:t>
      </w:r>
    </w:p>
    <w:p w14:paraId="0672A6AB" w14:textId="77777777" w:rsidR="007D7487" w:rsidRDefault="00E6407B">
      <w:pPr>
        <w:ind w:firstLine="288"/>
      </w:pPr>
      <w:r>
        <w:rPr>
          <w:rFonts w:cs="Times New Roman"/>
        </w:rPr>
        <w:t>Nicodemus had already begun moving backward through Genesis.</w:t>
      </w:r>
    </w:p>
    <w:p w14:paraId="7770AD5C" w14:textId="77777777" w:rsidR="007D7487" w:rsidRDefault="00E6407B">
      <w:pPr>
        <w:ind w:firstLine="288"/>
      </w:pPr>
      <w:r>
        <w:rPr>
          <w:rFonts w:cs="Times New Roman"/>
        </w:rPr>
        <w:t>Not toward Sinai.</w:t>
      </w:r>
    </w:p>
    <w:p w14:paraId="38B787F3" w14:textId="77777777" w:rsidR="007D7487" w:rsidRDefault="00E6407B">
      <w:pPr>
        <w:ind w:firstLine="288"/>
      </w:pPr>
      <w:r>
        <w:rPr>
          <w:rFonts w:cs="Times New Roman"/>
        </w:rPr>
        <w:t>Before Sinai.</w:t>
      </w:r>
    </w:p>
    <w:p w14:paraId="73E753E9" w14:textId="77777777" w:rsidR="007D7487" w:rsidRDefault="00E6407B">
      <w:pPr>
        <w:ind w:firstLine="288"/>
      </w:pPr>
      <w:r>
        <w:rPr>
          <w:rFonts w:cs="Times New Roman"/>
        </w:rPr>
        <w:t>Before there was a tribe of Levi.</w:t>
      </w:r>
    </w:p>
    <w:p w14:paraId="0C8AFB4C" w14:textId="77777777" w:rsidR="007D7487" w:rsidRDefault="00E6407B">
      <w:pPr>
        <w:ind w:firstLine="288"/>
      </w:pPr>
      <w:r>
        <w:rPr>
          <w:rFonts w:cs="Times New Roman"/>
        </w:rPr>
        <w:t>Before there was a tabernacle to guard, an altar to approach, a priestly garment to put on, or a nation gathered beneath a mountain.</w:t>
      </w:r>
    </w:p>
    <w:p w14:paraId="4AD74A95" w14:textId="77777777" w:rsidR="007D7487" w:rsidRDefault="00E6407B">
      <w:pPr>
        <w:ind w:firstLine="288"/>
      </w:pPr>
      <w:r>
        <w:rPr>
          <w:rFonts w:cs="Times New Roman"/>
        </w:rPr>
        <w:t>Back to the promise.</w:t>
      </w:r>
    </w:p>
    <w:p w14:paraId="405503E8" w14:textId="77777777" w:rsidR="007D7487" w:rsidRDefault="00E6407B">
      <w:pPr>
        <w:ind w:firstLine="288"/>
      </w:pPr>
      <w:r>
        <w:rPr>
          <w:rFonts w:cs="Times New Roman"/>
        </w:rPr>
        <w:t>Jesus looked toward His mother.</w:t>
      </w:r>
    </w:p>
    <w:p w14:paraId="1883A397" w14:textId="77777777" w:rsidR="007D7487" w:rsidRDefault="00E6407B">
      <w:pPr>
        <w:ind w:firstLine="288"/>
      </w:pPr>
      <w:r>
        <w:rPr>
          <w:rFonts w:cs="Times New Roman"/>
        </w:rPr>
        <w:t>“Before Abraham?”</w:t>
      </w:r>
    </w:p>
    <w:p w14:paraId="0D279633" w14:textId="77777777" w:rsidR="007D7487" w:rsidRDefault="00E6407B">
      <w:pPr>
        <w:ind w:firstLine="288"/>
      </w:pPr>
      <w:r>
        <w:rPr>
          <w:rFonts w:cs="Times New Roman"/>
        </w:rPr>
        <w:t>Mary answered softly.</w:t>
      </w:r>
    </w:p>
    <w:p w14:paraId="42B9DACC" w14:textId="77777777" w:rsidR="007D7487" w:rsidRDefault="00E6407B">
      <w:pPr>
        <w:ind w:firstLine="288"/>
      </w:pPr>
      <w:r>
        <w:rPr>
          <w:rFonts w:cs="Times New Roman"/>
        </w:rPr>
        <w:t>“The woman.”</w:t>
      </w:r>
    </w:p>
    <w:p w14:paraId="6F0BADC1" w14:textId="77777777" w:rsidR="007D7487" w:rsidRDefault="00E6407B">
      <w:pPr>
        <w:ind w:firstLine="288"/>
      </w:pPr>
      <w:r>
        <w:rPr>
          <w:rFonts w:cs="Times New Roman"/>
        </w:rPr>
        <w:t>“And what was promised?”</w:t>
      </w:r>
    </w:p>
    <w:p w14:paraId="2E15C9AA" w14:textId="77777777" w:rsidR="007D7487" w:rsidRDefault="00E6407B">
      <w:pPr>
        <w:ind w:firstLine="288"/>
      </w:pPr>
      <w:r>
        <w:rPr>
          <w:rFonts w:cs="Times New Roman"/>
        </w:rPr>
        <w:t>“Her seed.”</w:t>
      </w:r>
    </w:p>
    <w:p w14:paraId="14E63EAD" w14:textId="77777777" w:rsidR="007D7487" w:rsidRDefault="00E6407B">
      <w:pPr>
        <w:ind w:firstLine="288"/>
      </w:pPr>
      <w:r>
        <w:rPr>
          <w:rFonts w:cs="Times New Roman"/>
          <w:i/>
        </w:rPr>
        <w:t>“And I will put enmity between thee and the woman, and between thy seed and her seed; it shall bruise thy head, and thou shalt bruise his heel.” — Genesis 3:15 KJV</w:t>
      </w:r>
    </w:p>
    <w:p w14:paraId="5FFF2400" w14:textId="77777777" w:rsidR="007D7487" w:rsidRDefault="00E6407B">
      <w:pPr>
        <w:ind w:firstLine="288"/>
      </w:pPr>
      <w:r>
        <w:rPr>
          <w:rFonts w:cs="Times New Roman"/>
        </w:rPr>
        <w:t>The gathering had already seen the wound differently.</w:t>
      </w:r>
    </w:p>
    <w:p w14:paraId="5A14F3D5" w14:textId="77777777" w:rsidR="007D7487" w:rsidRDefault="00E6407B">
      <w:pPr>
        <w:ind w:firstLine="288"/>
      </w:pPr>
      <w:r>
        <w:rPr>
          <w:rFonts w:cs="Times New Roman"/>
        </w:rPr>
        <w:t>The serpent.</w:t>
      </w:r>
    </w:p>
    <w:p w14:paraId="70DB186E" w14:textId="77777777" w:rsidR="007D7487" w:rsidRDefault="00E6407B">
      <w:pPr>
        <w:ind w:firstLine="288"/>
      </w:pPr>
      <w:r>
        <w:rPr>
          <w:rFonts w:cs="Times New Roman"/>
        </w:rPr>
        <w:t>The Seed.</w:t>
      </w:r>
    </w:p>
    <w:p w14:paraId="20451CF0" w14:textId="77777777" w:rsidR="007D7487" w:rsidRDefault="00E6407B">
      <w:pPr>
        <w:ind w:firstLine="288"/>
      </w:pPr>
      <w:r>
        <w:rPr>
          <w:rFonts w:cs="Times New Roman"/>
        </w:rPr>
        <w:t>The bruised heel.</w:t>
      </w:r>
    </w:p>
    <w:p w14:paraId="1673E919" w14:textId="77777777" w:rsidR="007D7487" w:rsidRDefault="00E6407B">
      <w:pPr>
        <w:ind w:firstLine="288"/>
      </w:pPr>
      <w:r>
        <w:rPr>
          <w:rFonts w:cs="Times New Roman"/>
        </w:rPr>
        <w:t>The head that would be crushed.</w:t>
      </w:r>
    </w:p>
    <w:p w14:paraId="77C2299D" w14:textId="77777777" w:rsidR="007D7487" w:rsidRDefault="00E6407B">
      <w:pPr>
        <w:ind w:firstLine="288"/>
      </w:pPr>
      <w:r>
        <w:rPr>
          <w:rFonts w:cs="Times New Roman"/>
        </w:rPr>
        <w:t>Jesus did not ask them to turn Genesis into a detailed account of everything that would later happen.</w:t>
      </w:r>
    </w:p>
    <w:p w14:paraId="6EC35B73" w14:textId="77777777" w:rsidR="007D7487" w:rsidRDefault="00E6407B">
      <w:pPr>
        <w:ind w:firstLine="288"/>
      </w:pPr>
      <w:r>
        <w:rPr>
          <w:rFonts w:cs="Times New Roman"/>
        </w:rPr>
        <w:t>He asked them to notice the order.</w:t>
      </w:r>
    </w:p>
    <w:p w14:paraId="57984EE0" w14:textId="77777777" w:rsidR="007D7487" w:rsidRDefault="00E6407B">
      <w:pPr>
        <w:ind w:firstLine="288"/>
      </w:pPr>
      <w:r>
        <w:rPr>
          <w:rFonts w:cs="Times New Roman"/>
        </w:rPr>
        <w:t>The promise of a Seed existed before Israel.</w:t>
      </w:r>
    </w:p>
    <w:p w14:paraId="0916CA36" w14:textId="77777777" w:rsidR="007D7487" w:rsidRDefault="00E6407B">
      <w:pPr>
        <w:ind w:firstLine="288"/>
      </w:pPr>
      <w:r>
        <w:rPr>
          <w:rFonts w:cs="Times New Roman"/>
        </w:rPr>
        <w:t>Before Abraham.</w:t>
      </w:r>
    </w:p>
    <w:p w14:paraId="4A581D22" w14:textId="77777777" w:rsidR="007D7487" w:rsidRDefault="00E6407B">
      <w:pPr>
        <w:ind w:firstLine="288"/>
      </w:pPr>
      <w:r>
        <w:rPr>
          <w:rFonts w:cs="Times New Roman"/>
        </w:rPr>
        <w:t>Before circumcision.</w:t>
      </w:r>
    </w:p>
    <w:p w14:paraId="31627EF0" w14:textId="77777777" w:rsidR="007D7487" w:rsidRDefault="00E6407B">
      <w:pPr>
        <w:ind w:firstLine="288"/>
      </w:pPr>
      <w:r>
        <w:rPr>
          <w:rFonts w:cs="Times New Roman"/>
        </w:rPr>
        <w:t>Before law.</w:t>
      </w:r>
    </w:p>
    <w:p w14:paraId="2AAC9202" w14:textId="77777777" w:rsidR="007D7487" w:rsidRDefault="00E6407B">
      <w:pPr>
        <w:ind w:firstLine="288"/>
      </w:pPr>
      <w:r>
        <w:rPr>
          <w:rFonts w:cs="Times New Roman"/>
        </w:rPr>
        <w:t>Before priesthood.</w:t>
      </w:r>
    </w:p>
    <w:p w14:paraId="396A21E1" w14:textId="77777777" w:rsidR="007D7487" w:rsidRDefault="00E6407B">
      <w:pPr>
        <w:ind w:firstLine="288"/>
      </w:pPr>
      <w:r>
        <w:rPr>
          <w:rFonts w:cs="Times New Roman"/>
        </w:rPr>
        <w:t>Before any nation could claim it had invented the promise.</w:t>
      </w:r>
    </w:p>
    <w:p w14:paraId="37A295B2" w14:textId="77777777" w:rsidR="007D7487" w:rsidRDefault="00E6407B">
      <w:pPr>
        <w:ind w:firstLine="288"/>
      </w:pPr>
      <w:r>
        <w:rPr>
          <w:rFonts w:cs="Times New Roman"/>
        </w:rPr>
        <w:t>Nicodemus whispered:</w:t>
      </w:r>
    </w:p>
    <w:p w14:paraId="7355A926" w14:textId="77777777" w:rsidR="007D7487" w:rsidRDefault="00E6407B">
      <w:pPr>
        <w:ind w:firstLine="288"/>
      </w:pPr>
      <w:r>
        <w:rPr>
          <w:rFonts w:cs="Times New Roman"/>
        </w:rPr>
        <w:t>“Then Israel does not originate it.”</w:t>
      </w:r>
    </w:p>
    <w:p w14:paraId="38470EB1" w14:textId="77777777" w:rsidR="007D7487" w:rsidRDefault="00E6407B">
      <w:pPr>
        <w:ind w:firstLine="288"/>
      </w:pPr>
      <w:r>
        <w:rPr>
          <w:rFonts w:cs="Times New Roman"/>
        </w:rPr>
        <w:t>Jesus nodded.</w:t>
      </w:r>
    </w:p>
    <w:p w14:paraId="190B67C2" w14:textId="77777777" w:rsidR="007D7487" w:rsidRDefault="00E6407B">
      <w:pPr>
        <w:ind w:firstLine="288"/>
      </w:pPr>
      <w:r>
        <w:rPr>
          <w:rFonts w:cs="Times New Roman"/>
        </w:rPr>
        <w:t>“Israel receives it.”</w:t>
      </w:r>
    </w:p>
    <w:p w14:paraId="65982D94" w14:textId="77777777" w:rsidR="007D7487" w:rsidRDefault="00E6407B">
      <w:pPr>
        <w:suppressLineNumbers/>
        <w:spacing w:before="100" w:after="100"/>
        <w:jc w:val="center"/>
      </w:pPr>
      <w:r>
        <w:rPr>
          <w:rFonts w:cs="Times New Roman"/>
          <w:sz w:val="20"/>
        </w:rPr>
        <w:t>* * *</w:t>
      </w:r>
    </w:p>
    <w:p w14:paraId="1A197823" w14:textId="77777777" w:rsidR="007D7487" w:rsidRDefault="00E6407B">
      <w:pPr>
        <w:ind w:firstLine="288"/>
      </w:pPr>
      <w:r>
        <w:rPr>
          <w:rFonts w:cs="Times New Roman"/>
        </w:rPr>
        <w:t>Jesus stooped and traced a short line in the dust.</w:t>
      </w:r>
    </w:p>
    <w:p w14:paraId="5E22835F" w14:textId="77777777" w:rsidR="007D7487" w:rsidRDefault="00E6407B">
      <w:pPr>
        <w:ind w:firstLine="288"/>
      </w:pPr>
      <w:r>
        <w:rPr>
          <w:rFonts w:cs="Times New Roman"/>
        </w:rPr>
        <w:t>“Abraham.”</w:t>
      </w:r>
    </w:p>
    <w:p w14:paraId="6D16B73D" w14:textId="77777777" w:rsidR="007D7487" w:rsidRDefault="00E6407B">
      <w:pPr>
        <w:ind w:firstLine="288"/>
      </w:pPr>
      <w:r>
        <w:rPr>
          <w:rFonts w:cs="Times New Roman"/>
        </w:rPr>
        <w:lastRenderedPageBreak/>
        <w:t>Then another.</w:t>
      </w:r>
    </w:p>
    <w:p w14:paraId="1B80964C" w14:textId="77777777" w:rsidR="007D7487" w:rsidRDefault="00E6407B">
      <w:pPr>
        <w:ind w:firstLine="288"/>
      </w:pPr>
      <w:r>
        <w:rPr>
          <w:rFonts w:cs="Times New Roman"/>
        </w:rPr>
        <w:t>“What did the LORD say when He called him?”</w:t>
      </w:r>
    </w:p>
    <w:p w14:paraId="2F12B442" w14:textId="77777777" w:rsidR="007D7487" w:rsidRDefault="00E6407B">
      <w:pPr>
        <w:ind w:firstLine="288"/>
      </w:pPr>
      <w:r>
        <w:rPr>
          <w:rFonts w:cs="Times New Roman"/>
        </w:rPr>
        <w:t>Matthew answered first.</w:t>
      </w:r>
    </w:p>
    <w:p w14:paraId="7B9A08DC" w14:textId="77777777" w:rsidR="007D7487" w:rsidRDefault="00E6407B">
      <w:pPr>
        <w:ind w:firstLine="288"/>
      </w:pPr>
      <w:r>
        <w:rPr>
          <w:rFonts w:cs="Times New Roman"/>
          <w:i/>
        </w:rPr>
        <w:t>“And I will make of thee a great nation, and I will bless thee, and make thy name great; and thou shalt be a blessing: And I will bless them that bless thee, and curse him that curseth thee: and in thee shall all families of the earth be blessed.” — Genesis 12:2–3 KJV</w:t>
      </w:r>
    </w:p>
    <w:p w14:paraId="5F52EBA9" w14:textId="77777777" w:rsidR="007D7487" w:rsidRDefault="00E6407B">
      <w:pPr>
        <w:ind w:firstLine="288"/>
      </w:pPr>
      <w:r>
        <w:rPr>
          <w:rFonts w:cs="Times New Roman"/>
        </w:rPr>
        <w:t>Jesus looked around them.</w:t>
      </w:r>
    </w:p>
    <w:p w14:paraId="0B27A976" w14:textId="77777777" w:rsidR="007D7487" w:rsidRDefault="00E6407B">
      <w:pPr>
        <w:ind w:firstLine="288"/>
      </w:pPr>
      <w:r>
        <w:rPr>
          <w:rFonts w:cs="Times New Roman"/>
        </w:rPr>
        <w:t>“Was Abraham called out from among the nations?”</w:t>
      </w:r>
    </w:p>
    <w:p w14:paraId="0B9CB909" w14:textId="77777777" w:rsidR="007D7487" w:rsidRDefault="00E6407B">
      <w:pPr>
        <w:ind w:firstLine="288"/>
      </w:pPr>
      <w:r>
        <w:rPr>
          <w:rFonts w:cs="Times New Roman"/>
        </w:rPr>
        <w:t>“Yes.”</w:t>
      </w:r>
    </w:p>
    <w:p w14:paraId="16734558" w14:textId="77777777" w:rsidR="007D7487" w:rsidRDefault="00E6407B">
      <w:pPr>
        <w:ind w:firstLine="288"/>
      </w:pPr>
      <w:r>
        <w:rPr>
          <w:rFonts w:cs="Times New Roman"/>
        </w:rPr>
        <w:t>“Was he called merely so that blessing could terminate in himself?”</w:t>
      </w:r>
    </w:p>
    <w:p w14:paraId="5F3807D9" w14:textId="77777777" w:rsidR="007D7487" w:rsidRDefault="00E6407B">
      <w:pPr>
        <w:ind w:firstLine="288"/>
      </w:pPr>
      <w:r>
        <w:rPr>
          <w:rFonts w:cs="Times New Roman"/>
        </w:rPr>
        <w:t>“No.”</w:t>
      </w:r>
    </w:p>
    <w:p w14:paraId="03920998" w14:textId="77777777" w:rsidR="007D7487" w:rsidRDefault="00E6407B">
      <w:pPr>
        <w:ind w:firstLine="288"/>
      </w:pPr>
      <w:r>
        <w:rPr>
          <w:rFonts w:cs="Times New Roman"/>
        </w:rPr>
        <w:t>“What did the promise already say?”</w:t>
      </w:r>
    </w:p>
    <w:p w14:paraId="1486C611" w14:textId="77777777" w:rsidR="007D7487" w:rsidRDefault="00E6407B">
      <w:pPr>
        <w:ind w:firstLine="288"/>
      </w:pPr>
      <w:r>
        <w:rPr>
          <w:rFonts w:cs="Times New Roman"/>
        </w:rPr>
        <w:t>John answered.</w:t>
      </w:r>
    </w:p>
    <w:p w14:paraId="11693659" w14:textId="77777777" w:rsidR="007D7487" w:rsidRDefault="00E6407B">
      <w:pPr>
        <w:ind w:firstLine="288"/>
      </w:pPr>
      <w:r>
        <w:rPr>
          <w:rFonts w:cs="Times New Roman"/>
        </w:rPr>
        <w:t>“All families of the earth.”</w:t>
      </w:r>
    </w:p>
    <w:p w14:paraId="0C56A257" w14:textId="77777777" w:rsidR="007D7487" w:rsidRDefault="00E6407B">
      <w:pPr>
        <w:ind w:firstLine="288"/>
      </w:pPr>
      <w:r>
        <w:rPr>
          <w:rFonts w:cs="Times New Roman"/>
        </w:rPr>
        <w:t>Jesus drew another mark.</w:t>
      </w:r>
    </w:p>
    <w:p w14:paraId="729EAB4F" w14:textId="77777777" w:rsidR="007D7487" w:rsidRDefault="00E6407B">
      <w:pPr>
        <w:ind w:firstLine="288"/>
      </w:pPr>
      <w:r>
        <w:rPr>
          <w:rFonts w:cs="Times New Roman"/>
        </w:rPr>
        <w:t>“And when Abraham took Isaac to Moriah, what did Abraham say to his son?”</w:t>
      </w:r>
    </w:p>
    <w:p w14:paraId="4C1EEF62" w14:textId="77777777" w:rsidR="007D7487" w:rsidRDefault="00E6407B">
      <w:pPr>
        <w:ind w:firstLine="288"/>
      </w:pPr>
      <w:r>
        <w:rPr>
          <w:rFonts w:cs="Times New Roman"/>
        </w:rPr>
        <w:t>Nicodemus answered.</w:t>
      </w:r>
    </w:p>
    <w:p w14:paraId="59D25BD7" w14:textId="77777777" w:rsidR="007D7487" w:rsidRDefault="00E6407B">
      <w:pPr>
        <w:ind w:firstLine="288"/>
      </w:pPr>
      <w:r>
        <w:rPr>
          <w:rFonts w:cs="Times New Roman"/>
          <w:i/>
        </w:rPr>
        <w:t>“And Abraham said, My son, God will provide himself a lamb for a burnt offering: so they went both of them together.” — Genesis 22:8 KJV</w:t>
      </w:r>
    </w:p>
    <w:p w14:paraId="761A2DC1" w14:textId="77777777" w:rsidR="007D7487" w:rsidRDefault="00E6407B">
      <w:pPr>
        <w:ind w:firstLine="288"/>
      </w:pPr>
      <w:r>
        <w:rPr>
          <w:rFonts w:cs="Times New Roman"/>
        </w:rPr>
        <w:t>The sentence now stood beside everything they had seen at Passover and Golgotha.</w:t>
      </w:r>
    </w:p>
    <w:p w14:paraId="655A3F78" w14:textId="77777777" w:rsidR="007D7487" w:rsidRDefault="00E6407B">
      <w:pPr>
        <w:ind w:firstLine="288"/>
      </w:pPr>
      <w:r>
        <w:rPr>
          <w:rFonts w:cs="Times New Roman"/>
        </w:rPr>
        <w:t>God will provide.</w:t>
      </w:r>
    </w:p>
    <w:p w14:paraId="5241D042" w14:textId="77777777" w:rsidR="007D7487" w:rsidRDefault="00E6407B">
      <w:pPr>
        <w:ind w:firstLine="288"/>
      </w:pPr>
      <w:r>
        <w:rPr>
          <w:rFonts w:cs="Times New Roman"/>
        </w:rPr>
        <w:t>Not man will invent.</w:t>
      </w:r>
    </w:p>
    <w:p w14:paraId="41DF62DF" w14:textId="77777777" w:rsidR="007D7487" w:rsidRDefault="00E6407B">
      <w:pPr>
        <w:ind w:firstLine="288"/>
      </w:pPr>
      <w:r>
        <w:rPr>
          <w:rFonts w:cs="Times New Roman"/>
        </w:rPr>
        <w:t>Not Abraham will manufacture.</w:t>
      </w:r>
    </w:p>
    <w:p w14:paraId="31E0D842" w14:textId="77777777" w:rsidR="007D7487" w:rsidRDefault="00E6407B">
      <w:pPr>
        <w:ind w:firstLine="288"/>
      </w:pPr>
      <w:r>
        <w:rPr>
          <w:rFonts w:cs="Times New Roman"/>
        </w:rPr>
        <w:t>God will provide.</w:t>
      </w:r>
    </w:p>
    <w:p w14:paraId="19D52E40" w14:textId="77777777" w:rsidR="007D7487" w:rsidRDefault="00E6407B">
      <w:pPr>
        <w:ind w:firstLine="288"/>
      </w:pPr>
      <w:r>
        <w:rPr>
          <w:rFonts w:cs="Times New Roman"/>
        </w:rPr>
        <w:t>Jesus continued.</w:t>
      </w:r>
    </w:p>
    <w:p w14:paraId="225C11A9" w14:textId="77777777" w:rsidR="007D7487" w:rsidRDefault="00E6407B">
      <w:pPr>
        <w:ind w:firstLine="288"/>
      </w:pPr>
      <w:r>
        <w:rPr>
          <w:rFonts w:cs="Times New Roman"/>
        </w:rPr>
        <w:t>“And after Abraham obeyed?”</w:t>
      </w:r>
    </w:p>
    <w:p w14:paraId="411E5404" w14:textId="77777777" w:rsidR="007D7487" w:rsidRDefault="00E6407B">
      <w:pPr>
        <w:ind w:firstLine="288"/>
      </w:pPr>
      <w:r>
        <w:rPr>
          <w:rFonts w:cs="Times New Roman"/>
          <w:i/>
        </w:rPr>
        <w:t>“And in thy seed shall all the nations of the earth be blessed; because thou hast obeyed my voice.” — Genesis 22:18 KJV</w:t>
      </w:r>
    </w:p>
    <w:p w14:paraId="4389EC34" w14:textId="77777777" w:rsidR="007D7487" w:rsidRDefault="00E6407B">
      <w:pPr>
        <w:ind w:firstLine="288"/>
      </w:pPr>
      <w:r>
        <w:rPr>
          <w:rFonts w:cs="Times New Roman"/>
        </w:rPr>
        <w:t>Simon the Zealot looked toward Jesus.</w:t>
      </w:r>
    </w:p>
    <w:p w14:paraId="1D375D10" w14:textId="77777777" w:rsidR="007D7487" w:rsidRDefault="00E6407B">
      <w:pPr>
        <w:ind w:firstLine="288"/>
      </w:pPr>
      <w:r>
        <w:rPr>
          <w:rFonts w:cs="Times New Roman"/>
        </w:rPr>
        <w:t>“Seed.”</w:t>
      </w:r>
    </w:p>
    <w:p w14:paraId="6FF9DDF1" w14:textId="77777777" w:rsidR="007D7487" w:rsidRDefault="00E6407B">
      <w:pPr>
        <w:ind w:firstLine="288"/>
      </w:pPr>
      <w:r>
        <w:rPr>
          <w:rFonts w:cs="Times New Roman"/>
        </w:rPr>
        <w:t>“Yes.”</w:t>
      </w:r>
    </w:p>
    <w:p w14:paraId="5FC44A0E" w14:textId="77777777" w:rsidR="007D7487" w:rsidRDefault="00E6407B">
      <w:pPr>
        <w:ind w:firstLine="288"/>
      </w:pPr>
      <w:r>
        <w:rPr>
          <w:rFonts w:cs="Times New Roman"/>
        </w:rPr>
        <w:t>“Nations.”</w:t>
      </w:r>
    </w:p>
    <w:p w14:paraId="0859DD52" w14:textId="77777777" w:rsidR="007D7487" w:rsidRDefault="00E6407B">
      <w:pPr>
        <w:ind w:firstLine="288"/>
      </w:pPr>
      <w:r>
        <w:rPr>
          <w:rFonts w:cs="Times New Roman"/>
        </w:rPr>
        <w:t>“Yes.”</w:t>
      </w:r>
    </w:p>
    <w:p w14:paraId="7A8C4B48" w14:textId="77777777" w:rsidR="007D7487" w:rsidRDefault="00E6407B">
      <w:pPr>
        <w:ind w:firstLine="288"/>
      </w:pPr>
      <w:r>
        <w:rPr>
          <w:rFonts w:cs="Times New Roman"/>
        </w:rPr>
        <w:t>The words did not compete.</w:t>
      </w:r>
    </w:p>
    <w:p w14:paraId="733107B5" w14:textId="77777777" w:rsidR="007D7487" w:rsidRDefault="00E6407B">
      <w:pPr>
        <w:ind w:firstLine="288"/>
      </w:pPr>
      <w:r>
        <w:rPr>
          <w:rFonts w:cs="Times New Roman"/>
        </w:rPr>
        <w:t>The Seed came through a chosen line.</w:t>
      </w:r>
    </w:p>
    <w:p w14:paraId="3B01A304" w14:textId="77777777" w:rsidR="007D7487" w:rsidRDefault="00E6407B">
      <w:pPr>
        <w:ind w:firstLine="288"/>
      </w:pPr>
      <w:r>
        <w:rPr>
          <w:rFonts w:cs="Times New Roman"/>
        </w:rPr>
        <w:t>The blessing looked outward.</w:t>
      </w:r>
    </w:p>
    <w:p w14:paraId="48D79876" w14:textId="77777777" w:rsidR="007D7487" w:rsidRDefault="00E6407B">
      <w:pPr>
        <w:ind w:firstLine="288"/>
      </w:pPr>
      <w:r>
        <w:rPr>
          <w:rFonts w:cs="Times New Roman"/>
        </w:rPr>
        <w:t>Nicodemus’s lips moved.</w:t>
      </w:r>
    </w:p>
    <w:p w14:paraId="1200AFB3" w14:textId="77777777" w:rsidR="007D7487" w:rsidRDefault="00E6407B">
      <w:pPr>
        <w:ind w:firstLine="288"/>
      </w:pPr>
      <w:r>
        <w:rPr>
          <w:rFonts w:cs="Times New Roman"/>
        </w:rPr>
        <w:t>“One family chosen—and all families still in view.”</w:t>
      </w:r>
    </w:p>
    <w:p w14:paraId="3F612EC8" w14:textId="77777777" w:rsidR="007D7487" w:rsidRDefault="00E6407B">
      <w:pPr>
        <w:ind w:firstLine="288"/>
      </w:pPr>
      <w:r>
        <w:rPr>
          <w:rFonts w:cs="Times New Roman"/>
        </w:rPr>
        <w:lastRenderedPageBreak/>
        <w:t>Jesus smiled.</w:t>
      </w:r>
    </w:p>
    <w:p w14:paraId="0E4C96CF" w14:textId="77777777" w:rsidR="007D7487" w:rsidRDefault="00E6407B">
      <w:pPr>
        <w:ind w:firstLine="288"/>
      </w:pPr>
      <w:r>
        <w:rPr>
          <w:rFonts w:cs="Times New Roman"/>
        </w:rPr>
        <w:t>“Keep going.”</w:t>
      </w:r>
    </w:p>
    <w:p w14:paraId="2B42491C" w14:textId="77777777" w:rsidR="007D7487" w:rsidRDefault="00E6407B">
      <w:pPr>
        <w:suppressLineNumbers/>
        <w:spacing w:before="100" w:after="100"/>
        <w:jc w:val="center"/>
      </w:pPr>
      <w:r>
        <w:rPr>
          <w:rFonts w:cs="Times New Roman"/>
          <w:sz w:val="20"/>
        </w:rPr>
        <w:t>* * *</w:t>
      </w:r>
    </w:p>
    <w:p w14:paraId="28FB7CB5" w14:textId="77777777" w:rsidR="007D7487" w:rsidRDefault="00E6407B">
      <w:pPr>
        <w:ind w:firstLine="288"/>
      </w:pPr>
      <w:r>
        <w:rPr>
          <w:rFonts w:cs="Times New Roman"/>
        </w:rPr>
        <w:t>“Isaac.”</w:t>
      </w:r>
    </w:p>
    <w:p w14:paraId="52EBF4CF" w14:textId="77777777" w:rsidR="007D7487" w:rsidRDefault="00E6407B">
      <w:pPr>
        <w:ind w:firstLine="288"/>
      </w:pPr>
      <w:r>
        <w:rPr>
          <w:rFonts w:cs="Times New Roman"/>
        </w:rPr>
        <w:t>Andrew supplied the promise.</w:t>
      </w:r>
    </w:p>
    <w:p w14:paraId="411B86DC" w14:textId="77777777" w:rsidR="007D7487" w:rsidRDefault="00E6407B">
      <w:pPr>
        <w:ind w:firstLine="288"/>
      </w:pPr>
      <w:r>
        <w:rPr>
          <w:rFonts w:cs="Times New Roman"/>
          <w:i/>
        </w:rPr>
        <w:t>“And I will make thy seed to multiply as the stars of heaven, and will give unto thy seed all these countries; and in thy seed shall all the nations of the earth be blessed;” — Genesis 26:4 KJV</w:t>
      </w:r>
    </w:p>
    <w:p w14:paraId="581181B5" w14:textId="77777777" w:rsidR="007D7487" w:rsidRDefault="00E6407B">
      <w:pPr>
        <w:ind w:firstLine="288"/>
      </w:pPr>
      <w:r>
        <w:rPr>
          <w:rFonts w:cs="Times New Roman"/>
        </w:rPr>
        <w:t>“Jacob.”</w:t>
      </w:r>
    </w:p>
    <w:p w14:paraId="32A9EA26" w14:textId="77777777" w:rsidR="007D7487" w:rsidRDefault="00E6407B">
      <w:pPr>
        <w:ind w:firstLine="288"/>
      </w:pPr>
      <w:r>
        <w:rPr>
          <w:rFonts w:cs="Times New Roman"/>
        </w:rPr>
        <w:t>Nathanael’s attention sharpened at once.</w:t>
      </w:r>
    </w:p>
    <w:p w14:paraId="3B889523" w14:textId="77777777" w:rsidR="007D7487" w:rsidRDefault="00E6407B">
      <w:pPr>
        <w:ind w:firstLine="288"/>
      </w:pPr>
      <w:r>
        <w:rPr>
          <w:rFonts w:cs="Times New Roman"/>
          <w:i/>
        </w:rPr>
        <w:t>“And thy seed shall be as the dust of the earth, and thou shalt spread abroad to the west, and to the east, and to the north, and to the south: and in thee and in thy seed shall all the families of the earth be blessed.” — Genesis 28:14 KJV</w:t>
      </w:r>
    </w:p>
    <w:p w14:paraId="01CE37AF" w14:textId="77777777" w:rsidR="007D7487" w:rsidRDefault="00E6407B">
      <w:pPr>
        <w:ind w:firstLine="288"/>
      </w:pPr>
      <w:r>
        <w:rPr>
          <w:rFonts w:cs="Times New Roman"/>
        </w:rPr>
        <w:t>Jesus looked toward Nathanael.</w:t>
      </w:r>
    </w:p>
    <w:p w14:paraId="5F3AF17D" w14:textId="77777777" w:rsidR="007D7487" w:rsidRDefault="00E6407B">
      <w:pPr>
        <w:ind w:firstLine="288"/>
      </w:pPr>
      <w:r>
        <w:rPr>
          <w:rFonts w:cs="Times New Roman"/>
        </w:rPr>
        <w:t>“Where was Jacob?”</w:t>
      </w:r>
    </w:p>
    <w:p w14:paraId="734F3C19" w14:textId="77777777" w:rsidR="007D7487" w:rsidRDefault="00E6407B">
      <w:pPr>
        <w:ind w:firstLine="288"/>
      </w:pPr>
      <w:r>
        <w:rPr>
          <w:rFonts w:cs="Times New Roman"/>
        </w:rPr>
        <w:t>“Leaving home.”</w:t>
      </w:r>
    </w:p>
    <w:p w14:paraId="41C18D4F" w14:textId="77777777" w:rsidR="007D7487" w:rsidRDefault="00E6407B">
      <w:pPr>
        <w:ind w:firstLine="288"/>
      </w:pPr>
      <w:r>
        <w:rPr>
          <w:rFonts w:cs="Times New Roman"/>
        </w:rPr>
        <w:t>“With what beneath his head?”</w:t>
      </w:r>
    </w:p>
    <w:p w14:paraId="3956DDDA" w14:textId="77777777" w:rsidR="007D7487" w:rsidRDefault="00E6407B">
      <w:pPr>
        <w:ind w:firstLine="288"/>
      </w:pPr>
      <w:r>
        <w:rPr>
          <w:rFonts w:cs="Times New Roman"/>
        </w:rPr>
        <w:t>Nathanael smiled.</w:t>
      </w:r>
    </w:p>
    <w:p w14:paraId="5489B8FB" w14:textId="77777777" w:rsidR="007D7487" w:rsidRDefault="00E6407B">
      <w:pPr>
        <w:ind w:firstLine="288"/>
      </w:pPr>
      <w:r>
        <w:rPr>
          <w:rFonts w:cs="Times New Roman"/>
        </w:rPr>
        <w:t>“A stone.”</w:t>
      </w:r>
    </w:p>
    <w:p w14:paraId="428A4548" w14:textId="77777777" w:rsidR="007D7487" w:rsidRDefault="00E6407B">
      <w:pPr>
        <w:ind w:firstLine="288"/>
      </w:pPr>
      <w:r>
        <w:rPr>
          <w:rFonts w:cs="Times New Roman"/>
        </w:rPr>
        <w:t>“And what did he see?”</w:t>
      </w:r>
    </w:p>
    <w:p w14:paraId="4D90BBAA" w14:textId="77777777" w:rsidR="007D7487" w:rsidRDefault="00E6407B">
      <w:pPr>
        <w:ind w:firstLine="288"/>
      </w:pPr>
      <w:r>
        <w:rPr>
          <w:rFonts w:cs="Times New Roman"/>
        </w:rPr>
        <w:t>“Heaven opened.”</w:t>
      </w:r>
    </w:p>
    <w:p w14:paraId="447C40CC" w14:textId="77777777" w:rsidR="007D7487" w:rsidRDefault="00E6407B">
      <w:pPr>
        <w:ind w:firstLine="288"/>
      </w:pPr>
      <w:r>
        <w:rPr>
          <w:rFonts w:cs="Times New Roman"/>
        </w:rPr>
        <w:t>“And the promise still reached where?”</w:t>
      </w:r>
    </w:p>
    <w:p w14:paraId="6DCEBC5B" w14:textId="77777777" w:rsidR="007D7487" w:rsidRDefault="00E6407B">
      <w:pPr>
        <w:ind w:firstLine="288"/>
      </w:pPr>
      <w:r>
        <w:rPr>
          <w:rFonts w:cs="Times New Roman"/>
        </w:rPr>
        <w:t>“All families.”</w:t>
      </w:r>
    </w:p>
    <w:p w14:paraId="2F1CDEA1" w14:textId="77777777" w:rsidR="007D7487" w:rsidRDefault="00E6407B">
      <w:pPr>
        <w:ind w:firstLine="288"/>
      </w:pPr>
      <w:r>
        <w:rPr>
          <w:rFonts w:cs="Times New Roman"/>
        </w:rPr>
        <w:t>Nathanael lowered his eyes.</w:t>
      </w:r>
    </w:p>
    <w:p w14:paraId="01958BCD" w14:textId="77777777" w:rsidR="007D7487" w:rsidRDefault="00E6407B">
      <w:pPr>
        <w:ind w:firstLine="288"/>
      </w:pPr>
      <w:r>
        <w:rPr>
          <w:rFonts w:cs="Times New Roman"/>
        </w:rPr>
        <w:t>The same Jacob whose ladder had once shaped his first conversation with Jesus now stood inside the Abrahamic nations promise.</w:t>
      </w:r>
    </w:p>
    <w:p w14:paraId="6120EB9F" w14:textId="77777777" w:rsidR="007D7487" w:rsidRDefault="00E6407B">
      <w:pPr>
        <w:ind w:firstLine="288"/>
      </w:pPr>
      <w:r>
        <w:rPr>
          <w:rFonts w:cs="Times New Roman"/>
        </w:rPr>
        <w:t>Nicodemus spoke slowly.</w:t>
      </w:r>
    </w:p>
    <w:p w14:paraId="46FC1CC9" w14:textId="77777777" w:rsidR="007D7487" w:rsidRDefault="00E6407B">
      <w:pPr>
        <w:ind w:firstLine="288"/>
      </w:pPr>
      <w:r>
        <w:rPr>
          <w:rFonts w:cs="Times New Roman"/>
        </w:rPr>
        <w:t>“Eve.”</w:t>
      </w:r>
    </w:p>
    <w:p w14:paraId="50E93125" w14:textId="77777777" w:rsidR="007D7487" w:rsidRDefault="00E6407B">
      <w:pPr>
        <w:ind w:firstLine="288"/>
      </w:pPr>
      <w:r>
        <w:rPr>
          <w:rFonts w:cs="Times New Roman"/>
        </w:rPr>
        <w:t>“Abraham.”</w:t>
      </w:r>
    </w:p>
    <w:p w14:paraId="1D0F4863" w14:textId="77777777" w:rsidR="007D7487" w:rsidRDefault="00E6407B">
      <w:pPr>
        <w:ind w:firstLine="288"/>
      </w:pPr>
      <w:r>
        <w:rPr>
          <w:rFonts w:cs="Times New Roman"/>
        </w:rPr>
        <w:t>“Isaac.”</w:t>
      </w:r>
    </w:p>
    <w:p w14:paraId="6E58BFAD" w14:textId="77777777" w:rsidR="007D7487" w:rsidRDefault="00E6407B">
      <w:pPr>
        <w:ind w:firstLine="288"/>
      </w:pPr>
      <w:r>
        <w:rPr>
          <w:rFonts w:cs="Times New Roman"/>
        </w:rPr>
        <w:t>“Jacob.”</w:t>
      </w:r>
    </w:p>
    <w:p w14:paraId="5DBE3526" w14:textId="77777777" w:rsidR="007D7487" w:rsidRDefault="00E6407B">
      <w:pPr>
        <w:ind w:firstLine="288"/>
      </w:pPr>
      <w:r>
        <w:rPr>
          <w:rFonts w:cs="Times New Roman"/>
        </w:rPr>
        <w:t>He looked toward Jesus.</w:t>
      </w:r>
    </w:p>
    <w:p w14:paraId="6509E2D2" w14:textId="77777777" w:rsidR="007D7487" w:rsidRDefault="00E6407B">
      <w:pPr>
        <w:ind w:firstLine="288"/>
      </w:pPr>
      <w:r>
        <w:rPr>
          <w:rFonts w:cs="Times New Roman"/>
        </w:rPr>
        <w:t>“The line is narrowing.”</w:t>
      </w:r>
    </w:p>
    <w:p w14:paraId="474F8155" w14:textId="77777777" w:rsidR="007D7487" w:rsidRDefault="00E6407B">
      <w:pPr>
        <w:ind w:firstLine="288"/>
      </w:pPr>
      <w:r>
        <w:rPr>
          <w:rFonts w:cs="Times New Roman"/>
        </w:rPr>
        <w:t>Jesus nodded.</w:t>
      </w:r>
    </w:p>
    <w:p w14:paraId="50217B0F" w14:textId="77777777" w:rsidR="007D7487" w:rsidRDefault="00E6407B">
      <w:pPr>
        <w:ind w:firstLine="288"/>
      </w:pPr>
      <w:r>
        <w:rPr>
          <w:rFonts w:cs="Times New Roman"/>
        </w:rPr>
        <w:t>“And the blessing?”</w:t>
      </w:r>
    </w:p>
    <w:p w14:paraId="2F7ADED8" w14:textId="77777777" w:rsidR="007D7487" w:rsidRDefault="00E6407B">
      <w:pPr>
        <w:ind w:firstLine="288"/>
      </w:pPr>
      <w:r>
        <w:rPr>
          <w:rFonts w:cs="Times New Roman"/>
        </w:rPr>
        <w:t>Nicodemus looked up.</w:t>
      </w:r>
    </w:p>
    <w:p w14:paraId="17C3C9A1" w14:textId="77777777" w:rsidR="007D7487" w:rsidRDefault="00E6407B">
      <w:pPr>
        <w:ind w:firstLine="288"/>
      </w:pPr>
      <w:r>
        <w:rPr>
          <w:rFonts w:cs="Times New Roman"/>
        </w:rPr>
        <w:t>“It is not narrowing.”</w:t>
      </w:r>
    </w:p>
    <w:p w14:paraId="4D1AF211" w14:textId="77777777" w:rsidR="007D7487" w:rsidRDefault="00E6407B">
      <w:pPr>
        <w:ind w:firstLine="288"/>
      </w:pPr>
      <w:r>
        <w:rPr>
          <w:rFonts w:cs="Times New Roman"/>
        </w:rPr>
        <w:t>That was the discovery.</w:t>
      </w:r>
    </w:p>
    <w:p w14:paraId="1DC54215" w14:textId="77777777" w:rsidR="007D7487" w:rsidRDefault="00E6407B">
      <w:pPr>
        <w:ind w:firstLine="288"/>
      </w:pPr>
      <w:r>
        <w:rPr>
          <w:rFonts w:cs="Times New Roman"/>
        </w:rPr>
        <w:t>The historical line became more specific.</w:t>
      </w:r>
    </w:p>
    <w:p w14:paraId="3384D32E" w14:textId="77777777" w:rsidR="007D7487" w:rsidRDefault="00E6407B">
      <w:pPr>
        <w:ind w:firstLine="288"/>
      </w:pPr>
      <w:r>
        <w:rPr>
          <w:rFonts w:cs="Times New Roman"/>
        </w:rPr>
        <w:lastRenderedPageBreak/>
        <w:t>The promised blessing did not become smaller.</w:t>
      </w:r>
    </w:p>
    <w:p w14:paraId="09A6645B" w14:textId="77777777" w:rsidR="007D7487" w:rsidRDefault="00E6407B">
      <w:pPr>
        <w:ind w:firstLine="288"/>
      </w:pPr>
      <w:r>
        <w:rPr>
          <w:rFonts w:cs="Times New Roman"/>
        </w:rPr>
        <w:t>God preserved a line.</w:t>
      </w:r>
    </w:p>
    <w:p w14:paraId="4F64A5F7" w14:textId="77777777" w:rsidR="007D7487" w:rsidRDefault="00E6407B">
      <w:pPr>
        <w:ind w:firstLine="288"/>
      </w:pPr>
      <w:r>
        <w:rPr>
          <w:rFonts w:cs="Times New Roman"/>
        </w:rPr>
        <w:t>The line carried a promise aimed beyond itself.</w:t>
      </w:r>
    </w:p>
    <w:p w14:paraId="633FC354" w14:textId="77777777" w:rsidR="007D7487" w:rsidRDefault="00E6407B">
      <w:pPr>
        <w:suppressLineNumbers/>
        <w:spacing w:before="100" w:after="100"/>
        <w:jc w:val="center"/>
      </w:pPr>
      <w:r>
        <w:rPr>
          <w:rFonts w:cs="Times New Roman"/>
          <w:sz w:val="20"/>
        </w:rPr>
        <w:t>* * *</w:t>
      </w:r>
    </w:p>
    <w:p w14:paraId="20355C1D" w14:textId="77777777" w:rsidR="007D7487" w:rsidRDefault="00E6407B">
      <w:pPr>
        <w:ind w:firstLine="288"/>
      </w:pPr>
      <w:r>
        <w:rPr>
          <w:rFonts w:cs="Times New Roman"/>
        </w:rPr>
        <w:t>Thomas had been watching the marks in the dust.</w:t>
      </w:r>
    </w:p>
    <w:p w14:paraId="3A1B7BE8" w14:textId="77777777" w:rsidR="007D7487" w:rsidRDefault="00E6407B">
      <w:pPr>
        <w:ind w:firstLine="288"/>
      </w:pPr>
      <w:r>
        <w:rPr>
          <w:rFonts w:cs="Times New Roman"/>
        </w:rPr>
        <w:t>“Then what exactly is the bloodline doing?”</w:t>
      </w:r>
    </w:p>
    <w:p w14:paraId="4B6D5609" w14:textId="77777777" w:rsidR="007D7487" w:rsidRDefault="00E6407B">
      <w:pPr>
        <w:ind w:firstLine="288"/>
      </w:pPr>
      <w:r>
        <w:rPr>
          <w:rFonts w:cs="Times New Roman"/>
        </w:rPr>
        <w:t>Jesus looked at him.</w:t>
      </w:r>
    </w:p>
    <w:p w14:paraId="3C8A808B" w14:textId="77777777" w:rsidR="007D7487" w:rsidRDefault="00E6407B">
      <w:pPr>
        <w:ind w:firstLine="288"/>
      </w:pPr>
      <w:r>
        <w:rPr>
          <w:rFonts w:cs="Times New Roman"/>
        </w:rPr>
        <w:t>“What did it do for Abraham?”</w:t>
      </w:r>
    </w:p>
    <w:p w14:paraId="28723634" w14:textId="77777777" w:rsidR="007D7487" w:rsidRDefault="00E6407B">
      <w:pPr>
        <w:ind w:firstLine="288"/>
      </w:pPr>
      <w:r>
        <w:rPr>
          <w:rFonts w:cs="Times New Roman"/>
        </w:rPr>
        <w:t>Thomas hesitated.</w:t>
      </w:r>
    </w:p>
    <w:p w14:paraId="40963D56" w14:textId="77777777" w:rsidR="007D7487" w:rsidRDefault="00E6407B">
      <w:pPr>
        <w:ind w:firstLine="288"/>
      </w:pPr>
      <w:r>
        <w:rPr>
          <w:rFonts w:cs="Times New Roman"/>
        </w:rPr>
        <w:t>“It did not make him righteous.”</w:t>
      </w:r>
    </w:p>
    <w:p w14:paraId="5EBBDAEA" w14:textId="77777777" w:rsidR="007D7487" w:rsidRDefault="00E6407B">
      <w:pPr>
        <w:ind w:firstLine="288"/>
      </w:pPr>
      <w:r>
        <w:rPr>
          <w:rFonts w:cs="Times New Roman"/>
        </w:rPr>
        <w:t>“What did?”</w:t>
      </w:r>
    </w:p>
    <w:p w14:paraId="67CA3891" w14:textId="77777777" w:rsidR="007D7487" w:rsidRDefault="00E6407B">
      <w:pPr>
        <w:ind w:firstLine="288"/>
      </w:pPr>
      <w:r>
        <w:rPr>
          <w:rFonts w:cs="Times New Roman"/>
        </w:rPr>
        <w:t>“He believed the LORD, and the LORD counted it to him for righteousness.”</w:t>
      </w:r>
    </w:p>
    <w:p w14:paraId="53E912A7" w14:textId="77777777" w:rsidR="007D7487" w:rsidRDefault="00E6407B">
      <w:pPr>
        <w:ind w:firstLine="288"/>
      </w:pPr>
      <w:r>
        <w:rPr>
          <w:rFonts w:cs="Times New Roman"/>
        </w:rPr>
        <w:t>Jesus nodded.</w:t>
      </w:r>
    </w:p>
    <w:p w14:paraId="2F7D73CD" w14:textId="77777777" w:rsidR="007D7487" w:rsidRDefault="00E6407B">
      <w:pPr>
        <w:ind w:firstLine="288"/>
      </w:pPr>
      <w:r>
        <w:rPr>
          <w:rFonts w:cs="Times New Roman"/>
        </w:rPr>
        <w:t>“Then what did the line carry?”</w:t>
      </w:r>
    </w:p>
    <w:p w14:paraId="7AD03EDC" w14:textId="77777777" w:rsidR="007D7487" w:rsidRDefault="00E6407B">
      <w:pPr>
        <w:ind w:firstLine="288"/>
      </w:pPr>
      <w:r>
        <w:rPr>
          <w:rFonts w:cs="Times New Roman"/>
        </w:rPr>
        <w:t>Thomas looked toward Nicodemus.</w:t>
      </w:r>
    </w:p>
    <w:p w14:paraId="22087163" w14:textId="77777777" w:rsidR="007D7487" w:rsidRDefault="00E6407B">
      <w:pPr>
        <w:ind w:firstLine="288"/>
      </w:pPr>
      <w:r>
        <w:rPr>
          <w:rFonts w:cs="Times New Roman"/>
        </w:rPr>
        <w:t>The older teacher answered.</w:t>
      </w:r>
    </w:p>
    <w:p w14:paraId="38F2B95C" w14:textId="77777777" w:rsidR="007D7487" w:rsidRDefault="00E6407B">
      <w:pPr>
        <w:ind w:firstLine="288"/>
      </w:pPr>
      <w:r>
        <w:rPr>
          <w:rFonts w:cs="Times New Roman"/>
        </w:rPr>
        <w:t>“The promise.”</w:t>
      </w:r>
    </w:p>
    <w:p w14:paraId="52BDC275" w14:textId="77777777" w:rsidR="007D7487" w:rsidRDefault="00E6407B">
      <w:pPr>
        <w:ind w:firstLine="288"/>
      </w:pPr>
      <w:r>
        <w:rPr>
          <w:rFonts w:cs="Times New Roman"/>
        </w:rPr>
        <w:t>“And?”</w:t>
      </w:r>
    </w:p>
    <w:p w14:paraId="54D9D9A5" w14:textId="77777777" w:rsidR="007D7487" w:rsidRDefault="00E6407B">
      <w:pPr>
        <w:ind w:firstLine="288"/>
      </w:pPr>
      <w:r>
        <w:rPr>
          <w:rFonts w:cs="Times New Roman"/>
        </w:rPr>
        <w:t>Nicodemus breathed in.</w:t>
      </w:r>
    </w:p>
    <w:p w14:paraId="447F724C" w14:textId="77777777" w:rsidR="007D7487" w:rsidRDefault="00E6407B">
      <w:pPr>
        <w:ind w:firstLine="288"/>
      </w:pPr>
      <w:r>
        <w:rPr>
          <w:rFonts w:cs="Times New Roman"/>
        </w:rPr>
        <w:t>“The Seed.”</w:t>
      </w:r>
    </w:p>
    <w:p w14:paraId="6850A1E7" w14:textId="77777777" w:rsidR="007D7487" w:rsidRDefault="00E6407B">
      <w:pPr>
        <w:ind w:firstLine="288"/>
      </w:pPr>
      <w:r>
        <w:rPr>
          <w:rFonts w:cs="Times New Roman"/>
        </w:rPr>
        <w:t>Jesus let the words stand plainly.</w:t>
      </w:r>
    </w:p>
    <w:p w14:paraId="78600204" w14:textId="77777777" w:rsidR="007D7487" w:rsidRDefault="00E6407B">
      <w:pPr>
        <w:ind w:firstLine="288"/>
      </w:pPr>
      <w:r>
        <w:rPr>
          <w:rFonts w:cs="Times New Roman"/>
        </w:rPr>
        <w:t>“Bloodline carried the promise, but bloodline was never the mechanism by which a man became righteous before God.”</w:t>
      </w:r>
    </w:p>
    <w:p w14:paraId="163A5143" w14:textId="77777777" w:rsidR="007D7487" w:rsidRDefault="00E6407B">
      <w:pPr>
        <w:ind w:firstLine="288"/>
      </w:pPr>
      <w:r>
        <w:rPr>
          <w:rFonts w:cs="Times New Roman"/>
        </w:rPr>
        <w:t>No one spoke.</w:t>
      </w:r>
    </w:p>
    <w:p w14:paraId="564C29EA" w14:textId="77777777" w:rsidR="007D7487" w:rsidRDefault="00E6407B">
      <w:pPr>
        <w:ind w:firstLine="288"/>
      </w:pPr>
      <w:r>
        <w:rPr>
          <w:rFonts w:cs="Times New Roman"/>
        </w:rPr>
        <w:t>The statement did not make genealogy meaningless.</w:t>
      </w:r>
    </w:p>
    <w:p w14:paraId="42F0E726" w14:textId="77777777" w:rsidR="007D7487" w:rsidRDefault="00E6407B">
      <w:pPr>
        <w:ind w:firstLine="288"/>
      </w:pPr>
      <w:r>
        <w:rPr>
          <w:rFonts w:cs="Times New Roman"/>
        </w:rPr>
        <w:t>It made genealogy precise.</w:t>
      </w:r>
    </w:p>
    <w:p w14:paraId="2EE08149" w14:textId="77777777" w:rsidR="007D7487" w:rsidRDefault="00E6407B">
      <w:pPr>
        <w:ind w:firstLine="288"/>
      </w:pPr>
      <w:r>
        <w:rPr>
          <w:rFonts w:cs="Times New Roman"/>
        </w:rPr>
        <w:t>If the Seed was promised through Abraham, Isaac, Jacob, Judah, David, and the generations that followed, then historical descent mattered enormously.</w:t>
      </w:r>
    </w:p>
    <w:p w14:paraId="75CC973F" w14:textId="77777777" w:rsidR="007D7487" w:rsidRDefault="00E6407B">
      <w:pPr>
        <w:ind w:firstLine="288"/>
      </w:pPr>
      <w:r>
        <w:rPr>
          <w:rFonts w:cs="Times New Roman"/>
        </w:rPr>
        <w:t>It mattered because God had committed His word to history.</w:t>
      </w:r>
    </w:p>
    <w:p w14:paraId="44D341E6" w14:textId="77777777" w:rsidR="007D7487" w:rsidRDefault="00E6407B">
      <w:pPr>
        <w:ind w:firstLine="288"/>
      </w:pPr>
      <w:r>
        <w:rPr>
          <w:rFonts w:cs="Times New Roman"/>
        </w:rPr>
        <w:t>But the same Genesis that preserved the line had already placed Abraham’s righteousness in belief before circumcision, Sinai, Levi, or Aaron.</w:t>
      </w:r>
    </w:p>
    <w:p w14:paraId="7793F1B0" w14:textId="77777777" w:rsidR="007D7487" w:rsidRDefault="00E6407B">
      <w:pPr>
        <w:ind w:firstLine="288"/>
      </w:pPr>
      <w:r>
        <w:rPr>
          <w:rFonts w:cs="Times New Roman"/>
        </w:rPr>
        <w:t>John thought back to the road conversation about Mary and Joseph.</w:t>
      </w:r>
    </w:p>
    <w:p w14:paraId="01ABE4AD" w14:textId="77777777" w:rsidR="007D7487" w:rsidRDefault="00E6407B">
      <w:pPr>
        <w:ind w:firstLine="288"/>
      </w:pPr>
      <w:r>
        <w:rPr>
          <w:rFonts w:cs="Times New Roman"/>
        </w:rPr>
        <w:t>Two lines from David.</w:t>
      </w:r>
    </w:p>
    <w:p w14:paraId="3A707E84" w14:textId="77777777" w:rsidR="007D7487" w:rsidRDefault="00E6407B">
      <w:pPr>
        <w:ind w:firstLine="288"/>
      </w:pPr>
      <w:r>
        <w:rPr>
          <w:rFonts w:cs="Times New Roman"/>
        </w:rPr>
        <w:t>House.</w:t>
      </w:r>
    </w:p>
    <w:p w14:paraId="08B2543E" w14:textId="77777777" w:rsidR="007D7487" w:rsidRDefault="00E6407B">
      <w:pPr>
        <w:ind w:firstLine="288"/>
      </w:pPr>
      <w:r>
        <w:rPr>
          <w:rFonts w:cs="Times New Roman"/>
        </w:rPr>
        <w:t>Flesh.</w:t>
      </w:r>
    </w:p>
    <w:p w14:paraId="3C56812D" w14:textId="77777777" w:rsidR="007D7487" w:rsidRDefault="00E6407B">
      <w:pPr>
        <w:ind w:firstLine="288"/>
      </w:pPr>
      <w:r>
        <w:rPr>
          <w:rFonts w:cs="Times New Roman"/>
        </w:rPr>
        <w:t>Legal standing.</w:t>
      </w:r>
    </w:p>
    <w:p w14:paraId="5DA66D18" w14:textId="77777777" w:rsidR="007D7487" w:rsidRDefault="00E6407B">
      <w:pPr>
        <w:ind w:firstLine="288"/>
      </w:pPr>
      <w:r>
        <w:rPr>
          <w:rFonts w:cs="Times New Roman"/>
        </w:rPr>
        <w:t>Biological descent.</w:t>
      </w:r>
    </w:p>
    <w:p w14:paraId="54B41213" w14:textId="77777777" w:rsidR="007D7487" w:rsidRDefault="00E6407B">
      <w:pPr>
        <w:ind w:firstLine="288"/>
      </w:pPr>
      <w:r>
        <w:rPr>
          <w:rFonts w:cs="Times New Roman"/>
        </w:rPr>
        <w:t>Those questions mattered because bloodline carried the promise.</w:t>
      </w:r>
    </w:p>
    <w:p w14:paraId="1B26535F" w14:textId="77777777" w:rsidR="007D7487" w:rsidRDefault="00E6407B">
      <w:pPr>
        <w:ind w:firstLine="288"/>
      </w:pPr>
      <w:r>
        <w:rPr>
          <w:rFonts w:cs="Times New Roman"/>
        </w:rPr>
        <w:lastRenderedPageBreak/>
        <w:t>They did not mean bloodline could believe for the child born into it.</w:t>
      </w:r>
    </w:p>
    <w:p w14:paraId="28592FA4" w14:textId="77777777" w:rsidR="007D7487" w:rsidRDefault="00E6407B">
      <w:pPr>
        <w:ind w:firstLine="288"/>
      </w:pPr>
      <w:r>
        <w:rPr>
          <w:rFonts w:cs="Times New Roman"/>
        </w:rPr>
        <w:t>No father could believe for his son.</w:t>
      </w:r>
    </w:p>
    <w:p w14:paraId="00856F0A" w14:textId="77777777" w:rsidR="007D7487" w:rsidRDefault="00E6407B">
      <w:pPr>
        <w:ind w:firstLine="288"/>
      </w:pPr>
      <w:r>
        <w:rPr>
          <w:rFonts w:cs="Times New Roman"/>
        </w:rPr>
        <w:t>No grandfather could deposit righteousness into a descendant merely by descent.</w:t>
      </w:r>
    </w:p>
    <w:p w14:paraId="1A01788D" w14:textId="77777777" w:rsidR="007D7487" w:rsidRDefault="00E6407B">
      <w:pPr>
        <w:ind w:firstLine="288"/>
      </w:pPr>
      <w:r>
        <w:rPr>
          <w:rFonts w:cs="Times New Roman"/>
        </w:rPr>
        <w:t>The promise traveled through a family.</w:t>
      </w:r>
    </w:p>
    <w:p w14:paraId="457A6941" w14:textId="77777777" w:rsidR="007D7487" w:rsidRDefault="00E6407B">
      <w:pPr>
        <w:ind w:firstLine="288"/>
      </w:pPr>
      <w:r>
        <w:rPr>
          <w:rFonts w:cs="Times New Roman"/>
        </w:rPr>
        <w:t>Righteousness was not inherited like a field.</w:t>
      </w:r>
    </w:p>
    <w:p w14:paraId="0424B227" w14:textId="77777777" w:rsidR="007D7487" w:rsidRDefault="00E6407B">
      <w:pPr>
        <w:suppressLineNumbers/>
        <w:spacing w:before="100" w:after="100"/>
        <w:jc w:val="center"/>
      </w:pPr>
      <w:r>
        <w:rPr>
          <w:rFonts w:cs="Times New Roman"/>
          <w:sz w:val="20"/>
        </w:rPr>
        <w:t>* * *</w:t>
      </w:r>
    </w:p>
    <w:p w14:paraId="0ED34190" w14:textId="77777777" w:rsidR="007D7487" w:rsidRDefault="00E6407B">
      <w:pPr>
        <w:ind w:firstLine="288"/>
      </w:pPr>
      <w:r>
        <w:rPr>
          <w:rFonts w:cs="Times New Roman"/>
        </w:rPr>
        <w:t>Jesus drew another mark in the dust.</w:t>
      </w:r>
    </w:p>
    <w:p w14:paraId="5986D80D" w14:textId="77777777" w:rsidR="007D7487" w:rsidRDefault="00E6407B">
      <w:pPr>
        <w:ind w:firstLine="288"/>
      </w:pPr>
      <w:r>
        <w:rPr>
          <w:rFonts w:cs="Times New Roman"/>
        </w:rPr>
        <w:t>“Israel.”</w:t>
      </w:r>
    </w:p>
    <w:p w14:paraId="251B410B" w14:textId="77777777" w:rsidR="007D7487" w:rsidRDefault="00E6407B">
      <w:pPr>
        <w:ind w:firstLine="288"/>
      </w:pPr>
      <w:r>
        <w:rPr>
          <w:rFonts w:cs="Times New Roman"/>
        </w:rPr>
        <w:t>The word immediately changed the weight of the discussion.</w:t>
      </w:r>
    </w:p>
    <w:p w14:paraId="219B0011" w14:textId="77777777" w:rsidR="007D7487" w:rsidRDefault="00E6407B">
      <w:pPr>
        <w:ind w:firstLine="288"/>
      </w:pPr>
      <w:r>
        <w:rPr>
          <w:rFonts w:cs="Times New Roman"/>
        </w:rPr>
        <w:t>No longer one man.</w:t>
      </w:r>
    </w:p>
    <w:p w14:paraId="525E4113" w14:textId="77777777" w:rsidR="007D7487" w:rsidRDefault="00E6407B">
      <w:pPr>
        <w:ind w:firstLine="288"/>
      </w:pPr>
      <w:r>
        <w:rPr>
          <w:rFonts w:cs="Times New Roman"/>
        </w:rPr>
        <w:t>No longer one household.</w:t>
      </w:r>
    </w:p>
    <w:p w14:paraId="04F358E3" w14:textId="77777777" w:rsidR="007D7487" w:rsidRDefault="00E6407B">
      <w:pPr>
        <w:ind w:firstLine="288"/>
      </w:pPr>
      <w:r>
        <w:rPr>
          <w:rFonts w:cs="Times New Roman"/>
        </w:rPr>
        <w:t>A people.</w:t>
      </w:r>
    </w:p>
    <w:p w14:paraId="06A5ADEC" w14:textId="77777777" w:rsidR="007D7487" w:rsidRDefault="00E6407B">
      <w:pPr>
        <w:ind w:firstLine="288"/>
      </w:pPr>
      <w:r>
        <w:rPr>
          <w:rFonts w:cs="Times New Roman"/>
        </w:rPr>
        <w:t>A covenant name.</w:t>
      </w:r>
    </w:p>
    <w:p w14:paraId="1D0DE5B8" w14:textId="77777777" w:rsidR="007D7487" w:rsidRDefault="00E6407B">
      <w:pPr>
        <w:ind w:firstLine="288"/>
      </w:pPr>
      <w:r>
        <w:rPr>
          <w:rFonts w:cs="Times New Roman"/>
        </w:rPr>
        <w:t>A history.</w:t>
      </w:r>
    </w:p>
    <w:p w14:paraId="3932730D" w14:textId="77777777" w:rsidR="007D7487" w:rsidRDefault="00E6407B">
      <w:pPr>
        <w:ind w:firstLine="288"/>
      </w:pPr>
      <w:r>
        <w:rPr>
          <w:rFonts w:cs="Times New Roman"/>
        </w:rPr>
        <w:t>A law.</w:t>
      </w:r>
    </w:p>
    <w:p w14:paraId="5F747DD5" w14:textId="77777777" w:rsidR="007D7487" w:rsidRDefault="00E6407B">
      <w:pPr>
        <w:ind w:firstLine="288"/>
      </w:pPr>
      <w:r>
        <w:rPr>
          <w:rFonts w:cs="Times New Roman"/>
        </w:rPr>
        <w:t>A land.</w:t>
      </w:r>
    </w:p>
    <w:p w14:paraId="130C327E" w14:textId="77777777" w:rsidR="007D7487" w:rsidRDefault="00E6407B">
      <w:pPr>
        <w:ind w:firstLine="288"/>
      </w:pPr>
      <w:r>
        <w:rPr>
          <w:rFonts w:cs="Times New Roman"/>
        </w:rPr>
        <w:t>A priesthood.</w:t>
      </w:r>
    </w:p>
    <w:p w14:paraId="55F9C4A5" w14:textId="77777777" w:rsidR="007D7487" w:rsidRDefault="00E6407B">
      <w:pPr>
        <w:ind w:firstLine="288"/>
      </w:pPr>
      <w:r>
        <w:rPr>
          <w:rFonts w:cs="Times New Roman"/>
        </w:rPr>
        <w:t>A sanctuary.</w:t>
      </w:r>
    </w:p>
    <w:p w14:paraId="69F9C29C" w14:textId="77777777" w:rsidR="007D7487" w:rsidRDefault="00E6407B">
      <w:pPr>
        <w:ind w:firstLine="288"/>
      </w:pPr>
      <w:r>
        <w:rPr>
          <w:rFonts w:cs="Times New Roman"/>
        </w:rPr>
        <w:t>Sacrifices.</w:t>
      </w:r>
    </w:p>
    <w:p w14:paraId="2DABBE41" w14:textId="77777777" w:rsidR="007D7487" w:rsidRDefault="00E6407B">
      <w:pPr>
        <w:ind w:firstLine="288"/>
      </w:pPr>
      <w:r>
        <w:rPr>
          <w:rFonts w:cs="Times New Roman"/>
        </w:rPr>
        <w:t>Prophets.</w:t>
      </w:r>
    </w:p>
    <w:p w14:paraId="30AE8673" w14:textId="77777777" w:rsidR="007D7487" w:rsidRDefault="00E6407B">
      <w:pPr>
        <w:ind w:firstLine="288"/>
      </w:pPr>
      <w:r>
        <w:rPr>
          <w:rFonts w:cs="Times New Roman"/>
        </w:rPr>
        <w:t>Promises.</w:t>
      </w:r>
    </w:p>
    <w:p w14:paraId="3268C484" w14:textId="77777777" w:rsidR="007D7487" w:rsidRDefault="00E6407B">
      <w:pPr>
        <w:ind w:firstLine="288"/>
      </w:pPr>
      <w:r>
        <w:rPr>
          <w:rFonts w:cs="Times New Roman"/>
        </w:rPr>
        <w:t>Judgment.</w:t>
      </w:r>
    </w:p>
    <w:p w14:paraId="7847D484" w14:textId="77777777" w:rsidR="007D7487" w:rsidRDefault="00E6407B">
      <w:pPr>
        <w:ind w:firstLine="288"/>
      </w:pPr>
      <w:r>
        <w:rPr>
          <w:rFonts w:cs="Times New Roman"/>
        </w:rPr>
        <w:t>Restoration.</w:t>
      </w:r>
    </w:p>
    <w:p w14:paraId="76B0C09D" w14:textId="77777777" w:rsidR="007D7487" w:rsidRDefault="00E6407B">
      <w:pPr>
        <w:ind w:firstLine="288"/>
      </w:pPr>
      <w:r>
        <w:rPr>
          <w:rFonts w:cs="Times New Roman"/>
        </w:rPr>
        <w:t>Jesus looked toward Nicodemus.</w:t>
      </w:r>
    </w:p>
    <w:p w14:paraId="75DA4031" w14:textId="77777777" w:rsidR="007D7487" w:rsidRDefault="00E6407B">
      <w:pPr>
        <w:ind w:firstLine="288"/>
      </w:pPr>
      <w:r>
        <w:rPr>
          <w:rFonts w:cs="Times New Roman"/>
        </w:rPr>
        <w:t>“Did Israel create the promise?”</w:t>
      </w:r>
    </w:p>
    <w:p w14:paraId="50DD8D10" w14:textId="77777777" w:rsidR="007D7487" w:rsidRDefault="00E6407B">
      <w:pPr>
        <w:ind w:firstLine="288"/>
      </w:pPr>
      <w:r>
        <w:rPr>
          <w:rFonts w:cs="Times New Roman"/>
        </w:rPr>
        <w:t>“No.”</w:t>
      </w:r>
    </w:p>
    <w:p w14:paraId="5E7982FD" w14:textId="77777777" w:rsidR="007D7487" w:rsidRDefault="00E6407B">
      <w:pPr>
        <w:ind w:firstLine="288"/>
      </w:pPr>
      <w:r>
        <w:rPr>
          <w:rFonts w:cs="Times New Roman"/>
        </w:rPr>
        <w:t>“Did Israel create the God of Abraham?”</w:t>
      </w:r>
    </w:p>
    <w:p w14:paraId="76A31E7D" w14:textId="77777777" w:rsidR="007D7487" w:rsidRDefault="00E6407B">
      <w:pPr>
        <w:ind w:firstLine="288"/>
      </w:pPr>
      <w:r>
        <w:rPr>
          <w:rFonts w:cs="Times New Roman"/>
        </w:rPr>
        <w:t>“No.”</w:t>
      </w:r>
    </w:p>
    <w:p w14:paraId="6AD5A7E7" w14:textId="77777777" w:rsidR="007D7487" w:rsidRDefault="00E6407B">
      <w:pPr>
        <w:ind w:firstLine="288"/>
      </w:pPr>
      <w:r>
        <w:rPr>
          <w:rFonts w:cs="Times New Roman"/>
        </w:rPr>
        <w:t>“Then what happened when the descendants of Jacob became a covenant people?”</w:t>
      </w:r>
    </w:p>
    <w:p w14:paraId="21974AEC" w14:textId="77777777" w:rsidR="007D7487" w:rsidRDefault="00E6407B">
      <w:pPr>
        <w:ind w:firstLine="288"/>
      </w:pPr>
      <w:r>
        <w:rPr>
          <w:rFonts w:cs="Times New Roman"/>
        </w:rPr>
        <w:t>Nicodemus thought carefully.</w:t>
      </w:r>
    </w:p>
    <w:p w14:paraId="4421F8E8" w14:textId="77777777" w:rsidR="007D7487" w:rsidRDefault="00E6407B">
      <w:pPr>
        <w:ind w:firstLine="288"/>
      </w:pPr>
      <w:r>
        <w:rPr>
          <w:rFonts w:cs="Times New Roman"/>
        </w:rPr>
        <w:t>“They were entrusted with more.”</w:t>
      </w:r>
    </w:p>
    <w:p w14:paraId="6656A675" w14:textId="77777777" w:rsidR="007D7487" w:rsidRDefault="00E6407B">
      <w:pPr>
        <w:ind w:firstLine="288"/>
      </w:pPr>
      <w:r>
        <w:rPr>
          <w:rFonts w:cs="Times New Roman"/>
        </w:rPr>
        <w:t>Jesus nodded.</w:t>
      </w:r>
    </w:p>
    <w:p w14:paraId="253CCFF7" w14:textId="77777777" w:rsidR="007D7487" w:rsidRDefault="00E6407B">
      <w:pPr>
        <w:ind w:firstLine="288"/>
      </w:pPr>
      <w:r>
        <w:rPr>
          <w:rFonts w:cs="Times New Roman"/>
        </w:rPr>
        <w:t>“Say what you mean.”</w:t>
      </w:r>
    </w:p>
    <w:p w14:paraId="2902FB11" w14:textId="77777777" w:rsidR="007D7487" w:rsidRDefault="00E6407B">
      <w:pPr>
        <w:ind w:firstLine="288"/>
      </w:pPr>
      <w:r>
        <w:rPr>
          <w:rFonts w:cs="Times New Roman"/>
        </w:rPr>
        <w:t>Nicodemus began counting—not with the speed of a man reciting a list, but with the care of someone realizing the list itself was a responsibility.</w:t>
      </w:r>
    </w:p>
    <w:p w14:paraId="726687D3" w14:textId="77777777" w:rsidR="007D7487" w:rsidRDefault="00E6407B">
      <w:pPr>
        <w:ind w:firstLine="288"/>
      </w:pPr>
      <w:r>
        <w:rPr>
          <w:rFonts w:cs="Times New Roman"/>
        </w:rPr>
        <w:t>“The Law.”</w:t>
      </w:r>
    </w:p>
    <w:p w14:paraId="6275A2E2" w14:textId="77777777" w:rsidR="007D7487" w:rsidRDefault="00E6407B">
      <w:pPr>
        <w:ind w:firstLine="288"/>
      </w:pPr>
      <w:r>
        <w:rPr>
          <w:rFonts w:cs="Times New Roman"/>
        </w:rPr>
        <w:t>“The covenant words.”</w:t>
      </w:r>
    </w:p>
    <w:p w14:paraId="55F6B468" w14:textId="77777777" w:rsidR="007D7487" w:rsidRDefault="00E6407B">
      <w:pPr>
        <w:ind w:firstLine="288"/>
      </w:pPr>
      <w:r>
        <w:rPr>
          <w:rFonts w:cs="Times New Roman"/>
        </w:rPr>
        <w:t>“The tabernacle.”</w:t>
      </w:r>
    </w:p>
    <w:p w14:paraId="7473E0BB" w14:textId="77777777" w:rsidR="007D7487" w:rsidRDefault="00E6407B">
      <w:pPr>
        <w:ind w:firstLine="288"/>
      </w:pPr>
      <w:r>
        <w:rPr>
          <w:rFonts w:cs="Times New Roman"/>
        </w:rPr>
        <w:lastRenderedPageBreak/>
        <w:t>“The priesthood.”</w:t>
      </w:r>
    </w:p>
    <w:p w14:paraId="1C8155CE" w14:textId="77777777" w:rsidR="007D7487" w:rsidRDefault="00E6407B">
      <w:pPr>
        <w:ind w:firstLine="288"/>
      </w:pPr>
      <w:r>
        <w:rPr>
          <w:rFonts w:cs="Times New Roman"/>
        </w:rPr>
        <w:t>“Sacrifices.”</w:t>
      </w:r>
    </w:p>
    <w:p w14:paraId="28C57AA8" w14:textId="77777777" w:rsidR="007D7487" w:rsidRDefault="00E6407B">
      <w:pPr>
        <w:ind w:firstLine="288"/>
      </w:pPr>
      <w:r>
        <w:rPr>
          <w:rFonts w:cs="Times New Roman"/>
        </w:rPr>
        <w:t>“Washings.”</w:t>
      </w:r>
    </w:p>
    <w:p w14:paraId="3AFF4910" w14:textId="77777777" w:rsidR="007D7487" w:rsidRDefault="00E6407B">
      <w:pPr>
        <w:ind w:firstLine="288"/>
      </w:pPr>
      <w:r>
        <w:rPr>
          <w:rFonts w:cs="Times New Roman"/>
        </w:rPr>
        <w:t>“The feasts.”</w:t>
      </w:r>
    </w:p>
    <w:p w14:paraId="6EA2AFF8" w14:textId="77777777" w:rsidR="007D7487" w:rsidRDefault="00E6407B">
      <w:pPr>
        <w:ind w:firstLine="288"/>
      </w:pPr>
      <w:r>
        <w:rPr>
          <w:rFonts w:cs="Times New Roman"/>
        </w:rPr>
        <w:t>“The prophets.”</w:t>
      </w:r>
    </w:p>
    <w:p w14:paraId="7245B008" w14:textId="77777777" w:rsidR="007D7487" w:rsidRDefault="00E6407B">
      <w:pPr>
        <w:ind w:firstLine="288"/>
      </w:pPr>
      <w:r>
        <w:rPr>
          <w:rFonts w:cs="Times New Roman"/>
        </w:rPr>
        <w:t>“The promises.”</w:t>
      </w:r>
    </w:p>
    <w:p w14:paraId="767F1552" w14:textId="77777777" w:rsidR="007D7487" w:rsidRDefault="00E6407B">
      <w:pPr>
        <w:ind w:firstLine="288"/>
      </w:pPr>
      <w:r>
        <w:rPr>
          <w:rFonts w:cs="Times New Roman"/>
        </w:rPr>
        <w:t>He stopped.</w:t>
      </w:r>
    </w:p>
    <w:p w14:paraId="0461D2B8" w14:textId="77777777" w:rsidR="007D7487" w:rsidRDefault="00E6407B">
      <w:pPr>
        <w:ind w:firstLine="288"/>
      </w:pPr>
      <w:r>
        <w:rPr>
          <w:rFonts w:cs="Times New Roman"/>
        </w:rPr>
        <w:t>Then looked at Jesus.</w:t>
      </w:r>
    </w:p>
    <w:p w14:paraId="37DD8DEC" w14:textId="77777777" w:rsidR="007D7487" w:rsidRDefault="00E6407B">
      <w:pPr>
        <w:ind w:firstLine="288"/>
      </w:pPr>
      <w:r>
        <w:rPr>
          <w:rFonts w:cs="Times New Roman"/>
        </w:rPr>
        <w:t>“And the Seed.”</w:t>
      </w:r>
    </w:p>
    <w:p w14:paraId="499A6F99" w14:textId="77777777" w:rsidR="007D7487" w:rsidRDefault="00E6407B">
      <w:pPr>
        <w:ind w:firstLine="288"/>
      </w:pPr>
      <w:r>
        <w:rPr>
          <w:rFonts w:cs="Times New Roman"/>
        </w:rPr>
        <w:t>Jesus nodded.</w:t>
      </w:r>
    </w:p>
    <w:p w14:paraId="44B82AC1" w14:textId="77777777" w:rsidR="007D7487" w:rsidRDefault="00E6407B">
      <w:pPr>
        <w:ind w:firstLine="288"/>
      </w:pPr>
      <w:r>
        <w:rPr>
          <w:rFonts w:cs="Times New Roman"/>
        </w:rPr>
        <w:t>“Privilege?”</w:t>
      </w:r>
    </w:p>
    <w:p w14:paraId="684D16B6" w14:textId="77777777" w:rsidR="007D7487" w:rsidRDefault="00E6407B">
      <w:pPr>
        <w:ind w:firstLine="288"/>
      </w:pPr>
      <w:r>
        <w:rPr>
          <w:rFonts w:cs="Times New Roman"/>
        </w:rPr>
        <w:t>“Yes.”</w:t>
      </w:r>
    </w:p>
    <w:p w14:paraId="706D33D5" w14:textId="77777777" w:rsidR="007D7487" w:rsidRDefault="00E6407B">
      <w:pPr>
        <w:ind w:firstLine="288"/>
      </w:pPr>
      <w:r>
        <w:rPr>
          <w:rFonts w:cs="Times New Roman"/>
        </w:rPr>
        <w:t>“Responsibility?”</w:t>
      </w:r>
    </w:p>
    <w:p w14:paraId="286A6BEA" w14:textId="77777777" w:rsidR="007D7487" w:rsidRDefault="00E6407B">
      <w:pPr>
        <w:ind w:firstLine="288"/>
      </w:pPr>
      <w:r>
        <w:rPr>
          <w:rFonts w:cs="Times New Roman"/>
        </w:rPr>
        <w:t>Nicodemus’s eyes narrowed.</w:t>
      </w:r>
    </w:p>
    <w:p w14:paraId="15BABB77" w14:textId="77777777" w:rsidR="007D7487" w:rsidRDefault="00E6407B">
      <w:pPr>
        <w:ind w:firstLine="288"/>
      </w:pPr>
      <w:r>
        <w:rPr>
          <w:rFonts w:cs="Times New Roman"/>
        </w:rPr>
        <w:t>“Yes.”</w:t>
      </w:r>
    </w:p>
    <w:p w14:paraId="37B67456" w14:textId="77777777" w:rsidR="007D7487" w:rsidRDefault="00E6407B">
      <w:pPr>
        <w:ind w:firstLine="288"/>
      </w:pPr>
      <w:r>
        <w:rPr>
          <w:rFonts w:cs="Times New Roman"/>
        </w:rPr>
        <w:t>The second word was harder.</w:t>
      </w:r>
    </w:p>
    <w:p w14:paraId="6D99D23E" w14:textId="77777777" w:rsidR="007D7487" w:rsidRDefault="00E6407B">
      <w:pPr>
        <w:ind w:firstLine="288"/>
      </w:pPr>
      <w:r>
        <w:rPr>
          <w:rFonts w:cs="Times New Roman"/>
        </w:rPr>
        <w:t>Privilege was easy to celebrate.</w:t>
      </w:r>
    </w:p>
    <w:p w14:paraId="41238DE8" w14:textId="77777777" w:rsidR="007D7487" w:rsidRDefault="00E6407B">
      <w:pPr>
        <w:ind w:firstLine="288"/>
      </w:pPr>
      <w:r>
        <w:rPr>
          <w:rFonts w:cs="Times New Roman"/>
        </w:rPr>
        <w:t>Responsibility asked what the privilege was for.</w:t>
      </w:r>
    </w:p>
    <w:p w14:paraId="0C07E104" w14:textId="77777777" w:rsidR="007D7487" w:rsidRDefault="00E6407B">
      <w:pPr>
        <w:suppressLineNumbers/>
        <w:spacing w:before="100" w:after="100"/>
        <w:jc w:val="center"/>
      </w:pPr>
      <w:r>
        <w:rPr>
          <w:rFonts w:cs="Times New Roman"/>
          <w:sz w:val="20"/>
        </w:rPr>
        <w:t>* * *</w:t>
      </w:r>
    </w:p>
    <w:p w14:paraId="255000DD" w14:textId="77777777" w:rsidR="007D7487" w:rsidRDefault="00E6407B">
      <w:pPr>
        <w:ind w:firstLine="288"/>
      </w:pPr>
      <w:r>
        <w:rPr>
          <w:rFonts w:cs="Times New Roman"/>
        </w:rPr>
        <w:t>Jesus looked toward Joseph.</w:t>
      </w:r>
    </w:p>
    <w:p w14:paraId="093DF0C9" w14:textId="77777777" w:rsidR="007D7487" w:rsidRDefault="00E6407B">
      <w:pPr>
        <w:ind w:firstLine="288"/>
      </w:pPr>
      <w:r>
        <w:rPr>
          <w:rFonts w:cs="Times New Roman"/>
        </w:rPr>
        <w:t>“Before Sinai, did Abraham’s family ever stand before a foreign ruler with something God had given them?”</w:t>
      </w:r>
    </w:p>
    <w:p w14:paraId="284B01F9" w14:textId="77777777" w:rsidR="007D7487" w:rsidRDefault="00E6407B">
      <w:pPr>
        <w:ind w:firstLine="288"/>
      </w:pPr>
      <w:r>
        <w:rPr>
          <w:rFonts w:cs="Times New Roman"/>
        </w:rPr>
        <w:t>Joseph smiled faintly.</w:t>
      </w:r>
    </w:p>
    <w:p w14:paraId="609774B6" w14:textId="77777777" w:rsidR="007D7487" w:rsidRDefault="00E6407B">
      <w:pPr>
        <w:ind w:firstLine="288"/>
      </w:pPr>
      <w:r>
        <w:rPr>
          <w:rFonts w:cs="Times New Roman"/>
        </w:rPr>
        <w:t>“Joseph.”</w:t>
      </w:r>
    </w:p>
    <w:p w14:paraId="2D65605B" w14:textId="77777777" w:rsidR="007D7487" w:rsidRDefault="00E6407B">
      <w:pPr>
        <w:ind w:firstLine="288"/>
      </w:pPr>
      <w:r>
        <w:rPr>
          <w:rFonts w:cs="Times New Roman"/>
        </w:rPr>
        <w:t>Several heads turned.</w:t>
      </w:r>
    </w:p>
    <w:p w14:paraId="252E4EAA" w14:textId="77777777" w:rsidR="007D7487" w:rsidRDefault="00E6407B">
      <w:pPr>
        <w:ind w:firstLine="288"/>
      </w:pPr>
      <w:r>
        <w:rPr>
          <w:rFonts w:cs="Times New Roman"/>
        </w:rPr>
        <w:t>The Joseph who had been sold.</w:t>
      </w:r>
    </w:p>
    <w:p w14:paraId="7C8C8DCC" w14:textId="77777777" w:rsidR="007D7487" w:rsidRDefault="00E6407B">
      <w:pPr>
        <w:ind w:firstLine="288"/>
      </w:pPr>
      <w:r>
        <w:rPr>
          <w:rFonts w:cs="Times New Roman"/>
        </w:rPr>
        <w:t>The Joseph who had gone down into Egypt.</w:t>
      </w:r>
    </w:p>
    <w:p w14:paraId="3728B43C" w14:textId="77777777" w:rsidR="007D7487" w:rsidRDefault="00E6407B">
      <w:pPr>
        <w:ind w:firstLine="288"/>
      </w:pPr>
      <w:r>
        <w:rPr>
          <w:rFonts w:cs="Times New Roman"/>
        </w:rPr>
        <w:t>The Joseph through whom bread and preservation came to people who were not Jacob’s household.</w:t>
      </w:r>
    </w:p>
    <w:p w14:paraId="2F9735A5" w14:textId="77777777" w:rsidR="007D7487" w:rsidRDefault="00E6407B">
      <w:pPr>
        <w:ind w:firstLine="288"/>
      </w:pPr>
      <w:r>
        <w:rPr>
          <w:rFonts w:cs="Times New Roman"/>
        </w:rPr>
        <w:t>Jesus asked:</w:t>
      </w:r>
    </w:p>
    <w:p w14:paraId="56F1B83B" w14:textId="77777777" w:rsidR="007D7487" w:rsidRDefault="00E6407B">
      <w:pPr>
        <w:ind w:firstLine="288"/>
      </w:pPr>
      <w:r>
        <w:rPr>
          <w:rFonts w:cs="Times New Roman"/>
        </w:rPr>
        <w:t>“What did Pharaoh recognize?”</w:t>
      </w:r>
    </w:p>
    <w:p w14:paraId="12359F9B" w14:textId="77777777" w:rsidR="007D7487" w:rsidRDefault="00E6407B">
      <w:pPr>
        <w:ind w:firstLine="288"/>
      </w:pPr>
      <w:r>
        <w:rPr>
          <w:rFonts w:cs="Times New Roman"/>
        </w:rPr>
        <w:t>Matthew answered from the account.</w:t>
      </w:r>
    </w:p>
    <w:p w14:paraId="2E38AD90" w14:textId="77777777" w:rsidR="007D7487" w:rsidRDefault="00E6407B">
      <w:pPr>
        <w:ind w:firstLine="288"/>
      </w:pPr>
      <w:r>
        <w:rPr>
          <w:rFonts w:cs="Times New Roman"/>
          <w:i/>
        </w:rPr>
        <w:t>“And Pharaoh said unto his servants, Can we find such a one as this is, a man in whom the Spirit of God is? And Pharaoh said unto Joseph, Forasmuch as God hath shewed thee all this, there is none so discreet and wise as thou art: Thou shalt be over my house, and according unto thy word shall all my people be ruled: only in the throne will I be greater than thou.” — Genesis 41:38–40 KJV</w:t>
      </w:r>
    </w:p>
    <w:p w14:paraId="4F674640" w14:textId="77777777" w:rsidR="007D7487" w:rsidRDefault="00E6407B">
      <w:pPr>
        <w:ind w:firstLine="288"/>
      </w:pPr>
      <w:r>
        <w:rPr>
          <w:rFonts w:cs="Times New Roman"/>
        </w:rPr>
        <w:t>Jesus looked toward them.</w:t>
      </w:r>
    </w:p>
    <w:p w14:paraId="47FEF664" w14:textId="77777777" w:rsidR="007D7487" w:rsidRDefault="00E6407B">
      <w:pPr>
        <w:ind w:firstLine="288"/>
      </w:pPr>
      <w:r>
        <w:rPr>
          <w:rFonts w:cs="Times New Roman"/>
        </w:rPr>
        <w:t>“Whose wisdom preserved Egypt?”</w:t>
      </w:r>
    </w:p>
    <w:p w14:paraId="1B3F3ECF" w14:textId="77777777" w:rsidR="007D7487" w:rsidRDefault="00E6407B">
      <w:pPr>
        <w:ind w:firstLine="288"/>
      </w:pPr>
      <w:r>
        <w:rPr>
          <w:rFonts w:cs="Times New Roman"/>
        </w:rPr>
        <w:lastRenderedPageBreak/>
        <w:t>John answered.</w:t>
      </w:r>
    </w:p>
    <w:p w14:paraId="645954ED" w14:textId="77777777" w:rsidR="007D7487" w:rsidRDefault="00E6407B">
      <w:pPr>
        <w:ind w:firstLine="288"/>
      </w:pPr>
      <w:r>
        <w:rPr>
          <w:rFonts w:cs="Times New Roman"/>
        </w:rPr>
        <w:t>“What God gave Joseph.”</w:t>
      </w:r>
    </w:p>
    <w:p w14:paraId="521BFE1C" w14:textId="77777777" w:rsidR="007D7487" w:rsidRDefault="00E6407B">
      <w:pPr>
        <w:ind w:firstLine="288"/>
      </w:pPr>
      <w:r>
        <w:rPr>
          <w:rFonts w:cs="Times New Roman"/>
        </w:rPr>
        <w:t>“And did the preservation stop at Jacob’s tents?”</w:t>
      </w:r>
    </w:p>
    <w:p w14:paraId="16F0553C" w14:textId="77777777" w:rsidR="007D7487" w:rsidRDefault="00E6407B">
      <w:pPr>
        <w:ind w:firstLine="288"/>
      </w:pPr>
      <w:r>
        <w:rPr>
          <w:rFonts w:cs="Times New Roman"/>
        </w:rPr>
        <w:t>“No.”</w:t>
      </w:r>
    </w:p>
    <w:p w14:paraId="1D02A934" w14:textId="77777777" w:rsidR="007D7487" w:rsidRDefault="00E6407B">
      <w:pPr>
        <w:ind w:firstLine="288"/>
      </w:pPr>
      <w:r>
        <w:rPr>
          <w:rFonts w:cs="Times New Roman"/>
        </w:rPr>
        <w:t>The family through whom the promise traveled became, for a season, the means by which surrounding peoples survived famine.</w:t>
      </w:r>
    </w:p>
    <w:p w14:paraId="0A21F188" w14:textId="77777777" w:rsidR="007D7487" w:rsidRDefault="00E6407B">
      <w:pPr>
        <w:ind w:firstLine="288"/>
      </w:pPr>
      <w:r>
        <w:rPr>
          <w:rFonts w:cs="Times New Roman"/>
        </w:rPr>
        <w:t>Not because Joseph replaced Egypt with Israel.</w:t>
      </w:r>
    </w:p>
    <w:p w14:paraId="533BA660" w14:textId="77777777" w:rsidR="007D7487" w:rsidRDefault="00E6407B">
      <w:pPr>
        <w:ind w:firstLine="288"/>
      </w:pPr>
      <w:r>
        <w:rPr>
          <w:rFonts w:cs="Times New Roman"/>
        </w:rPr>
        <w:t>Not because Pharaoh became an Israelite in the story.</w:t>
      </w:r>
    </w:p>
    <w:p w14:paraId="326AA504" w14:textId="77777777" w:rsidR="007D7487" w:rsidRDefault="00E6407B">
      <w:pPr>
        <w:ind w:firstLine="288"/>
      </w:pPr>
      <w:r>
        <w:rPr>
          <w:rFonts w:cs="Times New Roman"/>
        </w:rPr>
        <w:t>Because God’s gift in the covenant family became visible and useful beyond the family.</w:t>
      </w:r>
    </w:p>
    <w:p w14:paraId="404952C2" w14:textId="77777777" w:rsidR="007D7487" w:rsidRDefault="00E6407B">
      <w:pPr>
        <w:ind w:firstLine="288"/>
      </w:pPr>
      <w:r>
        <w:rPr>
          <w:rFonts w:cs="Times New Roman"/>
        </w:rPr>
        <w:t>Nicodemus’s face changed.</w:t>
      </w:r>
    </w:p>
    <w:p w14:paraId="57F8C12E" w14:textId="77777777" w:rsidR="007D7487" w:rsidRDefault="00E6407B">
      <w:pPr>
        <w:ind w:firstLine="288"/>
      </w:pPr>
      <w:r>
        <w:rPr>
          <w:rFonts w:cs="Times New Roman"/>
        </w:rPr>
        <w:t>“The responsibility appears before Sinai too.”</w:t>
      </w:r>
    </w:p>
    <w:p w14:paraId="7D17E058" w14:textId="77777777" w:rsidR="007D7487" w:rsidRDefault="00E6407B">
      <w:pPr>
        <w:ind w:firstLine="288"/>
      </w:pPr>
      <w:r>
        <w:rPr>
          <w:rFonts w:cs="Times New Roman"/>
        </w:rPr>
        <w:t>Jesus nodded.</w:t>
      </w:r>
    </w:p>
    <w:p w14:paraId="1806799F" w14:textId="77777777" w:rsidR="007D7487" w:rsidRDefault="00E6407B">
      <w:pPr>
        <w:ind w:firstLine="288"/>
      </w:pPr>
      <w:r>
        <w:rPr>
          <w:rFonts w:cs="Times New Roman"/>
        </w:rPr>
        <w:t>“The form grows.”</w:t>
      </w:r>
    </w:p>
    <w:p w14:paraId="4B7480BC" w14:textId="77777777" w:rsidR="007D7487" w:rsidRDefault="00E6407B">
      <w:pPr>
        <w:ind w:firstLine="288"/>
      </w:pPr>
      <w:r>
        <w:rPr>
          <w:rFonts w:cs="Times New Roman"/>
        </w:rPr>
        <w:t>“The purpose was not born at Sinai.”</w:t>
      </w:r>
    </w:p>
    <w:p w14:paraId="4F7B7A12" w14:textId="77777777" w:rsidR="007D7487" w:rsidRDefault="00E6407B">
      <w:pPr>
        <w:suppressLineNumbers/>
        <w:spacing w:before="100" w:after="100"/>
        <w:jc w:val="center"/>
      </w:pPr>
      <w:r>
        <w:rPr>
          <w:rFonts w:cs="Times New Roman"/>
          <w:sz w:val="20"/>
        </w:rPr>
        <w:t>* * *</w:t>
      </w:r>
    </w:p>
    <w:p w14:paraId="4F06F335" w14:textId="77777777" w:rsidR="007D7487" w:rsidRDefault="00E6407B">
      <w:pPr>
        <w:ind w:firstLine="288"/>
      </w:pPr>
      <w:r>
        <w:rPr>
          <w:rFonts w:cs="Times New Roman"/>
        </w:rPr>
        <w:t>Andrew looked toward Peter.</w:t>
      </w:r>
    </w:p>
    <w:p w14:paraId="58AD1CF5" w14:textId="77777777" w:rsidR="007D7487" w:rsidRDefault="00E6407B">
      <w:pPr>
        <w:ind w:firstLine="288"/>
      </w:pPr>
      <w:r>
        <w:rPr>
          <w:rFonts w:cs="Times New Roman"/>
        </w:rPr>
        <w:t>“And the mixed multitude.”</w:t>
      </w:r>
    </w:p>
    <w:p w14:paraId="043CC1A4" w14:textId="77777777" w:rsidR="007D7487" w:rsidRDefault="00E6407B">
      <w:pPr>
        <w:ind w:firstLine="288"/>
      </w:pPr>
      <w:r>
        <w:rPr>
          <w:rFonts w:cs="Times New Roman"/>
        </w:rPr>
        <w:t>Peter nodded.</w:t>
      </w:r>
    </w:p>
    <w:p w14:paraId="29DD73DE" w14:textId="77777777" w:rsidR="007D7487" w:rsidRDefault="00E6407B">
      <w:pPr>
        <w:ind w:firstLine="288"/>
      </w:pPr>
      <w:r>
        <w:rPr>
          <w:rFonts w:cs="Times New Roman"/>
        </w:rPr>
        <w:t>They had already noticed them inside Exodus.</w:t>
      </w:r>
    </w:p>
    <w:p w14:paraId="2FB2C379" w14:textId="77777777" w:rsidR="007D7487" w:rsidRDefault="00E6407B">
      <w:pPr>
        <w:ind w:firstLine="288"/>
      </w:pPr>
      <w:r>
        <w:rPr>
          <w:rFonts w:cs="Times New Roman"/>
          <w:i/>
        </w:rPr>
        <w:t>“And a mixed multitude went up also with them; and flocks, and herds, even very much cattle.” — Exodus 12:38 KJV</w:t>
      </w:r>
    </w:p>
    <w:p w14:paraId="7801B8CB" w14:textId="77777777" w:rsidR="007D7487" w:rsidRDefault="00E6407B">
      <w:pPr>
        <w:ind w:firstLine="288"/>
      </w:pPr>
      <w:r>
        <w:rPr>
          <w:rFonts w:cs="Times New Roman"/>
        </w:rPr>
        <w:t>Jesus did not make the verse say more than Moses said.</w:t>
      </w:r>
    </w:p>
    <w:p w14:paraId="751B3AA8" w14:textId="77777777" w:rsidR="007D7487" w:rsidRDefault="00E6407B">
      <w:pPr>
        <w:ind w:firstLine="288"/>
      </w:pPr>
      <w:r>
        <w:rPr>
          <w:rFonts w:cs="Times New Roman"/>
        </w:rPr>
        <w:t>The text did not identify every person in that multitude.</w:t>
      </w:r>
    </w:p>
    <w:p w14:paraId="30A62310" w14:textId="77777777" w:rsidR="007D7487" w:rsidRDefault="00E6407B">
      <w:pPr>
        <w:ind w:firstLine="288"/>
      </w:pPr>
      <w:r>
        <w:rPr>
          <w:rFonts w:cs="Times New Roman"/>
        </w:rPr>
        <w:t>It did not erase Israel’s covenant identity.</w:t>
      </w:r>
    </w:p>
    <w:p w14:paraId="709BE32B" w14:textId="77777777" w:rsidR="007D7487" w:rsidRDefault="00E6407B">
      <w:pPr>
        <w:ind w:firstLine="288"/>
      </w:pPr>
      <w:r>
        <w:rPr>
          <w:rFonts w:cs="Times New Roman"/>
        </w:rPr>
        <w:t>But non-Israelites had witnessed the acts of YHWH in Egypt and left in the company of Israel.</w:t>
      </w:r>
    </w:p>
    <w:p w14:paraId="2766D7F7" w14:textId="77777777" w:rsidR="007D7487" w:rsidRDefault="00E6407B">
      <w:pPr>
        <w:ind w:firstLine="288"/>
      </w:pPr>
      <w:r>
        <w:rPr>
          <w:rFonts w:cs="Times New Roman"/>
        </w:rPr>
        <w:t>The Exodus itself was not invisible to the nations around Israel.</w:t>
      </w:r>
    </w:p>
    <w:p w14:paraId="2F77F593" w14:textId="77777777" w:rsidR="007D7487" w:rsidRDefault="00E6407B">
      <w:pPr>
        <w:ind w:firstLine="288"/>
      </w:pPr>
      <w:r>
        <w:rPr>
          <w:rFonts w:cs="Times New Roman"/>
        </w:rPr>
        <w:t>The God who remembered Abraham, Isaac, and Jacob acted publicly enough that others moved with the people He delivered.</w:t>
      </w:r>
    </w:p>
    <w:p w14:paraId="2814CFE3" w14:textId="77777777" w:rsidR="007D7487" w:rsidRDefault="00E6407B">
      <w:pPr>
        <w:suppressLineNumbers/>
        <w:spacing w:before="100" w:after="100"/>
        <w:jc w:val="center"/>
      </w:pPr>
      <w:r>
        <w:rPr>
          <w:rFonts w:cs="Times New Roman"/>
          <w:sz w:val="20"/>
        </w:rPr>
        <w:t>* * *</w:t>
      </w:r>
    </w:p>
    <w:p w14:paraId="4177F5E1" w14:textId="77777777" w:rsidR="007D7487" w:rsidRDefault="00E6407B">
      <w:pPr>
        <w:ind w:firstLine="288"/>
      </w:pPr>
      <w:r>
        <w:rPr>
          <w:rFonts w:cs="Times New Roman"/>
        </w:rPr>
        <w:t>“Rahab,” Joanna said.</w:t>
      </w:r>
    </w:p>
    <w:p w14:paraId="32209E58" w14:textId="77777777" w:rsidR="007D7487" w:rsidRDefault="00E6407B">
      <w:pPr>
        <w:ind w:firstLine="288"/>
      </w:pPr>
      <w:r>
        <w:rPr>
          <w:rFonts w:cs="Times New Roman"/>
        </w:rPr>
        <w:t>Jesus looked toward her.</w:t>
      </w:r>
    </w:p>
    <w:p w14:paraId="28675523" w14:textId="77777777" w:rsidR="007D7487" w:rsidRDefault="00E6407B">
      <w:pPr>
        <w:ind w:firstLine="288"/>
      </w:pPr>
      <w:r>
        <w:rPr>
          <w:rFonts w:cs="Times New Roman"/>
        </w:rPr>
        <w:t>“What did she know?”</w:t>
      </w:r>
    </w:p>
    <w:p w14:paraId="1F39D7EA" w14:textId="77777777" w:rsidR="007D7487" w:rsidRDefault="00E6407B">
      <w:pPr>
        <w:ind w:firstLine="288"/>
      </w:pPr>
      <w:r>
        <w:rPr>
          <w:rFonts w:cs="Times New Roman"/>
        </w:rPr>
        <w:t>Joanna did not answer with a theory.</w:t>
      </w:r>
    </w:p>
    <w:p w14:paraId="091CE854" w14:textId="77777777" w:rsidR="007D7487" w:rsidRDefault="00E6407B">
      <w:pPr>
        <w:ind w:firstLine="288"/>
      </w:pPr>
      <w:r>
        <w:rPr>
          <w:rFonts w:cs="Times New Roman"/>
        </w:rPr>
        <w:t>She answered with Rahab’s own words.</w:t>
      </w:r>
    </w:p>
    <w:p w14:paraId="35099A76" w14:textId="77777777" w:rsidR="007D7487" w:rsidRDefault="00E6407B">
      <w:pPr>
        <w:ind w:firstLine="288"/>
      </w:pPr>
      <w:r>
        <w:rPr>
          <w:rFonts w:cs="Times New Roman"/>
          <w:i/>
        </w:rPr>
        <w:t xml:space="preserve">“And she said unto the men, I know that the LORD hath given you the land, and that your terror is fallen upon us, and that all the inhabitants of the land faint because of you. For we have heard how the LORD dried up the water of the Red sea for you, when ye came out of Egypt; and what ye did unto the two kings of the Amorites, that were on the other side Jordan, Sihon and Og, whom ye utterly destroyed. And as soon as we had heard these things, our hearts did melt, neither did there </w:t>
      </w:r>
      <w:r>
        <w:rPr>
          <w:rFonts w:cs="Times New Roman"/>
          <w:i/>
        </w:rPr>
        <w:lastRenderedPageBreak/>
        <w:t>remain any more courage in any man, because of you: for the LORD your God, he is God in heaven above, and in earth beneath.” — Joshua 2:9–11 KJV</w:t>
      </w:r>
    </w:p>
    <w:p w14:paraId="4C776055" w14:textId="77777777" w:rsidR="007D7487" w:rsidRDefault="00E6407B">
      <w:pPr>
        <w:ind w:firstLine="288"/>
      </w:pPr>
      <w:r>
        <w:rPr>
          <w:rFonts w:cs="Times New Roman"/>
        </w:rPr>
        <w:t>Jesus waited.</w:t>
      </w:r>
    </w:p>
    <w:p w14:paraId="1AB770F3" w14:textId="77777777" w:rsidR="007D7487" w:rsidRDefault="00E6407B">
      <w:pPr>
        <w:ind w:firstLine="288"/>
      </w:pPr>
      <w:r>
        <w:rPr>
          <w:rFonts w:cs="Times New Roman"/>
        </w:rPr>
        <w:t>“How did Rahab know?”</w:t>
      </w:r>
    </w:p>
    <w:p w14:paraId="0A74EC7A" w14:textId="77777777" w:rsidR="007D7487" w:rsidRDefault="00E6407B">
      <w:pPr>
        <w:ind w:firstLine="288"/>
      </w:pPr>
      <w:r>
        <w:rPr>
          <w:rFonts w:cs="Times New Roman"/>
        </w:rPr>
        <w:t>“She heard.”</w:t>
      </w:r>
    </w:p>
    <w:p w14:paraId="42A0C1C3" w14:textId="77777777" w:rsidR="007D7487" w:rsidRDefault="00E6407B">
      <w:pPr>
        <w:ind w:firstLine="288"/>
      </w:pPr>
      <w:r>
        <w:rPr>
          <w:rFonts w:cs="Times New Roman"/>
        </w:rPr>
        <w:t>“Heard what?”</w:t>
      </w:r>
    </w:p>
    <w:p w14:paraId="2C362D95" w14:textId="77777777" w:rsidR="007D7487" w:rsidRDefault="00E6407B">
      <w:pPr>
        <w:ind w:firstLine="288"/>
      </w:pPr>
      <w:r>
        <w:rPr>
          <w:rFonts w:cs="Times New Roman"/>
        </w:rPr>
        <w:t>“What the LORD had done for Israel.”</w:t>
      </w:r>
    </w:p>
    <w:p w14:paraId="357F7B81" w14:textId="77777777" w:rsidR="007D7487" w:rsidRDefault="00E6407B">
      <w:pPr>
        <w:ind w:firstLine="288"/>
      </w:pPr>
      <w:r>
        <w:rPr>
          <w:rFonts w:cs="Times New Roman"/>
        </w:rPr>
        <w:t>“And what conclusion did she speak?”</w:t>
      </w:r>
    </w:p>
    <w:p w14:paraId="76B1DD8D" w14:textId="77777777" w:rsidR="007D7487" w:rsidRDefault="00E6407B">
      <w:pPr>
        <w:ind w:firstLine="288"/>
      </w:pPr>
      <w:r>
        <w:rPr>
          <w:rFonts w:cs="Times New Roman"/>
        </w:rPr>
        <w:t>Joanna answered quietly.</w:t>
      </w:r>
    </w:p>
    <w:p w14:paraId="208D5453" w14:textId="77777777" w:rsidR="007D7487" w:rsidRDefault="00E6407B">
      <w:pPr>
        <w:ind w:firstLine="288"/>
      </w:pPr>
      <w:r>
        <w:rPr>
          <w:rFonts w:cs="Times New Roman"/>
        </w:rPr>
        <w:t>“The LORD your God, he is God in heaven above, and in earth beneath.”</w:t>
      </w:r>
    </w:p>
    <w:p w14:paraId="68E8AF6B" w14:textId="77777777" w:rsidR="007D7487" w:rsidRDefault="00E6407B">
      <w:pPr>
        <w:ind w:firstLine="288"/>
      </w:pPr>
      <w:r>
        <w:rPr>
          <w:rFonts w:cs="Times New Roman"/>
        </w:rPr>
        <w:t>The history of Israel’s deliverance had become testimony in Jericho before Israel crossed the final river.</w:t>
      </w:r>
    </w:p>
    <w:p w14:paraId="419E8FB6" w14:textId="77777777" w:rsidR="007D7487" w:rsidRDefault="00E6407B">
      <w:pPr>
        <w:ind w:firstLine="288"/>
      </w:pPr>
      <w:r>
        <w:rPr>
          <w:rFonts w:cs="Times New Roman"/>
        </w:rPr>
        <w:t>Rahab did not need Israel’s calling to be erased in order to come near Israel’s God.</w:t>
      </w:r>
    </w:p>
    <w:p w14:paraId="7AFC0BE9" w14:textId="77777777" w:rsidR="007D7487" w:rsidRDefault="00E6407B">
      <w:pPr>
        <w:ind w:firstLine="288"/>
      </w:pPr>
      <w:r>
        <w:rPr>
          <w:rFonts w:cs="Times New Roman"/>
        </w:rPr>
        <w:t>She came near because she had heard what Israel’s God had done.</w:t>
      </w:r>
    </w:p>
    <w:p w14:paraId="3261DED5" w14:textId="77777777" w:rsidR="007D7487" w:rsidRDefault="00E6407B">
      <w:pPr>
        <w:suppressLineNumbers/>
        <w:spacing w:before="100" w:after="100"/>
        <w:jc w:val="center"/>
      </w:pPr>
      <w:r>
        <w:rPr>
          <w:rFonts w:cs="Times New Roman"/>
          <w:sz w:val="20"/>
        </w:rPr>
        <w:t>* * *</w:t>
      </w:r>
    </w:p>
    <w:p w14:paraId="6FAE6E83" w14:textId="77777777" w:rsidR="007D7487" w:rsidRDefault="00E6407B">
      <w:pPr>
        <w:ind w:firstLine="288"/>
      </w:pPr>
      <w:r>
        <w:rPr>
          <w:rFonts w:cs="Times New Roman"/>
        </w:rPr>
        <w:t>Mary looked toward Joanna.</w:t>
      </w:r>
    </w:p>
    <w:p w14:paraId="11D28F54" w14:textId="77777777" w:rsidR="007D7487" w:rsidRDefault="00E6407B">
      <w:pPr>
        <w:ind w:firstLine="288"/>
      </w:pPr>
      <w:r>
        <w:rPr>
          <w:rFonts w:cs="Times New Roman"/>
        </w:rPr>
        <w:t>“And Ruth.”</w:t>
      </w:r>
    </w:p>
    <w:p w14:paraId="55D1472E" w14:textId="77777777" w:rsidR="007D7487" w:rsidRDefault="00E6407B">
      <w:pPr>
        <w:ind w:firstLine="288"/>
      </w:pPr>
      <w:r>
        <w:rPr>
          <w:rFonts w:cs="Times New Roman"/>
        </w:rPr>
        <w:t>Joanna smiled.</w:t>
      </w:r>
    </w:p>
    <w:p w14:paraId="58A49C5B" w14:textId="77777777" w:rsidR="007D7487" w:rsidRDefault="00E6407B">
      <w:pPr>
        <w:ind w:firstLine="288"/>
      </w:pPr>
      <w:r>
        <w:rPr>
          <w:rFonts w:cs="Times New Roman"/>
        </w:rPr>
        <w:t>“Again.”</w:t>
      </w:r>
    </w:p>
    <w:p w14:paraId="3E0F376F" w14:textId="77777777" w:rsidR="007D7487" w:rsidRDefault="00E6407B">
      <w:pPr>
        <w:ind w:firstLine="288"/>
      </w:pPr>
      <w:r>
        <w:rPr>
          <w:rFonts w:cs="Times New Roman"/>
        </w:rPr>
        <w:t>Peter looked toward Nicodemus.</w:t>
      </w:r>
    </w:p>
    <w:p w14:paraId="68CE7823" w14:textId="77777777" w:rsidR="007D7487" w:rsidRDefault="00E6407B">
      <w:pPr>
        <w:ind w:firstLine="288"/>
      </w:pPr>
      <w:r>
        <w:rPr>
          <w:rFonts w:cs="Times New Roman"/>
        </w:rPr>
        <w:t>“He survived the first time.”</w:t>
      </w:r>
    </w:p>
    <w:p w14:paraId="53E3B63F" w14:textId="77777777" w:rsidR="007D7487" w:rsidRDefault="00E6407B">
      <w:pPr>
        <w:ind w:firstLine="288"/>
      </w:pPr>
      <w:r>
        <w:rPr>
          <w:rFonts w:cs="Times New Roman"/>
        </w:rPr>
        <w:t>Nicodemus gave him a warning look.</w:t>
      </w:r>
    </w:p>
    <w:p w14:paraId="61D37F6D" w14:textId="77777777" w:rsidR="007D7487" w:rsidRDefault="00E6407B">
      <w:pPr>
        <w:ind w:firstLine="288"/>
      </w:pPr>
      <w:r>
        <w:rPr>
          <w:rFonts w:cs="Times New Roman"/>
        </w:rPr>
        <w:t>Jesus continued.</w:t>
      </w:r>
    </w:p>
    <w:p w14:paraId="09CC720F" w14:textId="77777777" w:rsidR="007D7487" w:rsidRDefault="00E6407B">
      <w:pPr>
        <w:ind w:firstLine="288"/>
      </w:pPr>
      <w:r>
        <w:rPr>
          <w:rFonts w:cs="Times New Roman"/>
        </w:rPr>
        <w:t>Ruth had already helped them see return as allegiance.</w:t>
      </w:r>
    </w:p>
    <w:p w14:paraId="03406DCA" w14:textId="77777777" w:rsidR="007D7487" w:rsidRDefault="00E6407B">
      <w:pPr>
        <w:ind w:firstLine="288"/>
      </w:pPr>
      <w:r>
        <w:rPr>
          <w:rFonts w:cs="Times New Roman"/>
        </w:rPr>
        <w:t>Now she stood in another part of the architecture.</w:t>
      </w:r>
    </w:p>
    <w:p w14:paraId="59C084AC" w14:textId="77777777" w:rsidR="007D7487" w:rsidRDefault="00E6407B">
      <w:pPr>
        <w:ind w:firstLine="288"/>
      </w:pPr>
      <w:r>
        <w:rPr>
          <w:rFonts w:cs="Times New Roman"/>
        </w:rPr>
        <w:t>A Moabite woman attached herself to Naomi, to Naomi’s people, and to Naomi’s God.</w:t>
      </w:r>
    </w:p>
    <w:p w14:paraId="49AE8D5B" w14:textId="77777777" w:rsidR="007D7487" w:rsidRDefault="00E6407B">
      <w:pPr>
        <w:ind w:firstLine="288"/>
      </w:pPr>
      <w:r>
        <w:rPr>
          <w:rFonts w:cs="Times New Roman"/>
        </w:rPr>
        <w:t>She entered Israel’s story without requiring Israel to stop being Israel.</w:t>
      </w:r>
    </w:p>
    <w:p w14:paraId="4871C8DB" w14:textId="77777777" w:rsidR="007D7487" w:rsidRDefault="00E6407B">
      <w:pPr>
        <w:ind w:firstLine="288"/>
      </w:pPr>
      <w:r>
        <w:rPr>
          <w:rFonts w:cs="Times New Roman"/>
        </w:rPr>
        <w:t>She did not bless the nations by remaining in Moab and congratulating herself for admiring Israel from a distance.</w:t>
      </w:r>
    </w:p>
    <w:p w14:paraId="50334982" w14:textId="77777777" w:rsidR="007D7487" w:rsidRDefault="00E6407B">
      <w:pPr>
        <w:ind w:firstLine="288"/>
      </w:pPr>
      <w:r>
        <w:rPr>
          <w:rFonts w:cs="Times New Roman"/>
        </w:rPr>
        <w:t>She came near.</w:t>
      </w:r>
    </w:p>
    <w:p w14:paraId="5A97D2CC" w14:textId="77777777" w:rsidR="007D7487" w:rsidRDefault="00E6407B">
      <w:pPr>
        <w:ind w:firstLine="288"/>
      </w:pPr>
      <w:r>
        <w:rPr>
          <w:rFonts w:cs="Times New Roman"/>
        </w:rPr>
        <w:t>She bound her future to the covenant people.</w:t>
      </w:r>
    </w:p>
    <w:p w14:paraId="0D7EBC65" w14:textId="77777777" w:rsidR="007D7487" w:rsidRDefault="00E6407B">
      <w:pPr>
        <w:ind w:firstLine="288"/>
      </w:pPr>
      <w:r>
        <w:rPr>
          <w:rFonts w:cs="Times New Roman"/>
        </w:rPr>
        <w:t>And through that story another line moved quietly toward David.</w:t>
      </w:r>
    </w:p>
    <w:p w14:paraId="520E31D4" w14:textId="77777777" w:rsidR="007D7487" w:rsidRDefault="00E6407B">
      <w:pPr>
        <w:ind w:firstLine="288"/>
      </w:pPr>
      <w:r>
        <w:rPr>
          <w:rFonts w:cs="Times New Roman"/>
        </w:rPr>
        <w:t>Nicodemus’s eyes widened.</w:t>
      </w:r>
    </w:p>
    <w:p w14:paraId="059A6245" w14:textId="77777777" w:rsidR="007D7487" w:rsidRDefault="00E6407B">
      <w:pPr>
        <w:ind w:firstLine="288"/>
      </w:pPr>
      <w:r>
        <w:rPr>
          <w:rFonts w:cs="Times New Roman"/>
        </w:rPr>
        <w:t>“The nations are not merely watching from outside.”</w:t>
      </w:r>
    </w:p>
    <w:p w14:paraId="0EB892CA" w14:textId="77777777" w:rsidR="007D7487" w:rsidRDefault="00E6407B">
      <w:pPr>
        <w:ind w:firstLine="288"/>
      </w:pPr>
      <w:r>
        <w:rPr>
          <w:rFonts w:cs="Times New Roman"/>
        </w:rPr>
        <w:t>Jesus looked at him.</w:t>
      </w:r>
    </w:p>
    <w:p w14:paraId="59E3F8D1" w14:textId="77777777" w:rsidR="007D7487" w:rsidRDefault="00E6407B">
      <w:pPr>
        <w:ind w:firstLine="288"/>
      </w:pPr>
      <w:r>
        <w:rPr>
          <w:rFonts w:cs="Times New Roman"/>
        </w:rPr>
        <w:t>“Sometimes they watch.”</w:t>
      </w:r>
    </w:p>
    <w:p w14:paraId="19CD54ED" w14:textId="77777777" w:rsidR="007D7487" w:rsidRDefault="00E6407B">
      <w:pPr>
        <w:ind w:firstLine="288"/>
      </w:pPr>
      <w:r>
        <w:rPr>
          <w:rFonts w:cs="Times New Roman"/>
        </w:rPr>
        <w:t>“Sometimes they hear.”</w:t>
      </w:r>
    </w:p>
    <w:p w14:paraId="753FCA42" w14:textId="77777777" w:rsidR="007D7487" w:rsidRDefault="00E6407B">
      <w:pPr>
        <w:ind w:firstLine="288"/>
      </w:pPr>
      <w:r>
        <w:rPr>
          <w:rFonts w:cs="Times New Roman"/>
        </w:rPr>
        <w:t>“Sometimes they come near.”</w:t>
      </w:r>
    </w:p>
    <w:p w14:paraId="2B3F2EBA" w14:textId="77777777" w:rsidR="007D7487" w:rsidRDefault="00E6407B">
      <w:pPr>
        <w:ind w:firstLine="288"/>
      </w:pPr>
      <w:r>
        <w:rPr>
          <w:rFonts w:cs="Times New Roman"/>
        </w:rPr>
        <w:lastRenderedPageBreak/>
        <w:t>“Sometimes they receive mercy.”</w:t>
      </w:r>
    </w:p>
    <w:p w14:paraId="31F06D03" w14:textId="77777777" w:rsidR="007D7487" w:rsidRDefault="00E6407B">
      <w:pPr>
        <w:ind w:firstLine="288"/>
      </w:pPr>
      <w:r>
        <w:rPr>
          <w:rFonts w:cs="Times New Roman"/>
        </w:rPr>
        <w:t>“Sometimes they become part of the history through which the promise itself continues.”</w:t>
      </w:r>
    </w:p>
    <w:p w14:paraId="6F92E4F4" w14:textId="77777777" w:rsidR="007D7487" w:rsidRDefault="00E6407B">
      <w:pPr>
        <w:ind w:firstLine="288"/>
      </w:pPr>
      <w:r>
        <w:rPr>
          <w:rFonts w:cs="Times New Roman"/>
        </w:rPr>
        <w:t>Nicodemus looked toward Mary, Jesus’ mother.</w:t>
      </w:r>
    </w:p>
    <w:p w14:paraId="71664ED0" w14:textId="77777777" w:rsidR="007D7487" w:rsidRDefault="00E6407B">
      <w:pPr>
        <w:ind w:firstLine="288"/>
      </w:pPr>
      <w:r>
        <w:rPr>
          <w:rFonts w:cs="Times New Roman"/>
        </w:rPr>
        <w:t>Ruth.</w:t>
      </w:r>
    </w:p>
    <w:p w14:paraId="7CEA6A3C" w14:textId="77777777" w:rsidR="007D7487" w:rsidRDefault="00E6407B">
      <w:pPr>
        <w:ind w:firstLine="288"/>
      </w:pPr>
      <w:r>
        <w:rPr>
          <w:rFonts w:cs="Times New Roman"/>
        </w:rPr>
        <w:t>David.</w:t>
      </w:r>
    </w:p>
    <w:p w14:paraId="47FA768F" w14:textId="77777777" w:rsidR="007D7487" w:rsidRDefault="00E6407B">
      <w:pPr>
        <w:ind w:firstLine="288"/>
      </w:pPr>
      <w:r>
        <w:rPr>
          <w:rFonts w:cs="Times New Roman"/>
        </w:rPr>
        <w:t>The line.</w:t>
      </w:r>
    </w:p>
    <w:p w14:paraId="6EA3220A" w14:textId="77777777" w:rsidR="007D7487" w:rsidRDefault="00E6407B">
      <w:pPr>
        <w:ind w:firstLine="288"/>
      </w:pPr>
      <w:r>
        <w:rPr>
          <w:rFonts w:cs="Times New Roman"/>
        </w:rPr>
        <w:t>The Seed.</w:t>
      </w:r>
    </w:p>
    <w:p w14:paraId="035DCE86" w14:textId="77777777" w:rsidR="007D7487" w:rsidRDefault="00E6407B">
      <w:pPr>
        <w:ind w:firstLine="288"/>
      </w:pPr>
      <w:r>
        <w:rPr>
          <w:rFonts w:cs="Times New Roman"/>
        </w:rPr>
        <w:t>The chosen family had never been a sealed container.</w:t>
      </w:r>
    </w:p>
    <w:p w14:paraId="40C8ABF1" w14:textId="77777777" w:rsidR="007D7487" w:rsidRDefault="00E6407B">
      <w:pPr>
        <w:suppressLineNumbers/>
        <w:spacing w:before="100" w:after="100"/>
        <w:jc w:val="center"/>
      </w:pPr>
      <w:r>
        <w:rPr>
          <w:rFonts w:cs="Times New Roman"/>
          <w:sz w:val="20"/>
        </w:rPr>
        <w:t>* * *</w:t>
      </w:r>
    </w:p>
    <w:p w14:paraId="6D791E68" w14:textId="77777777" w:rsidR="007D7487" w:rsidRDefault="00E6407B">
      <w:pPr>
        <w:ind w:firstLine="288"/>
      </w:pPr>
      <w:r>
        <w:rPr>
          <w:rFonts w:cs="Times New Roman"/>
        </w:rPr>
        <w:t>Jesus looked again at the word Israel traced in the dust.</w:t>
      </w:r>
    </w:p>
    <w:p w14:paraId="5A905E29" w14:textId="77777777" w:rsidR="007D7487" w:rsidRDefault="00E6407B">
      <w:pPr>
        <w:ind w:firstLine="288"/>
      </w:pPr>
      <w:r>
        <w:rPr>
          <w:rFonts w:cs="Times New Roman"/>
        </w:rPr>
        <w:t>“Then what is election for?”</w:t>
      </w:r>
    </w:p>
    <w:p w14:paraId="6F7937C3" w14:textId="77777777" w:rsidR="007D7487" w:rsidRDefault="00E6407B">
      <w:pPr>
        <w:ind w:firstLine="288"/>
      </w:pPr>
      <w:r>
        <w:rPr>
          <w:rFonts w:cs="Times New Roman"/>
        </w:rPr>
        <w:t>Simon the Zealot answered first.</w:t>
      </w:r>
    </w:p>
    <w:p w14:paraId="185D311F" w14:textId="77777777" w:rsidR="007D7487" w:rsidRDefault="00E6407B">
      <w:pPr>
        <w:ind w:firstLine="288"/>
      </w:pPr>
      <w:r>
        <w:rPr>
          <w:rFonts w:cs="Times New Roman"/>
        </w:rPr>
        <w:t>“To belong to God.”</w:t>
      </w:r>
    </w:p>
    <w:p w14:paraId="4A3240B6" w14:textId="77777777" w:rsidR="007D7487" w:rsidRDefault="00E6407B">
      <w:pPr>
        <w:ind w:firstLine="288"/>
      </w:pPr>
      <w:r>
        <w:rPr>
          <w:rFonts w:cs="Times New Roman"/>
        </w:rPr>
        <w:t>“Yes.”</w:t>
      </w:r>
    </w:p>
    <w:p w14:paraId="04E966C7" w14:textId="77777777" w:rsidR="007D7487" w:rsidRDefault="00E6407B">
      <w:pPr>
        <w:ind w:firstLine="288"/>
      </w:pPr>
      <w:r>
        <w:rPr>
          <w:rFonts w:cs="Times New Roman"/>
        </w:rPr>
        <w:t>Nicodemus added:</w:t>
      </w:r>
    </w:p>
    <w:p w14:paraId="09189FE9" w14:textId="77777777" w:rsidR="007D7487" w:rsidRDefault="00E6407B">
      <w:pPr>
        <w:ind w:firstLine="288"/>
      </w:pPr>
      <w:r>
        <w:rPr>
          <w:rFonts w:cs="Times New Roman"/>
        </w:rPr>
        <w:t>“To receive His covenant.”</w:t>
      </w:r>
    </w:p>
    <w:p w14:paraId="10BB694A" w14:textId="77777777" w:rsidR="007D7487" w:rsidRDefault="00E6407B">
      <w:pPr>
        <w:ind w:firstLine="288"/>
      </w:pPr>
      <w:r>
        <w:rPr>
          <w:rFonts w:cs="Times New Roman"/>
        </w:rPr>
        <w:t>“Yes.”</w:t>
      </w:r>
    </w:p>
    <w:p w14:paraId="00C305D7" w14:textId="77777777" w:rsidR="007D7487" w:rsidRDefault="00E6407B">
      <w:pPr>
        <w:ind w:firstLine="288"/>
      </w:pPr>
      <w:r>
        <w:rPr>
          <w:rFonts w:cs="Times New Roman"/>
        </w:rPr>
        <w:t>Andrew:</w:t>
      </w:r>
    </w:p>
    <w:p w14:paraId="54C3C74C" w14:textId="77777777" w:rsidR="007D7487" w:rsidRDefault="00E6407B">
      <w:pPr>
        <w:ind w:firstLine="288"/>
      </w:pPr>
      <w:r>
        <w:rPr>
          <w:rFonts w:cs="Times New Roman"/>
        </w:rPr>
        <w:t>“To know His ways.”</w:t>
      </w:r>
    </w:p>
    <w:p w14:paraId="75C17F4E" w14:textId="77777777" w:rsidR="007D7487" w:rsidRDefault="00E6407B">
      <w:pPr>
        <w:ind w:firstLine="288"/>
      </w:pPr>
      <w:r>
        <w:rPr>
          <w:rFonts w:cs="Times New Roman"/>
        </w:rPr>
        <w:t>“Yes.”</w:t>
      </w:r>
    </w:p>
    <w:p w14:paraId="1B3DD0B2" w14:textId="77777777" w:rsidR="007D7487" w:rsidRDefault="00E6407B">
      <w:pPr>
        <w:ind w:firstLine="288"/>
      </w:pPr>
      <w:r>
        <w:rPr>
          <w:rFonts w:cs="Times New Roman"/>
        </w:rPr>
        <w:t>Joanna:</w:t>
      </w:r>
    </w:p>
    <w:p w14:paraId="2D7BEBCC" w14:textId="77777777" w:rsidR="007D7487" w:rsidRDefault="00E6407B">
      <w:pPr>
        <w:ind w:firstLine="288"/>
      </w:pPr>
      <w:r>
        <w:rPr>
          <w:rFonts w:cs="Times New Roman"/>
        </w:rPr>
        <w:t>“To preserve what He has spoken.”</w:t>
      </w:r>
    </w:p>
    <w:p w14:paraId="0611AE41" w14:textId="77777777" w:rsidR="007D7487" w:rsidRDefault="00E6407B">
      <w:pPr>
        <w:ind w:firstLine="288"/>
      </w:pPr>
      <w:r>
        <w:rPr>
          <w:rFonts w:cs="Times New Roman"/>
        </w:rPr>
        <w:t>“Yes.”</w:t>
      </w:r>
    </w:p>
    <w:p w14:paraId="6F56AF7A" w14:textId="77777777" w:rsidR="007D7487" w:rsidRDefault="00E6407B">
      <w:pPr>
        <w:ind w:firstLine="288"/>
      </w:pPr>
      <w:r>
        <w:rPr>
          <w:rFonts w:cs="Times New Roman"/>
        </w:rPr>
        <w:t>Matthew looked toward the line of marks in the dust.</w:t>
      </w:r>
    </w:p>
    <w:p w14:paraId="6B96E08A" w14:textId="77777777" w:rsidR="007D7487" w:rsidRDefault="00E6407B">
      <w:pPr>
        <w:ind w:firstLine="288"/>
      </w:pPr>
      <w:r>
        <w:rPr>
          <w:rFonts w:cs="Times New Roman"/>
        </w:rPr>
        <w:t>“And so others may know Him.”</w:t>
      </w:r>
    </w:p>
    <w:p w14:paraId="16310CD7" w14:textId="77777777" w:rsidR="007D7487" w:rsidRDefault="00E6407B">
      <w:pPr>
        <w:ind w:firstLine="288"/>
      </w:pPr>
      <w:r>
        <w:rPr>
          <w:rFonts w:cs="Times New Roman"/>
        </w:rPr>
        <w:t>Jesus smiled.</w:t>
      </w:r>
    </w:p>
    <w:p w14:paraId="72C64D93" w14:textId="77777777" w:rsidR="007D7487" w:rsidRDefault="00E6407B">
      <w:pPr>
        <w:ind w:firstLine="288"/>
      </w:pPr>
      <w:r>
        <w:rPr>
          <w:rFonts w:cs="Times New Roman"/>
        </w:rPr>
        <w:t>“Yes.”</w:t>
      </w:r>
    </w:p>
    <w:p w14:paraId="3C9AE675" w14:textId="77777777" w:rsidR="007D7487" w:rsidRDefault="00E6407B">
      <w:pPr>
        <w:ind w:firstLine="288"/>
      </w:pPr>
      <w:r>
        <w:rPr>
          <w:rFonts w:cs="Times New Roman"/>
        </w:rPr>
        <w:t>The privilege was real.</w:t>
      </w:r>
    </w:p>
    <w:p w14:paraId="1D87D944" w14:textId="77777777" w:rsidR="007D7487" w:rsidRDefault="00E6407B">
      <w:pPr>
        <w:ind w:firstLine="288"/>
      </w:pPr>
      <w:r>
        <w:rPr>
          <w:rFonts w:cs="Times New Roman"/>
        </w:rPr>
        <w:t>So was the responsibility.</w:t>
      </w:r>
    </w:p>
    <w:p w14:paraId="7FA6D978" w14:textId="77777777" w:rsidR="007D7487" w:rsidRDefault="00E6407B">
      <w:pPr>
        <w:ind w:firstLine="288"/>
      </w:pPr>
      <w:r>
        <w:rPr>
          <w:rFonts w:cs="Times New Roman"/>
        </w:rPr>
        <w:t>Israel was called to know YHWH, walk with Him, preserve His revelation, carry His covenant order, guard the promises, receive the prophets, and bear the line through which the Seed would come.</w:t>
      </w:r>
    </w:p>
    <w:p w14:paraId="3EF1D3A5" w14:textId="77777777" w:rsidR="007D7487" w:rsidRDefault="00E6407B">
      <w:pPr>
        <w:ind w:firstLine="288"/>
      </w:pPr>
      <w:r>
        <w:rPr>
          <w:rFonts w:cs="Times New Roman"/>
        </w:rPr>
        <w:t>That calling did not mean every Israelite was righteous merely by descent.</w:t>
      </w:r>
    </w:p>
    <w:p w14:paraId="5E512EF1" w14:textId="77777777" w:rsidR="007D7487" w:rsidRDefault="00E6407B">
      <w:pPr>
        <w:ind w:firstLine="288"/>
      </w:pPr>
      <w:r>
        <w:rPr>
          <w:rFonts w:cs="Times New Roman"/>
        </w:rPr>
        <w:t>Abraham had already prevented that conclusion.</w:t>
      </w:r>
    </w:p>
    <w:p w14:paraId="6B82B0C2" w14:textId="77777777" w:rsidR="007D7487" w:rsidRDefault="00E6407B">
      <w:pPr>
        <w:ind w:firstLine="288"/>
      </w:pPr>
      <w:r>
        <w:rPr>
          <w:rFonts w:cs="Times New Roman"/>
        </w:rPr>
        <w:t>And it did not mean the nations were absent from the purpose.</w:t>
      </w:r>
    </w:p>
    <w:p w14:paraId="0FC4012F" w14:textId="77777777" w:rsidR="007D7487" w:rsidRDefault="00E6407B">
      <w:pPr>
        <w:ind w:firstLine="288"/>
      </w:pPr>
      <w:r>
        <w:rPr>
          <w:rFonts w:cs="Times New Roman"/>
        </w:rPr>
        <w:t>Abraham had already prevented that conclusion too.</w:t>
      </w:r>
    </w:p>
    <w:p w14:paraId="6D6E218B" w14:textId="77777777" w:rsidR="007D7487" w:rsidRDefault="00E6407B">
      <w:pPr>
        <w:ind w:firstLine="288"/>
      </w:pPr>
      <w:r>
        <w:rPr>
          <w:rFonts w:cs="Times New Roman"/>
        </w:rPr>
        <w:t>God had chosen one family inside a purpose that reached all families.</w:t>
      </w:r>
    </w:p>
    <w:p w14:paraId="3509B78D" w14:textId="77777777" w:rsidR="007D7487" w:rsidRDefault="00E6407B">
      <w:pPr>
        <w:ind w:firstLine="288"/>
      </w:pPr>
      <w:r>
        <w:rPr>
          <w:rFonts w:cs="Times New Roman"/>
        </w:rPr>
        <w:t>Nicodemus looked at the marks.</w:t>
      </w:r>
    </w:p>
    <w:p w14:paraId="50D35EFC" w14:textId="77777777" w:rsidR="007D7487" w:rsidRDefault="00E6407B">
      <w:pPr>
        <w:ind w:firstLine="288"/>
      </w:pPr>
      <w:r>
        <w:rPr>
          <w:rFonts w:cs="Times New Roman"/>
        </w:rPr>
        <w:lastRenderedPageBreak/>
        <w:t>“Then election is not favoritism without purpose.”</w:t>
      </w:r>
    </w:p>
    <w:p w14:paraId="57EFBD51" w14:textId="77777777" w:rsidR="007D7487" w:rsidRDefault="00E6407B">
      <w:pPr>
        <w:ind w:firstLine="288"/>
      </w:pPr>
      <w:r>
        <w:rPr>
          <w:rFonts w:cs="Times New Roman"/>
        </w:rPr>
        <w:t>Jesus did not answer with a slogan.</w:t>
      </w:r>
    </w:p>
    <w:p w14:paraId="233EA91D" w14:textId="77777777" w:rsidR="007D7487" w:rsidRDefault="00E6407B">
      <w:pPr>
        <w:ind w:firstLine="288"/>
      </w:pPr>
      <w:r>
        <w:rPr>
          <w:rFonts w:cs="Times New Roman"/>
        </w:rPr>
        <w:t>“The Father gives gifts for His purpose.”</w:t>
      </w:r>
    </w:p>
    <w:p w14:paraId="35EA8B76" w14:textId="77777777" w:rsidR="007D7487" w:rsidRDefault="00E6407B">
      <w:pPr>
        <w:ind w:firstLine="288"/>
      </w:pPr>
      <w:r>
        <w:rPr>
          <w:rFonts w:cs="Times New Roman"/>
        </w:rPr>
        <w:t>“And much given brings much responsibility.”</w:t>
      </w:r>
    </w:p>
    <w:p w14:paraId="01F5041D" w14:textId="77777777" w:rsidR="007D7487" w:rsidRDefault="00E6407B">
      <w:pPr>
        <w:ind w:firstLine="288"/>
      </w:pPr>
      <w:r>
        <w:rPr>
          <w:rFonts w:cs="Times New Roman"/>
        </w:rPr>
        <w:t>The old teacher nodded.</w:t>
      </w:r>
    </w:p>
    <w:p w14:paraId="2FAB82A2" w14:textId="77777777" w:rsidR="007D7487" w:rsidRDefault="00E6407B">
      <w:pPr>
        <w:ind w:firstLine="288"/>
      </w:pPr>
      <w:r>
        <w:rPr>
          <w:rFonts w:cs="Times New Roman"/>
        </w:rPr>
        <w:t>Law.</w:t>
      </w:r>
    </w:p>
    <w:p w14:paraId="61BF603C" w14:textId="77777777" w:rsidR="007D7487" w:rsidRDefault="00E6407B">
      <w:pPr>
        <w:ind w:firstLine="288"/>
      </w:pPr>
      <w:r>
        <w:rPr>
          <w:rFonts w:cs="Times New Roman"/>
        </w:rPr>
        <w:t>Prophets.</w:t>
      </w:r>
    </w:p>
    <w:p w14:paraId="05DBD769" w14:textId="77777777" w:rsidR="007D7487" w:rsidRDefault="00E6407B">
      <w:pPr>
        <w:ind w:firstLine="288"/>
      </w:pPr>
      <w:r>
        <w:rPr>
          <w:rFonts w:cs="Times New Roman"/>
        </w:rPr>
        <w:t>Temple.</w:t>
      </w:r>
    </w:p>
    <w:p w14:paraId="5DE3830D" w14:textId="77777777" w:rsidR="007D7487" w:rsidRDefault="00E6407B">
      <w:pPr>
        <w:ind w:firstLine="288"/>
      </w:pPr>
      <w:r>
        <w:rPr>
          <w:rFonts w:cs="Times New Roman"/>
        </w:rPr>
        <w:t>Priesthood.</w:t>
      </w:r>
    </w:p>
    <w:p w14:paraId="7C27747E" w14:textId="77777777" w:rsidR="007D7487" w:rsidRDefault="00E6407B">
      <w:pPr>
        <w:ind w:firstLine="288"/>
      </w:pPr>
      <w:r>
        <w:rPr>
          <w:rFonts w:cs="Times New Roman"/>
        </w:rPr>
        <w:t>Sacrifice.</w:t>
      </w:r>
    </w:p>
    <w:p w14:paraId="10ACFFC3" w14:textId="77777777" w:rsidR="007D7487" w:rsidRDefault="00E6407B">
      <w:pPr>
        <w:ind w:firstLine="288"/>
      </w:pPr>
      <w:r>
        <w:rPr>
          <w:rFonts w:cs="Times New Roman"/>
        </w:rPr>
        <w:t>Promise.</w:t>
      </w:r>
    </w:p>
    <w:p w14:paraId="57DC843A" w14:textId="77777777" w:rsidR="007D7487" w:rsidRDefault="00E6407B">
      <w:pPr>
        <w:ind w:firstLine="288"/>
      </w:pPr>
      <w:r>
        <w:rPr>
          <w:rFonts w:cs="Times New Roman"/>
        </w:rPr>
        <w:t>Seed.</w:t>
      </w:r>
    </w:p>
    <w:p w14:paraId="41C97B3D" w14:textId="77777777" w:rsidR="007D7487" w:rsidRDefault="00E6407B">
      <w:pPr>
        <w:ind w:firstLine="288"/>
      </w:pPr>
      <w:r>
        <w:rPr>
          <w:rFonts w:cs="Times New Roman"/>
        </w:rPr>
        <w:t>Not trophies to clutch.</w:t>
      </w:r>
    </w:p>
    <w:p w14:paraId="6989A8A7" w14:textId="77777777" w:rsidR="007D7487" w:rsidRDefault="00E6407B">
      <w:pPr>
        <w:ind w:firstLine="288"/>
      </w:pPr>
      <w:r>
        <w:rPr>
          <w:rFonts w:cs="Times New Roman"/>
        </w:rPr>
        <w:t>Treasures to keep faithfully enough that the world could encounter the God who gave them.</w:t>
      </w:r>
    </w:p>
    <w:p w14:paraId="6117F22C" w14:textId="77777777" w:rsidR="007D7487" w:rsidRDefault="00E6407B">
      <w:pPr>
        <w:ind w:firstLine="288"/>
      </w:pPr>
      <w:r>
        <w:rPr>
          <w:rFonts w:cs="Times New Roman"/>
        </w:rPr>
        <w:t>Jesus looked toward the road beyond Galilee.</w:t>
      </w:r>
    </w:p>
    <w:p w14:paraId="6EB26436" w14:textId="77777777" w:rsidR="007D7487" w:rsidRDefault="00E6407B">
      <w:pPr>
        <w:ind w:firstLine="288"/>
      </w:pPr>
      <w:r>
        <w:rPr>
          <w:rFonts w:cs="Times New Roman"/>
        </w:rPr>
        <w:t>“Now keep following the witnesses.”</w:t>
      </w:r>
    </w:p>
    <w:p w14:paraId="4CBB70D7" w14:textId="77777777" w:rsidR="007D7487" w:rsidRDefault="00E6407B">
      <w:pPr>
        <w:suppressLineNumbers/>
      </w:pPr>
      <w:r>
        <w:br w:type="page"/>
      </w:r>
    </w:p>
    <w:p w14:paraId="4DE4C072" w14:textId="77777777" w:rsidR="007D7487" w:rsidRDefault="00E6407B">
      <w:pPr>
        <w:pStyle w:val="Heading1"/>
        <w:suppressLineNumbers/>
      </w:pPr>
      <w:r>
        <w:rPr>
          <w:rFonts w:ascii="Times New Roman" w:hAnsi="Times New Roman" w:cs="Times New Roman"/>
        </w:rPr>
        <w:lastRenderedPageBreak/>
        <w:t>Section 12B — Blessing, Name, and the Nations</w:t>
      </w:r>
    </w:p>
    <w:p w14:paraId="5BB7B52C" w14:textId="77777777" w:rsidR="007D7487" w:rsidRDefault="00E6407B">
      <w:pPr>
        <w:ind w:firstLine="288"/>
      </w:pPr>
      <w:r>
        <w:rPr>
          <w:rFonts w:cs="Times New Roman"/>
        </w:rPr>
        <w:t>The next witnesses did not all come from the same century.</w:t>
      </w:r>
    </w:p>
    <w:p w14:paraId="31AE3812" w14:textId="77777777" w:rsidR="007D7487" w:rsidRDefault="00E6407B">
      <w:pPr>
        <w:ind w:firstLine="288"/>
      </w:pPr>
      <w:r>
        <w:rPr>
          <w:rFonts w:cs="Times New Roman"/>
        </w:rPr>
        <w:t>That was part of the point.</w:t>
      </w:r>
    </w:p>
    <w:p w14:paraId="03A9D146" w14:textId="77777777" w:rsidR="007D7487" w:rsidRDefault="00E6407B">
      <w:pPr>
        <w:ind w:firstLine="288"/>
      </w:pPr>
      <w:r>
        <w:rPr>
          <w:rFonts w:cs="Times New Roman"/>
        </w:rPr>
        <w:t>The nations thread did not appear once and disappear.</w:t>
      </w:r>
    </w:p>
    <w:p w14:paraId="24CE2FE4" w14:textId="77777777" w:rsidR="007D7487" w:rsidRDefault="00E6407B">
      <w:pPr>
        <w:ind w:firstLine="288"/>
      </w:pPr>
      <w:r>
        <w:rPr>
          <w:rFonts w:cs="Times New Roman"/>
        </w:rPr>
        <w:t>It kept resurfacing whenever Israel’s God acted, restored, judged, cleansed, showed mercy, or caused His Name to be known.</w:t>
      </w:r>
    </w:p>
    <w:p w14:paraId="150FFFEB" w14:textId="77777777" w:rsidR="007D7487" w:rsidRDefault="00E6407B">
      <w:pPr>
        <w:ind w:firstLine="288"/>
      </w:pPr>
      <w:r>
        <w:rPr>
          <w:rFonts w:cs="Times New Roman"/>
        </w:rPr>
        <w:t>Jesus looked toward Thomas.</w:t>
      </w:r>
    </w:p>
    <w:p w14:paraId="21D995CB" w14:textId="77777777" w:rsidR="007D7487" w:rsidRDefault="00E6407B">
      <w:pPr>
        <w:ind w:firstLine="288"/>
      </w:pPr>
      <w:r>
        <w:rPr>
          <w:rFonts w:cs="Times New Roman"/>
        </w:rPr>
        <w:t>“A Syrian.”</w:t>
      </w:r>
    </w:p>
    <w:p w14:paraId="335441CC" w14:textId="77777777" w:rsidR="007D7487" w:rsidRDefault="00E6407B">
      <w:pPr>
        <w:ind w:firstLine="288"/>
      </w:pPr>
      <w:r>
        <w:rPr>
          <w:rFonts w:cs="Times New Roman"/>
        </w:rPr>
        <w:t>Thomas knew immediately.</w:t>
      </w:r>
    </w:p>
    <w:p w14:paraId="426CF9AA" w14:textId="77777777" w:rsidR="007D7487" w:rsidRDefault="00E6407B">
      <w:pPr>
        <w:ind w:firstLine="288"/>
      </w:pPr>
      <w:r>
        <w:rPr>
          <w:rFonts w:cs="Times New Roman"/>
        </w:rPr>
        <w:t>“Naaman.”</w:t>
      </w:r>
    </w:p>
    <w:p w14:paraId="69B2BE54" w14:textId="77777777" w:rsidR="007D7487" w:rsidRDefault="00E6407B">
      <w:pPr>
        <w:ind w:firstLine="288"/>
      </w:pPr>
      <w:r>
        <w:rPr>
          <w:rFonts w:cs="Times New Roman"/>
        </w:rPr>
        <w:t>“What brought him near?”</w:t>
      </w:r>
    </w:p>
    <w:p w14:paraId="093C98FA" w14:textId="77777777" w:rsidR="007D7487" w:rsidRDefault="00E6407B">
      <w:pPr>
        <w:ind w:firstLine="288"/>
      </w:pPr>
      <w:r>
        <w:rPr>
          <w:rFonts w:cs="Times New Roman"/>
        </w:rPr>
        <w:t>Thomas thought.</w:t>
      </w:r>
    </w:p>
    <w:p w14:paraId="74C556FB" w14:textId="77777777" w:rsidR="007D7487" w:rsidRDefault="00E6407B">
      <w:pPr>
        <w:ind w:firstLine="288"/>
      </w:pPr>
      <w:r>
        <w:rPr>
          <w:rFonts w:cs="Times New Roman"/>
        </w:rPr>
        <w:t>“Need.”</w:t>
      </w:r>
    </w:p>
    <w:p w14:paraId="51A6C2CF" w14:textId="77777777" w:rsidR="007D7487" w:rsidRDefault="00E6407B">
      <w:pPr>
        <w:ind w:firstLine="288"/>
      </w:pPr>
      <w:r>
        <w:rPr>
          <w:rFonts w:cs="Times New Roman"/>
        </w:rPr>
        <w:t>“And?”</w:t>
      </w:r>
    </w:p>
    <w:p w14:paraId="058C6122" w14:textId="77777777" w:rsidR="007D7487" w:rsidRDefault="00E6407B">
      <w:pPr>
        <w:ind w:firstLine="288"/>
      </w:pPr>
      <w:r>
        <w:rPr>
          <w:rFonts w:cs="Times New Roman"/>
        </w:rPr>
        <w:t>“A word from Israel.”</w:t>
      </w:r>
    </w:p>
    <w:p w14:paraId="75771856" w14:textId="77777777" w:rsidR="007D7487" w:rsidRDefault="00E6407B">
      <w:pPr>
        <w:ind w:firstLine="288"/>
      </w:pPr>
      <w:r>
        <w:rPr>
          <w:rFonts w:cs="Times New Roman"/>
        </w:rPr>
        <w:t>The captive Israelite girl had spoken first.</w:t>
      </w:r>
    </w:p>
    <w:p w14:paraId="74ED83EA" w14:textId="77777777" w:rsidR="007D7487" w:rsidRDefault="00E6407B">
      <w:pPr>
        <w:ind w:firstLine="288"/>
      </w:pPr>
      <w:r>
        <w:rPr>
          <w:rFonts w:cs="Times New Roman"/>
        </w:rPr>
        <w:t>A small voice inside a foreign household had pointed toward the prophet in Samaria.</w:t>
      </w:r>
    </w:p>
    <w:p w14:paraId="56EA9EC5" w14:textId="77777777" w:rsidR="007D7487" w:rsidRDefault="00E6407B">
      <w:pPr>
        <w:ind w:firstLine="288"/>
      </w:pPr>
      <w:r>
        <w:rPr>
          <w:rFonts w:cs="Times New Roman"/>
        </w:rPr>
        <w:t>Naaman came with rank, wealth, expectation, and offense.</w:t>
      </w:r>
    </w:p>
    <w:p w14:paraId="01D9C1AA" w14:textId="77777777" w:rsidR="007D7487" w:rsidRDefault="00E6407B">
      <w:pPr>
        <w:ind w:firstLine="288"/>
      </w:pPr>
      <w:r>
        <w:rPr>
          <w:rFonts w:cs="Times New Roman"/>
        </w:rPr>
        <w:t>He nearly left because the command was too simple.</w:t>
      </w:r>
    </w:p>
    <w:p w14:paraId="19E73EEC" w14:textId="77777777" w:rsidR="007D7487" w:rsidRDefault="00E6407B">
      <w:pPr>
        <w:ind w:firstLine="288"/>
      </w:pPr>
      <w:r>
        <w:rPr>
          <w:rFonts w:cs="Times New Roman"/>
        </w:rPr>
        <w:t>Wash.</w:t>
      </w:r>
    </w:p>
    <w:p w14:paraId="5765A500" w14:textId="77777777" w:rsidR="007D7487" w:rsidRDefault="00E6407B">
      <w:pPr>
        <w:ind w:firstLine="288"/>
      </w:pPr>
      <w:r>
        <w:rPr>
          <w:rFonts w:cs="Times New Roman"/>
        </w:rPr>
        <w:t>Jordan.</w:t>
      </w:r>
    </w:p>
    <w:p w14:paraId="7177C37E" w14:textId="77777777" w:rsidR="007D7487" w:rsidRDefault="00E6407B">
      <w:pPr>
        <w:ind w:firstLine="288"/>
      </w:pPr>
      <w:r>
        <w:rPr>
          <w:rFonts w:cs="Times New Roman"/>
        </w:rPr>
        <w:t>Seven times.</w:t>
      </w:r>
    </w:p>
    <w:p w14:paraId="1A93B874" w14:textId="77777777" w:rsidR="007D7487" w:rsidRDefault="00E6407B">
      <w:pPr>
        <w:ind w:firstLine="288"/>
      </w:pPr>
      <w:r>
        <w:rPr>
          <w:rFonts w:cs="Times New Roman"/>
        </w:rPr>
        <w:t>Humility entered where status resisted.</w:t>
      </w:r>
    </w:p>
    <w:p w14:paraId="30180166" w14:textId="77777777" w:rsidR="007D7487" w:rsidRDefault="00E6407B">
      <w:pPr>
        <w:ind w:firstLine="288"/>
      </w:pPr>
      <w:r>
        <w:rPr>
          <w:rFonts w:cs="Times New Roman"/>
        </w:rPr>
        <w:t>Then cleansing.</w:t>
      </w:r>
    </w:p>
    <w:p w14:paraId="23FA75EE" w14:textId="77777777" w:rsidR="007D7487" w:rsidRDefault="00E6407B">
      <w:pPr>
        <w:ind w:firstLine="288"/>
      </w:pPr>
      <w:r>
        <w:rPr>
          <w:rFonts w:cs="Times New Roman"/>
        </w:rPr>
        <w:t>Jesus asked:</w:t>
      </w:r>
    </w:p>
    <w:p w14:paraId="5A8AF710" w14:textId="77777777" w:rsidR="007D7487" w:rsidRDefault="00E6407B">
      <w:pPr>
        <w:ind w:firstLine="288"/>
      </w:pPr>
      <w:r>
        <w:rPr>
          <w:rFonts w:cs="Times New Roman"/>
        </w:rPr>
        <w:t>“And after he was cleansed, what did he say?”</w:t>
      </w:r>
    </w:p>
    <w:p w14:paraId="20350538" w14:textId="77777777" w:rsidR="007D7487" w:rsidRDefault="00E6407B">
      <w:pPr>
        <w:ind w:firstLine="288"/>
      </w:pPr>
      <w:r>
        <w:rPr>
          <w:rFonts w:cs="Times New Roman"/>
          <w:i/>
        </w:rPr>
        <w:t>“And he returned to the man of God, he and all his company, and came, and stood before him: and he said, Behold, now I know that there is no God in all the earth, but in Israel: now therefore, I pray thee, take a blessing of thy servant.” — 2 Kings 5:15 KJV</w:t>
      </w:r>
    </w:p>
    <w:p w14:paraId="2D15F81B" w14:textId="77777777" w:rsidR="007D7487" w:rsidRDefault="00E6407B">
      <w:pPr>
        <w:ind w:firstLine="288"/>
      </w:pPr>
      <w:r>
        <w:rPr>
          <w:rFonts w:cs="Times New Roman"/>
        </w:rPr>
        <w:t>Thomas heard the phrase differently now.</w:t>
      </w:r>
    </w:p>
    <w:p w14:paraId="3EDBF794" w14:textId="77777777" w:rsidR="007D7487" w:rsidRDefault="00E6407B">
      <w:pPr>
        <w:ind w:firstLine="288"/>
      </w:pPr>
      <w:r>
        <w:rPr>
          <w:rFonts w:cs="Times New Roman"/>
        </w:rPr>
        <w:t>“Now I know.”</w:t>
      </w:r>
    </w:p>
    <w:p w14:paraId="17B5C574" w14:textId="77777777" w:rsidR="007D7487" w:rsidRDefault="00E6407B">
      <w:pPr>
        <w:ind w:firstLine="288"/>
      </w:pPr>
      <w:r>
        <w:rPr>
          <w:rFonts w:cs="Times New Roman"/>
        </w:rPr>
        <w:t>John looked at him.</w:t>
      </w:r>
    </w:p>
    <w:p w14:paraId="3364C111" w14:textId="77777777" w:rsidR="007D7487" w:rsidRDefault="00E6407B">
      <w:pPr>
        <w:ind w:firstLine="288"/>
      </w:pPr>
      <w:r>
        <w:rPr>
          <w:rFonts w:cs="Times New Roman"/>
        </w:rPr>
        <w:t>Thomas realized what he had said.</w:t>
      </w:r>
    </w:p>
    <w:p w14:paraId="3B4F7F6B" w14:textId="77777777" w:rsidR="007D7487" w:rsidRDefault="00E6407B">
      <w:pPr>
        <w:ind w:firstLine="288"/>
      </w:pPr>
      <w:r>
        <w:rPr>
          <w:rFonts w:cs="Times New Roman"/>
        </w:rPr>
        <w:t>His own confession in the shut room came back.</w:t>
      </w:r>
    </w:p>
    <w:p w14:paraId="73D80854" w14:textId="77777777" w:rsidR="007D7487" w:rsidRDefault="00E6407B">
      <w:pPr>
        <w:ind w:firstLine="288"/>
      </w:pPr>
      <w:r>
        <w:rPr>
          <w:rFonts w:cs="Times New Roman"/>
        </w:rPr>
        <w:t>My Lord.</w:t>
      </w:r>
    </w:p>
    <w:p w14:paraId="41C48443" w14:textId="77777777" w:rsidR="007D7487" w:rsidRDefault="00E6407B">
      <w:pPr>
        <w:ind w:firstLine="288"/>
      </w:pPr>
      <w:r>
        <w:rPr>
          <w:rFonts w:cs="Times New Roman"/>
        </w:rPr>
        <w:t>My God.</w:t>
      </w:r>
    </w:p>
    <w:p w14:paraId="2B12E106" w14:textId="77777777" w:rsidR="007D7487" w:rsidRDefault="00E6407B">
      <w:pPr>
        <w:ind w:firstLine="288"/>
      </w:pPr>
      <w:r>
        <w:rPr>
          <w:rFonts w:cs="Times New Roman"/>
        </w:rPr>
        <w:t>Jesus did not reduce Thomas to an illustration.</w:t>
      </w:r>
    </w:p>
    <w:p w14:paraId="0E4F5F20" w14:textId="77777777" w:rsidR="007D7487" w:rsidRDefault="00E6407B">
      <w:pPr>
        <w:ind w:firstLine="288"/>
      </w:pPr>
      <w:r>
        <w:rPr>
          <w:rFonts w:cs="Times New Roman"/>
        </w:rPr>
        <w:t>He simply let the echo exist.</w:t>
      </w:r>
    </w:p>
    <w:p w14:paraId="16010E18" w14:textId="77777777" w:rsidR="007D7487" w:rsidRDefault="00E6407B">
      <w:pPr>
        <w:ind w:firstLine="288"/>
      </w:pPr>
      <w:r>
        <w:rPr>
          <w:rFonts w:cs="Times New Roman"/>
        </w:rPr>
        <w:lastRenderedPageBreak/>
        <w:t>Naaman had been cleansed and confessed what he had come to know.</w:t>
      </w:r>
    </w:p>
    <w:p w14:paraId="41865C6D" w14:textId="77777777" w:rsidR="007D7487" w:rsidRDefault="00E6407B">
      <w:pPr>
        <w:ind w:firstLine="288"/>
      </w:pPr>
      <w:r>
        <w:rPr>
          <w:rFonts w:cs="Times New Roman"/>
        </w:rPr>
        <w:t>Thomas had seen the risen wounds and confessed what he now knew.</w:t>
      </w:r>
    </w:p>
    <w:p w14:paraId="5A9493CB" w14:textId="77777777" w:rsidR="007D7487" w:rsidRDefault="00E6407B">
      <w:pPr>
        <w:ind w:firstLine="288"/>
      </w:pPr>
      <w:r>
        <w:rPr>
          <w:rFonts w:cs="Times New Roman"/>
        </w:rPr>
        <w:t>Different men.</w:t>
      </w:r>
    </w:p>
    <w:p w14:paraId="10F6B68E" w14:textId="77777777" w:rsidR="007D7487" w:rsidRDefault="00E6407B">
      <w:pPr>
        <w:ind w:firstLine="288"/>
      </w:pPr>
      <w:r>
        <w:rPr>
          <w:rFonts w:cs="Times New Roman"/>
        </w:rPr>
        <w:t>Different covenants and moments.</w:t>
      </w:r>
    </w:p>
    <w:p w14:paraId="63C616F6" w14:textId="77777777" w:rsidR="007D7487" w:rsidRDefault="00E6407B">
      <w:pPr>
        <w:ind w:firstLine="288"/>
      </w:pPr>
      <w:r>
        <w:rPr>
          <w:rFonts w:cs="Times New Roman"/>
        </w:rPr>
        <w:t>The same pattern of encounter pressing toward confession.</w:t>
      </w:r>
    </w:p>
    <w:p w14:paraId="416BD01B" w14:textId="77777777" w:rsidR="007D7487" w:rsidRDefault="00E6407B">
      <w:pPr>
        <w:suppressLineNumbers/>
        <w:spacing w:before="100" w:after="100"/>
        <w:jc w:val="center"/>
      </w:pPr>
      <w:r>
        <w:rPr>
          <w:rFonts w:cs="Times New Roman"/>
          <w:sz w:val="20"/>
        </w:rPr>
        <w:t>* * *</w:t>
      </w:r>
    </w:p>
    <w:p w14:paraId="601B757F" w14:textId="77777777" w:rsidR="007D7487" w:rsidRDefault="00E6407B">
      <w:pPr>
        <w:ind w:firstLine="288"/>
      </w:pPr>
      <w:r>
        <w:rPr>
          <w:rFonts w:cs="Times New Roman"/>
        </w:rPr>
        <w:t>Jesus looked toward Peter.</w:t>
      </w:r>
    </w:p>
    <w:p w14:paraId="1877733D" w14:textId="77777777" w:rsidR="007D7487" w:rsidRDefault="00E6407B">
      <w:pPr>
        <w:ind w:firstLine="288"/>
      </w:pPr>
      <w:r>
        <w:rPr>
          <w:rFonts w:cs="Times New Roman"/>
        </w:rPr>
        <w:t>“Another Syrian army.”</w:t>
      </w:r>
    </w:p>
    <w:p w14:paraId="398CA66E" w14:textId="77777777" w:rsidR="007D7487" w:rsidRDefault="00E6407B">
      <w:pPr>
        <w:ind w:firstLine="288"/>
      </w:pPr>
      <w:r>
        <w:rPr>
          <w:rFonts w:cs="Times New Roman"/>
        </w:rPr>
        <w:t>Peter’s face brightened.</w:t>
      </w:r>
    </w:p>
    <w:p w14:paraId="63D9976F" w14:textId="77777777" w:rsidR="007D7487" w:rsidRDefault="00E6407B">
      <w:pPr>
        <w:ind w:firstLine="288"/>
      </w:pPr>
      <w:r>
        <w:rPr>
          <w:rFonts w:cs="Times New Roman"/>
        </w:rPr>
        <w:t>“The one Elisha fed.”</w:t>
      </w:r>
    </w:p>
    <w:p w14:paraId="2D93767C" w14:textId="77777777" w:rsidR="007D7487" w:rsidRDefault="00E6407B">
      <w:pPr>
        <w:ind w:firstLine="288"/>
      </w:pPr>
      <w:r>
        <w:rPr>
          <w:rFonts w:cs="Times New Roman"/>
        </w:rPr>
        <w:t>Andrew corrected him.</w:t>
      </w:r>
    </w:p>
    <w:p w14:paraId="0D3541E0" w14:textId="77777777" w:rsidR="007D7487" w:rsidRDefault="00E6407B">
      <w:pPr>
        <w:ind w:firstLine="288"/>
      </w:pPr>
      <w:r>
        <w:rPr>
          <w:rFonts w:cs="Times New Roman"/>
        </w:rPr>
        <w:t>“After making them think they were somewhere else.”</w:t>
      </w:r>
    </w:p>
    <w:p w14:paraId="4F2CE526" w14:textId="77777777" w:rsidR="007D7487" w:rsidRDefault="00E6407B">
      <w:pPr>
        <w:ind w:firstLine="288"/>
      </w:pPr>
      <w:r>
        <w:rPr>
          <w:rFonts w:cs="Times New Roman"/>
        </w:rPr>
        <w:t>Peter smiled.</w:t>
      </w:r>
    </w:p>
    <w:p w14:paraId="085FB42E" w14:textId="77777777" w:rsidR="007D7487" w:rsidRDefault="00E6407B">
      <w:pPr>
        <w:ind w:firstLine="288"/>
      </w:pPr>
      <w:r>
        <w:rPr>
          <w:rFonts w:cs="Times New Roman"/>
        </w:rPr>
        <w:t>“Details.”</w:t>
      </w:r>
    </w:p>
    <w:p w14:paraId="5A90063A" w14:textId="77777777" w:rsidR="007D7487" w:rsidRDefault="00E6407B">
      <w:pPr>
        <w:ind w:firstLine="288"/>
      </w:pPr>
      <w:r>
        <w:rPr>
          <w:rFonts w:cs="Times New Roman"/>
        </w:rPr>
        <w:t>Jesus asked:</w:t>
      </w:r>
    </w:p>
    <w:p w14:paraId="624BBDC7" w14:textId="77777777" w:rsidR="007D7487" w:rsidRDefault="00E6407B">
      <w:pPr>
        <w:ind w:firstLine="288"/>
      </w:pPr>
      <w:r>
        <w:rPr>
          <w:rFonts w:cs="Times New Roman"/>
        </w:rPr>
        <w:t>“When the king of Israel saw the enemy delivered into his hand, what did he want to do?”</w:t>
      </w:r>
    </w:p>
    <w:p w14:paraId="0EBC6BEA" w14:textId="77777777" w:rsidR="007D7487" w:rsidRDefault="00E6407B">
      <w:pPr>
        <w:ind w:firstLine="288"/>
      </w:pPr>
      <w:r>
        <w:rPr>
          <w:rFonts w:cs="Times New Roman"/>
        </w:rPr>
        <w:t>“Kill them.”</w:t>
      </w:r>
    </w:p>
    <w:p w14:paraId="6D84A3B5" w14:textId="77777777" w:rsidR="007D7487" w:rsidRDefault="00E6407B">
      <w:pPr>
        <w:ind w:firstLine="288"/>
      </w:pPr>
      <w:r>
        <w:rPr>
          <w:rFonts w:cs="Times New Roman"/>
        </w:rPr>
        <w:t>“And what did Elisha command?”</w:t>
      </w:r>
    </w:p>
    <w:p w14:paraId="14893D55" w14:textId="77777777" w:rsidR="007D7487" w:rsidRDefault="00E6407B">
      <w:pPr>
        <w:ind w:firstLine="288"/>
      </w:pPr>
      <w:r>
        <w:rPr>
          <w:rFonts w:cs="Times New Roman"/>
        </w:rPr>
        <w:t>Peter answered immediately.</w:t>
      </w:r>
    </w:p>
    <w:p w14:paraId="7002B2FA" w14:textId="77777777" w:rsidR="007D7487" w:rsidRDefault="00E6407B">
      <w:pPr>
        <w:ind w:firstLine="288"/>
      </w:pPr>
      <w:r>
        <w:rPr>
          <w:rFonts w:cs="Times New Roman"/>
        </w:rPr>
        <w:t>“Dinner.”</w:t>
      </w:r>
    </w:p>
    <w:p w14:paraId="32991D81" w14:textId="77777777" w:rsidR="007D7487" w:rsidRDefault="00E6407B">
      <w:pPr>
        <w:ind w:firstLine="288"/>
      </w:pPr>
      <w:r>
        <w:rPr>
          <w:rFonts w:cs="Times New Roman"/>
        </w:rPr>
        <w:t>Several people laughed.</w:t>
      </w:r>
    </w:p>
    <w:p w14:paraId="370D9AEE" w14:textId="77777777" w:rsidR="007D7487" w:rsidRDefault="00E6407B">
      <w:pPr>
        <w:ind w:firstLine="288"/>
      </w:pPr>
      <w:r>
        <w:rPr>
          <w:rFonts w:cs="Times New Roman"/>
        </w:rPr>
        <w:t>Andrew shook his head.</w:t>
      </w:r>
    </w:p>
    <w:p w14:paraId="1FFD77BA" w14:textId="77777777" w:rsidR="007D7487" w:rsidRDefault="00E6407B">
      <w:pPr>
        <w:ind w:firstLine="288"/>
      </w:pPr>
      <w:r>
        <w:rPr>
          <w:rFonts w:cs="Times New Roman"/>
        </w:rPr>
        <w:t>“A very large dinner.”</w:t>
      </w:r>
    </w:p>
    <w:p w14:paraId="59E6D730" w14:textId="77777777" w:rsidR="007D7487" w:rsidRDefault="00E6407B">
      <w:pPr>
        <w:ind w:firstLine="288"/>
      </w:pPr>
      <w:r>
        <w:rPr>
          <w:rFonts w:cs="Times New Roman"/>
        </w:rPr>
        <w:t>Jesus let the laughter remain.</w:t>
      </w:r>
    </w:p>
    <w:p w14:paraId="07DA2442" w14:textId="77777777" w:rsidR="007D7487" w:rsidRDefault="00E6407B">
      <w:pPr>
        <w:ind w:firstLine="288"/>
      </w:pPr>
      <w:r>
        <w:rPr>
          <w:rFonts w:cs="Times New Roman"/>
        </w:rPr>
        <w:t>“Power brought them into the city.”</w:t>
      </w:r>
    </w:p>
    <w:p w14:paraId="56ADA6F5" w14:textId="77777777" w:rsidR="007D7487" w:rsidRDefault="00E6407B">
      <w:pPr>
        <w:ind w:firstLine="288"/>
      </w:pPr>
      <w:r>
        <w:rPr>
          <w:rFonts w:cs="Times New Roman"/>
        </w:rPr>
        <w:t>“Mercy sent them home.”</w:t>
      </w:r>
    </w:p>
    <w:p w14:paraId="5EEADA92" w14:textId="77777777" w:rsidR="007D7487" w:rsidRDefault="00E6407B">
      <w:pPr>
        <w:ind w:firstLine="288"/>
      </w:pPr>
      <w:r>
        <w:rPr>
          <w:rFonts w:cs="Times New Roman"/>
        </w:rPr>
        <w:t>The laughter faded into thought.</w:t>
      </w:r>
    </w:p>
    <w:p w14:paraId="72CFFD82" w14:textId="77777777" w:rsidR="007D7487" w:rsidRDefault="00E6407B">
      <w:pPr>
        <w:ind w:firstLine="288"/>
      </w:pPr>
      <w:r>
        <w:rPr>
          <w:rFonts w:cs="Times New Roman"/>
        </w:rPr>
        <w:t>Jesus did not claim the soldiers made a confession the text never records.</w:t>
      </w:r>
    </w:p>
    <w:p w14:paraId="303D68B3" w14:textId="77777777" w:rsidR="007D7487" w:rsidRDefault="00E6407B">
      <w:pPr>
        <w:ind w:firstLine="288"/>
      </w:pPr>
      <w:r>
        <w:rPr>
          <w:rFonts w:cs="Times New Roman"/>
        </w:rPr>
        <w:t>The story said enough without invention.</w:t>
      </w:r>
    </w:p>
    <w:p w14:paraId="3EE67A43" w14:textId="77777777" w:rsidR="007D7487" w:rsidRDefault="00E6407B">
      <w:pPr>
        <w:ind w:firstLine="288"/>
      </w:pPr>
      <w:r>
        <w:rPr>
          <w:rFonts w:cs="Times New Roman"/>
        </w:rPr>
        <w:t>An enemy army experienced YHWH’s power.</w:t>
      </w:r>
    </w:p>
    <w:p w14:paraId="2AED3103" w14:textId="77777777" w:rsidR="007D7487" w:rsidRDefault="00E6407B">
      <w:pPr>
        <w:ind w:firstLine="288"/>
      </w:pPr>
      <w:r>
        <w:rPr>
          <w:rFonts w:cs="Times New Roman"/>
        </w:rPr>
        <w:t>Then, by the prophet’s command, Israel set bread and water before men it had wanted to slaughter.</w:t>
      </w:r>
    </w:p>
    <w:p w14:paraId="687DFD4E" w14:textId="77777777" w:rsidR="007D7487" w:rsidRDefault="00E6407B">
      <w:pPr>
        <w:ind w:firstLine="288"/>
      </w:pPr>
      <w:r>
        <w:rPr>
          <w:rFonts w:cs="Times New Roman"/>
        </w:rPr>
        <w:t>The nations could encounter Israel’s God not only through judgment.</w:t>
      </w:r>
    </w:p>
    <w:p w14:paraId="446B8289" w14:textId="77777777" w:rsidR="007D7487" w:rsidRDefault="00E6407B">
      <w:pPr>
        <w:ind w:firstLine="288"/>
      </w:pPr>
      <w:r>
        <w:rPr>
          <w:rFonts w:cs="Times New Roman"/>
        </w:rPr>
        <w:t>They could encounter His commanded mercy at Israel’s table.</w:t>
      </w:r>
    </w:p>
    <w:p w14:paraId="6B7B9C81" w14:textId="77777777" w:rsidR="007D7487" w:rsidRDefault="00E6407B">
      <w:pPr>
        <w:suppressLineNumbers/>
        <w:spacing w:before="100" w:after="100"/>
        <w:jc w:val="center"/>
      </w:pPr>
      <w:r>
        <w:rPr>
          <w:rFonts w:cs="Times New Roman"/>
          <w:sz w:val="20"/>
        </w:rPr>
        <w:t>* * *</w:t>
      </w:r>
    </w:p>
    <w:p w14:paraId="002FFFCC" w14:textId="77777777" w:rsidR="007D7487" w:rsidRDefault="00E6407B">
      <w:pPr>
        <w:ind w:firstLine="288"/>
      </w:pPr>
      <w:r>
        <w:rPr>
          <w:rFonts w:cs="Times New Roman"/>
        </w:rPr>
        <w:t>“Solomon,” Nicodemus said.</w:t>
      </w:r>
    </w:p>
    <w:p w14:paraId="4C74DD32" w14:textId="77777777" w:rsidR="007D7487" w:rsidRDefault="00E6407B">
      <w:pPr>
        <w:ind w:firstLine="288"/>
      </w:pPr>
      <w:r>
        <w:rPr>
          <w:rFonts w:cs="Times New Roman"/>
        </w:rPr>
        <w:t>Jesus looked toward him.</w:t>
      </w:r>
    </w:p>
    <w:p w14:paraId="3A56A7D3" w14:textId="77777777" w:rsidR="007D7487" w:rsidRDefault="00E6407B">
      <w:pPr>
        <w:ind w:firstLine="288"/>
      </w:pPr>
      <w:r>
        <w:rPr>
          <w:rFonts w:cs="Times New Roman"/>
        </w:rPr>
        <w:t>“You are ahead.”</w:t>
      </w:r>
    </w:p>
    <w:p w14:paraId="297117A8" w14:textId="77777777" w:rsidR="007D7487" w:rsidRDefault="00E6407B">
      <w:pPr>
        <w:ind w:firstLine="288"/>
      </w:pPr>
      <w:r>
        <w:rPr>
          <w:rFonts w:cs="Times New Roman"/>
        </w:rPr>
        <w:lastRenderedPageBreak/>
        <w:t>Nicodemus’s face suggested this was not a problem.</w:t>
      </w:r>
    </w:p>
    <w:p w14:paraId="72A53EE0" w14:textId="77777777" w:rsidR="007D7487" w:rsidRDefault="00E6407B">
      <w:pPr>
        <w:ind w:firstLine="288"/>
      </w:pPr>
      <w:r>
        <w:rPr>
          <w:rFonts w:cs="Times New Roman"/>
        </w:rPr>
        <w:t>Joseph sighed.</w:t>
      </w:r>
    </w:p>
    <w:p w14:paraId="486A1614" w14:textId="77777777" w:rsidR="007D7487" w:rsidRDefault="00E6407B">
      <w:pPr>
        <w:ind w:firstLine="288"/>
      </w:pPr>
      <w:r>
        <w:rPr>
          <w:rFonts w:cs="Times New Roman"/>
        </w:rPr>
        <w:t>“He has recovered.”</w:t>
      </w:r>
    </w:p>
    <w:p w14:paraId="28DDDD1A" w14:textId="77777777" w:rsidR="007D7487" w:rsidRDefault="00E6407B">
      <w:pPr>
        <w:ind w:firstLine="288"/>
      </w:pPr>
      <w:r>
        <w:rPr>
          <w:rFonts w:cs="Times New Roman"/>
        </w:rPr>
        <w:t>Jesus smiled.</w:t>
      </w:r>
    </w:p>
    <w:p w14:paraId="6277EE22" w14:textId="77777777" w:rsidR="007D7487" w:rsidRDefault="00E6407B">
      <w:pPr>
        <w:ind w:firstLine="288"/>
      </w:pPr>
      <w:r>
        <w:rPr>
          <w:rFonts w:cs="Times New Roman"/>
        </w:rPr>
        <w:t>“Let him.”</w:t>
      </w:r>
    </w:p>
    <w:p w14:paraId="2DF77754" w14:textId="77777777" w:rsidR="007D7487" w:rsidRDefault="00E6407B">
      <w:pPr>
        <w:ind w:firstLine="288"/>
      </w:pPr>
      <w:r>
        <w:rPr>
          <w:rFonts w:cs="Times New Roman"/>
        </w:rPr>
        <w:t>Nicodemus continued.</w:t>
      </w:r>
    </w:p>
    <w:p w14:paraId="09A9975A" w14:textId="77777777" w:rsidR="007D7487" w:rsidRDefault="00E6407B">
      <w:pPr>
        <w:ind w:firstLine="288"/>
      </w:pPr>
      <w:r>
        <w:rPr>
          <w:rFonts w:cs="Times New Roman"/>
        </w:rPr>
        <w:t>“The stranger.”</w:t>
      </w:r>
    </w:p>
    <w:p w14:paraId="4A201643" w14:textId="77777777" w:rsidR="007D7487" w:rsidRDefault="00E6407B">
      <w:pPr>
        <w:ind w:firstLine="288"/>
      </w:pPr>
      <w:r>
        <w:rPr>
          <w:rFonts w:cs="Times New Roman"/>
        </w:rPr>
        <w:t>The Temple prayer had already become one of the strongest threads in their Galilee discussions.</w:t>
      </w:r>
    </w:p>
    <w:p w14:paraId="4C02D584" w14:textId="77777777" w:rsidR="007D7487" w:rsidRDefault="00E6407B">
      <w:pPr>
        <w:ind w:firstLine="288"/>
      </w:pPr>
      <w:r>
        <w:rPr>
          <w:rFonts w:cs="Times New Roman"/>
        </w:rPr>
        <w:t>Now it stood inside Israel’s entrusted responsibility.</w:t>
      </w:r>
    </w:p>
    <w:p w14:paraId="23C6063E" w14:textId="77777777" w:rsidR="007D7487" w:rsidRDefault="00E6407B">
      <w:pPr>
        <w:ind w:firstLine="288"/>
      </w:pPr>
      <w:r>
        <w:rPr>
          <w:rFonts w:cs="Times New Roman"/>
          <w:i/>
        </w:rPr>
        <w:t>“Moreover concerning a stranger, that is not of thy people Israel, but cometh out of a far country for thy name’s sake; (For they shall hear of thy great name, and of thy strong hand, and of thy stretched out arm;) when he shall come and pray toward this house; Hear thou in heaven thy dwelling place, and do according to all that the stranger calleth to thee for: that all people of the earth may know thy name, to fear thee, as do thy people Israel; and that they may know that this house, which I have builded</w:t>
      </w:r>
      <w:r>
        <w:rPr>
          <w:rFonts w:cs="Times New Roman"/>
          <w:i/>
        </w:rPr>
        <w:t>, is called by thy name.” — 1 Kings 8:41–43 KJV</w:t>
      </w:r>
    </w:p>
    <w:p w14:paraId="7EEA3177" w14:textId="77777777" w:rsidR="007D7487" w:rsidRDefault="00E6407B">
      <w:pPr>
        <w:ind w:firstLine="288"/>
      </w:pPr>
      <w:r>
        <w:rPr>
          <w:rFonts w:cs="Times New Roman"/>
        </w:rPr>
        <w:t>Jesus did not hurry past the first distinction.</w:t>
      </w:r>
    </w:p>
    <w:p w14:paraId="7978A43A" w14:textId="77777777" w:rsidR="007D7487" w:rsidRDefault="00E6407B">
      <w:pPr>
        <w:ind w:firstLine="288"/>
      </w:pPr>
      <w:r>
        <w:rPr>
          <w:rFonts w:cs="Times New Roman"/>
        </w:rPr>
        <w:t>“What does Solomon call him?”</w:t>
      </w:r>
    </w:p>
    <w:p w14:paraId="24414AF8" w14:textId="77777777" w:rsidR="007D7487" w:rsidRDefault="00E6407B">
      <w:pPr>
        <w:ind w:firstLine="288"/>
      </w:pPr>
      <w:r>
        <w:rPr>
          <w:rFonts w:cs="Times New Roman"/>
        </w:rPr>
        <w:t>Nicodemus answered.</w:t>
      </w:r>
    </w:p>
    <w:p w14:paraId="77E5D658" w14:textId="77777777" w:rsidR="007D7487" w:rsidRDefault="00E6407B">
      <w:pPr>
        <w:ind w:firstLine="288"/>
      </w:pPr>
      <w:r>
        <w:rPr>
          <w:rFonts w:cs="Times New Roman"/>
        </w:rPr>
        <w:t>“A stranger.”</w:t>
      </w:r>
    </w:p>
    <w:p w14:paraId="475CEE65" w14:textId="77777777" w:rsidR="007D7487" w:rsidRDefault="00E6407B">
      <w:pPr>
        <w:ind w:firstLine="288"/>
      </w:pPr>
      <w:r>
        <w:rPr>
          <w:rFonts w:cs="Times New Roman"/>
        </w:rPr>
        <w:t>“And?”</w:t>
      </w:r>
    </w:p>
    <w:p w14:paraId="53327F6B" w14:textId="77777777" w:rsidR="007D7487" w:rsidRDefault="00E6407B">
      <w:pPr>
        <w:ind w:firstLine="288"/>
      </w:pPr>
      <w:r>
        <w:rPr>
          <w:rFonts w:cs="Times New Roman"/>
        </w:rPr>
        <w:t>“Not of thy people Israel.”</w:t>
      </w:r>
    </w:p>
    <w:p w14:paraId="534F06D5" w14:textId="77777777" w:rsidR="007D7487" w:rsidRDefault="00E6407B">
      <w:pPr>
        <w:ind w:firstLine="288"/>
      </w:pPr>
      <w:r>
        <w:rPr>
          <w:rFonts w:cs="Times New Roman"/>
        </w:rPr>
        <w:t>“Then does Solomon erase Israel in order to pray for the stranger?”</w:t>
      </w:r>
    </w:p>
    <w:p w14:paraId="19C606DA" w14:textId="77777777" w:rsidR="007D7487" w:rsidRDefault="00E6407B">
      <w:pPr>
        <w:ind w:firstLine="288"/>
      </w:pPr>
      <w:r>
        <w:rPr>
          <w:rFonts w:cs="Times New Roman"/>
        </w:rPr>
        <w:t>“No.”</w:t>
      </w:r>
    </w:p>
    <w:p w14:paraId="5D019B21" w14:textId="77777777" w:rsidR="007D7487" w:rsidRDefault="00E6407B">
      <w:pPr>
        <w:ind w:firstLine="288"/>
      </w:pPr>
      <w:r>
        <w:rPr>
          <w:rFonts w:cs="Times New Roman"/>
        </w:rPr>
        <w:t>“Does he erase the stranger by pretending the distinction does not exist?”</w:t>
      </w:r>
    </w:p>
    <w:p w14:paraId="21A93B33" w14:textId="77777777" w:rsidR="007D7487" w:rsidRDefault="00E6407B">
      <w:pPr>
        <w:ind w:firstLine="288"/>
      </w:pPr>
      <w:r>
        <w:rPr>
          <w:rFonts w:cs="Times New Roman"/>
        </w:rPr>
        <w:t>“No.”</w:t>
      </w:r>
    </w:p>
    <w:p w14:paraId="7450D0D1" w14:textId="77777777" w:rsidR="007D7487" w:rsidRDefault="00E6407B">
      <w:pPr>
        <w:ind w:firstLine="288"/>
      </w:pPr>
      <w:r>
        <w:rPr>
          <w:rFonts w:cs="Times New Roman"/>
        </w:rPr>
        <w:t>“What draws the stranger?”</w:t>
      </w:r>
    </w:p>
    <w:p w14:paraId="5B67D218" w14:textId="77777777" w:rsidR="007D7487" w:rsidRDefault="00E6407B">
      <w:pPr>
        <w:ind w:firstLine="288"/>
      </w:pPr>
      <w:r>
        <w:rPr>
          <w:rFonts w:cs="Times New Roman"/>
        </w:rPr>
        <w:t>Nicodemus read the prayer with new emphasis.</w:t>
      </w:r>
    </w:p>
    <w:p w14:paraId="38F3B969" w14:textId="77777777" w:rsidR="007D7487" w:rsidRDefault="00E6407B">
      <w:pPr>
        <w:ind w:firstLine="288"/>
      </w:pPr>
      <w:r>
        <w:rPr>
          <w:rFonts w:cs="Times New Roman"/>
        </w:rPr>
        <w:t>“Thy name’s sake.”</w:t>
      </w:r>
    </w:p>
    <w:p w14:paraId="791CD10D" w14:textId="77777777" w:rsidR="007D7487" w:rsidRDefault="00E6407B">
      <w:pPr>
        <w:ind w:firstLine="288"/>
      </w:pPr>
      <w:r>
        <w:rPr>
          <w:rFonts w:cs="Times New Roman"/>
        </w:rPr>
        <w:t>“They shall hear of thy great name.”</w:t>
      </w:r>
    </w:p>
    <w:p w14:paraId="618CCCBE" w14:textId="77777777" w:rsidR="007D7487" w:rsidRDefault="00E6407B">
      <w:pPr>
        <w:ind w:firstLine="288"/>
      </w:pPr>
      <w:r>
        <w:rPr>
          <w:rFonts w:cs="Times New Roman"/>
        </w:rPr>
        <w:t>“Thy strong hand.”</w:t>
      </w:r>
    </w:p>
    <w:p w14:paraId="719779F3" w14:textId="77777777" w:rsidR="007D7487" w:rsidRDefault="00E6407B">
      <w:pPr>
        <w:ind w:firstLine="288"/>
      </w:pPr>
      <w:r>
        <w:rPr>
          <w:rFonts w:cs="Times New Roman"/>
        </w:rPr>
        <w:t>“Thy stretched out arm.”</w:t>
      </w:r>
    </w:p>
    <w:p w14:paraId="5B2E52D1" w14:textId="77777777" w:rsidR="007D7487" w:rsidRDefault="00E6407B">
      <w:pPr>
        <w:ind w:firstLine="288"/>
      </w:pPr>
      <w:r>
        <w:rPr>
          <w:rFonts w:cs="Times New Roman"/>
        </w:rPr>
        <w:t>Jesus nodded.</w:t>
      </w:r>
    </w:p>
    <w:p w14:paraId="1B2BF95D" w14:textId="77777777" w:rsidR="007D7487" w:rsidRDefault="00E6407B">
      <w:pPr>
        <w:ind w:firstLine="288"/>
      </w:pPr>
      <w:r>
        <w:rPr>
          <w:rFonts w:cs="Times New Roman"/>
        </w:rPr>
        <w:t>“And what is the purpose?”</w:t>
      </w:r>
    </w:p>
    <w:p w14:paraId="010A2BAC" w14:textId="77777777" w:rsidR="007D7487" w:rsidRDefault="00E6407B">
      <w:pPr>
        <w:ind w:firstLine="288"/>
      </w:pPr>
      <w:r>
        <w:rPr>
          <w:rFonts w:cs="Times New Roman"/>
        </w:rPr>
        <w:t>John answered before Nicodemus could.</w:t>
      </w:r>
    </w:p>
    <w:p w14:paraId="7E3A1283" w14:textId="77777777" w:rsidR="007D7487" w:rsidRDefault="00E6407B">
      <w:pPr>
        <w:ind w:firstLine="288"/>
      </w:pPr>
      <w:r>
        <w:rPr>
          <w:rFonts w:cs="Times New Roman"/>
        </w:rPr>
        <w:t>“That all people of the earth may know thy name.”</w:t>
      </w:r>
    </w:p>
    <w:p w14:paraId="14E5322A" w14:textId="77777777" w:rsidR="007D7487" w:rsidRDefault="00E6407B">
      <w:pPr>
        <w:ind w:firstLine="288"/>
      </w:pPr>
      <w:r>
        <w:rPr>
          <w:rFonts w:cs="Times New Roman"/>
        </w:rPr>
        <w:t>Jesus looked toward John.</w:t>
      </w:r>
    </w:p>
    <w:p w14:paraId="37C23CF7" w14:textId="77777777" w:rsidR="007D7487" w:rsidRDefault="00E6407B">
      <w:pPr>
        <w:ind w:firstLine="288"/>
      </w:pPr>
      <w:r>
        <w:rPr>
          <w:rFonts w:cs="Times New Roman"/>
        </w:rPr>
        <w:t>The same prayer would matter again when they asked what happened to the house, the glory, and the Name after resurrection.</w:t>
      </w:r>
    </w:p>
    <w:p w14:paraId="31A9A30D" w14:textId="77777777" w:rsidR="007D7487" w:rsidRDefault="00E6407B">
      <w:pPr>
        <w:ind w:firstLine="288"/>
      </w:pPr>
      <w:r>
        <w:rPr>
          <w:rFonts w:cs="Times New Roman"/>
        </w:rPr>
        <w:t>For now the point was simpler.</w:t>
      </w:r>
    </w:p>
    <w:p w14:paraId="53E102F6" w14:textId="77777777" w:rsidR="007D7487" w:rsidRDefault="00E6407B">
      <w:pPr>
        <w:ind w:firstLine="288"/>
      </w:pPr>
      <w:r>
        <w:rPr>
          <w:rFonts w:cs="Times New Roman"/>
        </w:rPr>
        <w:lastRenderedPageBreak/>
        <w:t>Israel’s Temple itself had been prayed over with the nations in view.</w:t>
      </w:r>
    </w:p>
    <w:p w14:paraId="7A3B7E04" w14:textId="77777777" w:rsidR="007D7487" w:rsidRDefault="00E6407B">
      <w:pPr>
        <w:ind w:firstLine="288"/>
      </w:pPr>
      <w:r>
        <w:rPr>
          <w:rFonts w:cs="Times New Roman"/>
        </w:rPr>
        <w:t>The stranger hears.</w:t>
      </w:r>
    </w:p>
    <w:p w14:paraId="575E59CF" w14:textId="77777777" w:rsidR="007D7487" w:rsidRDefault="00E6407B">
      <w:pPr>
        <w:ind w:firstLine="288"/>
      </w:pPr>
      <w:r>
        <w:rPr>
          <w:rFonts w:cs="Times New Roman"/>
        </w:rPr>
        <w:t>The stranger comes.</w:t>
      </w:r>
    </w:p>
    <w:p w14:paraId="59A84BDD" w14:textId="77777777" w:rsidR="007D7487" w:rsidRDefault="00E6407B">
      <w:pPr>
        <w:ind w:firstLine="288"/>
      </w:pPr>
      <w:r>
        <w:rPr>
          <w:rFonts w:cs="Times New Roman"/>
        </w:rPr>
        <w:t>The God of Israel hears from heaven.</w:t>
      </w:r>
    </w:p>
    <w:p w14:paraId="28734C2E" w14:textId="77777777" w:rsidR="007D7487" w:rsidRDefault="00E6407B">
      <w:pPr>
        <w:ind w:firstLine="288"/>
      </w:pPr>
      <w:r>
        <w:rPr>
          <w:rFonts w:cs="Times New Roman"/>
        </w:rPr>
        <w:t>All peoples learn the Name.</w:t>
      </w:r>
    </w:p>
    <w:p w14:paraId="6A3E53F4" w14:textId="77777777" w:rsidR="007D7487" w:rsidRDefault="00E6407B">
      <w:pPr>
        <w:suppressLineNumbers/>
        <w:spacing w:before="100" w:after="100"/>
        <w:jc w:val="center"/>
      </w:pPr>
      <w:r>
        <w:rPr>
          <w:rFonts w:cs="Times New Roman"/>
          <w:sz w:val="20"/>
        </w:rPr>
        <w:t>* * *</w:t>
      </w:r>
    </w:p>
    <w:p w14:paraId="7427B046" w14:textId="77777777" w:rsidR="007D7487" w:rsidRDefault="00E6407B">
      <w:pPr>
        <w:ind w:firstLine="288"/>
      </w:pPr>
      <w:r>
        <w:rPr>
          <w:rFonts w:cs="Times New Roman"/>
        </w:rPr>
        <w:t>Jesus turned toward the women.</w:t>
      </w:r>
    </w:p>
    <w:p w14:paraId="31A25834" w14:textId="77777777" w:rsidR="007D7487" w:rsidRDefault="00E6407B">
      <w:pPr>
        <w:ind w:firstLine="288"/>
      </w:pPr>
      <w:r>
        <w:rPr>
          <w:rFonts w:cs="Times New Roman"/>
        </w:rPr>
        <w:t>“When the LORD restores His people, who watches?”</w:t>
      </w:r>
    </w:p>
    <w:p w14:paraId="3C1E9696" w14:textId="77777777" w:rsidR="007D7487" w:rsidRDefault="00E6407B">
      <w:pPr>
        <w:ind w:firstLine="288"/>
      </w:pPr>
      <w:r>
        <w:rPr>
          <w:rFonts w:cs="Times New Roman"/>
        </w:rPr>
        <w:t>Mary Magdalene looked toward Nicodemus.</w:t>
      </w:r>
    </w:p>
    <w:p w14:paraId="7C83CE35" w14:textId="77777777" w:rsidR="007D7487" w:rsidRDefault="00E6407B">
      <w:pPr>
        <w:ind w:firstLine="288"/>
      </w:pPr>
      <w:r>
        <w:rPr>
          <w:rFonts w:cs="Times New Roman"/>
        </w:rPr>
        <w:t>He knew the Psalm.</w:t>
      </w:r>
    </w:p>
    <w:p w14:paraId="678ABFA9" w14:textId="77777777" w:rsidR="007D7487" w:rsidRDefault="00E6407B">
      <w:pPr>
        <w:ind w:firstLine="288"/>
      </w:pPr>
      <w:r>
        <w:rPr>
          <w:rFonts w:cs="Times New Roman"/>
        </w:rPr>
        <w:t>But this time he waited.</w:t>
      </w:r>
    </w:p>
    <w:p w14:paraId="50E7B2B3" w14:textId="77777777" w:rsidR="007D7487" w:rsidRDefault="00E6407B">
      <w:pPr>
        <w:ind w:firstLine="288"/>
      </w:pPr>
      <w:r>
        <w:rPr>
          <w:rFonts w:cs="Times New Roman"/>
        </w:rPr>
        <w:t>Joanna answered.</w:t>
      </w:r>
    </w:p>
    <w:p w14:paraId="63BF63FA" w14:textId="77777777" w:rsidR="007D7487" w:rsidRDefault="00E6407B">
      <w:pPr>
        <w:ind w:firstLine="288"/>
      </w:pPr>
      <w:r>
        <w:rPr>
          <w:rFonts w:cs="Times New Roman"/>
          <w:i/>
        </w:rPr>
        <w:t>“Then was our mouth filled with laughter, and our tongue with singing: then said they among the heathen, The LORD hath done great things for them. The LORD hath done great things for us; whereof we are glad.” — Psalm 126:2–3 KJV</w:t>
      </w:r>
    </w:p>
    <w:p w14:paraId="406B5DB0" w14:textId="77777777" w:rsidR="007D7487" w:rsidRDefault="00E6407B">
      <w:pPr>
        <w:ind w:firstLine="288"/>
      </w:pPr>
      <w:r>
        <w:rPr>
          <w:rFonts w:cs="Times New Roman"/>
        </w:rPr>
        <w:t>Jesus smiled.</w:t>
      </w:r>
    </w:p>
    <w:p w14:paraId="71F60A0B" w14:textId="77777777" w:rsidR="007D7487" w:rsidRDefault="00E6407B">
      <w:pPr>
        <w:ind w:firstLine="288"/>
      </w:pPr>
      <w:r>
        <w:rPr>
          <w:rFonts w:cs="Times New Roman"/>
        </w:rPr>
        <w:t>“Who speaks first in the song?”</w:t>
      </w:r>
    </w:p>
    <w:p w14:paraId="06EC316D" w14:textId="77777777" w:rsidR="007D7487" w:rsidRDefault="00E6407B">
      <w:pPr>
        <w:ind w:firstLine="288"/>
      </w:pPr>
      <w:r>
        <w:rPr>
          <w:rFonts w:cs="Times New Roman"/>
        </w:rPr>
        <w:t>Joanna looked again.</w:t>
      </w:r>
    </w:p>
    <w:p w14:paraId="2E30C597" w14:textId="77777777" w:rsidR="007D7487" w:rsidRDefault="00E6407B">
      <w:pPr>
        <w:ind w:firstLine="288"/>
      </w:pPr>
      <w:r>
        <w:rPr>
          <w:rFonts w:cs="Times New Roman"/>
        </w:rPr>
        <w:t>“The nations.”</w:t>
      </w:r>
    </w:p>
    <w:p w14:paraId="20190507" w14:textId="77777777" w:rsidR="007D7487" w:rsidRDefault="00E6407B">
      <w:pPr>
        <w:ind w:firstLine="288"/>
      </w:pPr>
      <w:r>
        <w:rPr>
          <w:rFonts w:cs="Times New Roman"/>
        </w:rPr>
        <w:t>“What do they say?”</w:t>
      </w:r>
    </w:p>
    <w:p w14:paraId="7AE2A8D8" w14:textId="77777777" w:rsidR="007D7487" w:rsidRDefault="00E6407B">
      <w:pPr>
        <w:ind w:firstLine="288"/>
      </w:pPr>
      <w:r>
        <w:rPr>
          <w:rFonts w:cs="Times New Roman"/>
        </w:rPr>
        <w:t>“The LORD hath done great things for them.”</w:t>
      </w:r>
    </w:p>
    <w:p w14:paraId="6474555C" w14:textId="77777777" w:rsidR="007D7487" w:rsidRDefault="00E6407B">
      <w:pPr>
        <w:ind w:firstLine="288"/>
      </w:pPr>
      <w:r>
        <w:rPr>
          <w:rFonts w:cs="Times New Roman"/>
        </w:rPr>
        <w:t>“Then Israel answers?”</w:t>
      </w:r>
    </w:p>
    <w:p w14:paraId="5DFBA407" w14:textId="77777777" w:rsidR="007D7487" w:rsidRDefault="00E6407B">
      <w:pPr>
        <w:ind w:firstLine="288"/>
      </w:pPr>
      <w:r>
        <w:rPr>
          <w:rFonts w:cs="Times New Roman"/>
        </w:rPr>
        <w:t>“The LORD hath done great things for us.”</w:t>
      </w:r>
    </w:p>
    <w:p w14:paraId="19D0992E" w14:textId="77777777" w:rsidR="007D7487" w:rsidRDefault="00E6407B">
      <w:pPr>
        <w:ind w:firstLine="288"/>
      </w:pPr>
      <w:r>
        <w:rPr>
          <w:rFonts w:cs="Times New Roman"/>
        </w:rPr>
        <w:t>The order was beautiful.</w:t>
      </w:r>
    </w:p>
    <w:p w14:paraId="72913E1E" w14:textId="77777777" w:rsidR="007D7487" w:rsidRDefault="00E6407B">
      <w:pPr>
        <w:ind w:firstLine="288"/>
      </w:pPr>
      <w:r>
        <w:rPr>
          <w:rFonts w:cs="Times New Roman"/>
        </w:rPr>
        <w:t>Israel’s restoration became visible testimony.</w:t>
      </w:r>
    </w:p>
    <w:p w14:paraId="4908FEE2" w14:textId="77777777" w:rsidR="007D7487" w:rsidRDefault="00E6407B">
      <w:pPr>
        <w:ind w:firstLine="288"/>
      </w:pPr>
      <w:r>
        <w:rPr>
          <w:rFonts w:cs="Times New Roman"/>
        </w:rPr>
        <w:t>The nations observed what YHWH had done for His people.</w:t>
      </w:r>
    </w:p>
    <w:p w14:paraId="7926F2D9" w14:textId="77777777" w:rsidR="007D7487" w:rsidRDefault="00E6407B">
      <w:pPr>
        <w:ind w:firstLine="288"/>
      </w:pPr>
      <w:r>
        <w:rPr>
          <w:rFonts w:cs="Times New Roman"/>
        </w:rPr>
        <w:t>Then Israel confessed the same act from inside the blessing.</w:t>
      </w:r>
    </w:p>
    <w:p w14:paraId="663F6B5C" w14:textId="77777777" w:rsidR="007D7487" w:rsidRDefault="00E6407B">
      <w:pPr>
        <w:ind w:firstLine="288"/>
      </w:pPr>
      <w:r>
        <w:rPr>
          <w:rFonts w:cs="Times New Roman"/>
        </w:rPr>
        <w:t>The nations did not have to become the subject of every promise for Israel’s restoration to have outward witness.</w:t>
      </w:r>
    </w:p>
    <w:p w14:paraId="2A06A46E" w14:textId="77777777" w:rsidR="007D7487" w:rsidRDefault="00E6407B">
      <w:pPr>
        <w:ind w:firstLine="288"/>
      </w:pPr>
      <w:r>
        <w:rPr>
          <w:rFonts w:cs="Times New Roman"/>
        </w:rPr>
        <w:t>The restoration itself could make YHWH known.</w:t>
      </w:r>
    </w:p>
    <w:p w14:paraId="5BDEDB0A" w14:textId="77777777" w:rsidR="007D7487" w:rsidRDefault="00E6407B">
      <w:pPr>
        <w:suppressLineNumbers/>
        <w:spacing w:before="100" w:after="100"/>
        <w:jc w:val="center"/>
      </w:pPr>
      <w:r>
        <w:rPr>
          <w:rFonts w:cs="Times New Roman"/>
          <w:sz w:val="20"/>
        </w:rPr>
        <w:t>* * *</w:t>
      </w:r>
    </w:p>
    <w:p w14:paraId="0F85E8A0" w14:textId="77777777" w:rsidR="007D7487" w:rsidRDefault="00E6407B">
      <w:pPr>
        <w:ind w:firstLine="288"/>
      </w:pPr>
      <w:r>
        <w:rPr>
          <w:rFonts w:cs="Times New Roman"/>
        </w:rPr>
        <w:t>Nicodemus had already gone to Ezekiel.</w:t>
      </w:r>
    </w:p>
    <w:p w14:paraId="1F39FB5F" w14:textId="77777777" w:rsidR="007D7487" w:rsidRDefault="00E6407B">
      <w:pPr>
        <w:ind w:firstLine="288"/>
      </w:pPr>
      <w:r>
        <w:rPr>
          <w:rFonts w:cs="Times New Roman"/>
        </w:rPr>
        <w:t>Jesus saw it.</w:t>
      </w:r>
    </w:p>
    <w:p w14:paraId="0E6D3CAA" w14:textId="77777777" w:rsidR="007D7487" w:rsidRDefault="00E6407B">
      <w:pPr>
        <w:ind w:firstLine="288"/>
      </w:pPr>
      <w:r>
        <w:rPr>
          <w:rFonts w:cs="Times New Roman"/>
        </w:rPr>
        <w:t>“Where?”</w:t>
      </w:r>
    </w:p>
    <w:p w14:paraId="0FBCEE5F" w14:textId="77777777" w:rsidR="007D7487" w:rsidRDefault="00E6407B">
      <w:pPr>
        <w:ind w:firstLine="288"/>
      </w:pPr>
      <w:r>
        <w:rPr>
          <w:rFonts w:cs="Times New Roman"/>
        </w:rPr>
        <w:t>“Restoration.”</w:t>
      </w:r>
    </w:p>
    <w:p w14:paraId="5E117738" w14:textId="77777777" w:rsidR="007D7487" w:rsidRDefault="00E6407B">
      <w:pPr>
        <w:ind w:firstLine="288"/>
      </w:pPr>
      <w:r>
        <w:rPr>
          <w:rFonts w:cs="Times New Roman"/>
        </w:rPr>
        <w:t>“Read the purpose.”</w:t>
      </w:r>
    </w:p>
    <w:p w14:paraId="5F178ED6" w14:textId="77777777" w:rsidR="007D7487" w:rsidRDefault="00E6407B">
      <w:pPr>
        <w:ind w:firstLine="288"/>
      </w:pPr>
      <w:r>
        <w:rPr>
          <w:rFonts w:cs="Times New Roman"/>
        </w:rPr>
        <w:t>Nicodemus did not quote an entire chapter.</w:t>
      </w:r>
    </w:p>
    <w:p w14:paraId="25CF8C5F" w14:textId="77777777" w:rsidR="007D7487" w:rsidRDefault="00E6407B">
      <w:pPr>
        <w:ind w:firstLine="288"/>
      </w:pPr>
      <w:r>
        <w:rPr>
          <w:rFonts w:cs="Times New Roman"/>
        </w:rPr>
        <w:t>He gathered the repeated refrain.</w:t>
      </w:r>
    </w:p>
    <w:p w14:paraId="2648F02E" w14:textId="77777777" w:rsidR="007D7487" w:rsidRDefault="00E6407B">
      <w:pPr>
        <w:ind w:firstLine="288"/>
      </w:pPr>
      <w:r>
        <w:rPr>
          <w:rFonts w:cs="Times New Roman"/>
        </w:rPr>
        <w:lastRenderedPageBreak/>
        <w:t>The LORD would act for His holy Name.</w:t>
      </w:r>
    </w:p>
    <w:p w14:paraId="5732DC1E" w14:textId="77777777" w:rsidR="007D7487" w:rsidRDefault="00E6407B">
      <w:pPr>
        <w:ind w:firstLine="288"/>
      </w:pPr>
      <w:r>
        <w:rPr>
          <w:rFonts w:cs="Times New Roman"/>
        </w:rPr>
        <w:t>He would gather.</w:t>
      </w:r>
    </w:p>
    <w:p w14:paraId="553348B5" w14:textId="77777777" w:rsidR="007D7487" w:rsidRDefault="00E6407B">
      <w:pPr>
        <w:ind w:firstLine="288"/>
      </w:pPr>
      <w:r>
        <w:rPr>
          <w:rFonts w:cs="Times New Roman"/>
        </w:rPr>
        <w:t>Cleanse.</w:t>
      </w:r>
    </w:p>
    <w:p w14:paraId="2B79317B" w14:textId="77777777" w:rsidR="007D7487" w:rsidRDefault="00E6407B">
      <w:pPr>
        <w:ind w:firstLine="288"/>
      </w:pPr>
      <w:r>
        <w:rPr>
          <w:rFonts w:cs="Times New Roman"/>
        </w:rPr>
        <w:t>Give a new heart.</w:t>
      </w:r>
    </w:p>
    <w:p w14:paraId="636BFA79" w14:textId="77777777" w:rsidR="007D7487" w:rsidRDefault="00E6407B">
      <w:pPr>
        <w:ind w:firstLine="288"/>
      </w:pPr>
      <w:r>
        <w:rPr>
          <w:rFonts w:cs="Times New Roman"/>
        </w:rPr>
        <w:t>Put His Spirit within.</w:t>
      </w:r>
    </w:p>
    <w:p w14:paraId="4074D60A" w14:textId="77777777" w:rsidR="007D7487" w:rsidRDefault="00E6407B">
      <w:pPr>
        <w:ind w:firstLine="288"/>
      </w:pPr>
      <w:r>
        <w:rPr>
          <w:rFonts w:cs="Times New Roman"/>
        </w:rPr>
        <w:t>Restore the land.</w:t>
      </w:r>
    </w:p>
    <w:p w14:paraId="5D440E8E" w14:textId="77777777" w:rsidR="007D7487" w:rsidRDefault="00E6407B">
      <w:pPr>
        <w:ind w:firstLine="288"/>
      </w:pPr>
      <w:r>
        <w:rPr>
          <w:rFonts w:cs="Times New Roman"/>
        </w:rPr>
        <w:t>And the nations around would know that He was YHWH.</w:t>
      </w:r>
    </w:p>
    <w:p w14:paraId="16EF3E05" w14:textId="77777777" w:rsidR="007D7487" w:rsidRDefault="00E6407B">
      <w:pPr>
        <w:ind w:firstLine="288"/>
      </w:pPr>
      <w:r>
        <w:rPr>
          <w:rFonts w:cs="Times New Roman"/>
        </w:rPr>
        <w:t>Jesus looked around.</w:t>
      </w:r>
    </w:p>
    <w:p w14:paraId="732B16E3" w14:textId="77777777" w:rsidR="007D7487" w:rsidRDefault="00E6407B">
      <w:pPr>
        <w:ind w:firstLine="288"/>
      </w:pPr>
      <w:r>
        <w:rPr>
          <w:rFonts w:cs="Times New Roman"/>
        </w:rPr>
        <w:t>“Does Ezekiel make Israel’s restoration irrelevant?”</w:t>
      </w:r>
    </w:p>
    <w:p w14:paraId="5719F0D5" w14:textId="77777777" w:rsidR="007D7487" w:rsidRDefault="00E6407B">
      <w:pPr>
        <w:ind w:firstLine="288"/>
      </w:pPr>
      <w:r>
        <w:rPr>
          <w:rFonts w:cs="Times New Roman"/>
        </w:rPr>
        <w:t>“No.”</w:t>
      </w:r>
    </w:p>
    <w:p w14:paraId="19390AA6" w14:textId="77777777" w:rsidR="007D7487" w:rsidRDefault="00E6407B">
      <w:pPr>
        <w:ind w:firstLine="288"/>
      </w:pPr>
      <w:r>
        <w:rPr>
          <w:rFonts w:cs="Times New Roman"/>
        </w:rPr>
        <w:t>“Does he make the nations irrelevant?”</w:t>
      </w:r>
    </w:p>
    <w:p w14:paraId="3C5A5207" w14:textId="77777777" w:rsidR="007D7487" w:rsidRDefault="00E6407B">
      <w:pPr>
        <w:ind w:firstLine="288"/>
      </w:pPr>
      <w:r>
        <w:rPr>
          <w:rFonts w:cs="Times New Roman"/>
        </w:rPr>
        <w:t>“No.”</w:t>
      </w:r>
    </w:p>
    <w:p w14:paraId="7009BA92" w14:textId="77777777" w:rsidR="007D7487" w:rsidRDefault="00E6407B">
      <w:pPr>
        <w:ind w:firstLine="288"/>
      </w:pPr>
      <w:r>
        <w:rPr>
          <w:rFonts w:cs="Times New Roman"/>
        </w:rPr>
        <w:t>Nicodemus’s face changed.</w:t>
      </w:r>
    </w:p>
    <w:p w14:paraId="40475FAF" w14:textId="77777777" w:rsidR="007D7487" w:rsidRDefault="00E6407B">
      <w:pPr>
        <w:ind w:firstLine="288"/>
      </w:pPr>
      <w:r>
        <w:rPr>
          <w:rFonts w:cs="Times New Roman"/>
        </w:rPr>
        <w:t>“The restoration itself is witness.”</w:t>
      </w:r>
    </w:p>
    <w:p w14:paraId="0D2EA51A" w14:textId="77777777" w:rsidR="007D7487" w:rsidRDefault="00E6407B">
      <w:pPr>
        <w:ind w:firstLine="288"/>
      </w:pPr>
      <w:r>
        <w:rPr>
          <w:rFonts w:cs="Times New Roman"/>
        </w:rPr>
        <w:t>“Yes.”</w:t>
      </w:r>
    </w:p>
    <w:p w14:paraId="518098D5" w14:textId="77777777" w:rsidR="007D7487" w:rsidRDefault="00E6407B">
      <w:pPr>
        <w:ind w:firstLine="288"/>
      </w:pPr>
      <w:r>
        <w:rPr>
          <w:rFonts w:cs="Times New Roman"/>
        </w:rPr>
        <w:t>“He sanctifies His great Name by what He does in and for His people.”</w:t>
      </w:r>
    </w:p>
    <w:p w14:paraId="4D73FAAB" w14:textId="77777777" w:rsidR="007D7487" w:rsidRDefault="00E6407B">
      <w:pPr>
        <w:ind w:firstLine="288"/>
      </w:pPr>
      <w:r>
        <w:rPr>
          <w:rFonts w:cs="Times New Roman"/>
        </w:rPr>
        <w:t>Jesus nodded.</w:t>
      </w:r>
    </w:p>
    <w:p w14:paraId="75646369" w14:textId="77777777" w:rsidR="007D7487" w:rsidRDefault="00E6407B">
      <w:pPr>
        <w:ind w:firstLine="288"/>
      </w:pPr>
      <w:r>
        <w:rPr>
          <w:rFonts w:cs="Times New Roman"/>
        </w:rPr>
        <w:t>Israel’s election and Israel’s restoration were not arguments for isolation.</w:t>
      </w:r>
    </w:p>
    <w:p w14:paraId="2746A590" w14:textId="77777777" w:rsidR="007D7487" w:rsidRDefault="00E6407B">
      <w:pPr>
        <w:ind w:firstLine="288"/>
      </w:pPr>
      <w:r>
        <w:rPr>
          <w:rFonts w:cs="Times New Roman"/>
        </w:rPr>
        <w:t>They were part of the way God made His Name known.</w:t>
      </w:r>
    </w:p>
    <w:p w14:paraId="5C4A46E0" w14:textId="77777777" w:rsidR="007D7487" w:rsidRDefault="00E6407B">
      <w:pPr>
        <w:suppressLineNumbers/>
        <w:spacing w:before="100" w:after="100"/>
        <w:jc w:val="center"/>
      </w:pPr>
      <w:r>
        <w:rPr>
          <w:rFonts w:cs="Times New Roman"/>
          <w:sz w:val="20"/>
        </w:rPr>
        <w:t>* * *</w:t>
      </w:r>
    </w:p>
    <w:p w14:paraId="288DD6BE" w14:textId="77777777" w:rsidR="007D7487" w:rsidRDefault="00E6407B">
      <w:pPr>
        <w:ind w:firstLine="288"/>
      </w:pPr>
      <w:r>
        <w:rPr>
          <w:rFonts w:cs="Times New Roman"/>
        </w:rPr>
        <w:t>Jesus looked toward John.</w:t>
      </w:r>
    </w:p>
    <w:p w14:paraId="647408EB" w14:textId="77777777" w:rsidR="007D7487" w:rsidRDefault="00E6407B">
      <w:pPr>
        <w:ind w:firstLine="288"/>
      </w:pPr>
      <w:r>
        <w:rPr>
          <w:rFonts w:cs="Times New Roman"/>
        </w:rPr>
        <w:t>“Now Isaiah.”</w:t>
      </w:r>
    </w:p>
    <w:p w14:paraId="52870DAA" w14:textId="77777777" w:rsidR="007D7487" w:rsidRDefault="00E6407B">
      <w:pPr>
        <w:ind w:firstLine="288"/>
      </w:pPr>
      <w:r>
        <w:rPr>
          <w:rFonts w:cs="Times New Roman"/>
        </w:rPr>
        <w:t>John knew which passage.</w:t>
      </w:r>
    </w:p>
    <w:p w14:paraId="22241AFC" w14:textId="77777777" w:rsidR="007D7487" w:rsidRDefault="00E6407B">
      <w:pPr>
        <w:ind w:firstLine="288"/>
      </w:pPr>
      <w:r>
        <w:rPr>
          <w:rFonts w:cs="Times New Roman"/>
        </w:rPr>
        <w:t>The Servant.</w:t>
      </w:r>
    </w:p>
    <w:p w14:paraId="5E2C026C" w14:textId="77777777" w:rsidR="007D7487" w:rsidRDefault="00E6407B">
      <w:pPr>
        <w:ind w:firstLine="288"/>
      </w:pPr>
      <w:r>
        <w:rPr>
          <w:rFonts w:cs="Times New Roman"/>
        </w:rPr>
        <w:t>Called Israel.</w:t>
      </w:r>
    </w:p>
    <w:p w14:paraId="5965D102" w14:textId="77777777" w:rsidR="007D7487" w:rsidRDefault="00E6407B">
      <w:pPr>
        <w:ind w:firstLine="288"/>
      </w:pPr>
      <w:r>
        <w:rPr>
          <w:rFonts w:cs="Times New Roman"/>
        </w:rPr>
        <w:t>Yet restoring Jacob.</w:t>
      </w:r>
    </w:p>
    <w:p w14:paraId="32102985" w14:textId="77777777" w:rsidR="007D7487" w:rsidRDefault="00E6407B">
      <w:pPr>
        <w:ind w:firstLine="288"/>
      </w:pPr>
      <w:r>
        <w:rPr>
          <w:rFonts w:cs="Times New Roman"/>
        </w:rPr>
        <w:t>Raising the tribes.</w:t>
      </w:r>
    </w:p>
    <w:p w14:paraId="3115AD75" w14:textId="77777777" w:rsidR="007D7487" w:rsidRDefault="00E6407B">
      <w:pPr>
        <w:ind w:firstLine="288"/>
      </w:pPr>
      <w:r>
        <w:rPr>
          <w:rFonts w:cs="Times New Roman"/>
        </w:rPr>
        <w:t>Restoring the preserved of Israel.</w:t>
      </w:r>
    </w:p>
    <w:p w14:paraId="27AC28B0" w14:textId="77777777" w:rsidR="007D7487" w:rsidRDefault="00E6407B">
      <w:pPr>
        <w:ind w:firstLine="288"/>
      </w:pPr>
      <w:r>
        <w:rPr>
          <w:rFonts w:cs="Times New Roman"/>
        </w:rPr>
        <w:t>And then something that refused to stop there.</w:t>
      </w:r>
    </w:p>
    <w:p w14:paraId="12A1B0D9" w14:textId="77777777" w:rsidR="007D7487" w:rsidRDefault="00E6407B">
      <w:pPr>
        <w:ind w:firstLine="288"/>
      </w:pPr>
      <w:r>
        <w:rPr>
          <w:rFonts w:cs="Times New Roman"/>
          <w:i/>
        </w:rPr>
        <w:t>“And now, saith the LORD that formed me from the womb to be his servant, to bring Jacob again to him, Though Israel be not gathered, yet shall I be glorious in the eyes of the LORD, and my God shall be my strength. And he said, It is a light thing that thou shouldest be my servant to raise up the tribes of Jacob, and to restore the preserved of Israel: I will also give thee for a light to the Gentiles, that thou mayest be my salvation unto the end of the earth.” — Isaiah 49:5–6 KJV</w:t>
      </w:r>
    </w:p>
    <w:p w14:paraId="600A1E31" w14:textId="77777777" w:rsidR="007D7487" w:rsidRDefault="00E6407B">
      <w:pPr>
        <w:ind w:firstLine="288"/>
      </w:pPr>
      <w:r>
        <w:rPr>
          <w:rFonts w:cs="Times New Roman"/>
        </w:rPr>
        <w:t>Jesus looked across them.</w:t>
      </w:r>
    </w:p>
    <w:p w14:paraId="7F3521D4" w14:textId="77777777" w:rsidR="007D7487" w:rsidRDefault="00E6407B">
      <w:pPr>
        <w:ind w:firstLine="288"/>
      </w:pPr>
      <w:r>
        <w:rPr>
          <w:rFonts w:cs="Times New Roman"/>
        </w:rPr>
        <w:t>“What is the Servant commanded to do?”</w:t>
      </w:r>
    </w:p>
    <w:p w14:paraId="345FAEAA" w14:textId="77777777" w:rsidR="007D7487" w:rsidRDefault="00E6407B">
      <w:pPr>
        <w:ind w:firstLine="288"/>
      </w:pPr>
      <w:r>
        <w:rPr>
          <w:rFonts w:cs="Times New Roman"/>
        </w:rPr>
        <w:t>John answered.</w:t>
      </w:r>
    </w:p>
    <w:p w14:paraId="55BC71EB" w14:textId="77777777" w:rsidR="007D7487" w:rsidRDefault="00E6407B">
      <w:pPr>
        <w:ind w:firstLine="288"/>
      </w:pPr>
      <w:r>
        <w:rPr>
          <w:rFonts w:cs="Times New Roman"/>
        </w:rPr>
        <w:t>“Bring Jacob again.”</w:t>
      </w:r>
    </w:p>
    <w:p w14:paraId="396B2D1F" w14:textId="77777777" w:rsidR="007D7487" w:rsidRDefault="00E6407B">
      <w:pPr>
        <w:ind w:firstLine="288"/>
      </w:pPr>
      <w:r>
        <w:rPr>
          <w:rFonts w:cs="Times New Roman"/>
        </w:rPr>
        <w:lastRenderedPageBreak/>
        <w:t>Nicodemus:</w:t>
      </w:r>
    </w:p>
    <w:p w14:paraId="5FAED58D" w14:textId="77777777" w:rsidR="007D7487" w:rsidRDefault="00E6407B">
      <w:pPr>
        <w:ind w:firstLine="288"/>
      </w:pPr>
      <w:r>
        <w:rPr>
          <w:rFonts w:cs="Times New Roman"/>
        </w:rPr>
        <w:t>“Raise up the tribes of Jacob.”</w:t>
      </w:r>
    </w:p>
    <w:p w14:paraId="51437383" w14:textId="77777777" w:rsidR="007D7487" w:rsidRDefault="00E6407B">
      <w:pPr>
        <w:ind w:firstLine="288"/>
      </w:pPr>
      <w:r>
        <w:rPr>
          <w:rFonts w:cs="Times New Roman"/>
        </w:rPr>
        <w:t>Mary:</w:t>
      </w:r>
    </w:p>
    <w:p w14:paraId="23B35B02" w14:textId="77777777" w:rsidR="007D7487" w:rsidRDefault="00E6407B">
      <w:pPr>
        <w:ind w:firstLine="288"/>
      </w:pPr>
      <w:r>
        <w:rPr>
          <w:rFonts w:cs="Times New Roman"/>
        </w:rPr>
        <w:t>“Restore the preserved of Israel.”</w:t>
      </w:r>
    </w:p>
    <w:p w14:paraId="32B71D37" w14:textId="77777777" w:rsidR="007D7487" w:rsidRDefault="00E6407B">
      <w:pPr>
        <w:ind w:firstLine="288"/>
      </w:pPr>
      <w:r>
        <w:rPr>
          <w:rFonts w:cs="Times New Roman"/>
        </w:rPr>
        <w:t>Jesus waited.</w:t>
      </w:r>
    </w:p>
    <w:p w14:paraId="35E89761" w14:textId="77777777" w:rsidR="007D7487" w:rsidRDefault="00E6407B">
      <w:pPr>
        <w:ind w:firstLine="288"/>
      </w:pPr>
      <w:r>
        <w:rPr>
          <w:rFonts w:cs="Times New Roman"/>
        </w:rPr>
        <w:t>Thomas finished.</w:t>
      </w:r>
    </w:p>
    <w:p w14:paraId="37043A42" w14:textId="77777777" w:rsidR="007D7487" w:rsidRDefault="00E6407B">
      <w:pPr>
        <w:ind w:firstLine="288"/>
      </w:pPr>
      <w:r>
        <w:rPr>
          <w:rFonts w:cs="Times New Roman"/>
        </w:rPr>
        <w:t>“Be a light to the Gentiles.”</w:t>
      </w:r>
    </w:p>
    <w:p w14:paraId="383BBD89" w14:textId="77777777" w:rsidR="007D7487" w:rsidRDefault="00E6407B">
      <w:pPr>
        <w:ind w:firstLine="288"/>
      </w:pPr>
      <w:r>
        <w:rPr>
          <w:rFonts w:cs="Times New Roman"/>
        </w:rPr>
        <w:t>“And salvation?”</w:t>
      </w:r>
    </w:p>
    <w:p w14:paraId="66E2F627" w14:textId="77777777" w:rsidR="007D7487" w:rsidRDefault="00E6407B">
      <w:pPr>
        <w:ind w:firstLine="288"/>
      </w:pPr>
      <w:r>
        <w:rPr>
          <w:rFonts w:cs="Times New Roman"/>
        </w:rPr>
        <w:t>“Unto the end of the earth.”</w:t>
      </w:r>
    </w:p>
    <w:p w14:paraId="2C0A17A7" w14:textId="77777777" w:rsidR="007D7487" w:rsidRDefault="00E6407B">
      <w:pPr>
        <w:ind w:firstLine="288"/>
      </w:pPr>
      <w:r>
        <w:rPr>
          <w:rFonts w:cs="Times New Roman"/>
        </w:rPr>
        <w:t>Jesus nodded.</w:t>
      </w:r>
    </w:p>
    <w:p w14:paraId="1A3A2136" w14:textId="77777777" w:rsidR="007D7487" w:rsidRDefault="00E6407B">
      <w:pPr>
        <w:ind w:firstLine="288"/>
      </w:pPr>
      <w:r>
        <w:rPr>
          <w:rFonts w:cs="Times New Roman"/>
        </w:rPr>
        <w:t>The Servant did not erase the people He restored.</w:t>
      </w:r>
    </w:p>
    <w:p w14:paraId="4318C94B" w14:textId="77777777" w:rsidR="007D7487" w:rsidRDefault="00E6407B">
      <w:pPr>
        <w:ind w:firstLine="288"/>
      </w:pPr>
      <w:r>
        <w:rPr>
          <w:rFonts w:cs="Times New Roman"/>
        </w:rPr>
        <w:t>The restoration of Jacob and the light to the nations stood in the same calling.</w:t>
      </w:r>
    </w:p>
    <w:p w14:paraId="28EF1053" w14:textId="77777777" w:rsidR="007D7487" w:rsidRDefault="00E6407B">
      <w:pPr>
        <w:ind w:firstLine="288"/>
      </w:pPr>
      <w:r>
        <w:rPr>
          <w:rFonts w:cs="Times New Roman"/>
        </w:rPr>
        <w:t>The grammar itself would not allow one to cancel the other.</w:t>
      </w:r>
    </w:p>
    <w:p w14:paraId="7651FDF7" w14:textId="77777777" w:rsidR="007D7487" w:rsidRDefault="00E6407B">
      <w:pPr>
        <w:ind w:firstLine="288"/>
      </w:pPr>
      <w:r>
        <w:rPr>
          <w:rFonts w:cs="Times New Roman"/>
        </w:rPr>
        <w:t>Nicodemus whispered:</w:t>
      </w:r>
    </w:p>
    <w:p w14:paraId="4288E750" w14:textId="77777777" w:rsidR="007D7487" w:rsidRDefault="00E6407B">
      <w:pPr>
        <w:ind w:firstLine="288"/>
      </w:pPr>
      <w:r>
        <w:rPr>
          <w:rFonts w:cs="Times New Roman"/>
        </w:rPr>
        <w:t>“The Servant called Israel can be distinguished from the Israel He restores.”</w:t>
      </w:r>
    </w:p>
    <w:p w14:paraId="191EC833" w14:textId="77777777" w:rsidR="007D7487" w:rsidRDefault="00E6407B">
      <w:pPr>
        <w:ind w:firstLine="288"/>
      </w:pPr>
      <w:r>
        <w:rPr>
          <w:rFonts w:cs="Times New Roman"/>
        </w:rPr>
        <w:t>Jesus looked toward him.</w:t>
      </w:r>
    </w:p>
    <w:p w14:paraId="4CF301BA" w14:textId="77777777" w:rsidR="007D7487" w:rsidRDefault="00E6407B">
      <w:pPr>
        <w:ind w:firstLine="288"/>
      </w:pPr>
      <w:r>
        <w:rPr>
          <w:rFonts w:cs="Times New Roman"/>
        </w:rPr>
        <w:t>“Read what is there.”</w:t>
      </w:r>
    </w:p>
    <w:p w14:paraId="21961510" w14:textId="77777777" w:rsidR="007D7487" w:rsidRDefault="00E6407B">
      <w:pPr>
        <w:ind w:firstLine="288"/>
      </w:pPr>
      <w:r>
        <w:rPr>
          <w:rFonts w:cs="Times New Roman"/>
        </w:rPr>
        <w:t>Nicodemus nodded.</w:t>
      </w:r>
    </w:p>
    <w:p w14:paraId="15B2CE26" w14:textId="77777777" w:rsidR="007D7487" w:rsidRDefault="00E6407B">
      <w:pPr>
        <w:ind w:firstLine="288"/>
      </w:pPr>
      <w:r>
        <w:rPr>
          <w:rFonts w:cs="Times New Roman"/>
        </w:rPr>
        <w:t>No triumphalism.</w:t>
      </w:r>
    </w:p>
    <w:p w14:paraId="079B3849" w14:textId="77777777" w:rsidR="007D7487" w:rsidRDefault="00E6407B">
      <w:pPr>
        <w:ind w:firstLine="288"/>
      </w:pPr>
      <w:r>
        <w:rPr>
          <w:rFonts w:cs="Times New Roman"/>
        </w:rPr>
        <w:t>No replacement.</w:t>
      </w:r>
    </w:p>
    <w:p w14:paraId="68CB1000" w14:textId="77777777" w:rsidR="007D7487" w:rsidRDefault="00E6407B">
      <w:pPr>
        <w:ind w:firstLine="288"/>
      </w:pPr>
      <w:r>
        <w:rPr>
          <w:rFonts w:cs="Times New Roman"/>
        </w:rPr>
        <w:t>No forcing.</w:t>
      </w:r>
    </w:p>
    <w:p w14:paraId="5131B4C7" w14:textId="77777777" w:rsidR="007D7487" w:rsidRDefault="00E6407B">
      <w:pPr>
        <w:ind w:firstLine="288"/>
      </w:pPr>
      <w:r>
        <w:rPr>
          <w:rFonts w:cs="Times New Roman"/>
        </w:rPr>
        <w:t>The passage itself created the tension.</w:t>
      </w:r>
    </w:p>
    <w:p w14:paraId="7AF11BE4" w14:textId="77777777" w:rsidR="007D7487" w:rsidRDefault="00E6407B">
      <w:pPr>
        <w:ind w:firstLine="288"/>
      </w:pPr>
      <w:r>
        <w:rPr>
          <w:rFonts w:cs="Times New Roman"/>
        </w:rPr>
        <w:t>The risen Jesus was asking them to let the tension remain until Scripture and events together showed how it was resolved.</w:t>
      </w:r>
    </w:p>
    <w:p w14:paraId="0EC805B9" w14:textId="77777777" w:rsidR="007D7487" w:rsidRDefault="00E6407B">
      <w:pPr>
        <w:suppressLineNumbers/>
        <w:spacing w:before="100" w:after="100"/>
        <w:jc w:val="center"/>
      </w:pPr>
      <w:r>
        <w:rPr>
          <w:rFonts w:cs="Times New Roman"/>
          <w:sz w:val="20"/>
        </w:rPr>
        <w:t>* * *</w:t>
      </w:r>
    </w:p>
    <w:p w14:paraId="2A90427B" w14:textId="77777777" w:rsidR="007D7487" w:rsidRDefault="00E6407B">
      <w:pPr>
        <w:ind w:firstLine="288"/>
      </w:pPr>
      <w:r>
        <w:rPr>
          <w:rFonts w:cs="Times New Roman"/>
        </w:rPr>
        <w:t>Jesus looked toward His mother.</w:t>
      </w:r>
    </w:p>
    <w:p w14:paraId="7B532BF7" w14:textId="77777777" w:rsidR="007D7487" w:rsidRDefault="00E6407B">
      <w:pPr>
        <w:ind w:firstLine="288"/>
      </w:pPr>
      <w:r>
        <w:rPr>
          <w:rFonts w:cs="Times New Roman"/>
        </w:rPr>
        <w:t>She understood before He spoke.</w:t>
      </w:r>
    </w:p>
    <w:p w14:paraId="40CAA747" w14:textId="77777777" w:rsidR="007D7487" w:rsidRDefault="00E6407B">
      <w:pPr>
        <w:ind w:firstLine="288"/>
      </w:pPr>
      <w:r>
        <w:rPr>
          <w:rFonts w:cs="Times New Roman"/>
        </w:rPr>
        <w:t>“Simeon.”</w:t>
      </w:r>
    </w:p>
    <w:p w14:paraId="39803512" w14:textId="77777777" w:rsidR="007D7487" w:rsidRDefault="00E6407B">
      <w:pPr>
        <w:ind w:firstLine="288"/>
      </w:pPr>
      <w:r>
        <w:rPr>
          <w:rFonts w:cs="Times New Roman"/>
        </w:rPr>
        <w:t>Mary’s face softened.</w:t>
      </w:r>
    </w:p>
    <w:p w14:paraId="0680CB0F" w14:textId="77777777" w:rsidR="007D7487" w:rsidRDefault="00E6407B">
      <w:pPr>
        <w:ind w:firstLine="288"/>
      </w:pPr>
      <w:r>
        <w:rPr>
          <w:rFonts w:cs="Times New Roman"/>
        </w:rPr>
        <w:t>The old man holding an infant in the Temple.</w:t>
      </w:r>
    </w:p>
    <w:p w14:paraId="15FAB7EC" w14:textId="77777777" w:rsidR="007D7487" w:rsidRDefault="00E6407B">
      <w:pPr>
        <w:ind w:firstLine="288"/>
      </w:pPr>
      <w:r>
        <w:rPr>
          <w:rFonts w:cs="Times New Roman"/>
        </w:rPr>
        <w:t>A life spent waiting.</w:t>
      </w:r>
    </w:p>
    <w:p w14:paraId="4E6E986C" w14:textId="77777777" w:rsidR="007D7487" w:rsidRDefault="00E6407B">
      <w:pPr>
        <w:ind w:firstLine="288"/>
      </w:pPr>
      <w:r>
        <w:rPr>
          <w:rFonts w:cs="Times New Roman"/>
        </w:rPr>
        <w:t>Then words spoken over a child too young to answer.</w:t>
      </w:r>
    </w:p>
    <w:p w14:paraId="03DA5037" w14:textId="77777777" w:rsidR="007D7487" w:rsidRDefault="00E6407B">
      <w:pPr>
        <w:ind w:firstLine="288"/>
      </w:pPr>
      <w:r>
        <w:rPr>
          <w:rFonts w:cs="Times New Roman"/>
          <w:i/>
        </w:rPr>
        <w:t>“Lord, now lettest thou thy servant depart in peace, according to thy word: For mine eyes have seen thy salvation, Which thou hast prepared before the face of all people; A light to lighten the Gentiles, and the glory of thy people Israel.” — Luke 2:29–32 KJV</w:t>
      </w:r>
    </w:p>
    <w:p w14:paraId="6943ED73" w14:textId="77777777" w:rsidR="007D7487" w:rsidRDefault="00E6407B">
      <w:pPr>
        <w:ind w:firstLine="288"/>
      </w:pPr>
      <w:r>
        <w:rPr>
          <w:rFonts w:cs="Times New Roman"/>
        </w:rPr>
        <w:t>Mary looked at the others.</w:t>
      </w:r>
    </w:p>
    <w:p w14:paraId="6DF939B4" w14:textId="77777777" w:rsidR="007D7487" w:rsidRDefault="00E6407B">
      <w:pPr>
        <w:ind w:firstLine="288"/>
      </w:pPr>
      <w:r>
        <w:rPr>
          <w:rFonts w:cs="Times New Roman"/>
        </w:rPr>
        <w:t>“I heard that before He could walk.”</w:t>
      </w:r>
    </w:p>
    <w:p w14:paraId="0D27A1EF" w14:textId="77777777" w:rsidR="007D7487" w:rsidRDefault="00E6407B">
      <w:pPr>
        <w:ind w:firstLine="288"/>
      </w:pPr>
      <w:r>
        <w:rPr>
          <w:rFonts w:cs="Times New Roman"/>
        </w:rPr>
        <w:t>Nicodemus’s eyes filled.</w:t>
      </w:r>
    </w:p>
    <w:p w14:paraId="447C04E6" w14:textId="77777777" w:rsidR="007D7487" w:rsidRDefault="00E6407B">
      <w:pPr>
        <w:ind w:firstLine="288"/>
      </w:pPr>
      <w:r>
        <w:rPr>
          <w:rFonts w:cs="Times New Roman"/>
        </w:rPr>
        <w:lastRenderedPageBreak/>
        <w:t>Gentiles.</w:t>
      </w:r>
    </w:p>
    <w:p w14:paraId="64D4B26F" w14:textId="77777777" w:rsidR="007D7487" w:rsidRDefault="00E6407B">
      <w:pPr>
        <w:ind w:firstLine="288"/>
      </w:pPr>
      <w:r>
        <w:rPr>
          <w:rFonts w:cs="Times New Roman"/>
        </w:rPr>
        <w:t>Israel.</w:t>
      </w:r>
    </w:p>
    <w:p w14:paraId="4ECE4615" w14:textId="77777777" w:rsidR="007D7487" w:rsidRDefault="00E6407B">
      <w:pPr>
        <w:ind w:firstLine="288"/>
      </w:pPr>
      <w:r>
        <w:rPr>
          <w:rFonts w:cs="Times New Roman"/>
        </w:rPr>
        <w:t>Light.</w:t>
      </w:r>
    </w:p>
    <w:p w14:paraId="5A6373D6" w14:textId="77777777" w:rsidR="007D7487" w:rsidRDefault="00E6407B">
      <w:pPr>
        <w:ind w:firstLine="288"/>
      </w:pPr>
      <w:r>
        <w:rPr>
          <w:rFonts w:cs="Times New Roman"/>
        </w:rPr>
        <w:t>Glory.</w:t>
      </w:r>
    </w:p>
    <w:p w14:paraId="345FBB46" w14:textId="77777777" w:rsidR="007D7487" w:rsidRDefault="00E6407B">
      <w:pPr>
        <w:ind w:firstLine="288"/>
      </w:pPr>
      <w:r>
        <w:rPr>
          <w:rFonts w:cs="Times New Roman"/>
        </w:rPr>
        <w:t>Salvation prepared before all people.</w:t>
      </w:r>
    </w:p>
    <w:p w14:paraId="57A040CC" w14:textId="77777777" w:rsidR="007D7487" w:rsidRDefault="00E6407B">
      <w:pPr>
        <w:ind w:firstLine="288"/>
      </w:pPr>
      <w:r>
        <w:rPr>
          <w:rFonts w:cs="Times New Roman"/>
        </w:rPr>
        <w:t>The same architecture had surrounded Jesus before any disciple had left a net.</w:t>
      </w:r>
    </w:p>
    <w:p w14:paraId="39E2C02E" w14:textId="77777777" w:rsidR="007D7487" w:rsidRDefault="00E6407B">
      <w:pPr>
        <w:suppressLineNumbers/>
        <w:spacing w:before="100" w:after="100"/>
        <w:jc w:val="center"/>
      </w:pPr>
      <w:r>
        <w:rPr>
          <w:rFonts w:cs="Times New Roman"/>
          <w:sz w:val="20"/>
        </w:rPr>
        <w:t>* * *</w:t>
      </w:r>
    </w:p>
    <w:p w14:paraId="4AF37808" w14:textId="77777777" w:rsidR="007D7487" w:rsidRDefault="00E6407B">
      <w:pPr>
        <w:ind w:firstLine="288"/>
      </w:pPr>
      <w:r>
        <w:rPr>
          <w:rFonts w:cs="Times New Roman"/>
        </w:rPr>
        <w:t>Then Jesus asked a question that sounded almost too simple.</w:t>
      </w:r>
    </w:p>
    <w:p w14:paraId="7950A425" w14:textId="77777777" w:rsidR="007D7487" w:rsidRDefault="00E6407B">
      <w:pPr>
        <w:ind w:firstLine="288"/>
      </w:pPr>
      <w:r>
        <w:rPr>
          <w:rFonts w:cs="Times New Roman"/>
        </w:rPr>
        <w:t>“What blessing did the priests speak over Israel?”</w:t>
      </w:r>
    </w:p>
    <w:p w14:paraId="25B60618" w14:textId="77777777" w:rsidR="007D7487" w:rsidRDefault="00E6407B">
      <w:pPr>
        <w:ind w:firstLine="288"/>
      </w:pPr>
      <w:r>
        <w:rPr>
          <w:rFonts w:cs="Times New Roman"/>
        </w:rPr>
        <w:t>Nicodemus knew Numbers.</w:t>
      </w:r>
    </w:p>
    <w:p w14:paraId="53149ADD" w14:textId="77777777" w:rsidR="007D7487" w:rsidRDefault="00E6407B">
      <w:pPr>
        <w:ind w:firstLine="288"/>
      </w:pPr>
      <w:r>
        <w:rPr>
          <w:rFonts w:cs="Times New Roman"/>
        </w:rPr>
        <w:t>So did Mary.</w:t>
      </w:r>
    </w:p>
    <w:p w14:paraId="5885E973" w14:textId="77777777" w:rsidR="007D7487" w:rsidRDefault="00E6407B">
      <w:pPr>
        <w:ind w:firstLine="288"/>
      </w:pPr>
      <w:r>
        <w:rPr>
          <w:rFonts w:cs="Times New Roman"/>
        </w:rPr>
        <w:t>So did nearly everyone raised within Israel’s worship.</w:t>
      </w:r>
    </w:p>
    <w:p w14:paraId="2459C076" w14:textId="77777777" w:rsidR="007D7487" w:rsidRDefault="00E6407B">
      <w:pPr>
        <w:ind w:firstLine="288"/>
      </w:pPr>
      <w:r>
        <w:rPr>
          <w:rFonts w:cs="Times New Roman"/>
        </w:rPr>
        <w:t>The words came quietly through the group.</w:t>
      </w:r>
    </w:p>
    <w:p w14:paraId="223946FC" w14:textId="77777777" w:rsidR="007D7487" w:rsidRDefault="00E6407B">
      <w:pPr>
        <w:ind w:firstLine="288"/>
      </w:pPr>
      <w:r>
        <w:rPr>
          <w:rFonts w:cs="Times New Roman"/>
          <w:i/>
        </w:rPr>
        <w:t>“The LORD bless thee, and keep thee: The LORD make his face shine upon thee, and be gracious unto thee: The LORD lift up his countenance upon thee, and give thee peace. And they shall put my name upon the children of Israel; and I will bless them.” — Numbers 6:24–27 KJV</w:t>
      </w:r>
    </w:p>
    <w:p w14:paraId="0A64FC67" w14:textId="77777777" w:rsidR="007D7487" w:rsidRDefault="00E6407B">
      <w:pPr>
        <w:ind w:firstLine="288"/>
      </w:pPr>
      <w:r>
        <w:rPr>
          <w:rFonts w:cs="Times New Roman"/>
        </w:rPr>
        <w:t>John heard the familiar structure.</w:t>
      </w:r>
    </w:p>
    <w:p w14:paraId="5F33C080" w14:textId="77777777" w:rsidR="007D7487" w:rsidRDefault="00E6407B">
      <w:pPr>
        <w:ind w:firstLine="288"/>
      </w:pPr>
      <w:r>
        <w:rPr>
          <w:rFonts w:cs="Times New Roman"/>
        </w:rPr>
        <w:t>Bless.</w:t>
      </w:r>
    </w:p>
    <w:p w14:paraId="5F6CDA78" w14:textId="77777777" w:rsidR="007D7487" w:rsidRDefault="00E6407B">
      <w:pPr>
        <w:ind w:firstLine="288"/>
      </w:pPr>
      <w:r>
        <w:rPr>
          <w:rFonts w:cs="Times New Roman"/>
        </w:rPr>
        <w:t>Keep.</w:t>
      </w:r>
    </w:p>
    <w:p w14:paraId="6E0623FA" w14:textId="77777777" w:rsidR="007D7487" w:rsidRDefault="00E6407B">
      <w:pPr>
        <w:ind w:firstLine="288"/>
      </w:pPr>
      <w:r>
        <w:rPr>
          <w:rFonts w:cs="Times New Roman"/>
        </w:rPr>
        <w:t>Face shining.</w:t>
      </w:r>
    </w:p>
    <w:p w14:paraId="7C9F2DB8" w14:textId="77777777" w:rsidR="007D7487" w:rsidRDefault="00E6407B">
      <w:pPr>
        <w:ind w:firstLine="288"/>
      </w:pPr>
      <w:r>
        <w:rPr>
          <w:rFonts w:cs="Times New Roman"/>
        </w:rPr>
        <w:t>Grace.</w:t>
      </w:r>
    </w:p>
    <w:p w14:paraId="01A9EE73" w14:textId="77777777" w:rsidR="007D7487" w:rsidRDefault="00E6407B">
      <w:pPr>
        <w:ind w:firstLine="288"/>
      </w:pPr>
      <w:r>
        <w:rPr>
          <w:rFonts w:cs="Times New Roman"/>
        </w:rPr>
        <w:t>Countenance lifted.</w:t>
      </w:r>
    </w:p>
    <w:p w14:paraId="6F2D55F7" w14:textId="77777777" w:rsidR="007D7487" w:rsidRDefault="00E6407B">
      <w:pPr>
        <w:ind w:firstLine="288"/>
      </w:pPr>
      <w:r>
        <w:rPr>
          <w:rFonts w:cs="Times New Roman"/>
        </w:rPr>
        <w:t>Peace.</w:t>
      </w:r>
    </w:p>
    <w:p w14:paraId="3947DAAB" w14:textId="77777777" w:rsidR="007D7487" w:rsidRDefault="00E6407B">
      <w:pPr>
        <w:ind w:firstLine="288"/>
      </w:pPr>
      <w:r>
        <w:rPr>
          <w:rFonts w:cs="Times New Roman"/>
        </w:rPr>
        <w:t>Name upon Israel.</w:t>
      </w:r>
    </w:p>
    <w:p w14:paraId="149CB3C1" w14:textId="77777777" w:rsidR="007D7487" w:rsidRDefault="00E6407B">
      <w:pPr>
        <w:ind w:firstLine="288"/>
      </w:pPr>
      <w:r>
        <w:rPr>
          <w:rFonts w:cs="Times New Roman"/>
        </w:rPr>
        <w:t>Jesus let them feel the blessing before adding anything.</w:t>
      </w:r>
    </w:p>
    <w:p w14:paraId="5AA8C096" w14:textId="77777777" w:rsidR="007D7487" w:rsidRDefault="00E6407B">
      <w:pPr>
        <w:ind w:firstLine="288"/>
      </w:pPr>
      <w:r>
        <w:rPr>
          <w:rFonts w:cs="Times New Roman"/>
        </w:rPr>
        <w:t>Then He looked toward Nicodemus.</w:t>
      </w:r>
    </w:p>
    <w:p w14:paraId="16F133A7" w14:textId="77777777" w:rsidR="007D7487" w:rsidRDefault="00E6407B">
      <w:pPr>
        <w:ind w:firstLine="288"/>
      </w:pPr>
      <w:r>
        <w:rPr>
          <w:rFonts w:cs="Times New Roman"/>
        </w:rPr>
        <w:t>“Now Psalm sixty-seven.”</w:t>
      </w:r>
    </w:p>
    <w:p w14:paraId="3E575C7E" w14:textId="77777777" w:rsidR="007D7487" w:rsidRDefault="00E6407B">
      <w:pPr>
        <w:ind w:firstLine="288"/>
      </w:pPr>
      <w:r>
        <w:rPr>
          <w:rFonts w:cs="Times New Roman"/>
        </w:rPr>
        <w:t>The old teacher’s face changed before he spoke.</w:t>
      </w:r>
    </w:p>
    <w:p w14:paraId="38842AE9" w14:textId="77777777" w:rsidR="007D7487" w:rsidRDefault="00E6407B">
      <w:pPr>
        <w:ind w:firstLine="288"/>
      </w:pPr>
      <w:r>
        <w:rPr>
          <w:rFonts w:cs="Times New Roman"/>
          <w:i/>
        </w:rPr>
        <w:t>“God be merciful unto us, and bless us; and cause his face to shine upon us; Selah. That thy way may be known upon earth, thy saving health among all nations.” — Psalm 67:1–2 KJV</w:t>
      </w:r>
    </w:p>
    <w:p w14:paraId="416EFE04" w14:textId="77777777" w:rsidR="007D7487" w:rsidRDefault="00E6407B">
      <w:pPr>
        <w:ind w:firstLine="288"/>
      </w:pPr>
      <w:r>
        <w:rPr>
          <w:rFonts w:cs="Times New Roman"/>
        </w:rPr>
        <w:t>No one moved.</w:t>
      </w:r>
    </w:p>
    <w:p w14:paraId="5A13C355" w14:textId="77777777" w:rsidR="007D7487" w:rsidRDefault="00E6407B">
      <w:pPr>
        <w:ind w:firstLine="288"/>
      </w:pPr>
      <w:r>
        <w:rPr>
          <w:rFonts w:cs="Times New Roman"/>
        </w:rPr>
        <w:t>The connection did not need decoration.</w:t>
      </w:r>
    </w:p>
    <w:p w14:paraId="43397297" w14:textId="77777777" w:rsidR="007D7487" w:rsidRDefault="00E6407B">
      <w:pPr>
        <w:ind w:firstLine="288"/>
      </w:pPr>
      <w:r>
        <w:rPr>
          <w:rFonts w:cs="Times New Roman"/>
        </w:rPr>
        <w:t>Cause His face to shine upon us.</w:t>
      </w:r>
    </w:p>
    <w:p w14:paraId="0DEDD51D" w14:textId="77777777" w:rsidR="007D7487" w:rsidRDefault="00E6407B">
      <w:pPr>
        <w:ind w:firstLine="288"/>
      </w:pPr>
      <w:r>
        <w:rPr>
          <w:rFonts w:cs="Times New Roman"/>
        </w:rPr>
        <w:t>That Thy way may be known upon earth.</w:t>
      </w:r>
    </w:p>
    <w:p w14:paraId="78156D3C" w14:textId="77777777" w:rsidR="007D7487" w:rsidRDefault="00E6407B">
      <w:pPr>
        <w:ind w:firstLine="288"/>
      </w:pPr>
      <w:r>
        <w:rPr>
          <w:rFonts w:cs="Times New Roman"/>
        </w:rPr>
        <w:t>Thy saving health among all nations.</w:t>
      </w:r>
    </w:p>
    <w:p w14:paraId="690C7D5F" w14:textId="77777777" w:rsidR="007D7487" w:rsidRDefault="00E6407B">
      <w:pPr>
        <w:ind w:firstLine="288"/>
      </w:pPr>
      <w:r>
        <w:rPr>
          <w:rFonts w:cs="Times New Roman"/>
        </w:rPr>
        <w:t>Peter looked from Nicodemus to Jesus.</w:t>
      </w:r>
    </w:p>
    <w:p w14:paraId="1F3298FB" w14:textId="77777777" w:rsidR="007D7487" w:rsidRDefault="00E6407B">
      <w:pPr>
        <w:ind w:firstLine="288"/>
      </w:pPr>
      <w:r>
        <w:rPr>
          <w:rFonts w:cs="Times New Roman"/>
        </w:rPr>
        <w:t>“The Face shines on us.”</w:t>
      </w:r>
    </w:p>
    <w:p w14:paraId="73238523" w14:textId="77777777" w:rsidR="007D7487" w:rsidRDefault="00E6407B">
      <w:pPr>
        <w:ind w:firstLine="288"/>
      </w:pPr>
      <w:r>
        <w:rPr>
          <w:rFonts w:cs="Times New Roman"/>
        </w:rPr>
        <w:t>“Yes.”</w:t>
      </w:r>
    </w:p>
    <w:p w14:paraId="34B77325" w14:textId="77777777" w:rsidR="007D7487" w:rsidRDefault="00E6407B">
      <w:pPr>
        <w:ind w:firstLine="288"/>
      </w:pPr>
      <w:r>
        <w:rPr>
          <w:rFonts w:cs="Times New Roman"/>
        </w:rPr>
        <w:lastRenderedPageBreak/>
        <w:t>“And it goes outward.”</w:t>
      </w:r>
    </w:p>
    <w:p w14:paraId="7CC92DC7" w14:textId="77777777" w:rsidR="007D7487" w:rsidRDefault="00E6407B">
      <w:pPr>
        <w:ind w:firstLine="288"/>
      </w:pPr>
      <w:r>
        <w:rPr>
          <w:rFonts w:cs="Times New Roman"/>
        </w:rPr>
        <w:t>Jesus nodded.</w:t>
      </w:r>
    </w:p>
    <w:p w14:paraId="4CEE153E" w14:textId="77777777" w:rsidR="007D7487" w:rsidRDefault="00E6407B">
      <w:pPr>
        <w:ind w:firstLine="288"/>
      </w:pPr>
      <w:r>
        <w:rPr>
          <w:rFonts w:cs="Times New Roman"/>
        </w:rPr>
        <w:t>Joanna whispered:</w:t>
      </w:r>
    </w:p>
    <w:p w14:paraId="64B1BF5E" w14:textId="77777777" w:rsidR="007D7487" w:rsidRDefault="00E6407B">
      <w:pPr>
        <w:ind w:firstLine="288"/>
      </w:pPr>
      <w:r>
        <w:rPr>
          <w:rFonts w:cs="Times New Roman"/>
        </w:rPr>
        <w:t>“The blessing is not diminished by going outward.”</w:t>
      </w:r>
    </w:p>
    <w:p w14:paraId="12075CCE" w14:textId="77777777" w:rsidR="007D7487" w:rsidRDefault="00E6407B">
      <w:pPr>
        <w:ind w:firstLine="288"/>
      </w:pPr>
      <w:r>
        <w:rPr>
          <w:rFonts w:cs="Times New Roman"/>
        </w:rPr>
        <w:t>Nicodemus answered her.</w:t>
      </w:r>
    </w:p>
    <w:p w14:paraId="3F8014A4" w14:textId="77777777" w:rsidR="007D7487" w:rsidRDefault="00E6407B">
      <w:pPr>
        <w:ind w:firstLine="288"/>
      </w:pPr>
      <w:r>
        <w:rPr>
          <w:rFonts w:cs="Times New Roman"/>
        </w:rPr>
        <w:t>“It fulfills a purpose inside the blessing.”</w:t>
      </w:r>
    </w:p>
    <w:p w14:paraId="2FA4AE32" w14:textId="77777777" w:rsidR="007D7487" w:rsidRDefault="00E6407B">
      <w:pPr>
        <w:ind w:firstLine="288"/>
      </w:pPr>
      <w:r>
        <w:rPr>
          <w:rFonts w:cs="Times New Roman"/>
        </w:rPr>
        <w:t>Jesus smiled.</w:t>
      </w:r>
    </w:p>
    <w:p w14:paraId="5BBB8D1A" w14:textId="77777777" w:rsidR="007D7487" w:rsidRDefault="00E6407B">
      <w:pPr>
        <w:ind w:firstLine="288"/>
      </w:pPr>
      <w:r>
        <w:rPr>
          <w:rFonts w:cs="Times New Roman"/>
        </w:rPr>
        <w:t>The priestly blessing placed the Name upon Israel.</w:t>
      </w:r>
    </w:p>
    <w:p w14:paraId="45210F96" w14:textId="77777777" w:rsidR="007D7487" w:rsidRDefault="00E6407B">
      <w:pPr>
        <w:ind w:firstLine="288"/>
      </w:pPr>
      <w:r>
        <w:rPr>
          <w:rFonts w:cs="Times New Roman"/>
        </w:rPr>
        <w:t>The Psalm took the shining Face and immediately asked that God’s way and saving health be known among all nations.</w:t>
      </w:r>
    </w:p>
    <w:p w14:paraId="205FD1F9" w14:textId="77777777" w:rsidR="007D7487" w:rsidRDefault="00E6407B">
      <w:pPr>
        <w:ind w:firstLine="288"/>
      </w:pPr>
      <w:r>
        <w:rPr>
          <w:rFonts w:cs="Times New Roman"/>
        </w:rPr>
        <w:t>John felt the Balm language stir without becoming a medical definition.</w:t>
      </w:r>
    </w:p>
    <w:p w14:paraId="17070730" w14:textId="77777777" w:rsidR="007D7487" w:rsidRDefault="00E6407B">
      <w:pPr>
        <w:ind w:firstLine="288"/>
      </w:pPr>
      <w:r>
        <w:rPr>
          <w:rFonts w:cs="Times New Roman"/>
        </w:rPr>
        <w:t>Saving health.</w:t>
      </w:r>
    </w:p>
    <w:p w14:paraId="03AB8C17" w14:textId="77777777" w:rsidR="007D7487" w:rsidRDefault="00E6407B">
      <w:pPr>
        <w:ind w:firstLine="288"/>
      </w:pPr>
      <w:r>
        <w:rPr>
          <w:rFonts w:cs="Times New Roman"/>
        </w:rPr>
        <w:t>Restoration.</w:t>
      </w:r>
    </w:p>
    <w:p w14:paraId="672A050D" w14:textId="77777777" w:rsidR="007D7487" w:rsidRDefault="00E6407B">
      <w:pPr>
        <w:ind w:firstLine="288"/>
      </w:pPr>
      <w:r>
        <w:rPr>
          <w:rFonts w:cs="Times New Roman"/>
        </w:rPr>
        <w:t>Blessing.</w:t>
      </w:r>
    </w:p>
    <w:p w14:paraId="5210B47D" w14:textId="77777777" w:rsidR="007D7487" w:rsidRDefault="00E6407B">
      <w:pPr>
        <w:ind w:firstLine="288"/>
      </w:pPr>
      <w:r>
        <w:rPr>
          <w:rFonts w:cs="Times New Roman"/>
        </w:rPr>
        <w:t>Nations.</w:t>
      </w:r>
    </w:p>
    <w:p w14:paraId="65E90769" w14:textId="77777777" w:rsidR="007D7487" w:rsidRDefault="00E6407B">
      <w:pPr>
        <w:ind w:firstLine="288"/>
      </w:pPr>
      <w:r>
        <w:rPr>
          <w:rFonts w:cs="Times New Roman"/>
        </w:rPr>
        <w:t>The created things they had discussed could support wounded bodies.</w:t>
      </w:r>
    </w:p>
    <w:p w14:paraId="37CE257B" w14:textId="77777777" w:rsidR="007D7487" w:rsidRDefault="00E6407B">
      <w:pPr>
        <w:ind w:firstLine="288"/>
      </w:pPr>
      <w:r>
        <w:rPr>
          <w:rFonts w:cs="Times New Roman"/>
        </w:rPr>
        <w:t>The Psalm’s saving health was larger than medicine.</w:t>
      </w:r>
    </w:p>
    <w:p w14:paraId="7A80AD75" w14:textId="77777777" w:rsidR="007D7487" w:rsidRDefault="00E6407B">
      <w:pPr>
        <w:ind w:firstLine="288"/>
      </w:pPr>
      <w:r>
        <w:rPr>
          <w:rFonts w:cs="Times New Roman"/>
        </w:rPr>
        <w:t>It belonged to the God whose Face shone and whose way was to become known upon earth.</w:t>
      </w:r>
    </w:p>
    <w:p w14:paraId="358B502D" w14:textId="77777777" w:rsidR="007D7487" w:rsidRDefault="00E6407B">
      <w:pPr>
        <w:suppressLineNumbers/>
        <w:spacing w:before="100" w:after="100"/>
        <w:jc w:val="center"/>
      </w:pPr>
      <w:r>
        <w:rPr>
          <w:rFonts w:cs="Times New Roman"/>
          <w:sz w:val="20"/>
        </w:rPr>
        <w:t>* * *</w:t>
      </w:r>
    </w:p>
    <w:p w14:paraId="3C8F8CC3" w14:textId="77777777" w:rsidR="007D7487" w:rsidRDefault="00E6407B">
      <w:pPr>
        <w:ind w:firstLine="288"/>
      </w:pPr>
      <w:r>
        <w:rPr>
          <w:rFonts w:cs="Times New Roman"/>
        </w:rPr>
        <w:t>Jesus looked back toward the marks in the dust.</w:t>
      </w:r>
    </w:p>
    <w:p w14:paraId="6A17FA71" w14:textId="77777777" w:rsidR="007D7487" w:rsidRDefault="00E6407B">
      <w:pPr>
        <w:ind w:firstLine="288"/>
      </w:pPr>
      <w:r>
        <w:rPr>
          <w:rFonts w:cs="Times New Roman"/>
        </w:rPr>
        <w:t>Eve.</w:t>
      </w:r>
    </w:p>
    <w:p w14:paraId="34EFA694" w14:textId="77777777" w:rsidR="007D7487" w:rsidRDefault="00E6407B">
      <w:pPr>
        <w:ind w:firstLine="288"/>
      </w:pPr>
      <w:r>
        <w:rPr>
          <w:rFonts w:cs="Times New Roman"/>
        </w:rPr>
        <w:t>Abraham.</w:t>
      </w:r>
    </w:p>
    <w:p w14:paraId="68D65A53" w14:textId="77777777" w:rsidR="007D7487" w:rsidRDefault="00E6407B">
      <w:pPr>
        <w:ind w:firstLine="288"/>
      </w:pPr>
      <w:r>
        <w:rPr>
          <w:rFonts w:cs="Times New Roman"/>
        </w:rPr>
        <w:t>Isaac.</w:t>
      </w:r>
    </w:p>
    <w:p w14:paraId="025404D6" w14:textId="77777777" w:rsidR="007D7487" w:rsidRDefault="00E6407B">
      <w:pPr>
        <w:ind w:firstLine="288"/>
      </w:pPr>
      <w:r>
        <w:rPr>
          <w:rFonts w:cs="Times New Roman"/>
        </w:rPr>
        <w:t>Jacob.</w:t>
      </w:r>
    </w:p>
    <w:p w14:paraId="6C4A41AF" w14:textId="77777777" w:rsidR="007D7487" w:rsidRDefault="00E6407B">
      <w:pPr>
        <w:ind w:firstLine="288"/>
      </w:pPr>
      <w:r>
        <w:rPr>
          <w:rFonts w:cs="Times New Roman"/>
        </w:rPr>
        <w:t>Israel.</w:t>
      </w:r>
    </w:p>
    <w:p w14:paraId="77C6BC67" w14:textId="77777777" w:rsidR="007D7487" w:rsidRDefault="00E6407B">
      <w:pPr>
        <w:ind w:firstLine="288"/>
      </w:pPr>
      <w:r>
        <w:rPr>
          <w:rFonts w:cs="Times New Roman"/>
        </w:rPr>
        <w:t>Seed.</w:t>
      </w:r>
    </w:p>
    <w:p w14:paraId="1E36A67E" w14:textId="77777777" w:rsidR="007D7487" w:rsidRDefault="00E6407B">
      <w:pPr>
        <w:ind w:firstLine="288"/>
      </w:pPr>
      <w:r>
        <w:rPr>
          <w:rFonts w:cs="Times New Roman"/>
        </w:rPr>
        <w:t>Nations.</w:t>
      </w:r>
    </w:p>
    <w:p w14:paraId="319DF8FB" w14:textId="77777777" w:rsidR="007D7487" w:rsidRDefault="00E6407B">
      <w:pPr>
        <w:ind w:firstLine="288"/>
      </w:pPr>
      <w:r>
        <w:rPr>
          <w:rFonts w:cs="Times New Roman"/>
        </w:rPr>
        <w:t>He spoke slowly.</w:t>
      </w:r>
    </w:p>
    <w:p w14:paraId="14657A6C" w14:textId="77777777" w:rsidR="007D7487" w:rsidRDefault="00E6407B">
      <w:pPr>
        <w:ind w:firstLine="288"/>
      </w:pPr>
      <w:r>
        <w:rPr>
          <w:rFonts w:cs="Times New Roman"/>
        </w:rPr>
        <w:t>“God preserves one promised Seed through Abraham’s line, and through that Seed God creates a family of believing heirs.”</w:t>
      </w:r>
    </w:p>
    <w:p w14:paraId="14162E6B" w14:textId="77777777" w:rsidR="007D7487" w:rsidRDefault="00E6407B">
      <w:pPr>
        <w:ind w:firstLine="288"/>
      </w:pPr>
      <w:r>
        <w:rPr>
          <w:rFonts w:cs="Times New Roman"/>
        </w:rPr>
        <w:t>Nicodemus closed his eyes.</w:t>
      </w:r>
    </w:p>
    <w:p w14:paraId="31FF86A7" w14:textId="77777777" w:rsidR="007D7487" w:rsidRDefault="00E6407B">
      <w:pPr>
        <w:ind w:firstLine="288"/>
      </w:pPr>
      <w:r>
        <w:rPr>
          <w:rFonts w:cs="Times New Roman"/>
        </w:rPr>
        <w:t>The sentence touched genealogy without abolishing it.</w:t>
      </w:r>
    </w:p>
    <w:p w14:paraId="32DD8EF5" w14:textId="77777777" w:rsidR="007D7487" w:rsidRDefault="00E6407B">
      <w:pPr>
        <w:ind w:firstLine="288"/>
      </w:pPr>
      <w:r>
        <w:rPr>
          <w:rFonts w:cs="Times New Roman"/>
        </w:rPr>
        <w:t>Promise without turning promise into ethnicity alone.</w:t>
      </w:r>
    </w:p>
    <w:p w14:paraId="78C2221F" w14:textId="77777777" w:rsidR="007D7487" w:rsidRDefault="00E6407B">
      <w:pPr>
        <w:ind w:firstLine="288"/>
      </w:pPr>
      <w:r>
        <w:rPr>
          <w:rFonts w:cs="Times New Roman"/>
        </w:rPr>
        <w:t>Faith without detaching faith from the God who spoke in history.</w:t>
      </w:r>
    </w:p>
    <w:p w14:paraId="4AA3E64A" w14:textId="77777777" w:rsidR="007D7487" w:rsidRDefault="00E6407B">
      <w:pPr>
        <w:ind w:firstLine="288"/>
      </w:pPr>
      <w:r>
        <w:rPr>
          <w:rFonts w:cs="Times New Roman"/>
        </w:rPr>
        <w:t>Jesus continued.</w:t>
      </w:r>
    </w:p>
    <w:p w14:paraId="0CC6756F" w14:textId="77777777" w:rsidR="007D7487" w:rsidRDefault="00E6407B">
      <w:pPr>
        <w:ind w:firstLine="288"/>
      </w:pPr>
      <w:r>
        <w:rPr>
          <w:rFonts w:cs="Times New Roman"/>
        </w:rPr>
        <w:t>“Bloodline carried the promise, but bloodline was never the mechanism by which a man became righteous before God.”</w:t>
      </w:r>
    </w:p>
    <w:p w14:paraId="3493E0EB" w14:textId="77777777" w:rsidR="007D7487" w:rsidRDefault="00E6407B">
      <w:pPr>
        <w:ind w:firstLine="288"/>
      </w:pPr>
      <w:r>
        <w:rPr>
          <w:rFonts w:cs="Times New Roman"/>
        </w:rPr>
        <w:t>Abraham himself stood underneath the statement.</w:t>
      </w:r>
    </w:p>
    <w:p w14:paraId="282856B0" w14:textId="77777777" w:rsidR="007D7487" w:rsidRDefault="00E6407B">
      <w:pPr>
        <w:ind w:firstLine="288"/>
      </w:pPr>
      <w:r>
        <w:rPr>
          <w:rFonts w:cs="Times New Roman"/>
        </w:rPr>
        <w:lastRenderedPageBreak/>
        <w:t>Then the third beam.</w:t>
      </w:r>
    </w:p>
    <w:p w14:paraId="2E926412" w14:textId="77777777" w:rsidR="007D7487" w:rsidRDefault="00E6407B">
      <w:pPr>
        <w:ind w:firstLine="288"/>
      </w:pPr>
      <w:r>
        <w:rPr>
          <w:rFonts w:cs="Times New Roman"/>
        </w:rPr>
        <w:t>“Israel was entrusted with much.”</w:t>
      </w:r>
    </w:p>
    <w:p w14:paraId="4115E0FA" w14:textId="77777777" w:rsidR="007D7487" w:rsidRDefault="00E6407B">
      <w:pPr>
        <w:ind w:firstLine="288"/>
      </w:pPr>
      <w:r>
        <w:rPr>
          <w:rFonts w:cs="Times New Roman"/>
        </w:rPr>
        <w:t>“The Law.”</w:t>
      </w:r>
    </w:p>
    <w:p w14:paraId="7F64B9DF" w14:textId="77777777" w:rsidR="007D7487" w:rsidRDefault="00E6407B">
      <w:pPr>
        <w:ind w:firstLine="288"/>
      </w:pPr>
      <w:r>
        <w:rPr>
          <w:rFonts w:cs="Times New Roman"/>
        </w:rPr>
        <w:t>“The prophets.”</w:t>
      </w:r>
    </w:p>
    <w:p w14:paraId="563BA529" w14:textId="77777777" w:rsidR="007D7487" w:rsidRDefault="00E6407B">
      <w:pPr>
        <w:ind w:firstLine="288"/>
      </w:pPr>
      <w:r>
        <w:rPr>
          <w:rFonts w:cs="Times New Roman"/>
        </w:rPr>
        <w:t>“The dwelling.”</w:t>
      </w:r>
    </w:p>
    <w:p w14:paraId="493BE731" w14:textId="77777777" w:rsidR="007D7487" w:rsidRDefault="00E6407B">
      <w:pPr>
        <w:ind w:firstLine="288"/>
      </w:pPr>
      <w:r>
        <w:rPr>
          <w:rFonts w:cs="Times New Roman"/>
        </w:rPr>
        <w:t>“The priesthood.”</w:t>
      </w:r>
    </w:p>
    <w:p w14:paraId="1A211FB7" w14:textId="77777777" w:rsidR="007D7487" w:rsidRDefault="00E6407B">
      <w:pPr>
        <w:ind w:firstLine="288"/>
      </w:pPr>
      <w:r>
        <w:rPr>
          <w:rFonts w:cs="Times New Roman"/>
        </w:rPr>
        <w:t>“The sacrifices.”</w:t>
      </w:r>
    </w:p>
    <w:p w14:paraId="03CA6BF4" w14:textId="77777777" w:rsidR="007D7487" w:rsidRDefault="00E6407B">
      <w:pPr>
        <w:ind w:firstLine="288"/>
      </w:pPr>
      <w:r>
        <w:rPr>
          <w:rFonts w:cs="Times New Roman"/>
        </w:rPr>
        <w:t>“The covenants.”</w:t>
      </w:r>
    </w:p>
    <w:p w14:paraId="079C1329" w14:textId="77777777" w:rsidR="007D7487" w:rsidRDefault="00E6407B">
      <w:pPr>
        <w:ind w:firstLine="288"/>
      </w:pPr>
      <w:r>
        <w:rPr>
          <w:rFonts w:cs="Times New Roman"/>
        </w:rPr>
        <w:t>“The promises.”</w:t>
      </w:r>
    </w:p>
    <w:p w14:paraId="0997C31F" w14:textId="77777777" w:rsidR="007D7487" w:rsidRDefault="00E6407B">
      <w:pPr>
        <w:ind w:firstLine="288"/>
      </w:pPr>
      <w:r>
        <w:rPr>
          <w:rFonts w:cs="Times New Roman"/>
        </w:rPr>
        <w:t>“The Seed.”</w:t>
      </w:r>
    </w:p>
    <w:p w14:paraId="1E252AB8" w14:textId="77777777" w:rsidR="007D7487" w:rsidRDefault="00E6407B">
      <w:pPr>
        <w:ind w:firstLine="288"/>
      </w:pPr>
      <w:r>
        <w:rPr>
          <w:rFonts w:cs="Times New Roman"/>
        </w:rPr>
        <w:t>“That privilege carried responsibility.”</w:t>
      </w:r>
    </w:p>
    <w:p w14:paraId="12E4A000" w14:textId="77777777" w:rsidR="007D7487" w:rsidRDefault="00E6407B">
      <w:pPr>
        <w:ind w:firstLine="288"/>
      </w:pPr>
      <w:r>
        <w:rPr>
          <w:rFonts w:cs="Times New Roman"/>
        </w:rPr>
        <w:t>Matthew looked toward the road.</w:t>
      </w:r>
    </w:p>
    <w:p w14:paraId="67DADA98" w14:textId="77777777" w:rsidR="007D7487" w:rsidRDefault="00E6407B">
      <w:pPr>
        <w:ind w:firstLine="288"/>
      </w:pPr>
      <w:r>
        <w:rPr>
          <w:rFonts w:cs="Times New Roman"/>
        </w:rPr>
        <w:t>“So the nations may know YHWH.”</w:t>
      </w:r>
    </w:p>
    <w:p w14:paraId="5200D4B5" w14:textId="77777777" w:rsidR="007D7487" w:rsidRDefault="00E6407B">
      <w:pPr>
        <w:ind w:firstLine="288"/>
      </w:pPr>
      <w:r>
        <w:rPr>
          <w:rFonts w:cs="Times New Roman"/>
        </w:rPr>
        <w:t>Jesus nodded.</w:t>
      </w:r>
    </w:p>
    <w:p w14:paraId="04ECF548" w14:textId="77777777" w:rsidR="007D7487" w:rsidRDefault="00E6407B">
      <w:pPr>
        <w:ind w:firstLine="288"/>
      </w:pPr>
      <w:r>
        <w:rPr>
          <w:rFonts w:cs="Times New Roman"/>
        </w:rPr>
        <w:t>“And share in the promised blessing.”</w:t>
      </w:r>
    </w:p>
    <w:p w14:paraId="118A7040" w14:textId="77777777" w:rsidR="007D7487" w:rsidRDefault="00E6407B">
      <w:pPr>
        <w:ind w:firstLine="288"/>
      </w:pPr>
      <w:r>
        <w:rPr>
          <w:rFonts w:cs="Times New Roman"/>
        </w:rPr>
        <w:t>The three beams were no longer separate.</w:t>
      </w:r>
    </w:p>
    <w:p w14:paraId="0700F75C" w14:textId="77777777" w:rsidR="007D7487" w:rsidRDefault="00E6407B">
      <w:pPr>
        <w:ind w:firstLine="288"/>
      </w:pPr>
      <w:r>
        <w:rPr>
          <w:rFonts w:cs="Times New Roman"/>
        </w:rPr>
        <w:t>God gives promise.</w:t>
      </w:r>
    </w:p>
    <w:p w14:paraId="4B1E2910" w14:textId="77777777" w:rsidR="007D7487" w:rsidRDefault="00E6407B">
      <w:pPr>
        <w:ind w:firstLine="288"/>
      </w:pPr>
      <w:r>
        <w:rPr>
          <w:rFonts w:cs="Times New Roman"/>
        </w:rPr>
        <w:t>Abraham believes.</w:t>
      </w:r>
    </w:p>
    <w:p w14:paraId="5F1A1DD5" w14:textId="77777777" w:rsidR="007D7487" w:rsidRDefault="00E6407B">
      <w:pPr>
        <w:ind w:firstLine="288"/>
      </w:pPr>
      <w:r>
        <w:rPr>
          <w:rFonts w:cs="Times New Roman"/>
        </w:rPr>
        <w:t>The promise travels through a chosen family.</w:t>
      </w:r>
    </w:p>
    <w:p w14:paraId="07F7581D" w14:textId="77777777" w:rsidR="007D7487" w:rsidRDefault="00E6407B">
      <w:pPr>
        <w:ind w:firstLine="288"/>
      </w:pPr>
      <w:r>
        <w:rPr>
          <w:rFonts w:cs="Times New Roman"/>
        </w:rPr>
        <w:t>That family receives covenant revelation and responsibility.</w:t>
      </w:r>
    </w:p>
    <w:p w14:paraId="36FBFAF2" w14:textId="77777777" w:rsidR="007D7487" w:rsidRDefault="00E6407B">
      <w:pPr>
        <w:ind w:firstLine="288"/>
      </w:pPr>
      <w:r>
        <w:rPr>
          <w:rFonts w:cs="Times New Roman"/>
        </w:rPr>
        <w:t>The promised Seed comes through the line.</w:t>
      </w:r>
    </w:p>
    <w:p w14:paraId="7BD6E868" w14:textId="77777777" w:rsidR="007D7487" w:rsidRDefault="00E6407B">
      <w:pPr>
        <w:ind w:firstLine="288"/>
      </w:pPr>
      <w:r>
        <w:rPr>
          <w:rFonts w:cs="Times New Roman"/>
        </w:rPr>
        <w:t>And the blessing moves outward without requiring the line to have been meaningless.</w:t>
      </w:r>
    </w:p>
    <w:p w14:paraId="7E9EDD75" w14:textId="77777777" w:rsidR="007D7487" w:rsidRDefault="00E6407B">
      <w:pPr>
        <w:ind w:firstLine="288"/>
      </w:pPr>
      <w:r>
        <w:rPr>
          <w:rFonts w:cs="Times New Roman"/>
        </w:rPr>
        <w:t>John felt the structure settle.</w:t>
      </w:r>
    </w:p>
    <w:p w14:paraId="2FA2BF20" w14:textId="77777777" w:rsidR="007D7487" w:rsidRDefault="00E6407B">
      <w:pPr>
        <w:ind w:firstLine="288"/>
      </w:pPr>
      <w:r>
        <w:rPr>
          <w:rFonts w:cs="Times New Roman"/>
        </w:rPr>
        <w:t>The family would become larger than bloodline.</w:t>
      </w:r>
    </w:p>
    <w:p w14:paraId="118AFE94" w14:textId="77777777" w:rsidR="007D7487" w:rsidRDefault="00E6407B">
      <w:pPr>
        <w:ind w:firstLine="288"/>
      </w:pPr>
      <w:r>
        <w:rPr>
          <w:rFonts w:cs="Times New Roman"/>
        </w:rPr>
        <w:t>But bloodline had carried the One through whom the larger family would be made.</w:t>
      </w:r>
    </w:p>
    <w:p w14:paraId="1C551FFA" w14:textId="77777777" w:rsidR="007D7487" w:rsidRDefault="00E6407B">
      <w:pPr>
        <w:ind w:firstLine="288"/>
      </w:pPr>
      <w:r>
        <w:rPr>
          <w:rFonts w:cs="Times New Roman"/>
        </w:rPr>
        <w:t>He did not yet have the words for what he was seeing.</w:t>
      </w:r>
    </w:p>
    <w:p w14:paraId="08B873BE" w14:textId="77777777" w:rsidR="007D7487" w:rsidRDefault="00E6407B">
      <w:pPr>
        <w:ind w:firstLine="288"/>
      </w:pPr>
      <w:r>
        <w:rPr>
          <w:rFonts w:cs="Times New Roman"/>
        </w:rPr>
        <w:t>A family larger than bloodline.</w:t>
      </w:r>
    </w:p>
    <w:p w14:paraId="273D0329" w14:textId="77777777" w:rsidR="007D7487" w:rsidRDefault="00E6407B">
      <w:pPr>
        <w:ind w:firstLine="288"/>
      </w:pPr>
      <w:r>
        <w:rPr>
          <w:rFonts w:cs="Times New Roman"/>
        </w:rPr>
        <w:t>Life received from God.</w:t>
      </w:r>
    </w:p>
    <w:p w14:paraId="6AAF0C24" w14:textId="77777777" w:rsidR="007D7487" w:rsidRDefault="00E6407B">
      <w:pPr>
        <w:ind w:firstLine="288"/>
      </w:pPr>
      <w:r>
        <w:rPr>
          <w:rFonts w:cs="Times New Roman"/>
        </w:rPr>
        <w:t>But the architecture was already there.</w:t>
      </w:r>
    </w:p>
    <w:p w14:paraId="5871AF85" w14:textId="77777777" w:rsidR="007D7487" w:rsidRDefault="00E6407B">
      <w:pPr>
        <w:suppressLineNumbers/>
        <w:spacing w:before="100" w:after="100"/>
        <w:jc w:val="center"/>
      </w:pPr>
      <w:r>
        <w:rPr>
          <w:rFonts w:cs="Times New Roman"/>
          <w:sz w:val="20"/>
        </w:rPr>
        <w:t>* * *</w:t>
      </w:r>
    </w:p>
    <w:p w14:paraId="1C67777B" w14:textId="77777777" w:rsidR="007D7487" w:rsidRDefault="00E6407B">
      <w:pPr>
        <w:ind w:firstLine="288"/>
      </w:pPr>
      <w:r>
        <w:rPr>
          <w:rFonts w:cs="Times New Roman"/>
        </w:rPr>
        <w:t>Peter looked toward Jesus.</w:t>
      </w:r>
    </w:p>
    <w:p w14:paraId="485F6E51" w14:textId="77777777" w:rsidR="007D7487" w:rsidRDefault="00E6407B">
      <w:pPr>
        <w:ind w:firstLine="288"/>
      </w:pPr>
      <w:r>
        <w:rPr>
          <w:rFonts w:cs="Times New Roman"/>
        </w:rPr>
        <w:t>“Then what did Israel need Sinai for if the promise was already there?”</w:t>
      </w:r>
    </w:p>
    <w:p w14:paraId="101801F4" w14:textId="77777777" w:rsidR="007D7487" w:rsidRDefault="00E6407B">
      <w:pPr>
        <w:ind w:firstLine="288"/>
      </w:pPr>
      <w:r>
        <w:rPr>
          <w:rFonts w:cs="Times New Roman"/>
        </w:rPr>
        <w:t>Nicodemus turned toward him.</w:t>
      </w:r>
    </w:p>
    <w:p w14:paraId="040FB008" w14:textId="77777777" w:rsidR="007D7487" w:rsidRDefault="00E6407B">
      <w:pPr>
        <w:ind w:firstLine="288"/>
      </w:pPr>
      <w:r>
        <w:rPr>
          <w:rFonts w:cs="Times New Roman"/>
        </w:rPr>
        <w:t>That was his question too.</w:t>
      </w:r>
    </w:p>
    <w:p w14:paraId="68E0D3D5" w14:textId="77777777" w:rsidR="007D7487" w:rsidRDefault="00E6407B">
      <w:pPr>
        <w:ind w:firstLine="288"/>
      </w:pPr>
      <w:r>
        <w:rPr>
          <w:rFonts w:cs="Times New Roman"/>
        </w:rPr>
        <w:t>Jesus smiled.</w:t>
      </w:r>
    </w:p>
    <w:p w14:paraId="142B83AC" w14:textId="77777777" w:rsidR="007D7487" w:rsidRDefault="00E6407B">
      <w:pPr>
        <w:ind w:firstLine="288"/>
      </w:pPr>
      <w:r>
        <w:rPr>
          <w:rFonts w:cs="Times New Roman"/>
        </w:rPr>
        <w:t>The old teacher sat forward.</w:t>
      </w:r>
    </w:p>
    <w:p w14:paraId="64672989" w14:textId="77777777" w:rsidR="007D7487" w:rsidRDefault="00E6407B">
      <w:pPr>
        <w:ind w:firstLine="288"/>
      </w:pPr>
      <w:r>
        <w:rPr>
          <w:rFonts w:cs="Times New Roman"/>
        </w:rPr>
        <w:t>Peter saw it.</w:t>
      </w:r>
    </w:p>
    <w:p w14:paraId="64B1549E" w14:textId="77777777" w:rsidR="007D7487" w:rsidRDefault="00E6407B">
      <w:pPr>
        <w:ind w:firstLine="288"/>
      </w:pPr>
      <w:r>
        <w:rPr>
          <w:rFonts w:cs="Times New Roman"/>
        </w:rPr>
        <w:t>“There he goes.”</w:t>
      </w:r>
    </w:p>
    <w:p w14:paraId="0208282A" w14:textId="77777777" w:rsidR="007D7487" w:rsidRDefault="00E6407B">
      <w:pPr>
        <w:ind w:firstLine="288"/>
      </w:pPr>
      <w:r>
        <w:rPr>
          <w:rFonts w:cs="Times New Roman"/>
        </w:rPr>
        <w:lastRenderedPageBreak/>
        <w:t>Nicodemus ignored him.</w:t>
      </w:r>
    </w:p>
    <w:p w14:paraId="0DF982EA" w14:textId="77777777" w:rsidR="007D7487" w:rsidRDefault="00E6407B">
      <w:pPr>
        <w:ind w:firstLine="288"/>
      </w:pPr>
      <w:r>
        <w:rPr>
          <w:rFonts w:cs="Times New Roman"/>
        </w:rPr>
        <w:t>Jesus looked across the gathering.</w:t>
      </w:r>
    </w:p>
    <w:p w14:paraId="38201291" w14:textId="77777777" w:rsidR="007D7487" w:rsidRDefault="00E6407B">
      <w:pPr>
        <w:ind w:firstLine="288"/>
      </w:pPr>
      <w:r>
        <w:rPr>
          <w:rFonts w:cs="Times New Roman"/>
        </w:rPr>
        <w:t>“If a family carrying promise becomes a people, what kind of people must they become?”</w:t>
      </w:r>
    </w:p>
    <w:p w14:paraId="41752110" w14:textId="77777777" w:rsidR="007D7487" w:rsidRDefault="00E6407B">
      <w:pPr>
        <w:ind w:firstLine="288"/>
      </w:pPr>
      <w:r>
        <w:rPr>
          <w:rFonts w:cs="Times New Roman"/>
        </w:rPr>
        <w:t>Silence.</w:t>
      </w:r>
    </w:p>
    <w:p w14:paraId="45823B3A" w14:textId="77777777" w:rsidR="007D7487" w:rsidRDefault="00E6407B">
      <w:pPr>
        <w:ind w:firstLine="288"/>
      </w:pPr>
      <w:r>
        <w:rPr>
          <w:rFonts w:cs="Times New Roman"/>
        </w:rPr>
        <w:t>“What does it mean for the LORD to dwell among them?”</w:t>
      </w:r>
    </w:p>
    <w:p w14:paraId="302706CC" w14:textId="77777777" w:rsidR="007D7487" w:rsidRDefault="00E6407B">
      <w:pPr>
        <w:ind w:firstLine="288"/>
      </w:pPr>
      <w:r>
        <w:rPr>
          <w:rFonts w:cs="Times New Roman"/>
        </w:rPr>
        <w:t>Nicodemus’s breathing changed.</w:t>
      </w:r>
    </w:p>
    <w:p w14:paraId="643C9B12" w14:textId="77777777" w:rsidR="007D7487" w:rsidRDefault="00E6407B">
      <w:pPr>
        <w:ind w:firstLine="288"/>
      </w:pPr>
      <w:r>
        <w:rPr>
          <w:rFonts w:cs="Times New Roman"/>
        </w:rPr>
        <w:t>“What does holiness require?”</w:t>
      </w:r>
    </w:p>
    <w:p w14:paraId="0415EF03" w14:textId="77777777" w:rsidR="007D7487" w:rsidRDefault="00E6407B">
      <w:pPr>
        <w:ind w:firstLine="288"/>
      </w:pPr>
      <w:r>
        <w:rPr>
          <w:rFonts w:cs="Times New Roman"/>
        </w:rPr>
        <w:t>“What does priesthood teach?”</w:t>
      </w:r>
    </w:p>
    <w:p w14:paraId="587F0807" w14:textId="77777777" w:rsidR="007D7487" w:rsidRDefault="00E6407B">
      <w:pPr>
        <w:ind w:firstLine="288"/>
      </w:pPr>
      <w:r>
        <w:rPr>
          <w:rFonts w:cs="Times New Roman"/>
        </w:rPr>
        <w:t>“Why Judah?”</w:t>
      </w:r>
    </w:p>
    <w:p w14:paraId="1C63C864" w14:textId="77777777" w:rsidR="007D7487" w:rsidRDefault="00E6407B">
      <w:pPr>
        <w:ind w:firstLine="288"/>
      </w:pPr>
      <w:r>
        <w:rPr>
          <w:rFonts w:cs="Times New Roman"/>
        </w:rPr>
        <w:t>“Why Levi?”</w:t>
      </w:r>
    </w:p>
    <w:p w14:paraId="3B0B619F" w14:textId="77777777" w:rsidR="007D7487" w:rsidRDefault="00E6407B">
      <w:pPr>
        <w:ind w:firstLine="288"/>
      </w:pPr>
      <w:r>
        <w:rPr>
          <w:rFonts w:cs="Times New Roman"/>
        </w:rPr>
        <w:t>“Why does David speak of a Priest forever who is not simply another son of Aaron?”</w:t>
      </w:r>
    </w:p>
    <w:p w14:paraId="3EACDA91" w14:textId="77777777" w:rsidR="007D7487" w:rsidRDefault="00E6407B">
      <w:pPr>
        <w:ind w:firstLine="288"/>
      </w:pPr>
      <w:r>
        <w:rPr>
          <w:rFonts w:cs="Times New Roman"/>
        </w:rPr>
        <w:t>Nicodemus was no longer breathing quietly.</w:t>
      </w:r>
    </w:p>
    <w:p w14:paraId="0849C34C" w14:textId="77777777" w:rsidR="007D7487" w:rsidRDefault="00E6407B">
      <w:pPr>
        <w:ind w:firstLine="288"/>
      </w:pPr>
      <w:r>
        <w:rPr>
          <w:rFonts w:cs="Times New Roman"/>
        </w:rPr>
        <w:t>Joseph leaned toward Peter.</w:t>
      </w:r>
    </w:p>
    <w:p w14:paraId="10D5ED30" w14:textId="77777777" w:rsidR="007D7487" w:rsidRDefault="00E6407B">
      <w:pPr>
        <w:ind w:firstLine="288"/>
      </w:pPr>
      <w:r>
        <w:rPr>
          <w:rFonts w:cs="Times New Roman"/>
        </w:rPr>
        <w:t>“We have lost him again.”</w:t>
      </w:r>
    </w:p>
    <w:p w14:paraId="79F91536" w14:textId="77777777" w:rsidR="007D7487" w:rsidRDefault="00E6407B">
      <w:pPr>
        <w:ind w:firstLine="288"/>
      </w:pPr>
      <w:r>
        <w:rPr>
          <w:rFonts w:cs="Times New Roman"/>
        </w:rPr>
        <w:t>Peter nodded solemnly.</w:t>
      </w:r>
    </w:p>
    <w:p w14:paraId="63AFC375" w14:textId="77777777" w:rsidR="007D7487" w:rsidRDefault="00E6407B">
      <w:pPr>
        <w:ind w:firstLine="288"/>
      </w:pPr>
      <w:r>
        <w:rPr>
          <w:rFonts w:cs="Times New Roman"/>
        </w:rPr>
        <w:t>“It was brief.”</w:t>
      </w:r>
    </w:p>
    <w:p w14:paraId="68EA4FAB" w14:textId="77777777" w:rsidR="007D7487" w:rsidRDefault="00E6407B">
      <w:pPr>
        <w:ind w:firstLine="288"/>
      </w:pPr>
      <w:r>
        <w:rPr>
          <w:rFonts w:cs="Times New Roman"/>
        </w:rPr>
        <w:t>Jesus smiled.</w:t>
      </w:r>
    </w:p>
    <w:p w14:paraId="7FFF5019" w14:textId="77777777" w:rsidR="007D7487" w:rsidRDefault="00E6407B">
      <w:pPr>
        <w:ind w:firstLine="288"/>
      </w:pPr>
      <w:r>
        <w:rPr>
          <w:rFonts w:cs="Times New Roman"/>
        </w:rPr>
        <w:t>Then He turned the whole gathering toward Sinai.</w:t>
      </w:r>
    </w:p>
    <w:p w14:paraId="00B0CE64" w14:textId="77777777" w:rsidR="007D7487" w:rsidRDefault="00E6407B">
      <w:pPr>
        <w:suppressLineNumbers/>
      </w:pPr>
      <w:r>
        <w:br w:type="page"/>
      </w:r>
    </w:p>
    <w:p w14:paraId="19EA76D2" w14:textId="77777777" w:rsidR="007D7487" w:rsidRDefault="00E6407B">
      <w:pPr>
        <w:pStyle w:val="Heading1"/>
        <w:suppressLineNumbers/>
      </w:pPr>
      <w:r>
        <w:rPr>
          <w:rFonts w:ascii="Times New Roman" w:hAnsi="Times New Roman" w:cs="Times New Roman"/>
        </w:rPr>
        <w:lastRenderedPageBreak/>
        <w:t>Section 13A — Sinai and the Priest Forever</w:t>
      </w:r>
    </w:p>
    <w:p w14:paraId="52DD1B60" w14:textId="77777777" w:rsidR="007D7487" w:rsidRDefault="00E6407B">
      <w:pPr>
        <w:ind w:firstLine="288"/>
      </w:pPr>
      <w:r>
        <w:rPr>
          <w:rFonts w:cs="Times New Roman"/>
        </w:rPr>
        <w:t>The mountain itself was far from them now, but every Israelite in the gathering knew what belonged there.</w:t>
      </w:r>
    </w:p>
    <w:p w14:paraId="077002FD" w14:textId="77777777" w:rsidR="007D7487" w:rsidRDefault="00E6407B">
      <w:pPr>
        <w:ind w:firstLine="288"/>
      </w:pPr>
      <w:r>
        <w:rPr>
          <w:rFonts w:cs="Times New Roman"/>
        </w:rPr>
        <w:t>Fire.</w:t>
      </w:r>
    </w:p>
    <w:p w14:paraId="6F2F5C41" w14:textId="77777777" w:rsidR="007D7487" w:rsidRDefault="00E6407B">
      <w:pPr>
        <w:ind w:firstLine="288"/>
      </w:pPr>
      <w:r>
        <w:rPr>
          <w:rFonts w:cs="Times New Roman"/>
        </w:rPr>
        <w:t>Cloud.</w:t>
      </w:r>
    </w:p>
    <w:p w14:paraId="06F31A3C" w14:textId="77777777" w:rsidR="007D7487" w:rsidRDefault="00E6407B">
      <w:pPr>
        <w:ind w:firstLine="288"/>
      </w:pPr>
      <w:r>
        <w:rPr>
          <w:rFonts w:cs="Times New Roman"/>
        </w:rPr>
        <w:t>A voice.</w:t>
      </w:r>
    </w:p>
    <w:p w14:paraId="37422393" w14:textId="77777777" w:rsidR="007D7487" w:rsidRDefault="00E6407B">
      <w:pPr>
        <w:ind w:firstLine="288"/>
      </w:pPr>
      <w:r>
        <w:rPr>
          <w:rFonts w:cs="Times New Roman"/>
        </w:rPr>
        <w:t>A people brought out of bondage.</w:t>
      </w:r>
    </w:p>
    <w:p w14:paraId="7F5B8595" w14:textId="77777777" w:rsidR="007D7487" w:rsidRDefault="00E6407B">
      <w:pPr>
        <w:ind w:firstLine="288"/>
      </w:pPr>
      <w:r>
        <w:rPr>
          <w:rFonts w:cs="Times New Roman"/>
        </w:rPr>
        <w:t>A covenant.</w:t>
      </w:r>
    </w:p>
    <w:p w14:paraId="75209465" w14:textId="77777777" w:rsidR="007D7487" w:rsidRDefault="00E6407B">
      <w:pPr>
        <w:ind w:firstLine="288"/>
      </w:pPr>
      <w:r>
        <w:rPr>
          <w:rFonts w:cs="Times New Roman"/>
        </w:rPr>
        <w:t>Jesus looked toward Nicodemus.</w:t>
      </w:r>
    </w:p>
    <w:p w14:paraId="7DE9DCDA" w14:textId="77777777" w:rsidR="007D7487" w:rsidRDefault="00E6407B">
      <w:pPr>
        <w:ind w:firstLine="288"/>
      </w:pPr>
      <w:r>
        <w:rPr>
          <w:rFonts w:cs="Times New Roman"/>
        </w:rPr>
        <w:t>"What did the LORD say before He gave Israel the commandments?"</w:t>
      </w:r>
    </w:p>
    <w:p w14:paraId="0FCA8245" w14:textId="77777777" w:rsidR="007D7487" w:rsidRDefault="00E6407B">
      <w:pPr>
        <w:ind w:firstLine="288"/>
      </w:pPr>
      <w:r>
        <w:rPr>
          <w:rFonts w:cs="Times New Roman"/>
        </w:rPr>
        <w:t>Nicodemus answered carefully.</w:t>
      </w:r>
    </w:p>
    <w:p w14:paraId="66F45A45" w14:textId="77777777" w:rsidR="007D7487" w:rsidRDefault="00E6407B">
      <w:pPr>
        <w:ind w:firstLine="288"/>
      </w:pPr>
      <w:r>
        <w:rPr>
          <w:rFonts w:cs="Times New Roman"/>
          <w:i/>
        </w:rPr>
        <w:t>"Ye have seen what I did unto the Egyptians."</w:t>
      </w:r>
    </w:p>
    <w:p w14:paraId="4737F4AA" w14:textId="77777777" w:rsidR="007D7487" w:rsidRDefault="00E6407B">
      <w:pPr>
        <w:ind w:firstLine="288"/>
      </w:pPr>
      <w:r>
        <w:rPr>
          <w:rFonts w:cs="Times New Roman"/>
        </w:rPr>
        <w:t>"And?"</w:t>
      </w:r>
    </w:p>
    <w:p w14:paraId="48B1F14D" w14:textId="77777777" w:rsidR="007D7487" w:rsidRDefault="00E6407B">
      <w:pPr>
        <w:ind w:firstLine="288"/>
      </w:pPr>
      <w:r>
        <w:rPr>
          <w:rFonts w:cs="Times New Roman"/>
        </w:rPr>
        <w:t>"How I bare you on eagles' wings."</w:t>
      </w:r>
    </w:p>
    <w:p w14:paraId="6D83051D" w14:textId="77777777" w:rsidR="007D7487" w:rsidRDefault="00E6407B">
      <w:pPr>
        <w:ind w:firstLine="288"/>
      </w:pPr>
      <w:r>
        <w:rPr>
          <w:rFonts w:cs="Times New Roman"/>
        </w:rPr>
        <w:t>"And brought you unto myself."</w:t>
      </w:r>
    </w:p>
    <w:p w14:paraId="56682A30" w14:textId="77777777" w:rsidR="007D7487" w:rsidRDefault="00E6407B">
      <w:pPr>
        <w:ind w:firstLine="288"/>
      </w:pPr>
      <w:r>
        <w:rPr>
          <w:rFonts w:cs="Times New Roman"/>
        </w:rPr>
        <w:t>Jesus nodded.</w:t>
      </w:r>
    </w:p>
    <w:p w14:paraId="752748A1" w14:textId="77777777" w:rsidR="007D7487" w:rsidRDefault="00E6407B">
      <w:pPr>
        <w:ind w:firstLine="288"/>
      </w:pPr>
      <w:r>
        <w:rPr>
          <w:rFonts w:cs="Times New Roman"/>
        </w:rPr>
        <w:t>"Before the commands?"</w:t>
      </w:r>
    </w:p>
    <w:p w14:paraId="7F1A367B" w14:textId="77777777" w:rsidR="007D7487" w:rsidRDefault="00E6407B">
      <w:pPr>
        <w:ind w:firstLine="288"/>
      </w:pPr>
      <w:r>
        <w:rPr>
          <w:rFonts w:cs="Times New Roman"/>
        </w:rPr>
        <w:t>"Yes."</w:t>
      </w:r>
    </w:p>
    <w:p w14:paraId="2BA8FF66" w14:textId="77777777" w:rsidR="007D7487" w:rsidRDefault="00E6407B">
      <w:pPr>
        <w:ind w:firstLine="288"/>
      </w:pPr>
      <w:r>
        <w:rPr>
          <w:rFonts w:cs="Times New Roman"/>
        </w:rPr>
        <w:t>"Before the tabernacle?"</w:t>
      </w:r>
    </w:p>
    <w:p w14:paraId="0D5AC97E" w14:textId="77777777" w:rsidR="007D7487" w:rsidRDefault="00E6407B">
      <w:pPr>
        <w:ind w:firstLine="288"/>
      </w:pPr>
      <w:r>
        <w:rPr>
          <w:rFonts w:cs="Times New Roman"/>
        </w:rPr>
        <w:t>"Yes."</w:t>
      </w:r>
    </w:p>
    <w:p w14:paraId="6EF0ADA7" w14:textId="77777777" w:rsidR="007D7487" w:rsidRDefault="00E6407B">
      <w:pPr>
        <w:ind w:firstLine="288"/>
      </w:pPr>
      <w:r>
        <w:rPr>
          <w:rFonts w:cs="Times New Roman"/>
        </w:rPr>
        <w:t>"Before Aaron entered his office?"</w:t>
      </w:r>
    </w:p>
    <w:p w14:paraId="2242D96E" w14:textId="77777777" w:rsidR="007D7487" w:rsidRDefault="00E6407B">
      <w:pPr>
        <w:ind w:firstLine="288"/>
      </w:pPr>
      <w:r>
        <w:rPr>
          <w:rFonts w:cs="Times New Roman"/>
        </w:rPr>
        <w:t>"Yes."</w:t>
      </w:r>
    </w:p>
    <w:p w14:paraId="799C0AE1" w14:textId="77777777" w:rsidR="007D7487" w:rsidRDefault="00E6407B">
      <w:pPr>
        <w:ind w:firstLine="288"/>
      </w:pPr>
      <w:r>
        <w:rPr>
          <w:rFonts w:cs="Times New Roman"/>
        </w:rPr>
        <w:t>Jesus looked across the gathering.</w:t>
      </w:r>
    </w:p>
    <w:p w14:paraId="725A433C" w14:textId="77777777" w:rsidR="007D7487" w:rsidRDefault="00E6407B">
      <w:pPr>
        <w:ind w:firstLine="288"/>
      </w:pPr>
      <w:r>
        <w:rPr>
          <w:rFonts w:cs="Times New Roman"/>
        </w:rPr>
        <w:t>"The Father delivered before He instructed."</w:t>
      </w:r>
    </w:p>
    <w:p w14:paraId="0BD24B69" w14:textId="77777777" w:rsidR="007D7487" w:rsidRDefault="00E6407B">
      <w:pPr>
        <w:ind w:firstLine="288"/>
      </w:pPr>
      <w:r>
        <w:rPr>
          <w:rFonts w:cs="Times New Roman"/>
        </w:rPr>
        <w:t>"He brought Israel to Himself before He described how a people belonging to Him should live."</w:t>
      </w:r>
    </w:p>
    <w:p w14:paraId="1DA3C34E" w14:textId="77777777" w:rsidR="007D7487" w:rsidRDefault="00E6407B">
      <w:pPr>
        <w:ind w:firstLine="288"/>
      </w:pPr>
      <w:r>
        <w:rPr>
          <w:rFonts w:cs="Times New Roman"/>
        </w:rPr>
        <w:t>Peter's face softened slightly.</w:t>
      </w:r>
    </w:p>
    <w:p w14:paraId="2E8837BE" w14:textId="77777777" w:rsidR="007D7487" w:rsidRDefault="00E6407B">
      <w:pPr>
        <w:ind w:firstLine="288"/>
      </w:pPr>
      <w:r>
        <w:rPr>
          <w:rFonts w:cs="Times New Roman"/>
        </w:rPr>
        <w:t>Jesus continued.</w:t>
      </w:r>
    </w:p>
    <w:p w14:paraId="3ACF348A" w14:textId="77777777" w:rsidR="007D7487" w:rsidRDefault="00E6407B">
      <w:pPr>
        <w:ind w:firstLine="288"/>
      </w:pPr>
      <w:r>
        <w:rPr>
          <w:rFonts w:cs="Times New Roman"/>
        </w:rPr>
        <w:t>"And what did He call them?"</w:t>
      </w:r>
    </w:p>
    <w:p w14:paraId="3A1F54AB" w14:textId="77777777" w:rsidR="007D7487" w:rsidRDefault="00E6407B">
      <w:pPr>
        <w:ind w:firstLine="288"/>
      </w:pPr>
      <w:r>
        <w:rPr>
          <w:rFonts w:cs="Times New Roman"/>
        </w:rPr>
        <w:t>Andrew answered first.</w:t>
      </w:r>
    </w:p>
    <w:p w14:paraId="5F000959" w14:textId="77777777" w:rsidR="007D7487" w:rsidRDefault="00E6407B">
      <w:pPr>
        <w:ind w:firstLine="288"/>
      </w:pPr>
      <w:r>
        <w:rPr>
          <w:rFonts w:cs="Times New Roman"/>
        </w:rPr>
        <w:t>"A peculiar treasure."</w:t>
      </w:r>
    </w:p>
    <w:p w14:paraId="1F738462" w14:textId="77777777" w:rsidR="007D7487" w:rsidRDefault="00E6407B">
      <w:pPr>
        <w:ind w:firstLine="288"/>
      </w:pPr>
      <w:r>
        <w:rPr>
          <w:rFonts w:cs="Times New Roman"/>
        </w:rPr>
        <w:t>Jesus looked toward him.</w:t>
      </w:r>
    </w:p>
    <w:p w14:paraId="2DAA7068" w14:textId="77777777" w:rsidR="007D7487" w:rsidRDefault="00E6407B">
      <w:pPr>
        <w:ind w:firstLine="288"/>
      </w:pPr>
      <w:r>
        <w:rPr>
          <w:rFonts w:cs="Times New Roman"/>
        </w:rPr>
        <w:t>"Under what condition?"</w:t>
      </w:r>
    </w:p>
    <w:p w14:paraId="7EA70039" w14:textId="77777777" w:rsidR="007D7487" w:rsidRDefault="00E6407B">
      <w:pPr>
        <w:ind w:firstLine="288"/>
      </w:pPr>
      <w:r>
        <w:rPr>
          <w:rFonts w:cs="Times New Roman"/>
        </w:rPr>
        <w:t>"If ye will obey my voice indeed, and keep my covenant."</w:t>
      </w:r>
    </w:p>
    <w:p w14:paraId="67C07E9E" w14:textId="77777777" w:rsidR="007D7487" w:rsidRDefault="00E6407B">
      <w:pPr>
        <w:ind w:firstLine="288"/>
      </w:pPr>
      <w:r>
        <w:rPr>
          <w:rFonts w:cs="Times New Roman"/>
        </w:rPr>
        <w:t>Jesus nodded.</w:t>
      </w:r>
    </w:p>
    <w:p w14:paraId="5EC67399" w14:textId="77777777" w:rsidR="007D7487" w:rsidRDefault="00E6407B">
      <w:pPr>
        <w:ind w:firstLine="288"/>
      </w:pPr>
      <w:r>
        <w:rPr>
          <w:rFonts w:cs="Times New Roman"/>
        </w:rPr>
        <w:t>"And what did the Father say immediately after calling Israel His peculiar treasure?"</w:t>
      </w:r>
    </w:p>
    <w:p w14:paraId="7E4DAC9D" w14:textId="77777777" w:rsidR="007D7487" w:rsidRDefault="00E6407B">
      <w:pPr>
        <w:ind w:firstLine="288"/>
      </w:pPr>
      <w:r>
        <w:rPr>
          <w:rFonts w:cs="Times New Roman"/>
        </w:rPr>
        <w:t>Nicodemus supplied the words.</w:t>
      </w:r>
    </w:p>
    <w:p w14:paraId="04E402CB" w14:textId="77777777" w:rsidR="007D7487" w:rsidRDefault="00E6407B">
      <w:pPr>
        <w:ind w:firstLine="288"/>
      </w:pPr>
      <w:r>
        <w:rPr>
          <w:rFonts w:cs="Times New Roman"/>
        </w:rPr>
        <w:t>"For all the earth is mine."</w:t>
      </w:r>
    </w:p>
    <w:p w14:paraId="3A4BCDAF" w14:textId="77777777" w:rsidR="007D7487" w:rsidRDefault="00E6407B">
      <w:pPr>
        <w:ind w:firstLine="288"/>
      </w:pPr>
      <w:r>
        <w:rPr>
          <w:rFonts w:cs="Times New Roman"/>
        </w:rPr>
        <w:lastRenderedPageBreak/>
        <w:t>Jesus let that sentence stand.</w:t>
      </w:r>
    </w:p>
    <w:p w14:paraId="091E854C" w14:textId="77777777" w:rsidR="007D7487" w:rsidRDefault="00E6407B">
      <w:pPr>
        <w:ind w:firstLine="288"/>
      </w:pPr>
      <w:r>
        <w:rPr>
          <w:rFonts w:cs="Times New Roman"/>
        </w:rPr>
        <w:t>All the earth.</w:t>
      </w:r>
    </w:p>
    <w:p w14:paraId="72EC7C76" w14:textId="77777777" w:rsidR="007D7487" w:rsidRDefault="00E6407B">
      <w:pPr>
        <w:ind w:firstLine="288"/>
      </w:pPr>
      <w:r>
        <w:rPr>
          <w:rFonts w:cs="Times New Roman"/>
        </w:rPr>
        <w:t>Not merely Sinai.</w:t>
      </w:r>
    </w:p>
    <w:p w14:paraId="756FC27C" w14:textId="77777777" w:rsidR="007D7487" w:rsidRDefault="00E6407B">
      <w:pPr>
        <w:ind w:firstLine="288"/>
      </w:pPr>
      <w:r>
        <w:rPr>
          <w:rFonts w:cs="Times New Roman"/>
        </w:rPr>
        <w:t>Not merely Canaan.</w:t>
      </w:r>
    </w:p>
    <w:p w14:paraId="5B85068E" w14:textId="77777777" w:rsidR="007D7487" w:rsidRDefault="00E6407B">
      <w:pPr>
        <w:ind w:firstLine="288"/>
      </w:pPr>
      <w:r>
        <w:rPr>
          <w:rFonts w:cs="Times New Roman"/>
        </w:rPr>
        <w:t>Not merely one mountain or one people as though every other people belonged to another god.</w:t>
      </w:r>
    </w:p>
    <w:p w14:paraId="19596B00" w14:textId="77777777" w:rsidR="007D7487" w:rsidRDefault="00E6407B">
      <w:pPr>
        <w:ind w:firstLine="288"/>
      </w:pPr>
      <w:r>
        <w:rPr>
          <w:rFonts w:cs="Times New Roman"/>
        </w:rPr>
        <w:t>The earth was the LORD'S.</w:t>
      </w:r>
    </w:p>
    <w:p w14:paraId="166AAAAE" w14:textId="77777777" w:rsidR="007D7487" w:rsidRDefault="00E6407B">
      <w:pPr>
        <w:ind w:firstLine="288"/>
      </w:pPr>
      <w:r>
        <w:rPr>
          <w:rFonts w:cs="Times New Roman"/>
        </w:rPr>
        <w:t>Jesus continued.</w:t>
      </w:r>
    </w:p>
    <w:p w14:paraId="15229A39" w14:textId="77777777" w:rsidR="007D7487" w:rsidRDefault="00E6407B">
      <w:pPr>
        <w:ind w:firstLine="288"/>
      </w:pPr>
      <w:r>
        <w:rPr>
          <w:rFonts w:cs="Times New Roman"/>
        </w:rPr>
        <w:t>"And then?"</w:t>
      </w:r>
    </w:p>
    <w:p w14:paraId="6B833B58" w14:textId="77777777" w:rsidR="007D7487" w:rsidRDefault="00E6407B">
      <w:pPr>
        <w:ind w:firstLine="288"/>
      </w:pPr>
      <w:r>
        <w:rPr>
          <w:rFonts w:cs="Times New Roman"/>
        </w:rPr>
        <w:t>James answered.</w:t>
      </w:r>
    </w:p>
    <w:p w14:paraId="2488997A" w14:textId="77777777" w:rsidR="007D7487" w:rsidRDefault="00E6407B">
      <w:pPr>
        <w:ind w:firstLine="288"/>
      </w:pPr>
      <w:r>
        <w:rPr>
          <w:rFonts w:cs="Times New Roman"/>
        </w:rPr>
        <w:t>"A kingdom of priests."</w:t>
      </w:r>
    </w:p>
    <w:p w14:paraId="2774B690" w14:textId="77777777" w:rsidR="007D7487" w:rsidRDefault="00E6407B">
      <w:pPr>
        <w:ind w:firstLine="288"/>
      </w:pPr>
      <w:r>
        <w:rPr>
          <w:rFonts w:cs="Times New Roman"/>
        </w:rPr>
        <w:t>"And?"</w:t>
      </w:r>
    </w:p>
    <w:p w14:paraId="438C729A" w14:textId="77777777" w:rsidR="007D7487" w:rsidRDefault="00E6407B">
      <w:pPr>
        <w:ind w:firstLine="288"/>
      </w:pPr>
      <w:r>
        <w:rPr>
          <w:rFonts w:cs="Times New Roman"/>
        </w:rPr>
        <w:t>"An holy nation."</w:t>
      </w:r>
    </w:p>
    <w:p w14:paraId="7E1551F0" w14:textId="77777777" w:rsidR="007D7487" w:rsidRDefault="00E6407B">
      <w:pPr>
        <w:ind w:firstLine="288"/>
      </w:pPr>
      <w:r>
        <w:rPr>
          <w:rFonts w:cs="Times New Roman"/>
        </w:rPr>
        <w:t>"Let Moses keep the whole sentence together," Jesus said.</w:t>
      </w:r>
    </w:p>
    <w:p w14:paraId="12F555C8" w14:textId="77777777" w:rsidR="007D7487" w:rsidRDefault="00E6407B">
      <w:pPr>
        <w:ind w:firstLine="288"/>
      </w:pPr>
      <w:r>
        <w:rPr>
          <w:rFonts w:cs="Times New Roman"/>
          <w:i/>
        </w:rPr>
        <w:t>"Ye have seen what I did unto the Egyptians, and how I bare you on eagles' wings, and brought you unto myself. Now therefore, if ye will obey my voice indeed, and keep my covenant, then ye shall be a peculiar treasure unto me above all people: for all the earth is mine: And ye shall be unto me a kingdom of priests, and an holy nation."</w:t>
      </w:r>
    </w:p>
    <w:p w14:paraId="68E89B37" w14:textId="77777777" w:rsidR="007D7487" w:rsidRDefault="00E6407B">
      <w:pPr>
        <w:ind w:firstLine="288"/>
      </w:pPr>
      <w:r>
        <w:rPr>
          <w:rFonts w:cs="Times New Roman"/>
        </w:rPr>
        <w:t>The words now carried everything they had traced in the previous discussion.</w:t>
      </w:r>
    </w:p>
    <w:p w14:paraId="3E978AB6" w14:textId="77777777" w:rsidR="007D7487" w:rsidRDefault="00E6407B">
      <w:pPr>
        <w:ind w:firstLine="288"/>
      </w:pPr>
      <w:r>
        <w:rPr>
          <w:rFonts w:cs="Times New Roman"/>
        </w:rPr>
        <w:t>Deliverance.</w:t>
      </w:r>
    </w:p>
    <w:p w14:paraId="56B13A03" w14:textId="77777777" w:rsidR="007D7487" w:rsidRDefault="00E6407B">
      <w:pPr>
        <w:ind w:firstLine="288"/>
      </w:pPr>
      <w:r>
        <w:rPr>
          <w:rFonts w:cs="Times New Roman"/>
        </w:rPr>
        <w:t>Covenant.</w:t>
      </w:r>
    </w:p>
    <w:p w14:paraId="680B7362" w14:textId="77777777" w:rsidR="007D7487" w:rsidRDefault="00E6407B">
      <w:pPr>
        <w:ind w:firstLine="288"/>
      </w:pPr>
      <w:r>
        <w:rPr>
          <w:rFonts w:cs="Times New Roman"/>
        </w:rPr>
        <w:t>Treasure.</w:t>
      </w:r>
    </w:p>
    <w:p w14:paraId="1A565ED4" w14:textId="77777777" w:rsidR="007D7487" w:rsidRDefault="00E6407B">
      <w:pPr>
        <w:ind w:firstLine="288"/>
      </w:pPr>
      <w:r>
        <w:rPr>
          <w:rFonts w:cs="Times New Roman"/>
        </w:rPr>
        <w:t>All the earth.</w:t>
      </w:r>
    </w:p>
    <w:p w14:paraId="7E80B7E3" w14:textId="77777777" w:rsidR="007D7487" w:rsidRDefault="00E6407B">
      <w:pPr>
        <w:ind w:firstLine="288"/>
      </w:pPr>
      <w:r>
        <w:rPr>
          <w:rFonts w:cs="Times New Roman"/>
        </w:rPr>
        <w:t>Priestly vocation.</w:t>
      </w:r>
    </w:p>
    <w:p w14:paraId="2B1B8D9B" w14:textId="77777777" w:rsidR="007D7487" w:rsidRDefault="00E6407B">
      <w:pPr>
        <w:ind w:firstLine="288"/>
      </w:pPr>
      <w:r>
        <w:rPr>
          <w:rFonts w:cs="Times New Roman"/>
        </w:rPr>
        <w:t>Holiness.</w:t>
      </w:r>
    </w:p>
    <w:p w14:paraId="5B143CD0" w14:textId="77777777" w:rsidR="007D7487" w:rsidRDefault="00E6407B">
      <w:pPr>
        <w:ind w:firstLine="288"/>
      </w:pPr>
      <w:r>
        <w:rPr>
          <w:rFonts w:cs="Times New Roman"/>
        </w:rPr>
        <w:t>Israel's distinction and the nations horizon stood in the same speech.</w:t>
      </w:r>
    </w:p>
    <w:p w14:paraId="326DD8AC" w14:textId="77777777" w:rsidR="007D7487" w:rsidRDefault="00E6407B">
      <w:pPr>
        <w:ind w:firstLine="288"/>
      </w:pPr>
      <w:r>
        <w:rPr>
          <w:rFonts w:cs="Times New Roman"/>
        </w:rPr>
        <w:t>Jesus looked over the men and women gathered around Him.</w:t>
      </w:r>
    </w:p>
    <w:p w14:paraId="3B1E018C" w14:textId="77777777" w:rsidR="007D7487" w:rsidRDefault="00E6407B">
      <w:pPr>
        <w:ind w:firstLine="288"/>
      </w:pPr>
      <w:r>
        <w:rPr>
          <w:rFonts w:cs="Times New Roman"/>
        </w:rPr>
        <w:t>"The Father did not say that every Israelite would enter Aaron's office."</w:t>
      </w:r>
    </w:p>
    <w:p w14:paraId="092E2125" w14:textId="77777777" w:rsidR="007D7487" w:rsidRDefault="00E6407B">
      <w:pPr>
        <w:ind w:firstLine="288"/>
      </w:pPr>
      <w:r>
        <w:rPr>
          <w:rFonts w:cs="Times New Roman"/>
        </w:rPr>
        <w:t>Nicodemus nodded.</w:t>
      </w:r>
    </w:p>
    <w:p w14:paraId="49BA2E48" w14:textId="77777777" w:rsidR="007D7487" w:rsidRDefault="00E6407B">
      <w:pPr>
        <w:ind w:firstLine="288"/>
      </w:pPr>
      <w:r>
        <w:rPr>
          <w:rFonts w:cs="Times New Roman"/>
        </w:rPr>
        <w:t>"Aaron had not yet been consecrated when those words were spoken."</w:t>
      </w:r>
    </w:p>
    <w:p w14:paraId="068E4F96" w14:textId="77777777" w:rsidR="007D7487" w:rsidRDefault="00E6407B">
      <w:pPr>
        <w:ind w:firstLine="288"/>
      </w:pPr>
      <w:r>
        <w:rPr>
          <w:rFonts w:cs="Times New Roman"/>
        </w:rPr>
        <w:t>"Exactly."</w:t>
      </w:r>
    </w:p>
    <w:p w14:paraId="1C8FCF4A" w14:textId="77777777" w:rsidR="007D7487" w:rsidRDefault="00E6407B">
      <w:pPr>
        <w:ind w:firstLine="288"/>
      </w:pPr>
      <w:r>
        <w:rPr>
          <w:rFonts w:cs="Times New Roman"/>
        </w:rPr>
        <w:t>Jesus looked toward Peter.</w:t>
      </w:r>
    </w:p>
    <w:p w14:paraId="540FFA49" w14:textId="77777777" w:rsidR="007D7487" w:rsidRDefault="00E6407B">
      <w:pPr>
        <w:ind w:firstLine="288"/>
      </w:pPr>
      <w:r>
        <w:rPr>
          <w:rFonts w:cs="Times New Roman"/>
        </w:rPr>
        <w:t>"Then what kind of priesthood is being described before the specialized priesthood is established?"</w:t>
      </w:r>
    </w:p>
    <w:p w14:paraId="0401A966" w14:textId="77777777" w:rsidR="007D7487" w:rsidRDefault="00E6407B">
      <w:pPr>
        <w:ind w:firstLine="288"/>
      </w:pPr>
      <w:r>
        <w:rPr>
          <w:rFonts w:cs="Times New Roman"/>
        </w:rPr>
        <w:t>Peter's brow furrowed.</w:t>
      </w:r>
    </w:p>
    <w:p w14:paraId="4ECC7097" w14:textId="77777777" w:rsidR="007D7487" w:rsidRDefault="00E6407B">
      <w:pPr>
        <w:ind w:firstLine="288"/>
      </w:pPr>
      <w:r>
        <w:rPr>
          <w:rFonts w:cs="Times New Roman"/>
        </w:rPr>
        <w:t>"A people..."</w:t>
      </w:r>
    </w:p>
    <w:p w14:paraId="14083616" w14:textId="77777777" w:rsidR="007D7487" w:rsidRDefault="00E6407B">
      <w:pPr>
        <w:ind w:firstLine="288"/>
      </w:pPr>
      <w:r>
        <w:rPr>
          <w:rFonts w:cs="Times New Roman"/>
        </w:rPr>
        <w:t>He searched for language.</w:t>
      </w:r>
    </w:p>
    <w:p w14:paraId="1A0FACAE" w14:textId="77777777" w:rsidR="007D7487" w:rsidRDefault="00E6407B">
      <w:pPr>
        <w:ind w:firstLine="288"/>
      </w:pPr>
      <w:r>
        <w:rPr>
          <w:rFonts w:cs="Times New Roman"/>
        </w:rPr>
        <w:t>"...belonging to God."</w:t>
      </w:r>
    </w:p>
    <w:p w14:paraId="66605C03" w14:textId="77777777" w:rsidR="007D7487" w:rsidRDefault="00E6407B">
      <w:pPr>
        <w:ind w:firstLine="288"/>
      </w:pPr>
      <w:r>
        <w:rPr>
          <w:rFonts w:cs="Times New Roman"/>
        </w:rPr>
        <w:t>Jesus waited.</w:t>
      </w:r>
    </w:p>
    <w:p w14:paraId="19B6BFE6" w14:textId="77777777" w:rsidR="007D7487" w:rsidRDefault="00E6407B">
      <w:pPr>
        <w:ind w:firstLine="288"/>
      </w:pPr>
      <w:r>
        <w:rPr>
          <w:rFonts w:cs="Times New Roman"/>
        </w:rPr>
        <w:lastRenderedPageBreak/>
        <w:t>Peter continued.</w:t>
      </w:r>
    </w:p>
    <w:p w14:paraId="12ECA81C" w14:textId="77777777" w:rsidR="007D7487" w:rsidRDefault="00E6407B">
      <w:pPr>
        <w:ind w:firstLine="288"/>
      </w:pPr>
      <w:r>
        <w:rPr>
          <w:rFonts w:cs="Times New Roman"/>
        </w:rPr>
        <w:t>"A people through whom other people could know Him?"</w:t>
      </w:r>
    </w:p>
    <w:p w14:paraId="1BF9ED93" w14:textId="77777777" w:rsidR="007D7487" w:rsidRDefault="00E6407B">
      <w:pPr>
        <w:ind w:firstLine="288"/>
      </w:pPr>
      <w:r>
        <w:rPr>
          <w:rFonts w:cs="Times New Roman"/>
        </w:rPr>
        <w:t>Jesus did not collapse that corporate calling into Aaron's later office.</w:t>
      </w:r>
    </w:p>
    <w:p w14:paraId="5E1BEB1B" w14:textId="77777777" w:rsidR="007D7487" w:rsidRDefault="00E6407B">
      <w:pPr>
        <w:ind w:firstLine="288"/>
      </w:pPr>
      <w:r>
        <w:rPr>
          <w:rFonts w:cs="Times New Roman"/>
        </w:rPr>
        <w:t>Israel as a people could bear YHWH's Name and witness among the nations while only Aaron and his sons entered the specialized priestly service Moses would later establish.</w:t>
      </w:r>
    </w:p>
    <w:p w14:paraId="70174851" w14:textId="77777777" w:rsidR="007D7487" w:rsidRDefault="00E6407B">
      <w:pPr>
        <w:ind w:firstLine="288"/>
      </w:pPr>
      <w:r>
        <w:rPr>
          <w:rFonts w:cs="Times New Roman"/>
        </w:rPr>
        <w:t>Jesus smiled faintly.</w:t>
      </w:r>
    </w:p>
    <w:p w14:paraId="483E3FA4" w14:textId="77777777" w:rsidR="007D7487" w:rsidRDefault="00E6407B">
      <w:pPr>
        <w:ind w:firstLine="288"/>
      </w:pPr>
      <w:r>
        <w:rPr>
          <w:rFonts w:cs="Times New Roman"/>
        </w:rPr>
        <w:t>"Keep going."</w:t>
      </w:r>
    </w:p>
    <w:p w14:paraId="171C45EE" w14:textId="77777777" w:rsidR="007D7487" w:rsidRDefault="00E6407B">
      <w:pPr>
        <w:ind w:firstLine="288"/>
      </w:pPr>
      <w:r>
        <w:rPr>
          <w:rFonts w:cs="Times New Roman"/>
        </w:rPr>
        <w:t>Peter glanced toward Nicodemus, who was doing an admirable job of not answering for him.</w:t>
      </w:r>
    </w:p>
    <w:p w14:paraId="32B37CA6" w14:textId="77777777" w:rsidR="007D7487" w:rsidRDefault="00E6407B">
      <w:pPr>
        <w:ind w:firstLine="288"/>
      </w:pPr>
      <w:r>
        <w:rPr>
          <w:rFonts w:cs="Times New Roman"/>
        </w:rPr>
        <w:t>"Priests bring men near to God."</w:t>
      </w:r>
    </w:p>
    <w:p w14:paraId="2AC1C732" w14:textId="77777777" w:rsidR="007D7487" w:rsidRDefault="00E6407B">
      <w:pPr>
        <w:ind w:firstLine="288"/>
      </w:pPr>
      <w:r>
        <w:rPr>
          <w:rFonts w:cs="Times New Roman"/>
        </w:rPr>
        <w:t>Nicodemus finally added quietly:</w:t>
      </w:r>
    </w:p>
    <w:p w14:paraId="6703894D" w14:textId="77777777" w:rsidR="007D7487" w:rsidRDefault="00E6407B">
      <w:pPr>
        <w:ind w:firstLine="288"/>
      </w:pPr>
      <w:r>
        <w:rPr>
          <w:rFonts w:cs="Times New Roman"/>
        </w:rPr>
        <w:t>"And carry what is holy before men."</w:t>
      </w:r>
    </w:p>
    <w:p w14:paraId="0DB73B66" w14:textId="77777777" w:rsidR="007D7487" w:rsidRDefault="00E6407B">
      <w:pPr>
        <w:ind w:firstLine="288"/>
      </w:pPr>
      <w:r>
        <w:rPr>
          <w:rFonts w:cs="Times New Roman"/>
        </w:rPr>
        <w:t>Jesus looked toward both.</w:t>
      </w:r>
    </w:p>
    <w:p w14:paraId="496E6529" w14:textId="77777777" w:rsidR="007D7487" w:rsidRDefault="00E6407B">
      <w:pPr>
        <w:ind w:firstLine="288"/>
      </w:pPr>
      <w:r>
        <w:rPr>
          <w:rFonts w:cs="Times New Roman"/>
        </w:rPr>
        <w:t>"Israel was called to belong to the LORD among the nations."</w:t>
      </w:r>
    </w:p>
    <w:p w14:paraId="2B2BBD13" w14:textId="77777777" w:rsidR="007D7487" w:rsidRDefault="00E6407B">
      <w:pPr>
        <w:ind w:firstLine="288"/>
      </w:pPr>
      <w:r>
        <w:rPr>
          <w:rFonts w:cs="Times New Roman"/>
        </w:rPr>
        <w:t>"To bear His Name."</w:t>
      </w:r>
    </w:p>
    <w:p w14:paraId="480139F3" w14:textId="77777777" w:rsidR="007D7487" w:rsidRDefault="00E6407B">
      <w:pPr>
        <w:ind w:firstLine="288"/>
      </w:pPr>
      <w:r>
        <w:rPr>
          <w:rFonts w:cs="Times New Roman"/>
        </w:rPr>
        <w:t>"To live as a people formed by His covenant."</w:t>
      </w:r>
    </w:p>
    <w:p w14:paraId="7218F405" w14:textId="77777777" w:rsidR="007D7487" w:rsidRDefault="00E6407B">
      <w:pPr>
        <w:ind w:firstLine="288"/>
      </w:pPr>
      <w:r>
        <w:rPr>
          <w:rFonts w:cs="Times New Roman"/>
        </w:rPr>
        <w:t>"To show what kind of God had delivered slaves, judged oppression, given law, provided sacrifice, and dwelt among His people."</w:t>
      </w:r>
    </w:p>
    <w:p w14:paraId="42564E5D" w14:textId="77777777" w:rsidR="007D7487" w:rsidRDefault="00E6407B">
      <w:pPr>
        <w:ind w:firstLine="288"/>
      </w:pPr>
      <w:r>
        <w:rPr>
          <w:rFonts w:cs="Times New Roman"/>
        </w:rPr>
        <w:t>Matthew looked thoughtful.</w:t>
      </w:r>
    </w:p>
    <w:p w14:paraId="04092B04" w14:textId="77777777" w:rsidR="007D7487" w:rsidRDefault="00E6407B">
      <w:pPr>
        <w:ind w:firstLine="288"/>
      </w:pPr>
      <w:r>
        <w:rPr>
          <w:rFonts w:cs="Times New Roman"/>
        </w:rPr>
        <w:t>"So the land was not the whole purpose."</w:t>
      </w:r>
    </w:p>
    <w:p w14:paraId="6EC3FB23" w14:textId="77777777" w:rsidR="007D7487" w:rsidRDefault="00E6407B">
      <w:pPr>
        <w:ind w:firstLine="288"/>
      </w:pPr>
      <w:r>
        <w:rPr>
          <w:rFonts w:cs="Times New Roman"/>
        </w:rPr>
        <w:t>Jesus turned toward him.</w:t>
      </w:r>
    </w:p>
    <w:p w14:paraId="6F8660E1" w14:textId="77777777" w:rsidR="007D7487" w:rsidRDefault="00E6407B">
      <w:pPr>
        <w:ind w:firstLine="288"/>
      </w:pPr>
      <w:r>
        <w:rPr>
          <w:rFonts w:cs="Times New Roman"/>
        </w:rPr>
        <w:t>"The land was real."</w:t>
      </w:r>
    </w:p>
    <w:p w14:paraId="113F78A0" w14:textId="77777777" w:rsidR="007D7487" w:rsidRDefault="00E6407B">
      <w:pPr>
        <w:ind w:firstLine="288"/>
      </w:pPr>
      <w:r>
        <w:rPr>
          <w:rFonts w:cs="Times New Roman"/>
        </w:rPr>
        <w:t>"A gift."</w:t>
      </w:r>
    </w:p>
    <w:p w14:paraId="4B03405B" w14:textId="77777777" w:rsidR="007D7487" w:rsidRDefault="00E6407B">
      <w:pPr>
        <w:ind w:firstLine="288"/>
      </w:pPr>
      <w:r>
        <w:rPr>
          <w:rFonts w:cs="Times New Roman"/>
        </w:rPr>
        <w:t>"An inheritance."</w:t>
      </w:r>
    </w:p>
    <w:p w14:paraId="56C8BFAB" w14:textId="77777777" w:rsidR="007D7487" w:rsidRDefault="00E6407B">
      <w:pPr>
        <w:ind w:firstLine="288"/>
      </w:pPr>
      <w:r>
        <w:rPr>
          <w:rFonts w:cs="Times New Roman"/>
        </w:rPr>
        <w:t>"A promise to the fathers."</w:t>
      </w:r>
    </w:p>
    <w:p w14:paraId="6E6DF070" w14:textId="77777777" w:rsidR="007D7487" w:rsidRDefault="00E6407B">
      <w:pPr>
        <w:ind w:firstLine="288"/>
      </w:pPr>
      <w:r>
        <w:rPr>
          <w:rFonts w:cs="Times New Roman"/>
        </w:rPr>
        <w:t>He let the affirmation settle before continuing.</w:t>
      </w:r>
    </w:p>
    <w:p w14:paraId="0AADF96B" w14:textId="77777777" w:rsidR="007D7487" w:rsidRDefault="00E6407B">
      <w:pPr>
        <w:ind w:firstLine="288"/>
      </w:pPr>
      <w:r>
        <w:rPr>
          <w:rFonts w:cs="Times New Roman"/>
        </w:rPr>
        <w:t>"But the Father did not say, 'All the earth is Mine,' because His interest ended at Israel's border."</w:t>
      </w:r>
    </w:p>
    <w:p w14:paraId="4F4633BE" w14:textId="77777777" w:rsidR="007D7487" w:rsidRDefault="00E6407B">
      <w:pPr>
        <w:ind w:firstLine="288"/>
      </w:pPr>
      <w:r>
        <w:rPr>
          <w:rFonts w:cs="Times New Roman"/>
        </w:rPr>
        <w:t>Nicodemus's eyes brightened.</w:t>
      </w:r>
    </w:p>
    <w:p w14:paraId="533BF0DD" w14:textId="77777777" w:rsidR="007D7487" w:rsidRDefault="00E6407B">
      <w:pPr>
        <w:ind w:firstLine="288"/>
      </w:pPr>
      <w:r>
        <w:rPr>
          <w:rFonts w:cs="Times New Roman"/>
        </w:rPr>
        <w:t>"Kingdom of priests."</w:t>
      </w:r>
    </w:p>
    <w:p w14:paraId="3D943D41" w14:textId="77777777" w:rsidR="007D7487" w:rsidRDefault="00E6407B">
      <w:pPr>
        <w:ind w:firstLine="288"/>
      </w:pPr>
      <w:r>
        <w:rPr>
          <w:rFonts w:cs="Times New Roman"/>
        </w:rPr>
        <w:t>Jesus nodded.</w:t>
      </w:r>
    </w:p>
    <w:p w14:paraId="7AFEC0D3" w14:textId="77777777" w:rsidR="007D7487" w:rsidRDefault="00E6407B">
      <w:pPr>
        <w:ind w:firstLine="288"/>
      </w:pPr>
      <w:r>
        <w:rPr>
          <w:rFonts w:cs="Times New Roman"/>
        </w:rPr>
        <w:t>"A holy nation."</w:t>
      </w:r>
    </w:p>
    <w:p w14:paraId="1A38532B" w14:textId="77777777" w:rsidR="007D7487" w:rsidRDefault="00E6407B">
      <w:pPr>
        <w:ind w:firstLine="288"/>
      </w:pPr>
      <w:r>
        <w:rPr>
          <w:rFonts w:cs="Times New Roman"/>
        </w:rPr>
        <w:t>Simon the Zealot looked toward the distant road.</w:t>
      </w:r>
    </w:p>
    <w:p w14:paraId="7DDB5D7A" w14:textId="77777777" w:rsidR="007D7487" w:rsidRDefault="00E6407B">
      <w:pPr>
        <w:ind w:firstLine="288"/>
      </w:pPr>
      <w:r>
        <w:rPr>
          <w:rFonts w:cs="Times New Roman"/>
        </w:rPr>
        <w:t>"Then Israel was meant to stand among the nations without becoming like them."</w:t>
      </w:r>
    </w:p>
    <w:p w14:paraId="639E0EC0" w14:textId="77777777" w:rsidR="007D7487" w:rsidRDefault="00E6407B">
      <w:pPr>
        <w:ind w:firstLine="288"/>
      </w:pPr>
      <w:r>
        <w:rPr>
          <w:rFonts w:cs="Times New Roman"/>
        </w:rPr>
        <w:t>"Yes."</w:t>
      </w:r>
    </w:p>
    <w:p w14:paraId="41A8B849" w14:textId="77777777" w:rsidR="007D7487" w:rsidRDefault="00E6407B">
      <w:pPr>
        <w:ind w:firstLine="288"/>
      </w:pPr>
      <w:r>
        <w:rPr>
          <w:rFonts w:cs="Times New Roman"/>
        </w:rPr>
        <w:t>"And not merely to defeat them."</w:t>
      </w:r>
    </w:p>
    <w:p w14:paraId="00B2AEE0" w14:textId="77777777" w:rsidR="007D7487" w:rsidRDefault="00E6407B">
      <w:pPr>
        <w:ind w:firstLine="288"/>
      </w:pPr>
      <w:r>
        <w:rPr>
          <w:rFonts w:cs="Times New Roman"/>
        </w:rPr>
        <w:t>Jesus looked at him.</w:t>
      </w:r>
    </w:p>
    <w:p w14:paraId="61EB7F7F" w14:textId="77777777" w:rsidR="007D7487" w:rsidRDefault="00E6407B">
      <w:pPr>
        <w:ind w:firstLine="288"/>
      </w:pPr>
      <w:r>
        <w:rPr>
          <w:rFonts w:cs="Times New Roman"/>
        </w:rPr>
        <w:t>"Yes."</w:t>
      </w:r>
    </w:p>
    <w:p w14:paraId="228706DA" w14:textId="77777777" w:rsidR="007D7487" w:rsidRDefault="00E6407B">
      <w:pPr>
        <w:ind w:firstLine="288"/>
      </w:pPr>
      <w:r>
        <w:rPr>
          <w:rFonts w:cs="Times New Roman"/>
        </w:rPr>
        <w:t>Simon sat very still.</w:t>
      </w:r>
    </w:p>
    <w:p w14:paraId="311EA4B9" w14:textId="77777777" w:rsidR="007D7487" w:rsidRDefault="00E6407B">
      <w:pPr>
        <w:ind w:firstLine="288"/>
      </w:pPr>
      <w:r>
        <w:rPr>
          <w:rFonts w:cs="Times New Roman"/>
        </w:rPr>
        <w:t>Nothing at Sinai replaced Abraham's faith.</w:t>
      </w:r>
    </w:p>
    <w:p w14:paraId="7FA22AA4" w14:textId="77777777" w:rsidR="007D7487" w:rsidRDefault="00E6407B">
      <w:pPr>
        <w:ind w:firstLine="288"/>
      </w:pPr>
      <w:r>
        <w:rPr>
          <w:rFonts w:cs="Times New Roman"/>
        </w:rPr>
        <w:lastRenderedPageBreak/>
        <w:t>The covenant people were being formed around the promise they had inherited, not given a new mechanism by which human works could make God faithful.</w:t>
      </w:r>
    </w:p>
    <w:p w14:paraId="0B4AC2D4" w14:textId="77777777" w:rsidR="007D7487" w:rsidRDefault="00E6407B">
      <w:pPr>
        <w:ind w:firstLine="288"/>
      </w:pPr>
      <w:r>
        <w:rPr>
          <w:rFonts w:cs="Times New Roman"/>
        </w:rPr>
        <w:t>The correction did not humiliate Israel.</w:t>
      </w:r>
    </w:p>
    <w:p w14:paraId="4E20EC32" w14:textId="77777777" w:rsidR="007D7487" w:rsidRDefault="00E6407B">
      <w:pPr>
        <w:ind w:firstLine="288"/>
      </w:pPr>
      <w:r>
        <w:rPr>
          <w:rFonts w:cs="Times New Roman"/>
        </w:rPr>
        <w:t>It enlarged Israel's calling.</w:t>
      </w:r>
    </w:p>
    <w:p w14:paraId="6012284F" w14:textId="77777777" w:rsidR="007D7487" w:rsidRDefault="00E6407B">
      <w:pPr>
        <w:suppressLineNumbers/>
        <w:spacing w:before="100" w:after="100"/>
        <w:jc w:val="center"/>
      </w:pPr>
      <w:r>
        <w:rPr>
          <w:rFonts w:cs="Times New Roman"/>
          <w:sz w:val="20"/>
        </w:rPr>
        <w:t>* * *</w:t>
      </w:r>
    </w:p>
    <w:p w14:paraId="33A138FD" w14:textId="77777777" w:rsidR="007D7487" w:rsidRDefault="00E6407B">
      <w:pPr>
        <w:ind w:firstLine="288"/>
      </w:pPr>
      <w:r>
        <w:rPr>
          <w:rFonts w:cs="Times New Roman"/>
        </w:rPr>
        <w:t>Jesus looked toward Nicodemus.</w:t>
      </w:r>
    </w:p>
    <w:p w14:paraId="4B141707" w14:textId="77777777" w:rsidR="007D7487" w:rsidRDefault="00E6407B">
      <w:pPr>
        <w:ind w:firstLine="288"/>
      </w:pPr>
      <w:r>
        <w:rPr>
          <w:rFonts w:cs="Times New Roman"/>
        </w:rPr>
        <w:t>"Now tell them something that troubles the arrangement."</w:t>
      </w:r>
    </w:p>
    <w:p w14:paraId="5CC44E91" w14:textId="77777777" w:rsidR="007D7487" w:rsidRDefault="00E6407B">
      <w:pPr>
        <w:ind w:firstLine="288"/>
      </w:pPr>
      <w:r>
        <w:rPr>
          <w:rFonts w:cs="Times New Roman"/>
        </w:rPr>
        <w:t>Nicodemus blinked.</w:t>
      </w:r>
    </w:p>
    <w:p w14:paraId="72070782" w14:textId="77777777" w:rsidR="007D7487" w:rsidRDefault="00E6407B">
      <w:pPr>
        <w:ind w:firstLine="288"/>
      </w:pPr>
      <w:r>
        <w:rPr>
          <w:rFonts w:cs="Times New Roman"/>
        </w:rPr>
        <w:t>"Which arrangement?"</w:t>
      </w:r>
    </w:p>
    <w:p w14:paraId="12B80994" w14:textId="77777777" w:rsidR="007D7487" w:rsidRDefault="00E6407B">
      <w:pPr>
        <w:ind w:firstLine="288"/>
      </w:pPr>
      <w:r>
        <w:rPr>
          <w:rFonts w:cs="Times New Roman"/>
        </w:rPr>
        <w:t>Jesus smiled.</w:t>
      </w:r>
    </w:p>
    <w:p w14:paraId="39543647" w14:textId="77777777" w:rsidR="007D7487" w:rsidRDefault="00E6407B">
      <w:pPr>
        <w:ind w:firstLine="288"/>
      </w:pPr>
      <w:r>
        <w:rPr>
          <w:rFonts w:cs="Times New Roman"/>
        </w:rPr>
        <w:t>"The one you are already making in your head."</w:t>
      </w:r>
    </w:p>
    <w:p w14:paraId="6EB30E84" w14:textId="77777777" w:rsidR="007D7487" w:rsidRDefault="00E6407B">
      <w:pPr>
        <w:ind w:firstLine="288"/>
      </w:pPr>
      <w:r>
        <w:rPr>
          <w:rFonts w:cs="Times New Roman"/>
        </w:rPr>
        <w:t>Joseph laughed.</w:t>
      </w:r>
    </w:p>
    <w:p w14:paraId="6640DE27" w14:textId="77777777" w:rsidR="007D7487" w:rsidRDefault="00E6407B">
      <w:pPr>
        <w:ind w:firstLine="288"/>
      </w:pPr>
      <w:r>
        <w:rPr>
          <w:rFonts w:cs="Times New Roman"/>
        </w:rPr>
        <w:t>Nicodemus gave him a look.</w:t>
      </w:r>
    </w:p>
    <w:p w14:paraId="61977647" w14:textId="77777777" w:rsidR="007D7487" w:rsidRDefault="00E6407B">
      <w:pPr>
        <w:ind w:firstLine="288"/>
      </w:pPr>
      <w:r>
        <w:rPr>
          <w:rFonts w:cs="Times New Roman"/>
        </w:rPr>
        <w:t>Then he understood.</w:t>
      </w:r>
    </w:p>
    <w:p w14:paraId="0AA16228" w14:textId="77777777" w:rsidR="007D7487" w:rsidRDefault="00E6407B">
      <w:pPr>
        <w:ind w:firstLine="288"/>
      </w:pPr>
      <w:r>
        <w:rPr>
          <w:rFonts w:cs="Times New Roman"/>
        </w:rPr>
        <w:t>"The ruler."</w:t>
      </w:r>
    </w:p>
    <w:p w14:paraId="6C3F3C45" w14:textId="77777777" w:rsidR="007D7487" w:rsidRDefault="00E6407B">
      <w:pPr>
        <w:ind w:firstLine="288"/>
      </w:pPr>
      <w:r>
        <w:rPr>
          <w:rFonts w:cs="Times New Roman"/>
        </w:rPr>
        <w:t>Jesus nodded.</w:t>
      </w:r>
    </w:p>
    <w:p w14:paraId="50F8158E" w14:textId="77777777" w:rsidR="007D7487" w:rsidRDefault="00E6407B">
      <w:pPr>
        <w:ind w:firstLine="288"/>
      </w:pPr>
      <w:r>
        <w:rPr>
          <w:rFonts w:cs="Times New Roman"/>
        </w:rPr>
        <w:t>"From which tribe?"</w:t>
      </w:r>
    </w:p>
    <w:p w14:paraId="585FD767" w14:textId="77777777" w:rsidR="007D7487" w:rsidRDefault="00E6407B">
      <w:pPr>
        <w:ind w:firstLine="288"/>
      </w:pPr>
      <w:r>
        <w:rPr>
          <w:rFonts w:cs="Times New Roman"/>
        </w:rPr>
        <w:t>"Judah."</w:t>
      </w:r>
    </w:p>
    <w:p w14:paraId="6FD77D0E" w14:textId="77777777" w:rsidR="007D7487" w:rsidRDefault="00E6407B">
      <w:pPr>
        <w:ind w:firstLine="288"/>
      </w:pPr>
      <w:r>
        <w:rPr>
          <w:rFonts w:cs="Times New Roman"/>
        </w:rPr>
        <w:t>Peter answered this time.</w:t>
      </w:r>
    </w:p>
    <w:p w14:paraId="38E57ED8" w14:textId="77777777" w:rsidR="007D7487" w:rsidRDefault="00E6407B">
      <w:pPr>
        <w:ind w:firstLine="288"/>
      </w:pPr>
      <w:r>
        <w:rPr>
          <w:rFonts w:cs="Times New Roman"/>
        </w:rPr>
        <w:t>"The sceptre shall not depart from Judah."</w:t>
      </w:r>
    </w:p>
    <w:p w14:paraId="573FE894" w14:textId="77777777" w:rsidR="007D7487" w:rsidRDefault="00E6407B">
      <w:pPr>
        <w:ind w:firstLine="288"/>
      </w:pPr>
      <w:r>
        <w:rPr>
          <w:rFonts w:cs="Times New Roman"/>
        </w:rPr>
        <w:t>Nicodemus added:</w:t>
      </w:r>
    </w:p>
    <w:p w14:paraId="49CA53E0" w14:textId="77777777" w:rsidR="007D7487" w:rsidRDefault="00E6407B">
      <w:pPr>
        <w:ind w:firstLine="288"/>
      </w:pPr>
      <w:r>
        <w:rPr>
          <w:rFonts w:cs="Times New Roman"/>
        </w:rPr>
        <w:t>"Nor a lawgiver from between his feet."</w:t>
      </w:r>
    </w:p>
    <w:p w14:paraId="7200979B" w14:textId="77777777" w:rsidR="007D7487" w:rsidRDefault="00E6407B">
      <w:pPr>
        <w:ind w:firstLine="288"/>
      </w:pPr>
      <w:r>
        <w:rPr>
          <w:rFonts w:cs="Times New Roman"/>
        </w:rPr>
        <w:t>Jesus nodded.</w:t>
      </w:r>
    </w:p>
    <w:p w14:paraId="1BC51058" w14:textId="77777777" w:rsidR="007D7487" w:rsidRDefault="00E6407B">
      <w:pPr>
        <w:ind w:firstLine="288"/>
      </w:pPr>
      <w:r>
        <w:rPr>
          <w:rFonts w:cs="Times New Roman"/>
        </w:rPr>
        <w:t>"Judah bears the ruler."</w:t>
      </w:r>
    </w:p>
    <w:p w14:paraId="7210BD55" w14:textId="77777777" w:rsidR="007D7487" w:rsidRDefault="00E6407B">
      <w:pPr>
        <w:ind w:firstLine="288"/>
      </w:pPr>
      <w:r>
        <w:rPr>
          <w:rFonts w:cs="Times New Roman"/>
        </w:rPr>
        <w:t>Then He asked:</w:t>
      </w:r>
    </w:p>
    <w:p w14:paraId="073C5D05" w14:textId="77777777" w:rsidR="007D7487" w:rsidRDefault="00E6407B">
      <w:pPr>
        <w:ind w:firstLine="288"/>
      </w:pPr>
      <w:r>
        <w:rPr>
          <w:rFonts w:cs="Times New Roman"/>
        </w:rPr>
        <w:t>"And through Moses, which tribe bears the sanctuary priesthood?"</w:t>
      </w:r>
    </w:p>
    <w:p w14:paraId="31C9351A" w14:textId="77777777" w:rsidR="007D7487" w:rsidRDefault="00E6407B">
      <w:pPr>
        <w:ind w:firstLine="288"/>
      </w:pPr>
      <w:r>
        <w:rPr>
          <w:rFonts w:cs="Times New Roman"/>
        </w:rPr>
        <w:t>"Levi."</w:t>
      </w:r>
    </w:p>
    <w:p w14:paraId="0F06E756" w14:textId="77777777" w:rsidR="007D7487" w:rsidRDefault="00E6407B">
      <w:pPr>
        <w:ind w:firstLine="288"/>
      </w:pPr>
      <w:r>
        <w:rPr>
          <w:rFonts w:cs="Times New Roman"/>
        </w:rPr>
        <w:t>"Aaron."</w:t>
      </w:r>
    </w:p>
    <w:p w14:paraId="16E58D42" w14:textId="77777777" w:rsidR="007D7487" w:rsidRDefault="00E6407B">
      <w:pPr>
        <w:ind w:firstLine="288"/>
      </w:pPr>
      <w:r>
        <w:rPr>
          <w:rFonts w:cs="Times New Roman"/>
        </w:rPr>
        <w:t>Jesus looked around.</w:t>
      </w:r>
    </w:p>
    <w:p w14:paraId="7F68ED99" w14:textId="77777777" w:rsidR="007D7487" w:rsidRDefault="00E6407B">
      <w:pPr>
        <w:ind w:firstLine="288"/>
      </w:pPr>
      <w:r>
        <w:rPr>
          <w:rFonts w:cs="Times New Roman"/>
        </w:rPr>
        <w:t>"Was Judah a mistake?"</w:t>
      </w:r>
    </w:p>
    <w:p w14:paraId="776FF180" w14:textId="77777777" w:rsidR="007D7487" w:rsidRDefault="00E6407B">
      <w:pPr>
        <w:ind w:firstLine="288"/>
      </w:pPr>
      <w:r>
        <w:rPr>
          <w:rFonts w:cs="Times New Roman"/>
        </w:rPr>
        <w:t>"No."</w:t>
      </w:r>
    </w:p>
    <w:p w14:paraId="1C90C37F" w14:textId="77777777" w:rsidR="007D7487" w:rsidRDefault="00E6407B">
      <w:pPr>
        <w:ind w:firstLine="288"/>
      </w:pPr>
      <w:r>
        <w:rPr>
          <w:rFonts w:cs="Times New Roman"/>
        </w:rPr>
        <w:t>"Was Levi?"</w:t>
      </w:r>
    </w:p>
    <w:p w14:paraId="78A8ACAF" w14:textId="77777777" w:rsidR="007D7487" w:rsidRDefault="00E6407B">
      <w:pPr>
        <w:ind w:firstLine="288"/>
      </w:pPr>
      <w:r>
        <w:rPr>
          <w:rFonts w:cs="Times New Roman"/>
        </w:rPr>
        <w:t>"No."</w:t>
      </w:r>
    </w:p>
    <w:p w14:paraId="79F5B5B3" w14:textId="77777777" w:rsidR="007D7487" w:rsidRDefault="00E6407B">
      <w:pPr>
        <w:ind w:firstLine="288"/>
      </w:pPr>
      <w:r>
        <w:rPr>
          <w:rFonts w:cs="Times New Roman"/>
        </w:rPr>
        <w:t>"Did the Father confuse the tribes?"</w:t>
      </w:r>
    </w:p>
    <w:p w14:paraId="6248853E" w14:textId="77777777" w:rsidR="007D7487" w:rsidRDefault="00E6407B">
      <w:pPr>
        <w:ind w:firstLine="288"/>
      </w:pPr>
      <w:r>
        <w:rPr>
          <w:rFonts w:cs="Times New Roman"/>
        </w:rPr>
        <w:t>Nicodemus almost smiled.</w:t>
      </w:r>
    </w:p>
    <w:p w14:paraId="132C870C" w14:textId="77777777" w:rsidR="007D7487" w:rsidRDefault="00E6407B">
      <w:pPr>
        <w:ind w:firstLine="288"/>
      </w:pPr>
      <w:r>
        <w:rPr>
          <w:rFonts w:cs="Times New Roman"/>
        </w:rPr>
        <w:t>"No."</w:t>
      </w:r>
    </w:p>
    <w:p w14:paraId="2E45A3F0" w14:textId="77777777" w:rsidR="007D7487" w:rsidRDefault="00E6407B">
      <w:pPr>
        <w:ind w:firstLine="288"/>
      </w:pPr>
      <w:r>
        <w:rPr>
          <w:rFonts w:cs="Times New Roman"/>
        </w:rPr>
        <w:t>"Then the separation teaches something."</w:t>
      </w:r>
    </w:p>
    <w:p w14:paraId="40AEFA17" w14:textId="77777777" w:rsidR="007D7487" w:rsidRDefault="00E6407B">
      <w:pPr>
        <w:ind w:firstLine="288"/>
      </w:pPr>
      <w:r>
        <w:rPr>
          <w:rFonts w:cs="Times New Roman"/>
        </w:rPr>
        <w:t>John watched the old teacher lean forward.</w:t>
      </w:r>
    </w:p>
    <w:p w14:paraId="13BD1E46" w14:textId="77777777" w:rsidR="007D7487" w:rsidRDefault="00E6407B">
      <w:pPr>
        <w:ind w:firstLine="288"/>
      </w:pPr>
      <w:r>
        <w:rPr>
          <w:rFonts w:cs="Times New Roman"/>
        </w:rPr>
        <w:lastRenderedPageBreak/>
        <w:t>Jesus continued.</w:t>
      </w:r>
    </w:p>
    <w:p w14:paraId="593F15B5" w14:textId="77777777" w:rsidR="007D7487" w:rsidRDefault="00E6407B">
      <w:pPr>
        <w:ind w:firstLine="288"/>
      </w:pPr>
      <w:r>
        <w:rPr>
          <w:rFonts w:cs="Times New Roman"/>
        </w:rPr>
        <w:t>"Judah carries the ruler."</w:t>
      </w:r>
    </w:p>
    <w:p w14:paraId="64309605" w14:textId="77777777" w:rsidR="007D7487" w:rsidRDefault="00E6407B">
      <w:pPr>
        <w:ind w:firstLine="288"/>
      </w:pPr>
      <w:r>
        <w:rPr>
          <w:rFonts w:cs="Times New Roman"/>
        </w:rPr>
        <w:t>"Levi carries the priestly office appointed through Moses."</w:t>
      </w:r>
    </w:p>
    <w:p w14:paraId="36F832C8" w14:textId="77777777" w:rsidR="007D7487" w:rsidRDefault="00E6407B">
      <w:pPr>
        <w:ind w:firstLine="288"/>
      </w:pPr>
      <w:r>
        <w:rPr>
          <w:rFonts w:cs="Times New Roman"/>
        </w:rPr>
        <w:t>"Both are gifts."</w:t>
      </w:r>
    </w:p>
    <w:p w14:paraId="6AC0EAE3" w14:textId="77777777" w:rsidR="007D7487" w:rsidRDefault="00E6407B">
      <w:pPr>
        <w:ind w:firstLine="288"/>
      </w:pPr>
      <w:r>
        <w:rPr>
          <w:rFonts w:cs="Times New Roman"/>
        </w:rPr>
        <w:t>"Both are witnesses."</w:t>
      </w:r>
    </w:p>
    <w:p w14:paraId="05FFE434" w14:textId="77777777" w:rsidR="007D7487" w:rsidRDefault="00E6407B">
      <w:pPr>
        <w:ind w:firstLine="288"/>
      </w:pPr>
      <w:r>
        <w:rPr>
          <w:rFonts w:cs="Times New Roman"/>
        </w:rPr>
        <w:t>"But David wrote something that refuses to leave them separate forever."</w:t>
      </w:r>
    </w:p>
    <w:p w14:paraId="44E25B48" w14:textId="77777777" w:rsidR="007D7487" w:rsidRDefault="00E6407B">
      <w:pPr>
        <w:ind w:firstLine="288"/>
      </w:pPr>
      <w:r>
        <w:rPr>
          <w:rFonts w:cs="Times New Roman"/>
        </w:rPr>
        <w:t>Nicodemus's eyes widened before Jesus named the Psalm.</w:t>
      </w:r>
    </w:p>
    <w:p w14:paraId="3AD4C26E" w14:textId="77777777" w:rsidR="007D7487" w:rsidRDefault="00E6407B">
      <w:pPr>
        <w:ind w:firstLine="288"/>
      </w:pPr>
      <w:r>
        <w:rPr>
          <w:rFonts w:cs="Times New Roman"/>
          <w:i/>
        </w:rPr>
        <w:t>"The LORD said unto my Lord..."</w:t>
      </w:r>
    </w:p>
    <w:p w14:paraId="0F33D7AC" w14:textId="77777777" w:rsidR="007D7487" w:rsidRDefault="00E6407B">
      <w:pPr>
        <w:ind w:firstLine="288"/>
      </w:pPr>
      <w:r>
        <w:rPr>
          <w:rFonts w:cs="Times New Roman"/>
        </w:rPr>
        <w:t>Jesus looked toward Peter.</w:t>
      </w:r>
    </w:p>
    <w:p w14:paraId="52E58F90" w14:textId="77777777" w:rsidR="007D7487" w:rsidRDefault="00E6407B">
      <w:pPr>
        <w:ind w:firstLine="288"/>
      </w:pPr>
      <w:r>
        <w:rPr>
          <w:rFonts w:cs="Times New Roman"/>
        </w:rPr>
        <w:t>Peter continued.</w:t>
      </w:r>
    </w:p>
    <w:p w14:paraId="4BC17C5A" w14:textId="77777777" w:rsidR="007D7487" w:rsidRDefault="00E6407B">
      <w:pPr>
        <w:ind w:firstLine="288"/>
      </w:pPr>
      <w:r>
        <w:rPr>
          <w:rFonts w:cs="Times New Roman"/>
        </w:rPr>
        <w:t>"Sit thou at my right hand, until I make thine enemies thy footstool."</w:t>
      </w:r>
    </w:p>
    <w:p w14:paraId="58CC57E5" w14:textId="77777777" w:rsidR="007D7487" w:rsidRDefault="00E6407B">
      <w:pPr>
        <w:ind w:firstLine="288"/>
      </w:pPr>
      <w:r>
        <w:rPr>
          <w:rFonts w:cs="Times New Roman"/>
        </w:rPr>
        <w:t>Jesus nodded.</w:t>
      </w:r>
    </w:p>
    <w:p w14:paraId="3254C5CF" w14:textId="77777777" w:rsidR="007D7487" w:rsidRDefault="00E6407B">
      <w:pPr>
        <w:ind w:firstLine="288"/>
      </w:pPr>
      <w:r>
        <w:rPr>
          <w:rFonts w:cs="Times New Roman"/>
        </w:rPr>
        <w:t>"And later?"</w:t>
      </w:r>
    </w:p>
    <w:p w14:paraId="793552F7" w14:textId="77777777" w:rsidR="007D7487" w:rsidRDefault="00E6407B">
      <w:pPr>
        <w:ind w:firstLine="288"/>
      </w:pPr>
      <w:r>
        <w:rPr>
          <w:rFonts w:cs="Times New Roman"/>
        </w:rPr>
        <w:t>Nicodemus took over.</w:t>
      </w:r>
    </w:p>
    <w:p w14:paraId="0DBCB37D" w14:textId="77777777" w:rsidR="007D7487" w:rsidRDefault="00E6407B">
      <w:pPr>
        <w:ind w:firstLine="288"/>
      </w:pPr>
      <w:r>
        <w:rPr>
          <w:rFonts w:cs="Times New Roman"/>
          <w:i/>
        </w:rPr>
        <w:t>"The LORD hath sworn, and will not repent..."</w:t>
      </w:r>
    </w:p>
    <w:p w14:paraId="1B3E694D" w14:textId="77777777" w:rsidR="007D7487" w:rsidRDefault="00E6407B">
      <w:pPr>
        <w:ind w:firstLine="288"/>
      </w:pPr>
      <w:r>
        <w:rPr>
          <w:rFonts w:cs="Times New Roman"/>
        </w:rPr>
        <w:t>His voice slowed.</w:t>
      </w:r>
    </w:p>
    <w:p w14:paraId="445A6CDD" w14:textId="77777777" w:rsidR="007D7487" w:rsidRDefault="00E6407B">
      <w:pPr>
        <w:ind w:firstLine="288"/>
      </w:pPr>
      <w:r>
        <w:rPr>
          <w:rFonts w:cs="Times New Roman"/>
        </w:rPr>
        <w:t>"Thou art a priest for ever after the order of Melchizedek."</w:t>
      </w:r>
    </w:p>
    <w:p w14:paraId="5C0F3579" w14:textId="77777777" w:rsidR="007D7487" w:rsidRDefault="00E6407B">
      <w:pPr>
        <w:ind w:firstLine="288"/>
      </w:pPr>
      <w:r>
        <w:rPr>
          <w:rFonts w:cs="Times New Roman"/>
        </w:rPr>
        <w:t>The gathering went quiet.</w:t>
      </w:r>
    </w:p>
    <w:p w14:paraId="4E833EF8" w14:textId="77777777" w:rsidR="007D7487" w:rsidRDefault="00E6407B">
      <w:pPr>
        <w:ind w:firstLine="288"/>
      </w:pPr>
      <w:r>
        <w:rPr>
          <w:rFonts w:cs="Times New Roman"/>
        </w:rPr>
        <w:t>King.</w:t>
      </w:r>
    </w:p>
    <w:p w14:paraId="1C138C09" w14:textId="77777777" w:rsidR="007D7487" w:rsidRDefault="00E6407B">
      <w:pPr>
        <w:ind w:firstLine="288"/>
      </w:pPr>
      <w:r>
        <w:rPr>
          <w:rFonts w:cs="Times New Roman"/>
        </w:rPr>
        <w:t>Priest.</w:t>
      </w:r>
    </w:p>
    <w:p w14:paraId="34EFE3E0" w14:textId="77777777" w:rsidR="007D7487" w:rsidRDefault="00E6407B">
      <w:pPr>
        <w:ind w:firstLine="288"/>
      </w:pPr>
      <w:r>
        <w:rPr>
          <w:rFonts w:cs="Times New Roman"/>
        </w:rPr>
        <w:t>One person.</w:t>
      </w:r>
    </w:p>
    <w:p w14:paraId="7205E176" w14:textId="77777777" w:rsidR="007D7487" w:rsidRDefault="00E6407B">
      <w:pPr>
        <w:ind w:firstLine="288"/>
      </w:pPr>
      <w:r>
        <w:rPr>
          <w:rFonts w:cs="Times New Roman"/>
        </w:rPr>
        <w:t>Not Aaron.</w:t>
      </w:r>
    </w:p>
    <w:p w14:paraId="66A76AF2" w14:textId="77777777" w:rsidR="007D7487" w:rsidRDefault="00E6407B">
      <w:pPr>
        <w:ind w:firstLine="288"/>
      </w:pPr>
      <w:r>
        <w:rPr>
          <w:rFonts w:cs="Times New Roman"/>
        </w:rPr>
        <w:t>Not Levi.</w:t>
      </w:r>
    </w:p>
    <w:p w14:paraId="3FBEA227" w14:textId="77777777" w:rsidR="007D7487" w:rsidRDefault="00E6407B">
      <w:pPr>
        <w:ind w:firstLine="288"/>
      </w:pPr>
      <w:r>
        <w:rPr>
          <w:rFonts w:cs="Times New Roman"/>
        </w:rPr>
        <w:t>Peter looked toward Jesus.</w:t>
      </w:r>
    </w:p>
    <w:p w14:paraId="0F5F7CA6" w14:textId="77777777" w:rsidR="007D7487" w:rsidRDefault="00E6407B">
      <w:pPr>
        <w:ind w:firstLine="288"/>
      </w:pPr>
      <w:r>
        <w:rPr>
          <w:rFonts w:cs="Times New Roman"/>
        </w:rPr>
        <w:t>"David's Lord is a priest."</w:t>
      </w:r>
    </w:p>
    <w:p w14:paraId="5D3DB4E9" w14:textId="77777777" w:rsidR="007D7487" w:rsidRDefault="00E6407B">
      <w:pPr>
        <w:ind w:firstLine="288"/>
      </w:pPr>
      <w:r>
        <w:rPr>
          <w:rFonts w:cs="Times New Roman"/>
        </w:rPr>
        <w:t>"Yes."</w:t>
      </w:r>
    </w:p>
    <w:p w14:paraId="235228DC" w14:textId="77777777" w:rsidR="007D7487" w:rsidRDefault="00E6407B">
      <w:pPr>
        <w:ind w:firstLine="288"/>
      </w:pPr>
      <w:r>
        <w:rPr>
          <w:rFonts w:cs="Times New Roman"/>
        </w:rPr>
        <w:t>"And the priesthood is not called after Aaron."</w:t>
      </w:r>
    </w:p>
    <w:p w14:paraId="21F64E13" w14:textId="77777777" w:rsidR="007D7487" w:rsidRDefault="00E6407B">
      <w:pPr>
        <w:ind w:firstLine="288"/>
      </w:pPr>
      <w:r>
        <w:rPr>
          <w:rFonts w:cs="Times New Roman"/>
        </w:rPr>
        <w:t>"No."</w:t>
      </w:r>
    </w:p>
    <w:p w14:paraId="011DF3B1" w14:textId="77777777" w:rsidR="007D7487" w:rsidRDefault="00E6407B">
      <w:pPr>
        <w:ind w:firstLine="288"/>
      </w:pPr>
      <w:r>
        <w:rPr>
          <w:rFonts w:cs="Times New Roman"/>
        </w:rPr>
        <w:t>"Melchizedek."</w:t>
      </w:r>
    </w:p>
    <w:p w14:paraId="751A7708" w14:textId="77777777" w:rsidR="007D7487" w:rsidRDefault="00E6407B">
      <w:pPr>
        <w:ind w:firstLine="288"/>
      </w:pPr>
      <w:r>
        <w:rPr>
          <w:rFonts w:cs="Times New Roman"/>
        </w:rPr>
        <w:t>Jesus nodded.</w:t>
      </w:r>
    </w:p>
    <w:p w14:paraId="135574C8" w14:textId="77777777" w:rsidR="007D7487" w:rsidRDefault="00E6407B">
      <w:pPr>
        <w:ind w:firstLine="288"/>
      </w:pPr>
      <w:r>
        <w:rPr>
          <w:rFonts w:cs="Times New Roman"/>
        </w:rPr>
        <w:t>"Let David speak without separating the lines," Jesus said.</w:t>
      </w:r>
    </w:p>
    <w:p w14:paraId="506DD9DF" w14:textId="77777777" w:rsidR="007D7487" w:rsidRDefault="00E6407B">
      <w:pPr>
        <w:ind w:firstLine="288"/>
      </w:pPr>
      <w:r>
        <w:rPr>
          <w:rFonts w:cs="Times New Roman"/>
          <w:i/>
        </w:rPr>
        <w:t>"The LORD said unto my Lord, Sit thou at my right hand, until I make thine enemies thy footstool."</w:t>
      </w:r>
    </w:p>
    <w:p w14:paraId="214C2937" w14:textId="77777777" w:rsidR="007D7487" w:rsidRDefault="00E6407B">
      <w:pPr>
        <w:ind w:firstLine="288"/>
      </w:pPr>
      <w:r>
        <w:rPr>
          <w:rFonts w:cs="Times New Roman"/>
          <w:i/>
        </w:rPr>
        <w:t>"The LORD hath sworn, and will not repent, Thou art a priest for ever after the order of Melchizedek."</w:t>
      </w:r>
    </w:p>
    <w:p w14:paraId="01D5D75C" w14:textId="77777777" w:rsidR="007D7487" w:rsidRDefault="00E6407B">
      <w:pPr>
        <w:ind w:firstLine="288"/>
      </w:pPr>
      <w:r>
        <w:rPr>
          <w:rFonts w:cs="Times New Roman"/>
        </w:rPr>
        <w:t>Right hand.</w:t>
      </w:r>
    </w:p>
    <w:p w14:paraId="03B396A1" w14:textId="77777777" w:rsidR="007D7487" w:rsidRDefault="00E6407B">
      <w:pPr>
        <w:ind w:firstLine="288"/>
      </w:pPr>
      <w:r>
        <w:rPr>
          <w:rFonts w:cs="Times New Roman"/>
        </w:rPr>
        <w:t>Enemies.</w:t>
      </w:r>
    </w:p>
    <w:p w14:paraId="1BA6466E" w14:textId="77777777" w:rsidR="007D7487" w:rsidRDefault="00E6407B">
      <w:pPr>
        <w:ind w:firstLine="288"/>
      </w:pPr>
      <w:r>
        <w:rPr>
          <w:rFonts w:cs="Times New Roman"/>
        </w:rPr>
        <w:t>Kingdom.</w:t>
      </w:r>
    </w:p>
    <w:p w14:paraId="54E8AD50" w14:textId="77777777" w:rsidR="007D7487" w:rsidRDefault="00E6407B">
      <w:pPr>
        <w:ind w:firstLine="288"/>
      </w:pPr>
      <w:r>
        <w:rPr>
          <w:rFonts w:cs="Times New Roman"/>
        </w:rPr>
        <w:lastRenderedPageBreak/>
        <w:t>Priest.</w:t>
      </w:r>
    </w:p>
    <w:p w14:paraId="7D4DABF7" w14:textId="77777777" w:rsidR="007D7487" w:rsidRDefault="00E6407B">
      <w:pPr>
        <w:ind w:firstLine="288"/>
      </w:pPr>
      <w:r>
        <w:rPr>
          <w:rFonts w:cs="Times New Roman"/>
        </w:rPr>
        <w:t>For ever.</w:t>
      </w:r>
    </w:p>
    <w:p w14:paraId="27CB196B" w14:textId="77777777" w:rsidR="007D7487" w:rsidRDefault="00E6407B">
      <w:pPr>
        <w:ind w:firstLine="288"/>
      </w:pPr>
      <w:r>
        <w:rPr>
          <w:rFonts w:cs="Times New Roman"/>
        </w:rPr>
        <w:t>Nicodemus was already moving backward in Genesis.</w:t>
      </w:r>
    </w:p>
    <w:p w14:paraId="359AECEC" w14:textId="77777777" w:rsidR="007D7487" w:rsidRDefault="00E6407B">
      <w:pPr>
        <w:ind w:firstLine="288"/>
      </w:pPr>
      <w:r>
        <w:rPr>
          <w:rFonts w:cs="Times New Roman"/>
        </w:rPr>
        <w:t>"Before Levi."</w:t>
      </w:r>
    </w:p>
    <w:p w14:paraId="137FE56A" w14:textId="77777777" w:rsidR="007D7487" w:rsidRDefault="00E6407B">
      <w:pPr>
        <w:ind w:firstLine="288"/>
      </w:pPr>
      <w:r>
        <w:rPr>
          <w:rFonts w:cs="Times New Roman"/>
        </w:rPr>
        <w:t>"Long before Levi," Jesus answered.</w:t>
      </w:r>
    </w:p>
    <w:p w14:paraId="2C90D885" w14:textId="77777777" w:rsidR="007D7487" w:rsidRDefault="00E6407B">
      <w:pPr>
        <w:ind w:firstLine="288"/>
      </w:pPr>
      <w:r>
        <w:rPr>
          <w:rFonts w:cs="Times New Roman"/>
        </w:rPr>
        <w:t>"Who met Abraham?"</w:t>
      </w:r>
    </w:p>
    <w:p w14:paraId="4BCF24F5" w14:textId="77777777" w:rsidR="007D7487" w:rsidRDefault="00E6407B">
      <w:pPr>
        <w:ind w:firstLine="288"/>
      </w:pPr>
      <w:r>
        <w:rPr>
          <w:rFonts w:cs="Times New Roman"/>
        </w:rPr>
        <w:t>"Melchizedek king of Salem."</w:t>
      </w:r>
    </w:p>
    <w:p w14:paraId="64C99F25" w14:textId="77777777" w:rsidR="007D7487" w:rsidRDefault="00E6407B">
      <w:pPr>
        <w:ind w:firstLine="288"/>
      </w:pPr>
      <w:r>
        <w:rPr>
          <w:rFonts w:cs="Times New Roman"/>
        </w:rPr>
        <w:t>"And?"</w:t>
      </w:r>
    </w:p>
    <w:p w14:paraId="25EB4DF9" w14:textId="77777777" w:rsidR="007D7487" w:rsidRDefault="00E6407B">
      <w:pPr>
        <w:ind w:firstLine="288"/>
      </w:pPr>
      <w:r>
        <w:rPr>
          <w:rFonts w:cs="Times New Roman"/>
        </w:rPr>
        <w:t>"Priest of the most high God."</w:t>
      </w:r>
    </w:p>
    <w:p w14:paraId="4F1B02C7" w14:textId="77777777" w:rsidR="007D7487" w:rsidRDefault="00E6407B">
      <w:pPr>
        <w:ind w:firstLine="288"/>
      </w:pPr>
      <w:r>
        <w:rPr>
          <w:rFonts w:cs="Times New Roman"/>
        </w:rPr>
        <w:t>"King and priest."</w:t>
      </w:r>
    </w:p>
    <w:p w14:paraId="5A466468" w14:textId="77777777" w:rsidR="007D7487" w:rsidRDefault="00E6407B">
      <w:pPr>
        <w:ind w:firstLine="288"/>
      </w:pPr>
      <w:r>
        <w:rPr>
          <w:rFonts w:cs="Times New Roman"/>
        </w:rPr>
        <w:t>Nicodemus nodded.</w:t>
      </w:r>
    </w:p>
    <w:p w14:paraId="5986DAFF" w14:textId="77777777" w:rsidR="007D7487" w:rsidRDefault="00E6407B">
      <w:pPr>
        <w:ind w:firstLine="288"/>
      </w:pPr>
      <w:r>
        <w:rPr>
          <w:rFonts w:cs="Times New Roman"/>
        </w:rPr>
        <w:t>"Together."</w:t>
      </w:r>
    </w:p>
    <w:p w14:paraId="258C5416" w14:textId="77777777" w:rsidR="007D7487" w:rsidRDefault="00E6407B">
      <w:pPr>
        <w:ind w:firstLine="288"/>
      </w:pPr>
      <w:r>
        <w:rPr>
          <w:rFonts w:cs="Times New Roman"/>
        </w:rPr>
        <w:t>Thomas looked toward Nicodemus.</w:t>
      </w:r>
    </w:p>
    <w:p w14:paraId="1382959B" w14:textId="77777777" w:rsidR="007D7487" w:rsidRDefault="00E6407B">
      <w:pPr>
        <w:ind w:firstLine="288"/>
      </w:pPr>
      <w:r>
        <w:rPr>
          <w:rFonts w:cs="Times New Roman"/>
        </w:rPr>
        <w:t>"What happens when Aaron's son dies?"</w:t>
      </w:r>
    </w:p>
    <w:p w14:paraId="13B204F9" w14:textId="77777777" w:rsidR="007D7487" w:rsidRDefault="00E6407B">
      <w:pPr>
        <w:ind w:firstLine="288"/>
      </w:pPr>
      <w:r>
        <w:rPr>
          <w:rFonts w:cs="Times New Roman"/>
        </w:rPr>
        <w:t>"Another priest serves," Nicodemus answered.</w:t>
      </w:r>
    </w:p>
    <w:p w14:paraId="2F7577A2" w14:textId="77777777" w:rsidR="007D7487" w:rsidRDefault="00E6407B">
      <w:pPr>
        <w:ind w:firstLine="288"/>
      </w:pPr>
      <w:r>
        <w:rPr>
          <w:rFonts w:cs="Times New Roman"/>
        </w:rPr>
        <w:t>"And the next?"</w:t>
      </w:r>
    </w:p>
    <w:p w14:paraId="487B5E03" w14:textId="77777777" w:rsidR="007D7487" w:rsidRDefault="00E6407B">
      <w:pPr>
        <w:ind w:firstLine="288"/>
      </w:pPr>
      <w:r>
        <w:rPr>
          <w:rFonts w:cs="Times New Roman"/>
        </w:rPr>
        <w:t>"He dies also."</w:t>
      </w:r>
    </w:p>
    <w:p w14:paraId="3FD282F7" w14:textId="77777777" w:rsidR="007D7487" w:rsidRDefault="00E6407B">
      <w:pPr>
        <w:ind w:firstLine="288"/>
      </w:pPr>
      <w:r>
        <w:rPr>
          <w:rFonts w:cs="Times New Roman"/>
        </w:rPr>
        <w:t>Jesus looked toward him.</w:t>
      </w:r>
    </w:p>
    <w:p w14:paraId="09F70A76" w14:textId="77777777" w:rsidR="007D7487" w:rsidRDefault="00E6407B">
      <w:pPr>
        <w:ind w:firstLine="288"/>
      </w:pPr>
      <w:r>
        <w:rPr>
          <w:rFonts w:cs="Times New Roman"/>
        </w:rPr>
        <w:t>"Was that because the priesthood God appointed through Moses was evil?"</w:t>
      </w:r>
    </w:p>
    <w:p w14:paraId="65590457" w14:textId="77777777" w:rsidR="007D7487" w:rsidRDefault="00E6407B">
      <w:pPr>
        <w:ind w:firstLine="288"/>
      </w:pPr>
      <w:r>
        <w:rPr>
          <w:rFonts w:cs="Times New Roman"/>
        </w:rPr>
        <w:t>"No."</w:t>
      </w:r>
    </w:p>
    <w:p w14:paraId="230875A5" w14:textId="77777777" w:rsidR="007D7487" w:rsidRDefault="00E6407B">
      <w:pPr>
        <w:ind w:firstLine="288"/>
      </w:pPr>
      <w:r>
        <w:rPr>
          <w:rFonts w:cs="Times New Roman"/>
        </w:rPr>
        <w:t>"Because the men were mortal?"</w:t>
      </w:r>
    </w:p>
    <w:p w14:paraId="1695EDF8" w14:textId="77777777" w:rsidR="007D7487" w:rsidRDefault="00E6407B">
      <w:pPr>
        <w:ind w:firstLine="288"/>
      </w:pPr>
      <w:r>
        <w:rPr>
          <w:rFonts w:cs="Times New Roman"/>
        </w:rPr>
        <w:t>"Yes."</w:t>
      </w:r>
    </w:p>
    <w:p w14:paraId="10D71152" w14:textId="77777777" w:rsidR="007D7487" w:rsidRDefault="00E6407B">
      <w:pPr>
        <w:ind w:firstLine="288"/>
      </w:pPr>
      <w:r>
        <w:rPr>
          <w:rFonts w:cs="Times New Roman"/>
        </w:rPr>
        <w:t>"Then what does David add that Aaron's succession could not supply by mortality alone?"</w:t>
      </w:r>
    </w:p>
    <w:p w14:paraId="25C0428B" w14:textId="77777777" w:rsidR="007D7487" w:rsidRDefault="00E6407B">
      <w:pPr>
        <w:ind w:firstLine="288"/>
      </w:pPr>
      <w:r>
        <w:rPr>
          <w:rFonts w:cs="Times New Roman"/>
        </w:rPr>
        <w:t>Nicodemus answered slowly.</w:t>
      </w:r>
    </w:p>
    <w:p w14:paraId="5BC59A79" w14:textId="77777777" w:rsidR="007D7487" w:rsidRDefault="00E6407B">
      <w:pPr>
        <w:ind w:firstLine="288"/>
      </w:pPr>
      <w:r>
        <w:rPr>
          <w:rFonts w:cs="Times New Roman"/>
        </w:rPr>
        <w:t>"A priest for ever."</w:t>
      </w:r>
    </w:p>
    <w:p w14:paraId="46C3F4D7" w14:textId="77777777" w:rsidR="007D7487" w:rsidRDefault="00E6407B">
      <w:pPr>
        <w:ind w:firstLine="288"/>
      </w:pPr>
      <w:r>
        <w:rPr>
          <w:rFonts w:cs="Times New Roman"/>
        </w:rPr>
        <w:t>Jesus nodded.</w:t>
      </w:r>
    </w:p>
    <w:p w14:paraId="6694B09F" w14:textId="77777777" w:rsidR="007D7487" w:rsidRDefault="00E6407B">
      <w:pPr>
        <w:ind w:firstLine="288"/>
      </w:pPr>
      <w:r>
        <w:rPr>
          <w:rFonts w:cs="Times New Roman"/>
        </w:rPr>
        <w:t>The Torah had taught mediation.</w:t>
      </w:r>
    </w:p>
    <w:p w14:paraId="7148BFC4" w14:textId="77777777" w:rsidR="007D7487" w:rsidRDefault="00E6407B">
      <w:pPr>
        <w:ind w:firstLine="288"/>
      </w:pPr>
      <w:r>
        <w:rPr>
          <w:rFonts w:cs="Times New Roman"/>
        </w:rPr>
        <w:t>Mortality had taught succession.</w:t>
      </w:r>
    </w:p>
    <w:p w14:paraId="0EF1B3A6" w14:textId="77777777" w:rsidR="007D7487" w:rsidRDefault="00E6407B">
      <w:pPr>
        <w:ind w:firstLine="288"/>
      </w:pPr>
      <w:r>
        <w:rPr>
          <w:rFonts w:cs="Times New Roman"/>
        </w:rPr>
        <w:t>David had taught them to expect an office death would not terminate.</w:t>
      </w:r>
    </w:p>
    <w:p w14:paraId="69859B14" w14:textId="77777777" w:rsidR="007D7487" w:rsidRDefault="00E6407B">
      <w:pPr>
        <w:ind w:firstLine="288"/>
      </w:pPr>
      <w:r>
        <w:rPr>
          <w:rFonts w:cs="Times New Roman"/>
        </w:rPr>
        <w:t>Jesus asked:</w:t>
      </w:r>
    </w:p>
    <w:p w14:paraId="459B3BD0" w14:textId="77777777" w:rsidR="007D7487" w:rsidRDefault="00E6407B">
      <w:pPr>
        <w:ind w:firstLine="288"/>
      </w:pPr>
      <w:r>
        <w:rPr>
          <w:rFonts w:cs="Times New Roman"/>
        </w:rPr>
        <w:t>"What did he bring?"</w:t>
      </w:r>
    </w:p>
    <w:p w14:paraId="6F526377" w14:textId="77777777" w:rsidR="007D7487" w:rsidRDefault="00E6407B">
      <w:pPr>
        <w:ind w:firstLine="288"/>
      </w:pPr>
      <w:r>
        <w:rPr>
          <w:rFonts w:cs="Times New Roman"/>
        </w:rPr>
        <w:t>"Bread and wine."</w:t>
      </w:r>
    </w:p>
    <w:p w14:paraId="46BEC251" w14:textId="77777777" w:rsidR="007D7487" w:rsidRDefault="00E6407B">
      <w:pPr>
        <w:ind w:firstLine="288"/>
      </w:pPr>
      <w:r>
        <w:rPr>
          <w:rFonts w:cs="Times New Roman"/>
          <w:i/>
        </w:rPr>
        <w:t>"And Melchizedek king of Salem brought forth bread and wine: and he was the priest of the most high God. And he blessed him, and said, Blessed be Abram of the most high God, possessor of heaven and earth: And blessed be the most high God, which hath delivered thine enemies into thy hand. And he gave him tithes of all."</w:t>
      </w:r>
    </w:p>
    <w:p w14:paraId="1F318175" w14:textId="77777777" w:rsidR="007D7487" w:rsidRDefault="00E6407B">
      <w:pPr>
        <w:ind w:firstLine="288"/>
      </w:pPr>
      <w:r>
        <w:rPr>
          <w:rFonts w:cs="Times New Roman"/>
        </w:rPr>
        <w:t>Before Levi existed in Abraham's body as a future descendant, Genesis had already placed king and priest together in one man.</w:t>
      </w:r>
    </w:p>
    <w:p w14:paraId="49402BC9" w14:textId="77777777" w:rsidR="007D7487" w:rsidRDefault="00E6407B">
      <w:pPr>
        <w:ind w:firstLine="288"/>
      </w:pPr>
      <w:r>
        <w:rPr>
          <w:rFonts w:cs="Times New Roman"/>
        </w:rPr>
        <w:lastRenderedPageBreak/>
        <w:t>The Eleven became very still.</w:t>
      </w:r>
    </w:p>
    <w:p w14:paraId="3DDCA665" w14:textId="77777777" w:rsidR="007D7487" w:rsidRDefault="00E6407B">
      <w:pPr>
        <w:ind w:firstLine="288"/>
      </w:pPr>
      <w:r>
        <w:rPr>
          <w:rFonts w:cs="Times New Roman"/>
        </w:rPr>
        <w:t>John did not need anyone to explain why.</w:t>
      </w:r>
    </w:p>
    <w:p w14:paraId="54E84B81" w14:textId="77777777" w:rsidR="007D7487" w:rsidRDefault="00E6407B">
      <w:pPr>
        <w:ind w:firstLine="288"/>
      </w:pPr>
      <w:r>
        <w:rPr>
          <w:rFonts w:cs="Times New Roman"/>
        </w:rPr>
        <w:t>Upper room.</w:t>
      </w:r>
    </w:p>
    <w:p w14:paraId="6EA57365" w14:textId="77777777" w:rsidR="007D7487" w:rsidRDefault="00E6407B">
      <w:pPr>
        <w:ind w:firstLine="288"/>
      </w:pPr>
      <w:r>
        <w:rPr>
          <w:rFonts w:cs="Times New Roman"/>
        </w:rPr>
        <w:t>A table.</w:t>
      </w:r>
    </w:p>
    <w:p w14:paraId="5C48DA3B" w14:textId="77777777" w:rsidR="007D7487" w:rsidRDefault="00E6407B">
      <w:pPr>
        <w:ind w:firstLine="288"/>
      </w:pPr>
      <w:r>
        <w:rPr>
          <w:rFonts w:cs="Times New Roman"/>
        </w:rPr>
        <w:t>Bread broken.</w:t>
      </w:r>
    </w:p>
    <w:p w14:paraId="71E9030A" w14:textId="77777777" w:rsidR="007D7487" w:rsidRDefault="00E6407B">
      <w:pPr>
        <w:ind w:firstLine="288"/>
      </w:pPr>
      <w:r>
        <w:rPr>
          <w:rFonts w:cs="Times New Roman"/>
        </w:rPr>
        <w:t>A cup passed.</w:t>
      </w:r>
    </w:p>
    <w:p w14:paraId="13268F45" w14:textId="77777777" w:rsidR="007D7487" w:rsidRDefault="00E6407B">
      <w:pPr>
        <w:ind w:firstLine="288"/>
      </w:pPr>
      <w:r>
        <w:rPr>
          <w:rFonts w:cs="Times New Roman"/>
        </w:rPr>
        <w:t>Words none of them had understood while Jesus was still alive in the ordinary way.</w:t>
      </w:r>
    </w:p>
    <w:p w14:paraId="49530EA0" w14:textId="77777777" w:rsidR="007D7487" w:rsidRDefault="00E6407B">
      <w:pPr>
        <w:ind w:firstLine="288"/>
      </w:pPr>
      <w:r>
        <w:rPr>
          <w:rFonts w:cs="Times New Roman"/>
        </w:rPr>
        <w:t>Jesus saw the memory move through them.</w:t>
      </w:r>
    </w:p>
    <w:p w14:paraId="1264F1AF" w14:textId="77777777" w:rsidR="007D7487" w:rsidRDefault="00E6407B">
      <w:pPr>
        <w:ind w:firstLine="288"/>
      </w:pPr>
      <w:r>
        <w:rPr>
          <w:rFonts w:cs="Times New Roman"/>
        </w:rPr>
        <w:t>"These men can tell the rest of you what I said at the table."</w:t>
      </w:r>
    </w:p>
    <w:p w14:paraId="45988D15" w14:textId="77777777" w:rsidR="007D7487" w:rsidRDefault="00E6407B">
      <w:pPr>
        <w:ind w:firstLine="288"/>
      </w:pPr>
      <w:r>
        <w:rPr>
          <w:rFonts w:cs="Times New Roman"/>
        </w:rPr>
        <w:t>He did not retell everything.</w:t>
      </w:r>
    </w:p>
    <w:p w14:paraId="0869358D" w14:textId="77777777" w:rsidR="007D7487" w:rsidRDefault="00E6407B">
      <w:pPr>
        <w:ind w:firstLine="288"/>
      </w:pPr>
      <w:r>
        <w:rPr>
          <w:rFonts w:cs="Times New Roman"/>
        </w:rPr>
        <w:t>Their witness belonged to them.</w:t>
      </w:r>
    </w:p>
    <w:p w14:paraId="47380A4F" w14:textId="77777777" w:rsidR="007D7487" w:rsidRDefault="00E6407B">
      <w:pPr>
        <w:ind w:firstLine="288"/>
      </w:pPr>
      <w:r>
        <w:rPr>
          <w:rFonts w:cs="Times New Roman"/>
        </w:rPr>
        <w:t>John looked toward the others.</w:t>
      </w:r>
    </w:p>
    <w:p w14:paraId="4BF0595B" w14:textId="77777777" w:rsidR="007D7487" w:rsidRDefault="00E6407B">
      <w:pPr>
        <w:ind w:firstLine="288"/>
      </w:pPr>
      <w:r>
        <w:rPr>
          <w:rFonts w:cs="Times New Roman"/>
        </w:rPr>
        <w:t>He could still hear:</w:t>
      </w:r>
    </w:p>
    <w:p w14:paraId="5EA0DE09" w14:textId="77777777" w:rsidR="007D7487" w:rsidRDefault="00E6407B">
      <w:pPr>
        <w:ind w:firstLine="288"/>
      </w:pPr>
      <w:r>
        <w:rPr>
          <w:rFonts w:cs="Times New Roman"/>
        </w:rPr>
        <w:t>This is my body.</w:t>
      </w:r>
    </w:p>
    <w:p w14:paraId="5C72E146" w14:textId="77777777" w:rsidR="007D7487" w:rsidRDefault="00E6407B">
      <w:pPr>
        <w:ind w:firstLine="288"/>
      </w:pPr>
      <w:r>
        <w:rPr>
          <w:rFonts w:cs="Times New Roman"/>
        </w:rPr>
        <w:t>This cup is the new covenant in my blood.</w:t>
      </w:r>
    </w:p>
    <w:p w14:paraId="3E392ABF" w14:textId="77777777" w:rsidR="007D7487" w:rsidRDefault="00E6407B">
      <w:pPr>
        <w:ind w:firstLine="288"/>
      </w:pPr>
      <w:r>
        <w:rPr>
          <w:rFonts w:cs="Times New Roman"/>
        </w:rPr>
        <w:t>Thomas looked from the remembered table to the living Jesus.</w:t>
      </w:r>
    </w:p>
    <w:p w14:paraId="3229C5F1" w14:textId="77777777" w:rsidR="007D7487" w:rsidRDefault="00E6407B">
      <w:pPr>
        <w:ind w:firstLine="288"/>
      </w:pPr>
      <w:r>
        <w:rPr>
          <w:rFonts w:cs="Times New Roman"/>
        </w:rPr>
        <w:t>"A sacrifice dies."</w:t>
      </w:r>
    </w:p>
    <w:p w14:paraId="079B7F41" w14:textId="77777777" w:rsidR="007D7487" w:rsidRDefault="00E6407B">
      <w:pPr>
        <w:ind w:firstLine="288"/>
      </w:pPr>
      <w:r>
        <w:rPr>
          <w:rFonts w:cs="Times New Roman"/>
        </w:rPr>
        <w:t>Jesus waited.</w:t>
      </w:r>
    </w:p>
    <w:p w14:paraId="736D85C6" w14:textId="77777777" w:rsidR="007D7487" w:rsidRDefault="00E6407B">
      <w:pPr>
        <w:ind w:firstLine="288"/>
      </w:pPr>
      <w:r>
        <w:rPr>
          <w:rFonts w:cs="Times New Roman"/>
        </w:rPr>
        <w:t>Thomas continued.</w:t>
      </w:r>
    </w:p>
    <w:p w14:paraId="4BB200BA" w14:textId="77777777" w:rsidR="007D7487" w:rsidRDefault="00E6407B">
      <w:pPr>
        <w:ind w:firstLine="288"/>
      </w:pPr>
      <w:r>
        <w:rPr>
          <w:rFonts w:cs="Times New Roman"/>
        </w:rPr>
        <w:t>"But the priest in David's Psalm is for ever."</w:t>
      </w:r>
    </w:p>
    <w:p w14:paraId="06D2CCE5" w14:textId="77777777" w:rsidR="007D7487" w:rsidRDefault="00E6407B">
      <w:pPr>
        <w:ind w:firstLine="288"/>
      </w:pPr>
      <w:r>
        <w:rPr>
          <w:rFonts w:cs="Times New Roman"/>
        </w:rPr>
        <w:t>Nicodemus understood the collision.</w:t>
      </w:r>
    </w:p>
    <w:p w14:paraId="600B2131" w14:textId="77777777" w:rsidR="007D7487" w:rsidRDefault="00E6407B">
      <w:pPr>
        <w:ind w:firstLine="288"/>
      </w:pPr>
      <w:r>
        <w:rPr>
          <w:rFonts w:cs="Times New Roman"/>
        </w:rPr>
        <w:t>A returning worshipper needed more than instructions to come home.</w:t>
      </w:r>
    </w:p>
    <w:p w14:paraId="260530E4" w14:textId="77777777" w:rsidR="007D7487" w:rsidRDefault="00E6407B">
      <w:pPr>
        <w:ind w:firstLine="288"/>
      </w:pPr>
      <w:r>
        <w:rPr>
          <w:rFonts w:cs="Times New Roman"/>
        </w:rPr>
        <w:t>He needed God's provision for the offense.</w:t>
      </w:r>
    </w:p>
    <w:p w14:paraId="3031575F" w14:textId="77777777" w:rsidR="007D7487" w:rsidRDefault="00E6407B">
      <w:pPr>
        <w:ind w:firstLine="288"/>
      </w:pPr>
      <w:r>
        <w:rPr>
          <w:rFonts w:cs="Times New Roman"/>
        </w:rPr>
        <w:t>He needed cleansing.</w:t>
      </w:r>
    </w:p>
    <w:p w14:paraId="6FF1A85B" w14:textId="77777777" w:rsidR="007D7487" w:rsidRDefault="00E6407B">
      <w:pPr>
        <w:ind w:firstLine="288"/>
      </w:pPr>
      <w:r>
        <w:rPr>
          <w:rFonts w:cs="Times New Roman"/>
        </w:rPr>
        <w:t>He needed mediation.</w:t>
      </w:r>
    </w:p>
    <w:p w14:paraId="24D4AAE3" w14:textId="77777777" w:rsidR="007D7487" w:rsidRDefault="00E6407B">
      <w:pPr>
        <w:ind w:firstLine="288"/>
      </w:pPr>
      <w:r>
        <w:rPr>
          <w:rFonts w:cs="Times New Roman"/>
        </w:rPr>
        <w:t>And if the promised Priest was truly for ever, death could not end His priesthood.</w:t>
      </w:r>
    </w:p>
    <w:p w14:paraId="0DAC9BD0" w14:textId="77777777" w:rsidR="007D7487" w:rsidRDefault="00E6407B">
      <w:pPr>
        <w:ind w:firstLine="288"/>
      </w:pPr>
      <w:r>
        <w:rPr>
          <w:rFonts w:cs="Times New Roman"/>
        </w:rPr>
        <w:t>Jesus did not make them despise the sacrifices God had appointed.</w:t>
      </w:r>
    </w:p>
    <w:p w14:paraId="31E229C5" w14:textId="77777777" w:rsidR="007D7487" w:rsidRDefault="00E6407B">
      <w:pPr>
        <w:ind w:firstLine="288"/>
      </w:pPr>
      <w:r>
        <w:rPr>
          <w:rFonts w:cs="Times New Roman"/>
        </w:rPr>
        <w:t>He made them ask what those sacrifices and mortal priests had always trained Israel to need:</w:t>
      </w:r>
    </w:p>
    <w:p w14:paraId="4C692EAD" w14:textId="77777777" w:rsidR="007D7487" w:rsidRDefault="00E6407B">
      <w:pPr>
        <w:ind w:firstLine="288"/>
      </w:pPr>
      <w:r>
        <w:rPr>
          <w:rFonts w:cs="Times New Roman"/>
        </w:rPr>
        <w:t>a sufficient provision and a Priest whose ministry death could not terminate.</w:t>
      </w:r>
    </w:p>
    <w:p w14:paraId="7A3080F4" w14:textId="77777777" w:rsidR="007D7487" w:rsidRDefault="00E6407B">
      <w:pPr>
        <w:ind w:firstLine="288"/>
      </w:pPr>
      <w:r>
        <w:rPr>
          <w:rFonts w:cs="Times New Roman"/>
        </w:rPr>
        <w:t>Jesus continued.</w:t>
      </w:r>
    </w:p>
    <w:p w14:paraId="31D0163D" w14:textId="77777777" w:rsidR="007D7487" w:rsidRDefault="00E6407B">
      <w:pPr>
        <w:ind w:firstLine="288"/>
      </w:pPr>
      <w:r>
        <w:rPr>
          <w:rFonts w:cs="Times New Roman"/>
        </w:rPr>
        <w:t>"The King does more than rule enemies."</w:t>
      </w:r>
    </w:p>
    <w:p w14:paraId="16F1F6E8" w14:textId="77777777" w:rsidR="007D7487" w:rsidRDefault="00E6407B">
      <w:pPr>
        <w:ind w:firstLine="288"/>
      </w:pPr>
      <w:r>
        <w:rPr>
          <w:rFonts w:cs="Times New Roman"/>
        </w:rPr>
        <w:t>"He brings guilty men near to God."</w:t>
      </w:r>
    </w:p>
    <w:p w14:paraId="5B99E677" w14:textId="77777777" w:rsidR="007D7487" w:rsidRDefault="00E6407B">
      <w:pPr>
        <w:ind w:firstLine="288"/>
      </w:pPr>
      <w:r>
        <w:rPr>
          <w:rFonts w:cs="Times New Roman"/>
        </w:rPr>
        <w:t>John heard Abraham again:</w:t>
      </w:r>
    </w:p>
    <w:p w14:paraId="3A2B484F" w14:textId="77777777" w:rsidR="007D7487" w:rsidRDefault="00E6407B">
      <w:pPr>
        <w:ind w:firstLine="288"/>
      </w:pPr>
      <w:r>
        <w:rPr>
          <w:rFonts w:cs="Times New Roman"/>
        </w:rPr>
        <w:t>"God will provide himself a lamb."</w:t>
      </w:r>
    </w:p>
    <w:p w14:paraId="2981D9D0" w14:textId="77777777" w:rsidR="007D7487" w:rsidRDefault="00E6407B">
      <w:pPr>
        <w:ind w:firstLine="288"/>
      </w:pPr>
      <w:r>
        <w:rPr>
          <w:rFonts w:cs="Times New Roman"/>
        </w:rPr>
        <w:t>The Promiser provides.</w:t>
      </w:r>
    </w:p>
    <w:p w14:paraId="758DD59A" w14:textId="77777777" w:rsidR="007D7487" w:rsidRDefault="00E6407B">
      <w:pPr>
        <w:ind w:firstLine="288"/>
      </w:pPr>
      <w:r>
        <w:rPr>
          <w:rFonts w:cs="Times New Roman"/>
        </w:rPr>
        <w:t>"The Priest does more than stand at an altar."</w:t>
      </w:r>
    </w:p>
    <w:p w14:paraId="5D487B5D" w14:textId="77777777" w:rsidR="007D7487" w:rsidRDefault="00E6407B">
      <w:pPr>
        <w:ind w:firstLine="288"/>
      </w:pPr>
      <w:r>
        <w:rPr>
          <w:rFonts w:cs="Times New Roman"/>
        </w:rPr>
        <w:t>"He serves the purpose of the King."</w:t>
      </w:r>
    </w:p>
    <w:p w14:paraId="40B199E5" w14:textId="77777777" w:rsidR="007D7487" w:rsidRDefault="00E6407B">
      <w:pPr>
        <w:ind w:firstLine="288"/>
      </w:pPr>
      <w:r>
        <w:rPr>
          <w:rFonts w:cs="Times New Roman"/>
        </w:rPr>
        <w:t>Nicodemus's brow tightened.</w:t>
      </w:r>
    </w:p>
    <w:p w14:paraId="7869AA5F" w14:textId="77777777" w:rsidR="007D7487" w:rsidRDefault="00E6407B">
      <w:pPr>
        <w:ind w:firstLine="288"/>
      </w:pPr>
      <w:r>
        <w:rPr>
          <w:rFonts w:cs="Times New Roman"/>
        </w:rPr>
        <w:lastRenderedPageBreak/>
        <w:t>"And David placed the right hand before the priesthood line in the Psalm."</w:t>
      </w:r>
    </w:p>
    <w:p w14:paraId="08BA09F5" w14:textId="77777777" w:rsidR="007D7487" w:rsidRDefault="00E6407B">
      <w:pPr>
        <w:ind w:firstLine="288"/>
      </w:pPr>
      <w:r>
        <w:rPr>
          <w:rFonts w:cs="Times New Roman"/>
        </w:rPr>
        <w:t>Jesus nodded.</w:t>
      </w:r>
    </w:p>
    <w:p w14:paraId="641CB0D4" w14:textId="77777777" w:rsidR="007D7487" w:rsidRDefault="00E6407B">
      <w:pPr>
        <w:ind w:firstLine="288"/>
      </w:pPr>
      <w:r>
        <w:rPr>
          <w:rFonts w:cs="Times New Roman"/>
        </w:rPr>
        <w:t>"Do not miss the order."</w:t>
      </w:r>
    </w:p>
    <w:p w14:paraId="3BB89107" w14:textId="77777777" w:rsidR="007D7487" w:rsidRDefault="00E6407B">
      <w:pPr>
        <w:ind w:firstLine="288"/>
      </w:pPr>
      <w:r>
        <w:rPr>
          <w:rFonts w:cs="Times New Roman"/>
        </w:rPr>
        <w:t>Peter looked toward Him.</w:t>
      </w:r>
    </w:p>
    <w:p w14:paraId="32A0957B" w14:textId="77777777" w:rsidR="007D7487" w:rsidRDefault="00E6407B">
      <w:pPr>
        <w:ind w:firstLine="288"/>
      </w:pPr>
      <w:r>
        <w:rPr>
          <w:rFonts w:cs="Times New Roman"/>
        </w:rPr>
        <w:t>"You have risen."</w:t>
      </w:r>
    </w:p>
    <w:p w14:paraId="559364A7" w14:textId="77777777" w:rsidR="007D7487" w:rsidRDefault="00E6407B">
      <w:pPr>
        <w:ind w:firstLine="288"/>
      </w:pPr>
      <w:r>
        <w:rPr>
          <w:rFonts w:cs="Times New Roman"/>
        </w:rPr>
        <w:t>"Yes."</w:t>
      </w:r>
    </w:p>
    <w:p w14:paraId="128933C3" w14:textId="77777777" w:rsidR="007D7487" w:rsidRDefault="00E6407B">
      <w:pPr>
        <w:ind w:firstLine="288"/>
      </w:pPr>
      <w:r>
        <w:rPr>
          <w:rFonts w:cs="Times New Roman"/>
        </w:rPr>
        <w:t>"But You have not yet..."</w:t>
      </w:r>
    </w:p>
    <w:p w14:paraId="34937231" w14:textId="77777777" w:rsidR="007D7487" w:rsidRDefault="00E6407B">
      <w:pPr>
        <w:ind w:firstLine="288"/>
      </w:pPr>
      <w:r>
        <w:rPr>
          <w:rFonts w:cs="Times New Roman"/>
        </w:rPr>
        <w:t>Peter stopped.</w:t>
      </w:r>
    </w:p>
    <w:p w14:paraId="17909E0A" w14:textId="77777777" w:rsidR="007D7487" w:rsidRDefault="00E6407B">
      <w:pPr>
        <w:ind w:firstLine="288"/>
      </w:pPr>
      <w:r>
        <w:rPr>
          <w:rFonts w:cs="Times New Roman"/>
        </w:rPr>
        <w:t>Jesus finished the thought without forcing him.</w:t>
      </w:r>
    </w:p>
    <w:p w14:paraId="220BB01D" w14:textId="77777777" w:rsidR="007D7487" w:rsidRDefault="00E6407B">
      <w:pPr>
        <w:ind w:firstLine="288"/>
      </w:pPr>
      <w:r>
        <w:rPr>
          <w:rFonts w:cs="Times New Roman"/>
        </w:rPr>
        <w:t>"I have not yet ascended to My Father."</w:t>
      </w:r>
    </w:p>
    <w:p w14:paraId="35701124" w14:textId="77777777" w:rsidR="007D7487" w:rsidRDefault="00E6407B">
      <w:pPr>
        <w:ind w:firstLine="288"/>
      </w:pPr>
      <w:r>
        <w:rPr>
          <w:rFonts w:cs="Times New Roman"/>
        </w:rPr>
        <w:t>The gathering became very quiet.</w:t>
      </w:r>
    </w:p>
    <w:p w14:paraId="274E6C4B" w14:textId="77777777" w:rsidR="007D7487" w:rsidRDefault="00E6407B">
      <w:pPr>
        <w:ind w:firstLine="288"/>
      </w:pPr>
      <w:r>
        <w:rPr>
          <w:rFonts w:cs="Times New Roman"/>
        </w:rPr>
        <w:t>Psalm 110 was not behind them.</w:t>
      </w:r>
    </w:p>
    <w:p w14:paraId="069D4766" w14:textId="77777777" w:rsidR="007D7487" w:rsidRDefault="00E6407B">
      <w:pPr>
        <w:ind w:firstLine="288"/>
      </w:pPr>
      <w:r>
        <w:rPr>
          <w:rFonts w:cs="Times New Roman"/>
        </w:rPr>
        <w:t>Not entirely.</w:t>
      </w:r>
    </w:p>
    <w:p w14:paraId="5AC8D8D6" w14:textId="77777777" w:rsidR="007D7487" w:rsidRDefault="00E6407B">
      <w:pPr>
        <w:ind w:firstLine="288"/>
      </w:pPr>
      <w:r>
        <w:rPr>
          <w:rFonts w:cs="Times New Roman"/>
        </w:rPr>
        <w:t>The resurrection had happened.</w:t>
      </w:r>
    </w:p>
    <w:p w14:paraId="66338034" w14:textId="77777777" w:rsidR="007D7487" w:rsidRDefault="00E6407B">
      <w:pPr>
        <w:ind w:firstLine="288"/>
      </w:pPr>
      <w:r>
        <w:rPr>
          <w:rFonts w:cs="Times New Roman"/>
        </w:rPr>
        <w:t>The right hand remained ahead.</w:t>
      </w:r>
    </w:p>
    <w:p w14:paraId="60CA2B66" w14:textId="77777777" w:rsidR="007D7487" w:rsidRDefault="00E6407B">
      <w:pPr>
        <w:ind w:firstLine="288"/>
      </w:pPr>
      <w:r>
        <w:rPr>
          <w:rFonts w:cs="Times New Roman"/>
        </w:rPr>
        <w:t>Ascension remained ahead.</w:t>
      </w:r>
    </w:p>
    <w:p w14:paraId="46EFC018" w14:textId="77777777" w:rsidR="007D7487" w:rsidRDefault="00E6407B">
      <w:pPr>
        <w:ind w:firstLine="288"/>
      </w:pPr>
      <w:r>
        <w:rPr>
          <w:rFonts w:cs="Times New Roman"/>
        </w:rPr>
        <w:t>Enthronement at the Father's right hand remained ahead.</w:t>
      </w:r>
    </w:p>
    <w:p w14:paraId="76A942F7" w14:textId="77777777" w:rsidR="007D7487" w:rsidRDefault="00E6407B">
      <w:pPr>
        <w:ind w:firstLine="288"/>
      </w:pPr>
      <w:r>
        <w:rPr>
          <w:rFonts w:cs="Times New Roman"/>
        </w:rPr>
        <w:t>The sending of the Spirit in power remained ahead.</w:t>
      </w:r>
    </w:p>
    <w:p w14:paraId="567AED4C" w14:textId="77777777" w:rsidR="007D7487" w:rsidRDefault="00E6407B">
      <w:pPr>
        <w:ind w:firstLine="288"/>
      </w:pPr>
      <w:r>
        <w:rPr>
          <w:rFonts w:cs="Times New Roman"/>
        </w:rPr>
        <w:t>Resurrection was decisive.</w:t>
      </w:r>
    </w:p>
    <w:p w14:paraId="44EE6848" w14:textId="77777777" w:rsidR="007D7487" w:rsidRDefault="00E6407B">
      <w:pPr>
        <w:ind w:firstLine="288"/>
      </w:pPr>
      <w:r>
        <w:rPr>
          <w:rFonts w:cs="Times New Roman"/>
        </w:rPr>
        <w:t>It was not the exhaustion of every promise.</w:t>
      </w:r>
    </w:p>
    <w:p w14:paraId="09236CAC" w14:textId="77777777" w:rsidR="007D7487" w:rsidRDefault="00E6407B">
      <w:pPr>
        <w:ind w:firstLine="288"/>
      </w:pPr>
      <w:r>
        <w:rPr>
          <w:rFonts w:cs="Times New Roman"/>
        </w:rPr>
        <w:t>The King-Priest promise was open.</w:t>
      </w:r>
    </w:p>
    <w:p w14:paraId="2F0CC625" w14:textId="77777777" w:rsidR="007D7487" w:rsidRDefault="00E6407B">
      <w:pPr>
        <w:ind w:firstLine="288"/>
      </w:pPr>
      <w:r>
        <w:rPr>
          <w:rFonts w:cs="Times New Roman"/>
        </w:rPr>
        <w:t>Something accomplished.</w:t>
      </w:r>
    </w:p>
    <w:p w14:paraId="181A541B" w14:textId="77777777" w:rsidR="007D7487" w:rsidRDefault="00E6407B">
      <w:pPr>
        <w:ind w:firstLine="288"/>
      </w:pPr>
      <w:r>
        <w:rPr>
          <w:rFonts w:cs="Times New Roman"/>
        </w:rPr>
        <w:t>Something still unfolding.</w:t>
      </w:r>
    </w:p>
    <w:p w14:paraId="45196168" w14:textId="77777777" w:rsidR="007D7487" w:rsidRDefault="00E6407B">
      <w:pPr>
        <w:suppressLineNumbers/>
        <w:spacing w:before="100" w:after="100"/>
        <w:jc w:val="center"/>
      </w:pPr>
      <w:r>
        <w:rPr>
          <w:rFonts w:cs="Times New Roman"/>
          <w:sz w:val="20"/>
        </w:rPr>
        <w:t>* * *</w:t>
      </w:r>
    </w:p>
    <w:p w14:paraId="79BAA533" w14:textId="77777777" w:rsidR="007D7487" w:rsidRDefault="00E6407B">
      <w:pPr>
        <w:suppressLineNumbers/>
      </w:pPr>
      <w:r>
        <w:br w:type="page"/>
      </w:r>
    </w:p>
    <w:p w14:paraId="08608E3E" w14:textId="77777777" w:rsidR="007D7487" w:rsidRDefault="00E6407B">
      <w:pPr>
        <w:pStyle w:val="Heading1"/>
        <w:suppressLineNumbers/>
      </w:pPr>
      <w:r>
        <w:rPr>
          <w:rFonts w:ascii="Times New Roman" w:hAnsi="Times New Roman" w:cs="Times New Roman"/>
        </w:rPr>
        <w:lastRenderedPageBreak/>
        <w:t>Section 13B — Judah, Joseph, and Manasseh Preservation</w:t>
      </w:r>
    </w:p>
    <w:p w14:paraId="7B3D859C" w14:textId="77777777" w:rsidR="007D7487" w:rsidRDefault="00E6407B">
      <w:pPr>
        <w:ind w:firstLine="288"/>
      </w:pPr>
      <w:r>
        <w:rPr>
          <w:rFonts w:cs="Times New Roman"/>
        </w:rPr>
        <w:t>The King-Priest question did not erase the tribes.</w:t>
      </w:r>
    </w:p>
    <w:p w14:paraId="023BAE82" w14:textId="77777777" w:rsidR="007D7487" w:rsidRDefault="00E6407B">
      <w:pPr>
        <w:ind w:firstLine="288"/>
      </w:pPr>
      <w:r>
        <w:rPr>
          <w:rFonts w:cs="Times New Roman"/>
        </w:rPr>
        <w:t>It made their different gifts harder to flatten.</w:t>
      </w:r>
    </w:p>
    <w:p w14:paraId="46A25604" w14:textId="77777777" w:rsidR="007D7487" w:rsidRDefault="00E6407B">
      <w:pPr>
        <w:ind w:firstLine="288"/>
      </w:pPr>
      <w:r>
        <w:rPr>
          <w:rFonts w:cs="Times New Roman"/>
        </w:rPr>
        <w:t>Jesus looked toward Matthew.</w:t>
      </w:r>
    </w:p>
    <w:p w14:paraId="5CCAB869" w14:textId="77777777" w:rsidR="007D7487" w:rsidRDefault="00E6407B">
      <w:pPr>
        <w:ind w:firstLine="288"/>
      </w:pPr>
      <w:r>
        <w:rPr>
          <w:rFonts w:cs="Times New Roman"/>
        </w:rPr>
        <w:t>"If Judah carries the ruler, does Judah carry everything?"</w:t>
      </w:r>
    </w:p>
    <w:p w14:paraId="681186A2" w14:textId="77777777" w:rsidR="007D7487" w:rsidRDefault="00E6407B">
      <w:pPr>
        <w:ind w:firstLine="288"/>
      </w:pPr>
      <w:r>
        <w:rPr>
          <w:rFonts w:cs="Times New Roman"/>
        </w:rPr>
        <w:t>Matthew considered.</w:t>
      </w:r>
    </w:p>
    <w:p w14:paraId="0366E3AD" w14:textId="77777777" w:rsidR="007D7487" w:rsidRDefault="00E6407B">
      <w:pPr>
        <w:ind w:firstLine="288"/>
      </w:pPr>
      <w:r>
        <w:rPr>
          <w:rFonts w:cs="Times New Roman"/>
        </w:rPr>
        <w:t>"No."</w:t>
      </w:r>
    </w:p>
    <w:p w14:paraId="1D3909C4" w14:textId="77777777" w:rsidR="007D7487" w:rsidRDefault="00E6407B">
      <w:pPr>
        <w:ind w:firstLine="288"/>
      </w:pPr>
      <w:r>
        <w:rPr>
          <w:rFonts w:cs="Times New Roman"/>
        </w:rPr>
        <w:t>"Why not?"</w:t>
      </w:r>
    </w:p>
    <w:p w14:paraId="3038543C" w14:textId="77777777" w:rsidR="007D7487" w:rsidRDefault="00E6407B">
      <w:pPr>
        <w:ind w:firstLine="288"/>
      </w:pPr>
      <w:r>
        <w:rPr>
          <w:rFonts w:cs="Times New Roman"/>
        </w:rPr>
        <w:t>No answer came immediately.</w:t>
      </w:r>
    </w:p>
    <w:p w14:paraId="7C0445D4" w14:textId="77777777" w:rsidR="007D7487" w:rsidRDefault="00E6407B">
      <w:pPr>
        <w:ind w:firstLine="288"/>
      </w:pPr>
      <w:r>
        <w:rPr>
          <w:rFonts w:cs="Times New Roman"/>
        </w:rPr>
        <w:t>Jesus turned toward Nicodemus.</w:t>
      </w:r>
    </w:p>
    <w:p w14:paraId="4AF7D385" w14:textId="77777777" w:rsidR="007D7487" w:rsidRDefault="00E6407B">
      <w:pPr>
        <w:ind w:firstLine="288"/>
      </w:pPr>
      <w:r>
        <w:rPr>
          <w:rFonts w:cs="Times New Roman"/>
        </w:rPr>
        <w:t>The old teacher's expression changed.</w:t>
      </w:r>
    </w:p>
    <w:p w14:paraId="207A78C0" w14:textId="77777777" w:rsidR="007D7487" w:rsidRDefault="00E6407B">
      <w:pPr>
        <w:ind w:firstLine="288"/>
      </w:pPr>
      <w:r>
        <w:rPr>
          <w:rFonts w:cs="Times New Roman"/>
        </w:rPr>
        <w:t>He knew another passage.</w:t>
      </w:r>
    </w:p>
    <w:p w14:paraId="157712A7" w14:textId="77777777" w:rsidR="007D7487" w:rsidRDefault="00E6407B">
      <w:pPr>
        <w:ind w:firstLine="288"/>
      </w:pPr>
      <w:r>
        <w:rPr>
          <w:rFonts w:cs="Times New Roman"/>
        </w:rPr>
        <w:t>"First Chronicles."</w:t>
      </w:r>
    </w:p>
    <w:p w14:paraId="14134D4A" w14:textId="77777777" w:rsidR="007D7487" w:rsidRDefault="00E6407B">
      <w:pPr>
        <w:ind w:firstLine="288"/>
      </w:pPr>
      <w:r>
        <w:rPr>
          <w:rFonts w:cs="Times New Roman"/>
        </w:rPr>
        <w:t>Jesus nodded.</w:t>
      </w:r>
    </w:p>
    <w:p w14:paraId="4388C156" w14:textId="77777777" w:rsidR="007D7487" w:rsidRDefault="00E6407B">
      <w:pPr>
        <w:ind w:firstLine="288"/>
      </w:pPr>
      <w:r>
        <w:rPr>
          <w:rFonts w:cs="Times New Roman"/>
        </w:rPr>
        <w:t>Nicodemus spoke slowly.</w:t>
      </w:r>
    </w:p>
    <w:p w14:paraId="706DD595" w14:textId="77777777" w:rsidR="007D7487" w:rsidRDefault="00E6407B">
      <w:pPr>
        <w:ind w:firstLine="288"/>
      </w:pPr>
      <w:r>
        <w:rPr>
          <w:rFonts w:cs="Times New Roman"/>
        </w:rPr>
        <w:t>"Judah prevailed above his brethren."</w:t>
      </w:r>
    </w:p>
    <w:p w14:paraId="40A7B110" w14:textId="77777777" w:rsidR="007D7487" w:rsidRDefault="00E6407B">
      <w:pPr>
        <w:ind w:firstLine="288"/>
      </w:pPr>
      <w:r>
        <w:rPr>
          <w:rFonts w:cs="Times New Roman"/>
        </w:rPr>
        <w:t>"And of him came the chief ruler."</w:t>
      </w:r>
    </w:p>
    <w:p w14:paraId="7C407712" w14:textId="77777777" w:rsidR="007D7487" w:rsidRDefault="00E6407B">
      <w:pPr>
        <w:ind w:firstLine="288"/>
      </w:pPr>
      <w:r>
        <w:rPr>
          <w:rFonts w:cs="Times New Roman"/>
        </w:rPr>
        <w:t>Peter nodded.</w:t>
      </w:r>
    </w:p>
    <w:p w14:paraId="5024D996" w14:textId="77777777" w:rsidR="007D7487" w:rsidRDefault="00E6407B">
      <w:pPr>
        <w:ind w:firstLine="288"/>
      </w:pPr>
      <w:r>
        <w:rPr>
          <w:rFonts w:cs="Times New Roman"/>
        </w:rPr>
        <w:t>"That part fits."</w:t>
      </w:r>
    </w:p>
    <w:p w14:paraId="30BC26A3" w14:textId="77777777" w:rsidR="007D7487" w:rsidRDefault="00E6407B">
      <w:pPr>
        <w:ind w:firstLine="288"/>
      </w:pPr>
      <w:r>
        <w:rPr>
          <w:rFonts w:cs="Times New Roman"/>
        </w:rPr>
        <w:t>Nicodemus continued.</w:t>
      </w:r>
    </w:p>
    <w:p w14:paraId="3D22F835" w14:textId="77777777" w:rsidR="007D7487" w:rsidRDefault="00E6407B">
      <w:pPr>
        <w:ind w:firstLine="288"/>
      </w:pPr>
      <w:r>
        <w:rPr>
          <w:rFonts w:cs="Times New Roman"/>
        </w:rPr>
        <w:t>"But the birthright..."</w:t>
      </w:r>
    </w:p>
    <w:p w14:paraId="0198DD8D" w14:textId="77777777" w:rsidR="007D7487" w:rsidRDefault="00E6407B">
      <w:pPr>
        <w:ind w:firstLine="288"/>
      </w:pPr>
      <w:r>
        <w:rPr>
          <w:rFonts w:cs="Times New Roman"/>
        </w:rPr>
        <w:t>He stopped.</w:t>
      </w:r>
    </w:p>
    <w:p w14:paraId="60782AF6" w14:textId="77777777" w:rsidR="007D7487" w:rsidRDefault="00E6407B">
      <w:pPr>
        <w:ind w:firstLine="288"/>
      </w:pPr>
      <w:r>
        <w:rPr>
          <w:rFonts w:cs="Times New Roman"/>
        </w:rPr>
        <w:t>Jesus waited.</w:t>
      </w:r>
    </w:p>
    <w:p w14:paraId="7D14F6CE" w14:textId="77777777" w:rsidR="007D7487" w:rsidRDefault="00E6407B">
      <w:pPr>
        <w:ind w:firstLine="288"/>
      </w:pPr>
      <w:r>
        <w:rPr>
          <w:rFonts w:cs="Times New Roman"/>
        </w:rPr>
        <w:t>"The birthright was Joseph's."</w:t>
      </w:r>
    </w:p>
    <w:p w14:paraId="284D4788" w14:textId="77777777" w:rsidR="007D7487" w:rsidRDefault="00E6407B">
      <w:pPr>
        <w:ind w:firstLine="288"/>
      </w:pPr>
      <w:r>
        <w:rPr>
          <w:rFonts w:cs="Times New Roman"/>
          <w:i/>
        </w:rPr>
        <w:t>"Now the sons of Reuben the firstborn of Israel, (for he was the firstborn; but, forasmuch as he defiled his father's bed, his birthright was given unto the sons of Joseph the son of Israel: and the genealogy is not to be reckoned after the birthright. For Judah prevailed above his brethren, and of him came the chief ruler; but the birthright was Joseph's:)"</w:t>
      </w:r>
    </w:p>
    <w:p w14:paraId="37BDE846" w14:textId="77777777" w:rsidR="007D7487" w:rsidRDefault="00E6407B">
      <w:pPr>
        <w:ind w:firstLine="288"/>
      </w:pPr>
      <w:r>
        <w:rPr>
          <w:rFonts w:cs="Times New Roman"/>
        </w:rPr>
        <w:t>The chronicler did not force ruler and birthright into one tribe.</w:t>
      </w:r>
    </w:p>
    <w:p w14:paraId="0B84A44B" w14:textId="77777777" w:rsidR="007D7487" w:rsidRDefault="00E6407B">
      <w:pPr>
        <w:ind w:firstLine="288"/>
      </w:pPr>
      <w:r>
        <w:rPr>
          <w:rFonts w:cs="Times New Roman"/>
        </w:rPr>
        <w:t>He preserved both assignments in the same explanation.</w:t>
      </w:r>
    </w:p>
    <w:p w14:paraId="7A9F8312" w14:textId="77777777" w:rsidR="007D7487" w:rsidRDefault="00E6407B">
      <w:pPr>
        <w:ind w:firstLine="288"/>
      </w:pPr>
      <w:r>
        <w:rPr>
          <w:rFonts w:cs="Times New Roman"/>
        </w:rPr>
        <w:t>A murmur moved through the group.</w:t>
      </w:r>
    </w:p>
    <w:p w14:paraId="547441B9" w14:textId="77777777" w:rsidR="007D7487" w:rsidRDefault="00E6407B">
      <w:pPr>
        <w:ind w:firstLine="288"/>
      </w:pPr>
      <w:r>
        <w:rPr>
          <w:rFonts w:cs="Times New Roman"/>
        </w:rPr>
        <w:t>Judah.</w:t>
      </w:r>
    </w:p>
    <w:p w14:paraId="0B0A3D89" w14:textId="77777777" w:rsidR="007D7487" w:rsidRDefault="00E6407B">
      <w:pPr>
        <w:ind w:firstLine="288"/>
      </w:pPr>
      <w:r>
        <w:rPr>
          <w:rFonts w:cs="Times New Roman"/>
        </w:rPr>
        <w:t>Ruler.</w:t>
      </w:r>
    </w:p>
    <w:p w14:paraId="22E776C1" w14:textId="77777777" w:rsidR="007D7487" w:rsidRDefault="00E6407B">
      <w:pPr>
        <w:ind w:firstLine="288"/>
      </w:pPr>
      <w:r>
        <w:rPr>
          <w:rFonts w:cs="Times New Roman"/>
        </w:rPr>
        <w:t>Joseph.</w:t>
      </w:r>
    </w:p>
    <w:p w14:paraId="24C3969E" w14:textId="77777777" w:rsidR="007D7487" w:rsidRDefault="00E6407B">
      <w:pPr>
        <w:ind w:firstLine="288"/>
      </w:pPr>
      <w:r>
        <w:rPr>
          <w:rFonts w:cs="Times New Roman"/>
        </w:rPr>
        <w:t>Birthright.</w:t>
      </w:r>
    </w:p>
    <w:p w14:paraId="7E75F054" w14:textId="77777777" w:rsidR="007D7487" w:rsidRDefault="00E6407B">
      <w:pPr>
        <w:ind w:firstLine="288"/>
      </w:pPr>
      <w:r>
        <w:rPr>
          <w:rFonts w:cs="Times New Roman"/>
        </w:rPr>
        <w:t>Jesus looked toward them.</w:t>
      </w:r>
    </w:p>
    <w:p w14:paraId="0D91CAEB" w14:textId="77777777" w:rsidR="007D7487" w:rsidRDefault="00E6407B">
      <w:pPr>
        <w:ind w:firstLine="288"/>
      </w:pPr>
      <w:r>
        <w:rPr>
          <w:rFonts w:cs="Times New Roman"/>
        </w:rPr>
        <w:t>"Do not let the ruler erase the birthright."</w:t>
      </w:r>
    </w:p>
    <w:p w14:paraId="2D224B5A" w14:textId="77777777" w:rsidR="007D7487" w:rsidRDefault="00E6407B">
      <w:pPr>
        <w:ind w:firstLine="288"/>
      </w:pPr>
      <w:r>
        <w:rPr>
          <w:rFonts w:cs="Times New Roman"/>
        </w:rPr>
        <w:t>Nicodemus's eyes widened.</w:t>
      </w:r>
    </w:p>
    <w:p w14:paraId="17B17518" w14:textId="77777777" w:rsidR="007D7487" w:rsidRDefault="00E6407B">
      <w:pPr>
        <w:ind w:firstLine="288"/>
      </w:pPr>
      <w:r>
        <w:rPr>
          <w:rFonts w:cs="Times New Roman"/>
        </w:rPr>
        <w:lastRenderedPageBreak/>
        <w:t>"And do not let the birthright erase the ruler."</w:t>
      </w:r>
    </w:p>
    <w:p w14:paraId="0DE5D271" w14:textId="77777777" w:rsidR="007D7487" w:rsidRDefault="00E6407B">
      <w:pPr>
        <w:ind w:firstLine="288"/>
      </w:pPr>
      <w:r>
        <w:rPr>
          <w:rFonts w:cs="Times New Roman"/>
        </w:rPr>
        <w:t>The statement settled between Judah and Joseph like a boundary line.</w:t>
      </w:r>
    </w:p>
    <w:p w14:paraId="44C6FFC8" w14:textId="77777777" w:rsidR="007D7487" w:rsidRDefault="00E6407B">
      <w:pPr>
        <w:ind w:firstLine="288"/>
      </w:pPr>
      <w:r>
        <w:rPr>
          <w:rFonts w:cs="Times New Roman"/>
        </w:rPr>
        <w:t>Both mattered.</w:t>
      </w:r>
    </w:p>
    <w:p w14:paraId="214F877B" w14:textId="77777777" w:rsidR="007D7487" w:rsidRDefault="00E6407B">
      <w:pPr>
        <w:ind w:firstLine="288"/>
      </w:pPr>
      <w:r>
        <w:rPr>
          <w:rFonts w:cs="Times New Roman"/>
        </w:rPr>
        <w:t>Reuben's forfeiture mattered.</w:t>
      </w:r>
    </w:p>
    <w:p w14:paraId="030D3BC6" w14:textId="77777777" w:rsidR="007D7487" w:rsidRDefault="00E6407B">
      <w:pPr>
        <w:ind w:firstLine="288"/>
      </w:pPr>
      <w:r>
        <w:rPr>
          <w:rFonts w:cs="Times New Roman"/>
        </w:rPr>
        <w:t>Judah's prevailing and ruler mattered.</w:t>
      </w:r>
    </w:p>
    <w:p w14:paraId="2DBAD659" w14:textId="77777777" w:rsidR="007D7487" w:rsidRDefault="00E6407B">
      <w:pPr>
        <w:ind w:firstLine="288"/>
      </w:pPr>
      <w:r>
        <w:rPr>
          <w:rFonts w:cs="Times New Roman"/>
        </w:rPr>
        <w:t>Joseph's transferred birthright mattered.</w:t>
      </w:r>
    </w:p>
    <w:p w14:paraId="73BDEFBE" w14:textId="77777777" w:rsidR="007D7487" w:rsidRDefault="00E6407B">
      <w:pPr>
        <w:ind w:firstLine="288"/>
      </w:pPr>
      <w:r>
        <w:rPr>
          <w:rFonts w:cs="Times New Roman"/>
        </w:rPr>
        <w:t>The text itself refused the simplification that one chosen function must erase every other entrusted function.</w:t>
      </w:r>
    </w:p>
    <w:p w14:paraId="58A353F1" w14:textId="77777777" w:rsidR="007D7487" w:rsidRDefault="00E6407B">
      <w:pPr>
        <w:ind w:firstLine="288"/>
      </w:pPr>
      <w:r>
        <w:rPr>
          <w:rFonts w:cs="Times New Roman"/>
        </w:rPr>
        <w:t>John thought of Joseph's story.</w:t>
      </w:r>
    </w:p>
    <w:p w14:paraId="0CD83193" w14:textId="77777777" w:rsidR="007D7487" w:rsidRDefault="00E6407B">
      <w:pPr>
        <w:ind w:firstLine="288"/>
      </w:pPr>
      <w:r>
        <w:rPr>
          <w:rFonts w:cs="Times New Roman"/>
        </w:rPr>
        <w:t>Rejected by brothers.</w:t>
      </w:r>
    </w:p>
    <w:p w14:paraId="5CF292E4" w14:textId="77777777" w:rsidR="007D7487" w:rsidRDefault="00E6407B">
      <w:pPr>
        <w:ind w:firstLine="288"/>
      </w:pPr>
      <w:r>
        <w:rPr>
          <w:rFonts w:cs="Times New Roman"/>
        </w:rPr>
        <w:t>Sold.</w:t>
      </w:r>
    </w:p>
    <w:p w14:paraId="60FA2166" w14:textId="77777777" w:rsidR="007D7487" w:rsidRDefault="00E6407B">
      <w:pPr>
        <w:ind w:firstLine="288"/>
      </w:pPr>
      <w:r>
        <w:rPr>
          <w:rFonts w:cs="Times New Roman"/>
        </w:rPr>
        <w:t>Descended into Egypt.</w:t>
      </w:r>
    </w:p>
    <w:p w14:paraId="76E02775" w14:textId="77777777" w:rsidR="007D7487" w:rsidRDefault="00E6407B">
      <w:pPr>
        <w:ind w:firstLine="288"/>
      </w:pPr>
      <w:r>
        <w:rPr>
          <w:rFonts w:cs="Times New Roman"/>
        </w:rPr>
        <w:t>Raised beside a throne.</w:t>
      </w:r>
    </w:p>
    <w:p w14:paraId="1056B8CE" w14:textId="77777777" w:rsidR="007D7487" w:rsidRDefault="00E6407B">
      <w:pPr>
        <w:ind w:firstLine="288"/>
      </w:pPr>
      <w:r>
        <w:rPr>
          <w:rFonts w:cs="Times New Roman"/>
        </w:rPr>
        <w:t>Given authority.</w:t>
      </w:r>
    </w:p>
    <w:p w14:paraId="69FC6FB4" w14:textId="77777777" w:rsidR="007D7487" w:rsidRDefault="00E6407B">
      <w:pPr>
        <w:ind w:firstLine="288"/>
      </w:pPr>
      <w:r>
        <w:rPr>
          <w:rFonts w:cs="Times New Roman"/>
        </w:rPr>
        <w:t>Used by God to preserve the family that had rejected him.</w:t>
      </w:r>
    </w:p>
    <w:p w14:paraId="1456476D" w14:textId="77777777" w:rsidR="007D7487" w:rsidRDefault="00E6407B">
      <w:pPr>
        <w:ind w:firstLine="288"/>
      </w:pPr>
      <w:r>
        <w:rPr>
          <w:rFonts w:cs="Times New Roman"/>
        </w:rPr>
        <w:t>Jesus looked toward John.</w:t>
      </w:r>
    </w:p>
    <w:p w14:paraId="4CFEDDD0" w14:textId="77777777" w:rsidR="007D7487" w:rsidRDefault="00E6407B">
      <w:pPr>
        <w:ind w:firstLine="288"/>
      </w:pPr>
      <w:r>
        <w:rPr>
          <w:rFonts w:cs="Times New Roman"/>
        </w:rPr>
        <w:t>"You are thinking about Joseph."</w:t>
      </w:r>
    </w:p>
    <w:p w14:paraId="68905DC2" w14:textId="77777777" w:rsidR="007D7487" w:rsidRDefault="00E6407B">
      <w:pPr>
        <w:ind w:firstLine="288"/>
      </w:pPr>
      <w:r>
        <w:rPr>
          <w:rFonts w:cs="Times New Roman"/>
        </w:rPr>
        <w:t>John nodded.</w:t>
      </w:r>
    </w:p>
    <w:p w14:paraId="0569DC95" w14:textId="77777777" w:rsidR="007D7487" w:rsidRDefault="00E6407B">
      <w:pPr>
        <w:ind w:firstLine="288"/>
      </w:pPr>
      <w:r>
        <w:rPr>
          <w:rFonts w:cs="Times New Roman"/>
        </w:rPr>
        <w:t>"His brothers hated him."</w:t>
      </w:r>
    </w:p>
    <w:p w14:paraId="493FF255" w14:textId="77777777" w:rsidR="007D7487" w:rsidRDefault="00E6407B">
      <w:pPr>
        <w:ind w:firstLine="288"/>
      </w:pPr>
      <w:r>
        <w:rPr>
          <w:rFonts w:cs="Times New Roman"/>
        </w:rPr>
        <w:t>"Yes."</w:t>
      </w:r>
    </w:p>
    <w:p w14:paraId="3540752E" w14:textId="77777777" w:rsidR="007D7487" w:rsidRDefault="00E6407B">
      <w:pPr>
        <w:ind w:firstLine="288"/>
      </w:pPr>
      <w:r>
        <w:rPr>
          <w:rFonts w:cs="Times New Roman"/>
        </w:rPr>
        <w:t>"Sold him."</w:t>
      </w:r>
    </w:p>
    <w:p w14:paraId="04DC3870" w14:textId="77777777" w:rsidR="007D7487" w:rsidRDefault="00E6407B">
      <w:pPr>
        <w:ind w:firstLine="288"/>
      </w:pPr>
      <w:r>
        <w:rPr>
          <w:rFonts w:cs="Times New Roman"/>
        </w:rPr>
        <w:t>"Yes."</w:t>
      </w:r>
    </w:p>
    <w:p w14:paraId="0F6DC22F" w14:textId="77777777" w:rsidR="007D7487" w:rsidRDefault="00E6407B">
      <w:pPr>
        <w:ind w:firstLine="288"/>
      </w:pPr>
      <w:r>
        <w:rPr>
          <w:rFonts w:cs="Times New Roman"/>
        </w:rPr>
        <w:t>"He went down."</w:t>
      </w:r>
    </w:p>
    <w:p w14:paraId="00BF3FF9" w14:textId="77777777" w:rsidR="007D7487" w:rsidRDefault="00E6407B">
      <w:pPr>
        <w:ind w:firstLine="288"/>
      </w:pPr>
      <w:r>
        <w:rPr>
          <w:rFonts w:cs="Times New Roman"/>
        </w:rPr>
        <w:t>"Yes."</w:t>
      </w:r>
    </w:p>
    <w:p w14:paraId="4405DE17" w14:textId="77777777" w:rsidR="007D7487" w:rsidRDefault="00E6407B">
      <w:pPr>
        <w:ind w:firstLine="288"/>
      </w:pPr>
      <w:r>
        <w:rPr>
          <w:rFonts w:cs="Times New Roman"/>
        </w:rPr>
        <w:t>"And was raised up."</w:t>
      </w:r>
    </w:p>
    <w:p w14:paraId="3025FFC2" w14:textId="77777777" w:rsidR="007D7487" w:rsidRDefault="00E6407B">
      <w:pPr>
        <w:ind w:firstLine="288"/>
      </w:pPr>
      <w:r>
        <w:rPr>
          <w:rFonts w:cs="Times New Roman"/>
        </w:rPr>
        <w:t>Jesus waited.</w:t>
      </w:r>
    </w:p>
    <w:p w14:paraId="3CD18DE4" w14:textId="77777777" w:rsidR="007D7487" w:rsidRDefault="00E6407B">
      <w:pPr>
        <w:ind w:firstLine="288"/>
      </w:pPr>
      <w:r>
        <w:rPr>
          <w:rFonts w:cs="Times New Roman"/>
        </w:rPr>
        <w:t>John continued.</w:t>
      </w:r>
    </w:p>
    <w:p w14:paraId="4E3D4A8E" w14:textId="77777777" w:rsidR="007D7487" w:rsidRDefault="00E6407B">
      <w:pPr>
        <w:ind w:firstLine="288"/>
      </w:pPr>
      <w:r>
        <w:rPr>
          <w:rFonts w:cs="Times New Roman"/>
        </w:rPr>
        <w:t>"And then he fed the brothers who had rejected him."</w:t>
      </w:r>
    </w:p>
    <w:p w14:paraId="2062048D" w14:textId="77777777" w:rsidR="007D7487" w:rsidRDefault="00E6407B">
      <w:pPr>
        <w:ind w:firstLine="288"/>
      </w:pPr>
      <w:r>
        <w:rPr>
          <w:rFonts w:cs="Times New Roman"/>
        </w:rPr>
        <w:t>Several people looked toward Jesus.</w:t>
      </w:r>
    </w:p>
    <w:p w14:paraId="6B555C54" w14:textId="77777777" w:rsidR="007D7487" w:rsidRDefault="00E6407B">
      <w:pPr>
        <w:ind w:firstLine="288"/>
      </w:pPr>
      <w:r>
        <w:rPr>
          <w:rFonts w:cs="Times New Roman"/>
        </w:rPr>
        <w:t>The likeness was difficult not to feel.</w:t>
      </w:r>
    </w:p>
    <w:p w14:paraId="44C3EAD1" w14:textId="77777777" w:rsidR="007D7487" w:rsidRDefault="00E6407B">
      <w:pPr>
        <w:ind w:firstLine="288"/>
      </w:pPr>
      <w:r>
        <w:rPr>
          <w:rFonts w:cs="Times New Roman"/>
        </w:rPr>
        <w:t>Jesus did not allow it to become a careless equation.</w:t>
      </w:r>
    </w:p>
    <w:p w14:paraId="2B1427C6" w14:textId="77777777" w:rsidR="007D7487" w:rsidRDefault="00E6407B">
      <w:pPr>
        <w:ind w:firstLine="288"/>
      </w:pPr>
      <w:r>
        <w:rPr>
          <w:rFonts w:cs="Times New Roman"/>
        </w:rPr>
        <w:t>"Joseph remains Joseph."</w:t>
      </w:r>
    </w:p>
    <w:p w14:paraId="3F469439" w14:textId="77777777" w:rsidR="007D7487" w:rsidRDefault="00E6407B">
      <w:pPr>
        <w:ind w:firstLine="288"/>
      </w:pPr>
      <w:r>
        <w:rPr>
          <w:rFonts w:cs="Times New Roman"/>
        </w:rPr>
        <w:t>John nodded.</w:t>
      </w:r>
    </w:p>
    <w:p w14:paraId="11B11884" w14:textId="77777777" w:rsidR="007D7487" w:rsidRDefault="00E6407B">
      <w:pPr>
        <w:ind w:firstLine="288"/>
      </w:pPr>
      <w:r>
        <w:rPr>
          <w:rFonts w:cs="Times New Roman"/>
        </w:rPr>
        <w:t>"But the Father taught through his life."</w:t>
      </w:r>
    </w:p>
    <w:p w14:paraId="52063035" w14:textId="77777777" w:rsidR="007D7487" w:rsidRDefault="00E6407B">
      <w:pPr>
        <w:ind w:firstLine="288"/>
      </w:pPr>
      <w:r>
        <w:rPr>
          <w:rFonts w:cs="Times New Roman"/>
        </w:rPr>
        <w:t>"Preservation."</w:t>
      </w:r>
    </w:p>
    <w:p w14:paraId="52743A31" w14:textId="77777777" w:rsidR="007D7487" w:rsidRDefault="00E6407B">
      <w:pPr>
        <w:ind w:firstLine="288"/>
      </w:pPr>
      <w:r>
        <w:rPr>
          <w:rFonts w:cs="Times New Roman"/>
        </w:rPr>
        <w:t>"Humiliation."</w:t>
      </w:r>
    </w:p>
    <w:p w14:paraId="4FE95AF1" w14:textId="77777777" w:rsidR="007D7487" w:rsidRDefault="00E6407B">
      <w:pPr>
        <w:ind w:firstLine="288"/>
      </w:pPr>
      <w:r>
        <w:rPr>
          <w:rFonts w:cs="Times New Roman"/>
        </w:rPr>
        <w:t>"Exaltation."</w:t>
      </w:r>
    </w:p>
    <w:p w14:paraId="4652B408" w14:textId="77777777" w:rsidR="007D7487" w:rsidRDefault="00E6407B">
      <w:pPr>
        <w:ind w:firstLine="288"/>
      </w:pPr>
      <w:r>
        <w:rPr>
          <w:rFonts w:cs="Times New Roman"/>
        </w:rPr>
        <w:t>"Bread."</w:t>
      </w:r>
    </w:p>
    <w:p w14:paraId="6DD160A2" w14:textId="77777777" w:rsidR="007D7487" w:rsidRDefault="00E6407B">
      <w:pPr>
        <w:ind w:firstLine="288"/>
      </w:pPr>
      <w:r>
        <w:rPr>
          <w:rFonts w:cs="Times New Roman"/>
        </w:rPr>
        <w:lastRenderedPageBreak/>
        <w:t>"Reconciliation."</w:t>
      </w:r>
    </w:p>
    <w:p w14:paraId="14751CDE" w14:textId="77777777" w:rsidR="007D7487" w:rsidRDefault="00E6407B">
      <w:pPr>
        <w:ind w:firstLine="288"/>
      </w:pPr>
      <w:r>
        <w:rPr>
          <w:rFonts w:cs="Times New Roman"/>
        </w:rPr>
        <w:t>"A family kept alive through the one they had rejected."</w:t>
      </w:r>
    </w:p>
    <w:p w14:paraId="6BE1276B" w14:textId="77777777" w:rsidR="007D7487" w:rsidRDefault="00E6407B">
      <w:pPr>
        <w:ind w:firstLine="288"/>
      </w:pPr>
      <w:r>
        <w:rPr>
          <w:rFonts w:cs="Times New Roman"/>
        </w:rPr>
        <w:t>Matthew remembered the earlier discussion.</w:t>
      </w:r>
    </w:p>
    <w:p w14:paraId="37B22B9B" w14:textId="77777777" w:rsidR="007D7487" w:rsidRDefault="00E6407B">
      <w:pPr>
        <w:ind w:firstLine="288"/>
      </w:pPr>
      <w:r>
        <w:rPr>
          <w:rFonts w:cs="Times New Roman"/>
        </w:rPr>
        <w:t>"And Egypt was fed too."</w:t>
      </w:r>
    </w:p>
    <w:p w14:paraId="493FBD56" w14:textId="77777777" w:rsidR="007D7487" w:rsidRDefault="00E6407B">
      <w:pPr>
        <w:ind w:firstLine="288"/>
      </w:pPr>
      <w:r>
        <w:rPr>
          <w:rFonts w:cs="Times New Roman"/>
        </w:rPr>
        <w:t>Jesus nodded.</w:t>
      </w:r>
    </w:p>
    <w:p w14:paraId="2D4F78E4" w14:textId="77777777" w:rsidR="007D7487" w:rsidRDefault="00E6407B">
      <w:pPr>
        <w:ind w:firstLine="288"/>
      </w:pPr>
      <w:r>
        <w:rPr>
          <w:rFonts w:cs="Times New Roman"/>
        </w:rPr>
        <w:t>Joseph's administration preserved the covenant family without making the surrounding world irrelevant.</w:t>
      </w:r>
    </w:p>
    <w:p w14:paraId="5CDD84D7" w14:textId="77777777" w:rsidR="007D7487" w:rsidRDefault="00E6407B">
      <w:pPr>
        <w:ind w:firstLine="288"/>
      </w:pPr>
      <w:r>
        <w:rPr>
          <w:rFonts w:cs="Times New Roman"/>
        </w:rPr>
        <w:t>Bread moved outward while the promised family was kept alive.</w:t>
      </w:r>
    </w:p>
    <w:p w14:paraId="393E06EB" w14:textId="77777777" w:rsidR="007D7487" w:rsidRDefault="00E6407B">
      <w:pPr>
        <w:ind w:firstLine="288"/>
      </w:pPr>
      <w:r>
        <w:rPr>
          <w:rFonts w:cs="Times New Roman"/>
        </w:rPr>
        <w:t>Again preservation and outward blessing did not need to be enemies.</w:t>
      </w:r>
    </w:p>
    <w:p w14:paraId="1B9C44E8" w14:textId="77777777" w:rsidR="007D7487" w:rsidRDefault="00E6407B">
      <w:pPr>
        <w:ind w:firstLine="288"/>
      </w:pPr>
      <w:r>
        <w:rPr>
          <w:rFonts w:cs="Times New Roman"/>
        </w:rPr>
        <w:t>Nicodemus whispered:</w:t>
      </w:r>
    </w:p>
    <w:p w14:paraId="550C4276" w14:textId="77777777" w:rsidR="007D7487" w:rsidRDefault="00E6407B">
      <w:pPr>
        <w:ind w:firstLine="288"/>
      </w:pPr>
      <w:r>
        <w:rPr>
          <w:rFonts w:cs="Times New Roman"/>
        </w:rPr>
        <w:t>"Birthright."</w:t>
      </w:r>
    </w:p>
    <w:p w14:paraId="525E7BF6" w14:textId="77777777" w:rsidR="007D7487" w:rsidRDefault="00E6407B">
      <w:pPr>
        <w:ind w:firstLine="288"/>
      </w:pPr>
      <w:r>
        <w:rPr>
          <w:rFonts w:cs="Times New Roman"/>
        </w:rPr>
        <w:t>John looked toward Jesus.</w:t>
      </w:r>
    </w:p>
    <w:p w14:paraId="0DC67712" w14:textId="77777777" w:rsidR="007D7487" w:rsidRDefault="00E6407B">
      <w:pPr>
        <w:ind w:firstLine="288"/>
      </w:pPr>
      <w:r>
        <w:rPr>
          <w:rFonts w:cs="Times New Roman"/>
        </w:rPr>
        <w:t>Rejected by his own.</w:t>
      </w:r>
    </w:p>
    <w:p w14:paraId="11D293D5" w14:textId="77777777" w:rsidR="007D7487" w:rsidRDefault="00E6407B">
      <w:pPr>
        <w:ind w:firstLine="288"/>
      </w:pPr>
      <w:r>
        <w:rPr>
          <w:rFonts w:cs="Times New Roman"/>
        </w:rPr>
        <w:t>Descended.</w:t>
      </w:r>
    </w:p>
    <w:p w14:paraId="567DFEE3" w14:textId="77777777" w:rsidR="007D7487" w:rsidRDefault="00E6407B">
      <w:pPr>
        <w:ind w:firstLine="288"/>
      </w:pPr>
      <w:r>
        <w:rPr>
          <w:rFonts w:cs="Times New Roman"/>
        </w:rPr>
        <w:t>Raised beside a throne.</w:t>
      </w:r>
    </w:p>
    <w:p w14:paraId="3AA82042" w14:textId="77777777" w:rsidR="007D7487" w:rsidRDefault="00E6407B">
      <w:pPr>
        <w:ind w:firstLine="288"/>
      </w:pPr>
      <w:r>
        <w:rPr>
          <w:rFonts w:cs="Times New Roman"/>
        </w:rPr>
        <w:t>Bread for those who had rejected him.</w:t>
      </w:r>
    </w:p>
    <w:p w14:paraId="5EEA5CFD" w14:textId="77777777" w:rsidR="007D7487" w:rsidRDefault="00E6407B">
      <w:pPr>
        <w:ind w:firstLine="288"/>
      </w:pPr>
      <w:r>
        <w:rPr>
          <w:rFonts w:cs="Times New Roman"/>
        </w:rPr>
        <w:t>Preservation that made reconciliation possible.</w:t>
      </w:r>
    </w:p>
    <w:p w14:paraId="5FFE4E05" w14:textId="77777777" w:rsidR="007D7487" w:rsidRDefault="00E6407B">
      <w:pPr>
        <w:ind w:firstLine="288"/>
      </w:pPr>
      <w:r>
        <w:rPr>
          <w:rFonts w:cs="Times New Roman"/>
        </w:rPr>
        <w:t>Jesus had already warned them not to turn Joseph into a careless equation.</w:t>
      </w:r>
    </w:p>
    <w:p w14:paraId="3A03F62D" w14:textId="77777777" w:rsidR="007D7487" w:rsidRDefault="00E6407B">
      <w:pPr>
        <w:ind w:firstLine="288"/>
      </w:pPr>
      <w:r>
        <w:rPr>
          <w:rFonts w:cs="Times New Roman"/>
        </w:rPr>
        <w:t>The history remained Joseph's.</w:t>
      </w:r>
    </w:p>
    <w:p w14:paraId="4507E674" w14:textId="77777777" w:rsidR="007D7487" w:rsidRDefault="00E6407B">
      <w:pPr>
        <w:ind w:firstLine="288"/>
      </w:pPr>
      <w:r>
        <w:rPr>
          <w:rFonts w:cs="Times New Roman"/>
        </w:rPr>
        <w:t>Its shape could still teach.</w:t>
      </w:r>
    </w:p>
    <w:p w14:paraId="5B20BC44" w14:textId="77777777" w:rsidR="007D7487" w:rsidRDefault="00E6407B">
      <w:pPr>
        <w:ind w:firstLine="288"/>
      </w:pPr>
      <w:r>
        <w:rPr>
          <w:rFonts w:cs="Times New Roman"/>
        </w:rPr>
        <w:t>Jesus looked toward him.</w:t>
      </w:r>
    </w:p>
    <w:p w14:paraId="11E36B86" w14:textId="77777777" w:rsidR="007D7487" w:rsidRDefault="00E6407B">
      <w:pPr>
        <w:ind w:firstLine="288"/>
      </w:pPr>
      <w:r>
        <w:rPr>
          <w:rFonts w:cs="Times New Roman"/>
        </w:rPr>
        <w:t>"Yes."</w:t>
      </w:r>
    </w:p>
    <w:p w14:paraId="5CA0BFF5" w14:textId="77777777" w:rsidR="007D7487" w:rsidRDefault="00E6407B">
      <w:pPr>
        <w:ind w:firstLine="288"/>
      </w:pPr>
      <w:r>
        <w:rPr>
          <w:rFonts w:cs="Times New Roman"/>
        </w:rPr>
        <w:t>"Now ask what Jacob did with Joseph's inheritance."</w:t>
      </w:r>
    </w:p>
    <w:p w14:paraId="1DF0F066" w14:textId="77777777" w:rsidR="007D7487" w:rsidRDefault="00E6407B">
      <w:pPr>
        <w:suppressLineNumbers/>
        <w:spacing w:before="100" w:after="100"/>
        <w:jc w:val="center"/>
      </w:pPr>
      <w:r>
        <w:rPr>
          <w:rFonts w:cs="Times New Roman"/>
          <w:sz w:val="20"/>
        </w:rPr>
        <w:t>* * *</w:t>
      </w:r>
    </w:p>
    <w:p w14:paraId="3F433D17" w14:textId="77777777" w:rsidR="007D7487" w:rsidRDefault="00E6407B">
      <w:pPr>
        <w:ind w:firstLine="288"/>
      </w:pPr>
      <w:r>
        <w:rPr>
          <w:rFonts w:cs="Times New Roman"/>
        </w:rPr>
        <w:t>Nicodemus did not need a scroll.</w:t>
      </w:r>
    </w:p>
    <w:p w14:paraId="118B7280" w14:textId="77777777" w:rsidR="007D7487" w:rsidRDefault="00E6407B">
      <w:pPr>
        <w:ind w:firstLine="288"/>
      </w:pPr>
      <w:r>
        <w:rPr>
          <w:rFonts w:cs="Times New Roman"/>
        </w:rPr>
        <w:t>"Jacob took Joseph's sons."</w:t>
      </w:r>
    </w:p>
    <w:p w14:paraId="2DB4557E" w14:textId="77777777" w:rsidR="007D7487" w:rsidRDefault="00E6407B">
      <w:pPr>
        <w:ind w:firstLine="288"/>
      </w:pPr>
      <w:r>
        <w:rPr>
          <w:rFonts w:cs="Times New Roman"/>
        </w:rPr>
        <w:t>Jesus nodded.</w:t>
      </w:r>
    </w:p>
    <w:p w14:paraId="7A409711" w14:textId="77777777" w:rsidR="007D7487" w:rsidRDefault="00E6407B">
      <w:pPr>
        <w:ind w:firstLine="288"/>
      </w:pPr>
      <w:r>
        <w:rPr>
          <w:rFonts w:cs="Times New Roman"/>
        </w:rPr>
        <w:t>"What did he say of them?"</w:t>
      </w:r>
    </w:p>
    <w:p w14:paraId="1AF04E48" w14:textId="77777777" w:rsidR="007D7487" w:rsidRDefault="00E6407B">
      <w:pPr>
        <w:ind w:firstLine="288"/>
      </w:pPr>
      <w:r>
        <w:rPr>
          <w:rFonts w:cs="Times New Roman"/>
        </w:rPr>
        <w:t>"Ephraim and Manasseh."</w:t>
      </w:r>
    </w:p>
    <w:p w14:paraId="0FF7D13D" w14:textId="77777777" w:rsidR="007D7487" w:rsidRDefault="00E6407B">
      <w:pPr>
        <w:ind w:firstLine="288"/>
      </w:pPr>
      <w:r>
        <w:rPr>
          <w:rFonts w:cs="Times New Roman"/>
        </w:rPr>
        <w:t>Nicodemus's voice slowed.</w:t>
      </w:r>
    </w:p>
    <w:p w14:paraId="3122C3AA" w14:textId="77777777" w:rsidR="007D7487" w:rsidRDefault="00E6407B">
      <w:pPr>
        <w:ind w:firstLine="288"/>
      </w:pPr>
      <w:r>
        <w:rPr>
          <w:rFonts w:cs="Times New Roman"/>
        </w:rPr>
        <w:t>"As Reuben and Simeon, they shall be mine."</w:t>
      </w:r>
    </w:p>
    <w:p w14:paraId="1DB91492" w14:textId="77777777" w:rsidR="007D7487" w:rsidRDefault="00E6407B">
      <w:pPr>
        <w:ind w:firstLine="288"/>
      </w:pPr>
      <w:r>
        <w:rPr>
          <w:rFonts w:cs="Times New Roman"/>
        </w:rPr>
        <w:t>Jesus let Jacob's own comparison carry the legal weight.</w:t>
      </w:r>
    </w:p>
    <w:p w14:paraId="6056E746" w14:textId="77777777" w:rsidR="007D7487" w:rsidRDefault="00E6407B">
      <w:pPr>
        <w:ind w:firstLine="288"/>
      </w:pPr>
      <w:r>
        <w:rPr>
          <w:rFonts w:cs="Times New Roman"/>
        </w:rPr>
        <w:t>Reuben and Simeon were not grandchildren standing outside the tribal structure.</w:t>
      </w:r>
    </w:p>
    <w:p w14:paraId="00F35827" w14:textId="77777777" w:rsidR="007D7487" w:rsidRDefault="00E6407B">
      <w:pPr>
        <w:ind w:firstLine="288"/>
      </w:pPr>
      <w:r>
        <w:rPr>
          <w:rFonts w:cs="Times New Roman"/>
        </w:rPr>
        <w:t>They were Jacob's sons.</w:t>
      </w:r>
    </w:p>
    <w:p w14:paraId="12897CFA" w14:textId="77777777" w:rsidR="007D7487" w:rsidRDefault="00E6407B">
      <w:pPr>
        <w:ind w:firstLine="288"/>
      </w:pPr>
      <w:r>
        <w:rPr>
          <w:rFonts w:cs="Times New Roman"/>
        </w:rPr>
        <w:t>By placing Ephraim and Manasseh alongside them for inheritance, Jacob gave Joseph what the birthright required in practice: two tribal portions through Joseph's two sons.</w:t>
      </w:r>
    </w:p>
    <w:p w14:paraId="3F8C4E20" w14:textId="77777777" w:rsidR="007D7487" w:rsidRDefault="00E6407B">
      <w:pPr>
        <w:ind w:firstLine="288"/>
      </w:pPr>
      <w:r>
        <w:rPr>
          <w:rFonts w:cs="Times New Roman"/>
        </w:rPr>
        <w:t>Nicodemus looked toward the women, remembering the road conversation about lineage and inheritance.</w:t>
      </w:r>
    </w:p>
    <w:p w14:paraId="049DF5A9" w14:textId="77777777" w:rsidR="007D7487" w:rsidRDefault="00E6407B">
      <w:pPr>
        <w:ind w:firstLine="288"/>
      </w:pPr>
      <w:r>
        <w:rPr>
          <w:rFonts w:cs="Times New Roman"/>
        </w:rPr>
        <w:lastRenderedPageBreak/>
        <w:t>"This is not the later Roman adoption language."</w:t>
      </w:r>
    </w:p>
    <w:p w14:paraId="3AE60FE3" w14:textId="77777777" w:rsidR="007D7487" w:rsidRDefault="00E6407B">
      <w:pPr>
        <w:ind w:firstLine="288"/>
      </w:pPr>
      <w:r>
        <w:rPr>
          <w:rFonts w:cs="Times New Roman"/>
        </w:rPr>
        <w:t>Jesus nodded.</w:t>
      </w:r>
    </w:p>
    <w:p w14:paraId="26FC59D9" w14:textId="77777777" w:rsidR="007D7487" w:rsidRDefault="00E6407B">
      <w:pPr>
        <w:ind w:firstLine="288"/>
      </w:pPr>
      <w:r>
        <w:rPr>
          <w:rFonts w:cs="Times New Roman"/>
        </w:rPr>
        <w:t>"Do not force it backward."</w:t>
      </w:r>
    </w:p>
    <w:p w14:paraId="3A0FA044" w14:textId="77777777" w:rsidR="007D7487" w:rsidRDefault="00E6407B">
      <w:pPr>
        <w:ind w:firstLine="288"/>
      </w:pPr>
      <w:r>
        <w:rPr>
          <w:rFonts w:cs="Times New Roman"/>
        </w:rPr>
        <w:t>"But the legal effect is real."</w:t>
      </w:r>
    </w:p>
    <w:p w14:paraId="048420A8" w14:textId="77777777" w:rsidR="007D7487" w:rsidRDefault="00E6407B">
      <w:pPr>
        <w:ind w:firstLine="288"/>
      </w:pPr>
      <w:r>
        <w:rPr>
          <w:rFonts w:cs="Times New Roman"/>
        </w:rPr>
        <w:t>"Yes."</w:t>
      </w:r>
    </w:p>
    <w:p w14:paraId="5BE5793D" w14:textId="77777777" w:rsidR="007D7487" w:rsidRDefault="00E6407B">
      <w:pPr>
        <w:ind w:firstLine="288"/>
      </w:pPr>
      <w:r>
        <w:rPr>
          <w:rFonts w:cs="Times New Roman"/>
        </w:rPr>
        <w:t>Ephraim and Manasseh remained Joseph's sons.</w:t>
      </w:r>
    </w:p>
    <w:p w14:paraId="0D68F972" w14:textId="77777777" w:rsidR="007D7487" w:rsidRDefault="00E6407B">
      <w:pPr>
        <w:ind w:firstLine="288"/>
      </w:pPr>
      <w:r>
        <w:rPr>
          <w:rFonts w:cs="Times New Roman"/>
        </w:rPr>
        <w:t>Jacob did not erase Joseph's fatherhood.</w:t>
      </w:r>
    </w:p>
    <w:p w14:paraId="0F364D8E" w14:textId="77777777" w:rsidR="007D7487" w:rsidRDefault="00E6407B">
      <w:pPr>
        <w:ind w:firstLine="288"/>
      </w:pPr>
      <w:r>
        <w:rPr>
          <w:rFonts w:cs="Times New Roman"/>
        </w:rPr>
        <w:t>He elevated the two sons into his own tribal inheritance structure.</w:t>
      </w:r>
    </w:p>
    <w:p w14:paraId="3149EA79" w14:textId="77777777" w:rsidR="007D7487" w:rsidRDefault="00E6407B">
      <w:pPr>
        <w:ind w:firstLine="288"/>
      </w:pPr>
      <w:r>
        <w:rPr>
          <w:rFonts w:cs="Times New Roman"/>
        </w:rPr>
        <w:t>The family relationship and the inheritance status could both remain true.</w:t>
      </w:r>
    </w:p>
    <w:p w14:paraId="7BB4EC09" w14:textId="77777777" w:rsidR="007D7487" w:rsidRDefault="00E6407B">
      <w:pPr>
        <w:ind w:firstLine="288"/>
      </w:pPr>
      <w:r>
        <w:rPr>
          <w:rFonts w:cs="Times New Roman"/>
        </w:rPr>
        <w:t>Peter's head lifted.</w:t>
      </w:r>
    </w:p>
    <w:p w14:paraId="66D00B6E" w14:textId="77777777" w:rsidR="007D7487" w:rsidRDefault="00E6407B">
      <w:pPr>
        <w:ind w:firstLine="288"/>
      </w:pPr>
      <w:r>
        <w:rPr>
          <w:rFonts w:cs="Times New Roman"/>
        </w:rPr>
        <w:t>"He made them his own sons."</w:t>
      </w:r>
    </w:p>
    <w:p w14:paraId="56536608" w14:textId="77777777" w:rsidR="007D7487" w:rsidRDefault="00E6407B">
      <w:pPr>
        <w:ind w:firstLine="288"/>
      </w:pPr>
      <w:r>
        <w:rPr>
          <w:rFonts w:cs="Times New Roman"/>
        </w:rPr>
        <w:t>Nicodemus looked toward him.</w:t>
      </w:r>
    </w:p>
    <w:p w14:paraId="587E3066" w14:textId="77777777" w:rsidR="007D7487" w:rsidRDefault="00E6407B">
      <w:pPr>
        <w:ind w:firstLine="288"/>
      </w:pPr>
      <w:r>
        <w:rPr>
          <w:rFonts w:cs="Times New Roman"/>
        </w:rPr>
        <w:t>"In inheritance, yes."</w:t>
      </w:r>
    </w:p>
    <w:p w14:paraId="7C139DAE" w14:textId="77777777" w:rsidR="007D7487" w:rsidRDefault="00E6407B">
      <w:pPr>
        <w:ind w:firstLine="288"/>
      </w:pPr>
      <w:r>
        <w:rPr>
          <w:rFonts w:cs="Times New Roman"/>
        </w:rPr>
        <w:t>"Joseph receives a double portion through them."</w:t>
      </w:r>
    </w:p>
    <w:p w14:paraId="17951A3E" w14:textId="77777777" w:rsidR="007D7487" w:rsidRDefault="00E6407B">
      <w:pPr>
        <w:ind w:firstLine="288"/>
      </w:pPr>
      <w:r>
        <w:rPr>
          <w:rFonts w:cs="Times New Roman"/>
        </w:rPr>
        <w:t>The two sons had been born to Joseph in Egypt through Asenath, daughter of Potiphera priest of On.</w:t>
      </w:r>
    </w:p>
    <w:p w14:paraId="4E1C8414" w14:textId="77777777" w:rsidR="007D7487" w:rsidRDefault="00E6407B">
      <w:pPr>
        <w:ind w:firstLine="288"/>
      </w:pPr>
      <w:r>
        <w:rPr>
          <w:rFonts w:cs="Times New Roman"/>
        </w:rPr>
        <w:t>Genesis did not hide their Egyptian setting.</w:t>
      </w:r>
    </w:p>
    <w:p w14:paraId="3703DF03" w14:textId="77777777" w:rsidR="007D7487" w:rsidRDefault="00E6407B">
      <w:pPr>
        <w:ind w:firstLine="288"/>
      </w:pPr>
      <w:r>
        <w:rPr>
          <w:rFonts w:cs="Times New Roman"/>
        </w:rPr>
        <w:t>Yet Jacob deliberately placed them inside Israel's inheritance.</w:t>
      </w:r>
    </w:p>
    <w:p w14:paraId="2A8F5793" w14:textId="77777777" w:rsidR="007D7487" w:rsidRDefault="00E6407B">
      <w:pPr>
        <w:ind w:firstLine="288"/>
      </w:pPr>
      <w:r>
        <w:rPr>
          <w:rFonts w:cs="Times New Roman"/>
        </w:rPr>
        <w:t>The covenant line could preserve identity without pretending the history around it had never happened.</w:t>
      </w:r>
    </w:p>
    <w:p w14:paraId="581F61F1" w14:textId="77777777" w:rsidR="007D7487" w:rsidRDefault="00E6407B">
      <w:pPr>
        <w:ind w:firstLine="288"/>
      </w:pPr>
      <w:r>
        <w:rPr>
          <w:rFonts w:cs="Times New Roman"/>
        </w:rPr>
        <w:t>Jesus nodded.</w:t>
      </w:r>
    </w:p>
    <w:p w14:paraId="46FD3597" w14:textId="77777777" w:rsidR="007D7487" w:rsidRDefault="00E6407B">
      <w:pPr>
        <w:ind w:firstLine="288"/>
      </w:pPr>
      <w:r>
        <w:rPr>
          <w:rFonts w:cs="Times New Roman"/>
        </w:rPr>
        <w:t>"Do not force a later Roman word upon Jacob."</w:t>
      </w:r>
    </w:p>
    <w:p w14:paraId="7AFDAFED" w14:textId="77777777" w:rsidR="007D7487" w:rsidRDefault="00E6407B">
      <w:pPr>
        <w:ind w:firstLine="288"/>
      </w:pPr>
      <w:r>
        <w:rPr>
          <w:rFonts w:cs="Times New Roman"/>
        </w:rPr>
        <w:t>"But do see the legal effect."</w:t>
      </w:r>
    </w:p>
    <w:p w14:paraId="715321A3" w14:textId="77777777" w:rsidR="007D7487" w:rsidRDefault="00E6407B">
      <w:pPr>
        <w:ind w:firstLine="288"/>
      </w:pPr>
      <w:r>
        <w:rPr>
          <w:rFonts w:cs="Times New Roman"/>
        </w:rPr>
        <w:t>"Joseph's two sons stand among Israel's tribal inheritance."</w:t>
      </w:r>
    </w:p>
    <w:p w14:paraId="1D3E64E0" w14:textId="77777777" w:rsidR="007D7487" w:rsidRDefault="00E6407B">
      <w:pPr>
        <w:ind w:firstLine="288"/>
      </w:pPr>
      <w:r>
        <w:rPr>
          <w:rFonts w:cs="Times New Roman"/>
        </w:rPr>
        <w:t>John looked toward Nicodemus.</w:t>
      </w:r>
    </w:p>
    <w:p w14:paraId="7DB0A62F" w14:textId="77777777" w:rsidR="007D7487" w:rsidRDefault="00E6407B">
      <w:pPr>
        <w:ind w:firstLine="288"/>
      </w:pPr>
      <w:r>
        <w:rPr>
          <w:rFonts w:cs="Times New Roman"/>
        </w:rPr>
        <w:t>"So Joseph becomes two."</w:t>
      </w:r>
    </w:p>
    <w:p w14:paraId="7CE45DD8" w14:textId="77777777" w:rsidR="007D7487" w:rsidRDefault="00E6407B">
      <w:pPr>
        <w:ind w:firstLine="288"/>
      </w:pPr>
      <w:r>
        <w:rPr>
          <w:rFonts w:cs="Times New Roman"/>
        </w:rPr>
        <w:t>"His inheritance is doubled."</w:t>
      </w:r>
    </w:p>
    <w:p w14:paraId="5FF12293" w14:textId="77777777" w:rsidR="007D7487" w:rsidRDefault="00E6407B">
      <w:pPr>
        <w:ind w:firstLine="288"/>
      </w:pPr>
      <w:r>
        <w:rPr>
          <w:rFonts w:cs="Times New Roman"/>
        </w:rPr>
        <w:t>Jesus turned toward Peter.</w:t>
      </w:r>
    </w:p>
    <w:p w14:paraId="40C84C07" w14:textId="77777777" w:rsidR="007D7487" w:rsidRDefault="00E6407B">
      <w:pPr>
        <w:ind w:firstLine="288"/>
      </w:pPr>
      <w:r>
        <w:rPr>
          <w:rFonts w:cs="Times New Roman"/>
        </w:rPr>
        <w:t>"Which son was firstborn?"</w:t>
      </w:r>
    </w:p>
    <w:p w14:paraId="5F196E3A" w14:textId="77777777" w:rsidR="007D7487" w:rsidRDefault="00E6407B">
      <w:pPr>
        <w:ind w:firstLine="288"/>
      </w:pPr>
      <w:r>
        <w:rPr>
          <w:rFonts w:cs="Times New Roman"/>
        </w:rPr>
        <w:t>"Manasseh."</w:t>
      </w:r>
    </w:p>
    <w:p w14:paraId="6DA67E0F" w14:textId="77777777" w:rsidR="007D7487" w:rsidRDefault="00E6407B">
      <w:pPr>
        <w:ind w:firstLine="288"/>
      </w:pPr>
      <w:r>
        <w:rPr>
          <w:rFonts w:cs="Times New Roman"/>
        </w:rPr>
        <w:t>"And where did Joseph place him before Jacob?"</w:t>
      </w:r>
    </w:p>
    <w:p w14:paraId="273F013C" w14:textId="77777777" w:rsidR="007D7487" w:rsidRDefault="00E6407B">
      <w:pPr>
        <w:ind w:firstLine="288"/>
      </w:pPr>
      <w:r>
        <w:rPr>
          <w:rFonts w:cs="Times New Roman"/>
        </w:rPr>
        <w:t>"Toward Jacob's right hand."</w:t>
      </w:r>
    </w:p>
    <w:p w14:paraId="371F10F9" w14:textId="77777777" w:rsidR="007D7487" w:rsidRDefault="00E6407B">
      <w:pPr>
        <w:ind w:firstLine="288"/>
      </w:pPr>
      <w:r>
        <w:rPr>
          <w:rFonts w:cs="Times New Roman"/>
        </w:rPr>
        <w:t>"Because?"</w:t>
      </w:r>
    </w:p>
    <w:p w14:paraId="3DDAE072" w14:textId="77777777" w:rsidR="007D7487" w:rsidRDefault="00E6407B">
      <w:pPr>
        <w:ind w:firstLine="288"/>
      </w:pPr>
      <w:r>
        <w:rPr>
          <w:rFonts w:cs="Times New Roman"/>
        </w:rPr>
        <w:t>"He was firstborn."</w:t>
      </w:r>
    </w:p>
    <w:p w14:paraId="10E153E7" w14:textId="77777777" w:rsidR="007D7487" w:rsidRDefault="00E6407B">
      <w:pPr>
        <w:ind w:firstLine="288"/>
      </w:pPr>
      <w:r>
        <w:rPr>
          <w:rFonts w:cs="Times New Roman"/>
          <w:i/>
        </w:rPr>
        <w:t>"And Joseph took them both, Ephraim in his right hand toward Israel's left hand, and Manasseh in his left hand toward Israel's right hand, and brought them near unto him."</w:t>
      </w:r>
    </w:p>
    <w:p w14:paraId="2F5C7A45" w14:textId="77777777" w:rsidR="007D7487" w:rsidRDefault="00E6407B">
      <w:pPr>
        <w:ind w:firstLine="288"/>
      </w:pPr>
      <w:r>
        <w:rPr>
          <w:rFonts w:cs="Times New Roman"/>
        </w:rPr>
        <w:t>Joseph arranged the sons according to ordinary firstborn expectation.</w:t>
      </w:r>
    </w:p>
    <w:p w14:paraId="09CB6922" w14:textId="77777777" w:rsidR="007D7487" w:rsidRDefault="00E6407B">
      <w:pPr>
        <w:ind w:firstLine="288"/>
      </w:pPr>
      <w:r>
        <w:rPr>
          <w:rFonts w:cs="Times New Roman"/>
        </w:rPr>
        <w:t>Manasseh toward Jacob's right hand.</w:t>
      </w:r>
    </w:p>
    <w:p w14:paraId="5B8CFC71" w14:textId="77777777" w:rsidR="007D7487" w:rsidRDefault="00E6407B">
      <w:pPr>
        <w:ind w:firstLine="288"/>
      </w:pPr>
      <w:r>
        <w:rPr>
          <w:rFonts w:cs="Times New Roman"/>
        </w:rPr>
        <w:lastRenderedPageBreak/>
        <w:t>Ephraim toward the left.</w:t>
      </w:r>
    </w:p>
    <w:p w14:paraId="4ABD52A4" w14:textId="77777777" w:rsidR="007D7487" w:rsidRDefault="00E6407B">
      <w:pPr>
        <w:ind w:firstLine="288"/>
      </w:pPr>
      <w:r>
        <w:rPr>
          <w:rFonts w:cs="Times New Roman"/>
        </w:rPr>
        <w:t>Jesus nodded.</w:t>
      </w:r>
    </w:p>
    <w:p w14:paraId="5C184461" w14:textId="77777777" w:rsidR="007D7487" w:rsidRDefault="00E6407B">
      <w:pPr>
        <w:ind w:firstLine="288"/>
      </w:pPr>
      <w:r>
        <w:rPr>
          <w:rFonts w:cs="Times New Roman"/>
        </w:rPr>
        <w:t>"And Ephraim?"</w:t>
      </w:r>
    </w:p>
    <w:p w14:paraId="2A041F2C" w14:textId="77777777" w:rsidR="007D7487" w:rsidRDefault="00E6407B">
      <w:pPr>
        <w:ind w:firstLine="288"/>
      </w:pPr>
      <w:r>
        <w:rPr>
          <w:rFonts w:cs="Times New Roman"/>
        </w:rPr>
        <w:t>"Toward Jacob's left."</w:t>
      </w:r>
    </w:p>
    <w:p w14:paraId="7B2C9DF8" w14:textId="77777777" w:rsidR="007D7487" w:rsidRDefault="00E6407B">
      <w:pPr>
        <w:ind w:firstLine="288"/>
      </w:pPr>
      <w:r>
        <w:rPr>
          <w:rFonts w:cs="Times New Roman"/>
        </w:rPr>
        <w:t>Jesus crossed His hands slowly in front of Him.</w:t>
      </w:r>
    </w:p>
    <w:p w14:paraId="79B51BC4" w14:textId="77777777" w:rsidR="007D7487" w:rsidRDefault="00E6407B">
      <w:pPr>
        <w:ind w:firstLine="288"/>
      </w:pPr>
      <w:r>
        <w:rPr>
          <w:rFonts w:cs="Times New Roman"/>
        </w:rPr>
        <w:t>The movement was simple.</w:t>
      </w:r>
    </w:p>
    <w:p w14:paraId="33F724F7" w14:textId="77777777" w:rsidR="007D7487" w:rsidRDefault="00E6407B">
      <w:pPr>
        <w:ind w:firstLine="288"/>
      </w:pPr>
      <w:r>
        <w:rPr>
          <w:rFonts w:cs="Times New Roman"/>
        </w:rPr>
        <w:t>Everyone who knew Genesis knew what came next.</w:t>
      </w:r>
    </w:p>
    <w:p w14:paraId="2B51EDD3" w14:textId="77777777" w:rsidR="007D7487" w:rsidRDefault="00E6407B">
      <w:pPr>
        <w:ind w:firstLine="288"/>
      </w:pPr>
      <w:r>
        <w:rPr>
          <w:rFonts w:cs="Times New Roman"/>
        </w:rPr>
        <w:t>Joseph objecting.</w:t>
      </w:r>
    </w:p>
    <w:p w14:paraId="011D862E" w14:textId="77777777" w:rsidR="007D7487" w:rsidRDefault="00E6407B">
      <w:pPr>
        <w:ind w:firstLine="288"/>
      </w:pPr>
      <w:r>
        <w:rPr>
          <w:rFonts w:cs="Times New Roman"/>
        </w:rPr>
        <w:t>Jacob's right hand resting on the younger.</w:t>
      </w:r>
    </w:p>
    <w:p w14:paraId="64B153F9" w14:textId="77777777" w:rsidR="007D7487" w:rsidRDefault="00E6407B">
      <w:pPr>
        <w:ind w:firstLine="288"/>
      </w:pPr>
      <w:r>
        <w:rPr>
          <w:rFonts w:cs="Times New Roman"/>
        </w:rPr>
        <w:t>His left on the firstborn.</w:t>
      </w:r>
    </w:p>
    <w:p w14:paraId="01EF5952" w14:textId="77777777" w:rsidR="007D7487" w:rsidRDefault="00E6407B">
      <w:pPr>
        <w:ind w:firstLine="288"/>
      </w:pPr>
      <w:r>
        <w:rPr>
          <w:rFonts w:cs="Times New Roman"/>
        </w:rPr>
        <w:t>Peter smiled.</w:t>
      </w:r>
    </w:p>
    <w:p w14:paraId="56423FE8" w14:textId="77777777" w:rsidR="007D7487" w:rsidRDefault="00E6407B">
      <w:pPr>
        <w:ind w:firstLine="288"/>
      </w:pPr>
      <w:r>
        <w:rPr>
          <w:rFonts w:cs="Times New Roman"/>
        </w:rPr>
        <w:t>"Joseph thought his father had made a mistake."</w:t>
      </w:r>
    </w:p>
    <w:p w14:paraId="469A8C10" w14:textId="77777777" w:rsidR="007D7487" w:rsidRDefault="00E6407B">
      <w:pPr>
        <w:ind w:firstLine="288"/>
      </w:pPr>
      <w:r>
        <w:rPr>
          <w:rFonts w:cs="Times New Roman"/>
        </w:rPr>
        <w:t>Jesus looked toward him.</w:t>
      </w:r>
    </w:p>
    <w:p w14:paraId="31FC180E" w14:textId="77777777" w:rsidR="007D7487" w:rsidRDefault="00E6407B">
      <w:pPr>
        <w:ind w:firstLine="288"/>
      </w:pPr>
      <w:r>
        <w:rPr>
          <w:rFonts w:cs="Times New Roman"/>
        </w:rPr>
        <w:t>"What did Jacob say?"</w:t>
      </w:r>
    </w:p>
    <w:p w14:paraId="2F33AD8C" w14:textId="77777777" w:rsidR="007D7487" w:rsidRDefault="00E6407B">
      <w:pPr>
        <w:ind w:firstLine="288"/>
      </w:pPr>
      <w:r>
        <w:rPr>
          <w:rFonts w:cs="Times New Roman"/>
        </w:rPr>
        <w:t>Nicodemus answered with the old man's calm certainty.</w:t>
      </w:r>
    </w:p>
    <w:p w14:paraId="6C95B33E" w14:textId="77777777" w:rsidR="007D7487" w:rsidRDefault="00E6407B">
      <w:pPr>
        <w:ind w:firstLine="288"/>
      </w:pPr>
      <w:r>
        <w:rPr>
          <w:rFonts w:cs="Times New Roman"/>
        </w:rPr>
        <w:t>"I know it, my son, I know it."</w:t>
      </w:r>
    </w:p>
    <w:p w14:paraId="460A3421" w14:textId="77777777" w:rsidR="007D7487" w:rsidRDefault="00E6407B">
      <w:pPr>
        <w:ind w:firstLine="288"/>
      </w:pPr>
      <w:r>
        <w:rPr>
          <w:rFonts w:cs="Times New Roman"/>
          <w:i/>
        </w:rPr>
        <w:t>"He also shall become a people, and he also shall be great: but truly his younger brother shall be greater than he, and his seed shall become a multitude of nations."</w:t>
      </w:r>
    </w:p>
    <w:p w14:paraId="107EB154" w14:textId="77777777" w:rsidR="007D7487" w:rsidRDefault="00E6407B">
      <w:pPr>
        <w:ind w:firstLine="288"/>
      </w:pPr>
      <w:r>
        <w:rPr>
          <w:rFonts w:cs="Times New Roman"/>
        </w:rPr>
        <w:t>Jacob's answer mattered because it explicitly denied accident.</w:t>
      </w:r>
    </w:p>
    <w:p w14:paraId="6765A719" w14:textId="77777777" w:rsidR="007D7487" w:rsidRDefault="00E6407B">
      <w:pPr>
        <w:ind w:firstLine="288"/>
      </w:pPr>
      <w:r>
        <w:rPr>
          <w:rFonts w:cs="Times New Roman"/>
        </w:rPr>
        <w:t>The crossed hands were intentional.</w:t>
      </w:r>
    </w:p>
    <w:p w14:paraId="41C86424" w14:textId="77777777" w:rsidR="007D7487" w:rsidRDefault="00E6407B">
      <w:pPr>
        <w:ind w:firstLine="288"/>
      </w:pPr>
      <w:r>
        <w:rPr>
          <w:rFonts w:cs="Times New Roman"/>
        </w:rPr>
        <w:t>Jesus nodded.</w:t>
      </w:r>
    </w:p>
    <w:p w14:paraId="3FB68ECC" w14:textId="77777777" w:rsidR="007D7487" w:rsidRDefault="00E6407B">
      <w:pPr>
        <w:ind w:firstLine="288"/>
      </w:pPr>
      <w:r>
        <w:rPr>
          <w:rFonts w:cs="Times New Roman"/>
        </w:rPr>
        <w:t>"And did Jacob reject Manasseh?"</w:t>
      </w:r>
    </w:p>
    <w:p w14:paraId="5990FA28" w14:textId="77777777" w:rsidR="007D7487" w:rsidRDefault="00E6407B">
      <w:pPr>
        <w:ind w:firstLine="288"/>
      </w:pPr>
      <w:r>
        <w:rPr>
          <w:rFonts w:cs="Times New Roman"/>
        </w:rPr>
        <w:t>"No."</w:t>
      </w:r>
    </w:p>
    <w:p w14:paraId="29D9A667" w14:textId="77777777" w:rsidR="007D7487" w:rsidRDefault="00E6407B">
      <w:pPr>
        <w:ind w:firstLine="288"/>
      </w:pPr>
      <w:r>
        <w:rPr>
          <w:rFonts w:cs="Times New Roman"/>
        </w:rPr>
        <w:t>"What did he say?"</w:t>
      </w:r>
    </w:p>
    <w:p w14:paraId="1DD1770A" w14:textId="77777777" w:rsidR="007D7487" w:rsidRDefault="00E6407B">
      <w:pPr>
        <w:ind w:firstLine="288"/>
      </w:pPr>
      <w:r>
        <w:rPr>
          <w:rFonts w:cs="Times New Roman"/>
        </w:rPr>
        <w:t>Nicodemus quoted:</w:t>
      </w:r>
    </w:p>
    <w:p w14:paraId="07D08843" w14:textId="77777777" w:rsidR="007D7487" w:rsidRDefault="00E6407B">
      <w:pPr>
        <w:ind w:firstLine="288"/>
      </w:pPr>
      <w:r>
        <w:rPr>
          <w:rFonts w:cs="Times New Roman"/>
          <w:i/>
        </w:rPr>
        <w:t>"He also shall become a people, and he also shall be great."</w:t>
      </w:r>
    </w:p>
    <w:p w14:paraId="66082CB5" w14:textId="77777777" w:rsidR="007D7487" w:rsidRDefault="00E6407B">
      <w:pPr>
        <w:ind w:firstLine="288"/>
      </w:pPr>
      <w:r>
        <w:rPr>
          <w:rFonts w:cs="Times New Roman"/>
        </w:rPr>
        <w:t>"And Ephraim?"</w:t>
      </w:r>
    </w:p>
    <w:p w14:paraId="62A808B3" w14:textId="77777777" w:rsidR="007D7487" w:rsidRDefault="00E6407B">
      <w:pPr>
        <w:ind w:firstLine="288"/>
      </w:pPr>
      <w:r>
        <w:rPr>
          <w:rFonts w:cs="Times New Roman"/>
        </w:rPr>
        <w:t>"His younger brother shall be greater than he."</w:t>
      </w:r>
    </w:p>
    <w:p w14:paraId="636298E9" w14:textId="77777777" w:rsidR="007D7487" w:rsidRDefault="00E6407B">
      <w:pPr>
        <w:ind w:firstLine="288"/>
      </w:pPr>
      <w:r>
        <w:rPr>
          <w:rFonts w:cs="Times New Roman"/>
        </w:rPr>
        <w:t>Nicodemus paused.</w:t>
      </w:r>
    </w:p>
    <w:p w14:paraId="58911356" w14:textId="77777777" w:rsidR="007D7487" w:rsidRDefault="00E6407B">
      <w:pPr>
        <w:ind w:firstLine="288"/>
      </w:pPr>
      <w:r>
        <w:rPr>
          <w:rFonts w:cs="Times New Roman"/>
        </w:rPr>
        <w:t>"And his seed shall become a multitude of nations."</w:t>
      </w:r>
    </w:p>
    <w:p w14:paraId="509FAB46" w14:textId="77777777" w:rsidR="007D7487" w:rsidRDefault="00E6407B">
      <w:pPr>
        <w:ind w:firstLine="288"/>
      </w:pPr>
      <w:r>
        <w:rPr>
          <w:rFonts w:cs="Times New Roman"/>
        </w:rPr>
        <w:t>Jesus let the phrase rest without making it carry more than Jacob had said.</w:t>
      </w:r>
    </w:p>
    <w:p w14:paraId="187A7EE3" w14:textId="77777777" w:rsidR="007D7487" w:rsidRDefault="00E6407B">
      <w:pPr>
        <w:ind w:firstLine="288"/>
      </w:pPr>
      <w:r>
        <w:rPr>
          <w:rFonts w:cs="Times New Roman"/>
        </w:rPr>
        <w:t>"Do not take one phrase and make it prove everything you wish to say about nations later."</w:t>
      </w:r>
    </w:p>
    <w:p w14:paraId="2E6297DE" w14:textId="77777777" w:rsidR="007D7487" w:rsidRDefault="00E6407B">
      <w:pPr>
        <w:ind w:firstLine="288"/>
      </w:pPr>
      <w:r>
        <w:rPr>
          <w:rFonts w:cs="Times New Roman"/>
        </w:rPr>
        <w:t>Nicodemus nodded.</w:t>
      </w:r>
    </w:p>
    <w:p w14:paraId="1768EB7B" w14:textId="77777777" w:rsidR="007D7487" w:rsidRDefault="00E6407B">
      <w:pPr>
        <w:ind w:firstLine="288"/>
      </w:pPr>
      <w:r>
        <w:rPr>
          <w:rFonts w:cs="Times New Roman"/>
        </w:rPr>
        <w:t>"Then what can we say?"</w:t>
      </w:r>
    </w:p>
    <w:p w14:paraId="2F1E7A44" w14:textId="77777777" w:rsidR="007D7487" w:rsidRDefault="00E6407B">
      <w:pPr>
        <w:ind w:firstLine="288"/>
      </w:pPr>
      <w:r>
        <w:rPr>
          <w:rFonts w:cs="Times New Roman"/>
        </w:rPr>
        <w:t>"That the younger receives an enlarged fruitfulness."</w:t>
      </w:r>
    </w:p>
    <w:p w14:paraId="3F455F77" w14:textId="77777777" w:rsidR="007D7487" w:rsidRDefault="00E6407B">
      <w:pPr>
        <w:ind w:firstLine="288"/>
      </w:pPr>
      <w:r>
        <w:rPr>
          <w:rFonts w:cs="Times New Roman"/>
        </w:rPr>
        <w:t>Jesus nodded.</w:t>
      </w:r>
    </w:p>
    <w:p w14:paraId="636C2D1F" w14:textId="77777777" w:rsidR="007D7487" w:rsidRDefault="00E6407B">
      <w:pPr>
        <w:ind w:firstLine="288"/>
      </w:pPr>
      <w:r>
        <w:rPr>
          <w:rFonts w:cs="Times New Roman"/>
        </w:rPr>
        <w:t>"Fruitfulness."</w:t>
      </w:r>
    </w:p>
    <w:p w14:paraId="480BF6BF" w14:textId="77777777" w:rsidR="007D7487" w:rsidRDefault="00E6407B">
      <w:pPr>
        <w:ind w:firstLine="288"/>
      </w:pPr>
      <w:r>
        <w:rPr>
          <w:rFonts w:cs="Times New Roman"/>
        </w:rPr>
        <w:t>"Multiplication."</w:t>
      </w:r>
    </w:p>
    <w:p w14:paraId="0E05DA3A" w14:textId="77777777" w:rsidR="007D7487" w:rsidRDefault="00E6407B">
      <w:pPr>
        <w:ind w:firstLine="288"/>
      </w:pPr>
      <w:r>
        <w:rPr>
          <w:rFonts w:cs="Times New Roman"/>
        </w:rPr>
        <w:lastRenderedPageBreak/>
        <w:t>"And the firstborn?"</w:t>
      </w:r>
    </w:p>
    <w:p w14:paraId="11919893" w14:textId="77777777" w:rsidR="007D7487" w:rsidRDefault="00E6407B">
      <w:pPr>
        <w:ind w:firstLine="288"/>
      </w:pPr>
      <w:r>
        <w:rPr>
          <w:rFonts w:cs="Times New Roman"/>
        </w:rPr>
        <w:t>"Not discarded."</w:t>
      </w:r>
    </w:p>
    <w:p w14:paraId="1996E70B" w14:textId="77777777" w:rsidR="007D7487" w:rsidRDefault="00E6407B">
      <w:pPr>
        <w:ind w:firstLine="288"/>
      </w:pPr>
      <w:r>
        <w:rPr>
          <w:rFonts w:cs="Times New Roman"/>
        </w:rPr>
        <w:t>"Not cursed."</w:t>
      </w:r>
    </w:p>
    <w:p w14:paraId="4D2A47D8" w14:textId="77777777" w:rsidR="007D7487" w:rsidRDefault="00E6407B">
      <w:pPr>
        <w:ind w:firstLine="288"/>
      </w:pPr>
      <w:r>
        <w:rPr>
          <w:rFonts w:cs="Times New Roman"/>
        </w:rPr>
        <w:t>"Not removed from Israel."</w:t>
      </w:r>
    </w:p>
    <w:p w14:paraId="6A1301CF" w14:textId="77777777" w:rsidR="007D7487" w:rsidRDefault="00E6407B">
      <w:pPr>
        <w:ind w:firstLine="288"/>
      </w:pPr>
      <w:r>
        <w:rPr>
          <w:rFonts w:cs="Times New Roman"/>
        </w:rPr>
        <w:t>Manasseh remained the firstborn son of Joseph.</w:t>
      </w:r>
    </w:p>
    <w:p w14:paraId="763941F4" w14:textId="77777777" w:rsidR="007D7487" w:rsidRDefault="00E6407B">
      <w:pPr>
        <w:ind w:firstLine="288"/>
      </w:pPr>
      <w:r>
        <w:rPr>
          <w:rFonts w:cs="Times New Roman"/>
        </w:rPr>
        <w:t>Jacob's crossed hands altered prominence in the blessing; they did not rewrite birth order or declare the firstborn cast away.</w:t>
      </w:r>
    </w:p>
    <w:p w14:paraId="0DA43317" w14:textId="77777777" w:rsidR="007D7487" w:rsidRDefault="00E6407B">
      <w:pPr>
        <w:ind w:firstLine="288"/>
      </w:pPr>
      <w:r>
        <w:rPr>
          <w:rFonts w:cs="Times New Roman"/>
        </w:rPr>
        <w:t>The text itself preserved both statements.</w:t>
      </w:r>
    </w:p>
    <w:p w14:paraId="6F48C029" w14:textId="77777777" w:rsidR="007D7487" w:rsidRDefault="00E6407B">
      <w:pPr>
        <w:ind w:firstLine="288"/>
      </w:pPr>
      <w:r>
        <w:rPr>
          <w:rFonts w:cs="Times New Roman"/>
        </w:rPr>
        <w:t>Peter looked at the crossed hands.</w:t>
      </w:r>
    </w:p>
    <w:p w14:paraId="5500D7AF" w14:textId="77777777" w:rsidR="007D7487" w:rsidRDefault="00E6407B">
      <w:pPr>
        <w:ind w:firstLine="288"/>
      </w:pPr>
      <w:r>
        <w:rPr>
          <w:rFonts w:cs="Times New Roman"/>
        </w:rPr>
        <w:t>"Then the blessing is divided."</w:t>
      </w:r>
    </w:p>
    <w:p w14:paraId="1C5F38E8" w14:textId="77777777" w:rsidR="007D7487" w:rsidRDefault="00E6407B">
      <w:pPr>
        <w:ind w:firstLine="288"/>
      </w:pPr>
      <w:r>
        <w:rPr>
          <w:rFonts w:cs="Times New Roman"/>
        </w:rPr>
        <w:t>Jesus uncrossed His hands.</w:t>
      </w:r>
    </w:p>
    <w:p w14:paraId="0C16D814" w14:textId="77777777" w:rsidR="007D7487" w:rsidRDefault="00E6407B">
      <w:pPr>
        <w:ind w:firstLine="288"/>
      </w:pPr>
      <w:r>
        <w:rPr>
          <w:rFonts w:cs="Times New Roman"/>
        </w:rPr>
        <w:t>"Distributed."</w:t>
      </w:r>
    </w:p>
    <w:p w14:paraId="636C28CB" w14:textId="77777777" w:rsidR="007D7487" w:rsidRDefault="00E6407B">
      <w:pPr>
        <w:ind w:firstLine="288"/>
      </w:pPr>
      <w:r>
        <w:rPr>
          <w:rFonts w:cs="Times New Roman"/>
        </w:rPr>
        <w:t>Nicodemus's eyes sharpened.</w:t>
      </w:r>
    </w:p>
    <w:p w14:paraId="4765D00F" w14:textId="77777777" w:rsidR="007D7487" w:rsidRDefault="00E6407B">
      <w:pPr>
        <w:ind w:firstLine="288"/>
      </w:pPr>
      <w:r>
        <w:rPr>
          <w:rFonts w:cs="Times New Roman"/>
        </w:rPr>
        <w:t>"Not divided as though one receives blessing and one receives nothing."</w:t>
      </w:r>
    </w:p>
    <w:p w14:paraId="27EBA0E6" w14:textId="77777777" w:rsidR="007D7487" w:rsidRDefault="00E6407B">
      <w:pPr>
        <w:ind w:firstLine="288"/>
      </w:pPr>
      <w:r>
        <w:rPr>
          <w:rFonts w:cs="Times New Roman"/>
        </w:rPr>
        <w:t>"Correct."</w:t>
      </w:r>
    </w:p>
    <w:p w14:paraId="15885C0B" w14:textId="77777777" w:rsidR="007D7487" w:rsidRDefault="00E6407B">
      <w:pPr>
        <w:ind w:firstLine="288"/>
      </w:pPr>
      <w:r>
        <w:rPr>
          <w:rFonts w:cs="Times New Roman"/>
        </w:rPr>
        <w:t>"The functions are not identical."</w:t>
      </w:r>
    </w:p>
    <w:p w14:paraId="2B3FC639" w14:textId="77777777" w:rsidR="007D7487" w:rsidRDefault="00E6407B">
      <w:pPr>
        <w:ind w:firstLine="288"/>
      </w:pPr>
      <w:r>
        <w:rPr>
          <w:rFonts w:cs="Times New Roman"/>
        </w:rPr>
        <w:t>"No."</w:t>
      </w:r>
    </w:p>
    <w:p w14:paraId="48A44356" w14:textId="77777777" w:rsidR="007D7487" w:rsidRDefault="00E6407B">
      <w:pPr>
        <w:ind w:firstLine="288"/>
      </w:pPr>
      <w:r>
        <w:rPr>
          <w:rFonts w:cs="Times New Roman"/>
        </w:rPr>
        <w:t>"But both remain within Joseph's double portion."</w:t>
      </w:r>
    </w:p>
    <w:p w14:paraId="60B810C8" w14:textId="77777777" w:rsidR="007D7487" w:rsidRDefault="00E6407B">
      <w:pPr>
        <w:ind w:firstLine="288"/>
      </w:pPr>
      <w:r>
        <w:rPr>
          <w:rFonts w:cs="Times New Roman"/>
        </w:rPr>
        <w:t>"Yes."</w:t>
      </w:r>
    </w:p>
    <w:p w14:paraId="1068C0FF" w14:textId="77777777" w:rsidR="007D7487" w:rsidRDefault="00E6407B">
      <w:pPr>
        <w:ind w:firstLine="288"/>
      </w:pPr>
      <w:r>
        <w:rPr>
          <w:rFonts w:cs="Times New Roman"/>
        </w:rPr>
        <w:t>John felt the language find its place.</w:t>
      </w:r>
    </w:p>
    <w:p w14:paraId="1DC09F2D" w14:textId="77777777" w:rsidR="007D7487" w:rsidRDefault="00E6407B">
      <w:pPr>
        <w:ind w:firstLine="288"/>
      </w:pPr>
      <w:r>
        <w:rPr>
          <w:rFonts w:cs="Times New Roman"/>
        </w:rPr>
        <w:t>Distributed.</w:t>
      </w:r>
    </w:p>
    <w:p w14:paraId="01A73F18" w14:textId="77777777" w:rsidR="007D7487" w:rsidRDefault="00E6407B">
      <w:pPr>
        <w:ind w:firstLine="288"/>
      </w:pPr>
      <w:r>
        <w:rPr>
          <w:rFonts w:cs="Times New Roman"/>
        </w:rPr>
        <w:t>Not confused.</w:t>
      </w:r>
    </w:p>
    <w:p w14:paraId="082C229C" w14:textId="77777777" w:rsidR="007D7487" w:rsidRDefault="00E6407B">
      <w:pPr>
        <w:ind w:firstLine="288"/>
      </w:pPr>
      <w:r>
        <w:rPr>
          <w:rFonts w:cs="Times New Roman"/>
        </w:rPr>
        <w:t>Not discarded.</w:t>
      </w:r>
    </w:p>
    <w:p w14:paraId="20387891" w14:textId="77777777" w:rsidR="007D7487" w:rsidRDefault="00E6407B">
      <w:pPr>
        <w:ind w:firstLine="288"/>
      </w:pPr>
      <w:r>
        <w:rPr>
          <w:rFonts w:cs="Times New Roman"/>
        </w:rPr>
        <w:t>The same word Jesus had used about the prophetic witnesses.</w:t>
      </w:r>
    </w:p>
    <w:p w14:paraId="31761301" w14:textId="77777777" w:rsidR="007D7487" w:rsidRDefault="00E6407B">
      <w:pPr>
        <w:ind w:firstLine="288"/>
      </w:pPr>
      <w:r>
        <w:rPr>
          <w:rFonts w:cs="Times New Roman"/>
        </w:rPr>
        <w:t>Jesus looked toward Nicodemus.</w:t>
      </w:r>
    </w:p>
    <w:p w14:paraId="19C3D1AA" w14:textId="77777777" w:rsidR="007D7487" w:rsidRDefault="00E6407B">
      <w:pPr>
        <w:ind w:firstLine="288"/>
      </w:pPr>
      <w:r>
        <w:rPr>
          <w:rFonts w:cs="Times New Roman"/>
        </w:rPr>
        <w:t>"Follow Manasseh."</w:t>
      </w:r>
    </w:p>
    <w:p w14:paraId="084F1CBF" w14:textId="77777777" w:rsidR="007D7487" w:rsidRDefault="00E6407B">
      <w:pPr>
        <w:ind w:firstLine="288"/>
      </w:pPr>
      <w:r>
        <w:rPr>
          <w:rFonts w:cs="Times New Roman"/>
        </w:rPr>
        <w:t>The old teacher took a breath.</w:t>
      </w:r>
    </w:p>
    <w:p w14:paraId="5E0E8D23" w14:textId="77777777" w:rsidR="007D7487" w:rsidRDefault="00E6407B">
      <w:pPr>
        <w:ind w:firstLine="288"/>
      </w:pPr>
      <w:r>
        <w:rPr>
          <w:rFonts w:cs="Times New Roman"/>
        </w:rPr>
        <w:t>"Where?"</w:t>
      </w:r>
    </w:p>
    <w:p w14:paraId="6F494D51" w14:textId="77777777" w:rsidR="007D7487" w:rsidRDefault="00E6407B">
      <w:pPr>
        <w:ind w:firstLine="288"/>
      </w:pPr>
      <w:r>
        <w:rPr>
          <w:rFonts w:cs="Times New Roman"/>
        </w:rPr>
        <w:t>"Across the Jordan."</w:t>
      </w:r>
    </w:p>
    <w:p w14:paraId="6A281D9A" w14:textId="77777777" w:rsidR="007D7487" w:rsidRDefault="00E6407B">
      <w:pPr>
        <w:ind w:firstLine="288"/>
      </w:pPr>
      <w:r>
        <w:rPr>
          <w:rFonts w:cs="Times New Roman"/>
        </w:rPr>
        <w:t>That narrowed it.</w:t>
      </w:r>
    </w:p>
    <w:p w14:paraId="20047C7B" w14:textId="77777777" w:rsidR="007D7487" w:rsidRDefault="00E6407B">
      <w:pPr>
        <w:ind w:firstLine="288"/>
      </w:pPr>
      <w:r>
        <w:rPr>
          <w:rFonts w:cs="Times New Roman"/>
        </w:rPr>
        <w:t>"Half the tribe received land east of Jordan."</w:t>
      </w:r>
    </w:p>
    <w:p w14:paraId="672844DC" w14:textId="77777777" w:rsidR="007D7487" w:rsidRDefault="00E6407B">
      <w:pPr>
        <w:ind w:firstLine="288"/>
      </w:pPr>
      <w:r>
        <w:rPr>
          <w:rFonts w:cs="Times New Roman"/>
        </w:rPr>
        <w:t>The fact was easy to pass over on a map.</w:t>
      </w:r>
    </w:p>
    <w:p w14:paraId="0EE6A562" w14:textId="77777777" w:rsidR="007D7487" w:rsidRDefault="00E6407B">
      <w:pPr>
        <w:ind w:firstLine="288"/>
      </w:pPr>
      <w:r>
        <w:rPr>
          <w:rFonts w:cs="Times New Roman"/>
        </w:rPr>
        <w:t>It was harder to pass over once Joseph's birthright had become the question.</w:t>
      </w:r>
    </w:p>
    <w:p w14:paraId="416364F0" w14:textId="77777777" w:rsidR="007D7487" w:rsidRDefault="00E6407B">
      <w:pPr>
        <w:ind w:firstLine="288"/>
      </w:pPr>
      <w:r>
        <w:rPr>
          <w:rFonts w:cs="Times New Roman"/>
        </w:rPr>
        <w:t>A firstborn house received inheritance on both sides of the river.</w:t>
      </w:r>
    </w:p>
    <w:p w14:paraId="1D2417D7" w14:textId="77777777" w:rsidR="007D7487" w:rsidRDefault="00E6407B">
      <w:pPr>
        <w:ind w:firstLine="288"/>
      </w:pPr>
      <w:r>
        <w:rPr>
          <w:rFonts w:cs="Times New Roman"/>
        </w:rPr>
        <w:t>"Under whom was that allotment made?"</w:t>
      </w:r>
    </w:p>
    <w:p w14:paraId="0CB365FB" w14:textId="77777777" w:rsidR="007D7487" w:rsidRDefault="00E6407B">
      <w:pPr>
        <w:ind w:firstLine="288"/>
      </w:pPr>
      <w:r>
        <w:rPr>
          <w:rFonts w:cs="Times New Roman"/>
        </w:rPr>
        <w:t>"Moses."</w:t>
      </w:r>
    </w:p>
    <w:p w14:paraId="595BFD9D" w14:textId="77777777" w:rsidR="007D7487" w:rsidRDefault="00E6407B">
      <w:pPr>
        <w:ind w:firstLine="288"/>
      </w:pPr>
      <w:r>
        <w:rPr>
          <w:rFonts w:cs="Times New Roman"/>
        </w:rPr>
        <w:t>Jesus nodded.</w:t>
      </w:r>
    </w:p>
    <w:p w14:paraId="391D490D" w14:textId="77777777" w:rsidR="007D7487" w:rsidRDefault="00E6407B">
      <w:pPr>
        <w:ind w:firstLine="288"/>
      </w:pPr>
      <w:r>
        <w:rPr>
          <w:rFonts w:cs="Times New Roman"/>
        </w:rPr>
        <w:t>"And the other half?"</w:t>
      </w:r>
    </w:p>
    <w:p w14:paraId="33884978" w14:textId="77777777" w:rsidR="007D7487" w:rsidRDefault="00E6407B">
      <w:pPr>
        <w:ind w:firstLine="288"/>
      </w:pPr>
      <w:r>
        <w:rPr>
          <w:rFonts w:cs="Times New Roman"/>
        </w:rPr>
        <w:lastRenderedPageBreak/>
        <w:t>"West of Jordan."</w:t>
      </w:r>
    </w:p>
    <w:p w14:paraId="0E7760F4" w14:textId="77777777" w:rsidR="007D7487" w:rsidRDefault="00E6407B">
      <w:pPr>
        <w:ind w:firstLine="288"/>
      </w:pPr>
      <w:r>
        <w:rPr>
          <w:rFonts w:cs="Times New Roman"/>
        </w:rPr>
        <w:t>"In Canaan."</w:t>
      </w:r>
    </w:p>
    <w:p w14:paraId="14CF3ABF" w14:textId="77777777" w:rsidR="007D7487" w:rsidRDefault="00E6407B">
      <w:pPr>
        <w:ind w:firstLine="288"/>
      </w:pPr>
      <w:r>
        <w:rPr>
          <w:rFonts w:cs="Times New Roman"/>
        </w:rPr>
        <w:t>"Under Joshua."</w:t>
      </w:r>
    </w:p>
    <w:p w14:paraId="6D0D7D83" w14:textId="77777777" w:rsidR="007D7487" w:rsidRDefault="00E6407B">
      <w:pPr>
        <w:ind w:firstLine="288"/>
      </w:pPr>
      <w:r>
        <w:rPr>
          <w:rFonts w:cs="Times New Roman"/>
        </w:rPr>
        <w:t>The old teacher's face changed.</w:t>
      </w:r>
    </w:p>
    <w:p w14:paraId="3994F969" w14:textId="77777777" w:rsidR="007D7487" w:rsidRDefault="00E6407B">
      <w:pPr>
        <w:ind w:firstLine="288"/>
      </w:pPr>
      <w:r>
        <w:rPr>
          <w:rFonts w:cs="Times New Roman"/>
        </w:rPr>
        <w:t>"Moses..."</w:t>
      </w:r>
    </w:p>
    <w:p w14:paraId="2330FD80" w14:textId="77777777" w:rsidR="007D7487" w:rsidRDefault="00E6407B">
      <w:pPr>
        <w:ind w:firstLine="288"/>
      </w:pPr>
      <w:r>
        <w:rPr>
          <w:rFonts w:cs="Times New Roman"/>
        </w:rPr>
        <w:t>Then:</w:t>
      </w:r>
    </w:p>
    <w:p w14:paraId="2979CE80" w14:textId="77777777" w:rsidR="007D7487" w:rsidRDefault="00E6407B">
      <w:pPr>
        <w:ind w:firstLine="288"/>
      </w:pPr>
      <w:r>
        <w:rPr>
          <w:rFonts w:cs="Times New Roman"/>
        </w:rPr>
        <w:t>"Joshua."</w:t>
      </w:r>
    </w:p>
    <w:p w14:paraId="40F3C46A" w14:textId="77777777" w:rsidR="007D7487" w:rsidRDefault="00E6407B">
      <w:pPr>
        <w:ind w:firstLine="288"/>
      </w:pPr>
      <w:r>
        <w:rPr>
          <w:rFonts w:cs="Times New Roman"/>
        </w:rPr>
        <w:t>Jesus waited.</w:t>
      </w:r>
    </w:p>
    <w:p w14:paraId="62C2EE06" w14:textId="77777777" w:rsidR="007D7487" w:rsidRDefault="00E6407B">
      <w:pPr>
        <w:ind w:firstLine="288"/>
      </w:pPr>
      <w:r>
        <w:rPr>
          <w:rFonts w:cs="Times New Roman"/>
        </w:rPr>
        <w:t>Nicodemus looked toward the gathering.</w:t>
      </w:r>
    </w:p>
    <w:p w14:paraId="6B323C03" w14:textId="77777777" w:rsidR="007D7487" w:rsidRDefault="00E6407B">
      <w:pPr>
        <w:ind w:firstLine="288"/>
      </w:pPr>
      <w:r>
        <w:rPr>
          <w:rFonts w:cs="Times New Roman"/>
        </w:rPr>
        <w:t>"Manasseh crosses the transition."</w:t>
      </w:r>
    </w:p>
    <w:p w14:paraId="01352525" w14:textId="77777777" w:rsidR="007D7487" w:rsidRDefault="00E6407B">
      <w:pPr>
        <w:ind w:firstLine="288"/>
      </w:pPr>
      <w:r>
        <w:rPr>
          <w:rFonts w:cs="Times New Roman"/>
        </w:rPr>
        <w:t>Peter frowned.</w:t>
      </w:r>
    </w:p>
    <w:p w14:paraId="6EDEBF33" w14:textId="77777777" w:rsidR="007D7487" w:rsidRDefault="00E6407B">
      <w:pPr>
        <w:ind w:firstLine="288"/>
      </w:pPr>
      <w:r>
        <w:rPr>
          <w:rFonts w:cs="Times New Roman"/>
        </w:rPr>
        <w:t>"Explain."</w:t>
      </w:r>
    </w:p>
    <w:p w14:paraId="725A01A9" w14:textId="77777777" w:rsidR="007D7487" w:rsidRDefault="00E6407B">
      <w:pPr>
        <w:ind w:firstLine="288"/>
      </w:pPr>
      <w:r>
        <w:rPr>
          <w:rFonts w:cs="Times New Roman"/>
        </w:rPr>
        <w:t>Nicodemus began moving his hands.</w:t>
      </w:r>
    </w:p>
    <w:p w14:paraId="01FE98A0" w14:textId="77777777" w:rsidR="007D7487" w:rsidRDefault="00E6407B">
      <w:pPr>
        <w:ind w:firstLine="288"/>
      </w:pPr>
      <w:r>
        <w:rPr>
          <w:rFonts w:cs="Times New Roman"/>
        </w:rPr>
        <w:t>"Part of the inheritance is assigned while Moses is still leading."</w:t>
      </w:r>
    </w:p>
    <w:p w14:paraId="1F31D8B7" w14:textId="77777777" w:rsidR="007D7487" w:rsidRDefault="00E6407B">
      <w:pPr>
        <w:ind w:firstLine="288"/>
      </w:pPr>
      <w:r>
        <w:rPr>
          <w:rFonts w:cs="Times New Roman"/>
        </w:rPr>
        <w:t>"Then Moses dies."</w:t>
      </w:r>
    </w:p>
    <w:p w14:paraId="5653ACDD" w14:textId="77777777" w:rsidR="007D7487" w:rsidRDefault="00E6407B">
      <w:pPr>
        <w:ind w:firstLine="288"/>
      </w:pPr>
      <w:r>
        <w:rPr>
          <w:rFonts w:cs="Times New Roman"/>
        </w:rPr>
        <w:t>"Joshua crosses Jordan."</w:t>
      </w:r>
    </w:p>
    <w:p w14:paraId="631B7698" w14:textId="77777777" w:rsidR="007D7487" w:rsidRDefault="00E6407B">
      <w:pPr>
        <w:ind w:firstLine="288"/>
      </w:pPr>
      <w:r>
        <w:rPr>
          <w:rFonts w:cs="Times New Roman"/>
        </w:rPr>
        <w:t>"And the remainder of Manasseh receives inheritance under Joshua."</w:t>
      </w:r>
    </w:p>
    <w:p w14:paraId="2FA19D08" w14:textId="77777777" w:rsidR="007D7487" w:rsidRDefault="00E6407B">
      <w:pPr>
        <w:ind w:firstLine="288"/>
      </w:pPr>
      <w:r>
        <w:rPr>
          <w:rFonts w:cs="Times New Roman"/>
        </w:rPr>
        <w:t>Jesus nodded.</w:t>
      </w:r>
    </w:p>
    <w:p w14:paraId="66120064" w14:textId="77777777" w:rsidR="007D7487" w:rsidRDefault="00E6407B">
      <w:pPr>
        <w:ind w:firstLine="288"/>
      </w:pPr>
      <w:r>
        <w:rPr>
          <w:rFonts w:cs="Times New Roman"/>
        </w:rPr>
        <w:t>"The firstborn house is not lost because leadership changes."</w:t>
      </w:r>
    </w:p>
    <w:p w14:paraId="5BA5D6EA" w14:textId="77777777" w:rsidR="007D7487" w:rsidRDefault="00E6407B">
      <w:pPr>
        <w:ind w:firstLine="288"/>
      </w:pPr>
      <w:r>
        <w:rPr>
          <w:rFonts w:cs="Times New Roman"/>
        </w:rPr>
        <w:t>"Not lost because some of the tribe is east and some west."</w:t>
      </w:r>
    </w:p>
    <w:p w14:paraId="0432C001" w14:textId="77777777" w:rsidR="007D7487" w:rsidRDefault="00E6407B">
      <w:pPr>
        <w:ind w:firstLine="288"/>
      </w:pPr>
      <w:r>
        <w:rPr>
          <w:rFonts w:cs="Times New Roman"/>
        </w:rPr>
        <w:t>"Not lost because Jordan stands between portions."</w:t>
      </w:r>
    </w:p>
    <w:p w14:paraId="29FC968B" w14:textId="77777777" w:rsidR="007D7487" w:rsidRDefault="00E6407B">
      <w:pPr>
        <w:ind w:firstLine="288"/>
      </w:pPr>
      <w:r>
        <w:rPr>
          <w:rFonts w:cs="Times New Roman"/>
        </w:rPr>
        <w:t>Nicodemus nodded.</w:t>
      </w:r>
    </w:p>
    <w:p w14:paraId="5A282477" w14:textId="77777777" w:rsidR="007D7487" w:rsidRDefault="00E6407B">
      <w:pPr>
        <w:ind w:firstLine="288"/>
      </w:pPr>
      <w:r>
        <w:rPr>
          <w:rFonts w:cs="Times New Roman"/>
        </w:rPr>
        <w:t>"The inheritance survives division."</w:t>
      </w:r>
    </w:p>
    <w:p w14:paraId="510BDE7E" w14:textId="77777777" w:rsidR="007D7487" w:rsidRDefault="00E6407B">
      <w:pPr>
        <w:ind w:firstLine="288"/>
      </w:pPr>
      <w:r>
        <w:rPr>
          <w:rFonts w:cs="Times New Roman"/>
        </w:rPr>
        <w:t>Not because geography ceased to matter.</w:t>
      </w:r>
    </w:p>
    <w:p w14:paraId="4F636BE1" w14:textId="77777777" w:rsidR="007D7487" w:rsidRDefault="00E6407B">
      <w:pPr>
        <w:ind w:firstLine="288"/>
      </w:pPr>
      <w:r>
        <w:rPr>
          <w:rFonts w:cs="Times New Roman"/>
        </w:rPr>
        <w:t>Because the inheritance was recognized in both territories.</w:t>
      </w:r>
    </w:p>
    <w:p w14:paraId="342E63FE" w14:textId="77777777" w:rsidR="007D7487" w:rsidRDefault="00E6407B">
      <w:pPr>
        <w:ind w:firstLine="288"/>
      </w:pPr>
      <w:r>
        <w:rPr>
          <w:rFonts w:cs="Times New Roman"/>
        </w:rPr>
        <w:t>Moses' death did not cancel what had been allotted under Moses.</w:t>
      </w:r>
    </w:p>
    <w:p w14:paraId="72BEC529" w14:textId="77777777" w:rsidR="007D7487" w:rsidRDefault="00E6407B">
      <w:pPr>
        <w:ind w:firstLine="288"/>
      </w:pPr>
      <w:r>
        <w:rPr>
          <w:rFonts w:cs="Times New Roman"/>
        </w:rPr>
        <w:t>Joshua's leadership did not require Manasseh to become a different tribe in order to receive what remained.</w:t>
      </w:r>
    </w:p>
    <w:p w14:paraId="1B9EB773" w14:textId="77777777" w:rsidR="007D7487" w:rsidRDefault="00E6407B">
      <w:pPr>
        <w:ind w:firstLine="288"/>
      </w:pPr>
      <w:r>
        <w:rPr>
          <w:rFonts w:cs="Times New Roman"/>
        </w:rPr>
        <w:t>Continuity crossed the leadership transition.</w:t>
      </w:r>
    </w:p>
    <w:p w14:paraId="32F06C81" w14:textId="77777777" w:rsidR="007D7487" w:rsidRDefault="00E6407B">
      <w:pPr>
        <w:ind w:firstLine="288"/>
      </w:pPr>
      <w:r>
        <w:rPr>
          <w:rFonts w:cs="Times New Roman"/>
        </w:rPr>
        <w:t>Jesus' eyes rested on him.</w:t>
      </w:r>
    </w:p>
    <w:p w14:paraId="4C7F4D68" w14:textId="77777777" w:rsidR="007D7487" w:rsidRDefault="00E6407B">
      <w:pPr>
        <w:ind w:firstLine="288"/>
      </w:pPr>
      <w:r>
        <w:rPr>
          <w:rFonts w:cs="Times New Roman"/>
        </w:rPr>
        <w:t>"Keep following it."</w:t>
      </w:r>
    </w:p>
    <w:p w14:paraId="4AC95FA1" w14:textId="77777777" w:rsidR="007D7487" w:rsidRDefault="00E6407B">
      <w:pPr>
        <w:ind w:firstLine="288"/>
      </w:pPr>
      <w:r>
        <w:rPr>
          <w:rFonts w:cs="Times New Roman"/>
        </w:rPr>
        <w:t>The old teacher thought.</w:t>
      </w:r>
    </w:p>
    <w:p w14:paraId="2A667CF4" w14:textId="77777777" w:rsidR="007D7487" w:rsidRDefault="00E6407B">
      <w:pPr>
        <w:ind w:firstLine="288"/>
      </w:pPr>
      <w:r>
        <w:rPr>
          <w:rFonts w:cs="Times New Roman"/>
        </w:rPr>
        <w:t>The daughters.</w:t>
      </w:r>
    </w:p>
    <w:p w14:paraId="38D471D6" w14:textId="77777777" w:rsidR="007D7487" w:rsidRDefault="00E6407B">
      <w:pPr>
        <w:ind w:firstLine="288"/>
      </w:pPr>
      <w:r>
        <w:rPr>
          <w:rFonts w:cs="Times New Roman"/>
        </w:rPr>
        <w:t>He looked toward Mary, Jesus' mother.</w:t>
      </w:r>
    </w:p>
    <w:p w14:paraId="491FE660" w14:textId="77777777" w:rsidR="007D7487" w:rsidRDefault="00E6407B">
      <w:pPr>
        <w:ind w:firstLine="288"/>
      </w:pPr>
      <w:r>
        <w:rPr>
          <w:rFonts w:cs="Times New Roman"/>
        </w:rPr>
        <w:t>She knew before he spoke.</w:t>
      </w:r>
    </w:p>
    <w:p w14:paraId="67D5BD3A" w14:textId="77777777" w:rsidR="007D7487" w:rsidRDefault="00E6407B">
      <w:pPr>
        <w:ind w:firstLine="288"/>
      </w:pPr>
      <w:r>
        <w:rPr>
          <w:rFonts w:cs="Times New Roman"/>
        </w:rPr>
        <w:t>"The daughters of Zelophehad."</w:t>
      </w:r>
    </w:p>
    <w:p w14:paraId="0DC9376F" w14:textId="77777777" w:rsidR="007D7487" w:rsidRDefault="00E6407B">
      <w:pPr>
        <w:ind w:firstLine="288"/>
      </w:pPr>
      <w:r>
        <w:rPr>
          <w:rFonts w:cs="Times New Roman"/>
        </w:rPr>
        <w:t>Nicodemus smiled.</w:t>
      </w:r>
    </w:p>
    <w:p w14:paraId="7B605D3C" w14:textId="77777777" w:rsidR="007D7487" w:rsidRDefault="00E6407B">
      <w:pPr>
        <w:ind w:firstLine="288"/>
      </w:pPr>
      <w:r>
        <w:rPr>
          <w:rFonts w:cs="Times New Roman"/>
        </w:rPr>
        <w:t>Peter looked from one to the other.</w:t>
      </w:r>
    </w:p>
    <w:p w14:paraId="3AE5C4AD" w14:textId="77777777" w:rsidR="007D7487" w:rsidRDefault="00E6407B">
      <w:pPr>
        <w:ind w:firstLine="288"/>
      </w:pPr>
      <w:r>
        <w:rPr>
          <w:rFonts w:cs="Times New Roman"/>
        </w:rPr>
        <w:lastRenderedPageBreak/>
        <w:t>"Again?"</w:t>
      </w:r>
    </w:p>
    <w:p w14:paraId="1BB700AF" w14:textId="77777777" w:rsidR="007D7487" w:rsidRDefault="00E6407B">
      <w:pPr>
        <w:ind w:firstLine="288"/>
      </w:pPr>
      <w:r>
        <w:rPr>
          <w:rFonts w:cs="Times New Roman"/>
        </w:rPr>
        <w:t>Mary's eyes warmed.</w:t>
      </w:r>
    </w:p>
    <w:p w14:paraId="56A1F943" w14:textId="77777777" w:rsidR="007D7487" w:rsidRDefault="00E6407B">
      <w:pPr>
        <w:ind w:firstLine="288"/>
      </w:pPr>
      <w:r>
        <w:rPr>
          <w:rFonts w:cs="Times New Roman"/>
        </w:rPr>
        <w:t>"Again."</w:t>
      </w:r>
    </w:p>
    <w:p w14:paraId="1EE46851" w14:textId="77777777" w:rsidR="007D7487" w:rsidRDefault="00E6407B">
      <w:pPr>
        <w:ind w:firstLine="288"/>
      </w:pPr>
      <w:r>
        <w:rPr>
          <w:rFonts w:cs="Times New Roman"/>
        </w:rPr>
        <w:t>Nicodemus turned toward the wider gathering.</w:t>
      </w:r>
    </w:p>
    <w:p w14:paraId="3B82B142" w14:textId="77777777" w:rsidR="007D7487" w:rsidRDefault="00E6407B">
      <w:pPr>
        <w:ind w:firstLine="288"/>
      </w:pPr>
      <w:r>
        <w:rPr>
          <w:rFonts w:cs="Times New Roman"/>
        </w:rPr>
        <w:t>"Zelophehad was of Manasseh."</w:t>
      </w:r>
    </w:p>
    <w:p w14:paraId="1FD715E8" w14:textId="77777777" w:rsidR="007D7487" w:rsidRDefault="00E6407B">
      <w:pPr>
        <w:ind w:firstLine="288"/>
      </w:pPr>
      <w:r>
        <w:rPr>
          <w:rFonts w:cs="Times New Roman"/>
        </w:rPr>
        <w:t>"He died without sons."</w:t>
      </w:r>
    </w:p>
    <w:p w14:paraId="19703276" w14:textId="77777777" w:rsidR="007D7487" w:rsidRDefault="00E6407B">
      <w:pPr>
        <w:ind w:firstLine="288"/>
      </w:pPr>
      <w:r>
        <w:rPr>
          <w:rFonts w:cs="Times New Roman"/>
        </w:rPr>
        <w:t>"His daughters came before Moses."</w:t>
      </w:r>
    </w:p>
    <w:p w14:paraId="004C8FCB" w14:textId="77777777" w:rsidR="007D7487" w:rsidRDefault="00E6407B">
      <w:pPr>
        <w:ind w:firstLine="288"/>
      </w:pPr>
      <w:r>
        <w:rPr>
          <w:rFonts w:cs="Times New Roman"/>
        </w:rPr>
        <w:t>Joanna called from among the women:</w:t>
      </w:r>
    </w:p>
    <w:p w14:paraId="143517B2" w14:textId="77777777" w:rsidR="007D7487" w:rsidRDefault="00E6407B">
      <w:pPr>
        <w:ind w:firstLine="288"/>
      </w:pPr>
      <w:r>
        <w:rPr>
          <w:rFonts w:cs="Times New Roman"/>
        </w:rPr>
        <w:t>"Five daughters."</w:t>
      </w:r>
    </w:p>
    <w:p w14:paraId="53DABCF0" w14:textId="77777777" w:rsidR="007D7487" w:rsidRDefault="00E6407B">
      <w:pPr>
        <w:ind w:firstLine="288"/>
      </w:pPr>
      <w:r>
        <w:rPr>
          <w:rFonts w:cs="Times New Roman"/>
        </w:rPr>
        <w:t>Mahlah.</w:t>
      </w:r>
    </w:p>
    <w:p w14:paraId="098F3104" w14:textId="77777777" w:rsidR="007D7487" w:rsidRDefault="00E6407B">
      <w:pPr>
        <w:ind w:firstLine="288"/>
      </w:pPr>
      <w:r>
        <w:rPr>
          <w:rFonts w:cs="Times New Roman"/>
        </w:rPr>
        <w:t>Noah.</w:t>
      </w:r>
    </w:p>
    <w:p w14:paraId="55582CBC" w14:textId="77777777" w:rsidR="007D7487" w:rsidRDefault="00E6407B">
      <w:pPr>
        <w:ind w:firstLine="288"/>
      </w:pPr>
      <w:r>
        <w:rPr>
          <w:rFonts w:cs="Times New Roman"/>
        </w:rPr>
        <w:t>Hoglah.</w:t>
      </w:r>
    </w:p>
    <w:p w14:paraId="32B910AC" w14:textId="77777777" w:rsidR="007D7487" w:rsidRDefault="00E6407B">
      <w:pPr>
        <w:ind w:firstLine="288"/>
      </w:pPr>
      <w:r>
        <w:rPr>
          <w:rFonts w:cs="Times New Roman"/>
        </w:rPr>
        <w:t>Milcah.</w:t>
      </w:r>
    </w:p>
    <w:p w14:paraId="00C1714D" w14:textId="77777777" w:rsidR="007D7487" w:rsidRDefault="00E6407B">
      <w:pPr>
        <w:ind w:firstLine="288"/>
      </w:pPr>
      <w:r>
        <w:rPr>
          <w:rFonts w:cs="Times New Roman"/>
        </w:rPr>
        <w:t>Tirzah.</w:t>
      </w:r>
    </w:p>
    <w:p w14:paraId="18245025" w14:textId="77777777" w:rsidR="007D7487" w:rsidRDefault="00E6407B">
      <w:pPr>
        <w:ind w:firstLine="288"/>
      </w:pPr>
      <w:r>
        <w:rPr>
          <w:rFonts w:cs="Times New Roman"/>
        </w:rPr>
        <w:t>The Torah did not preserve them as an anonymous legal problem.</w:t>
      </w:r>
    </w:p>
    <w:p w14:paraId="4423659F" w14:textId="77777777" w:rsidR="007D7487" w:rsidRDefault="00E6407B">
      <w:pPr>
        <w:ind w:firstLine="288"/>
      </w:pPr>
      <w:r>
        <w:rPr>
          <w:rFonts w:cs="Times New Roman"/>
        </w:rPr>
        <w:t>It preserved their names.</w:t>
      </w:r>
    </w:p>
    <w:p w14:paraId="1CFE635C" w14:textId="77777777" w:rsidR="007D7487" w:rsidRDefault="00E6407B">
      <w:pPr>
        <w:ind w:firstLine="288"/>
      </w:pPr>
      <w:r>
        <w:rPr>
          <w:rFonts w:cs="Times New Roman"/>
        </w:rPr>
        <w:t>Nicodemus nodded.</w:t>
      </w:r>
    </w:p>
    <w:p w14:paraId="66369371" w14:textId="77777777" w:rsidR="007D7487" w:rsidRDefault="00E6407B">
      <w:pPr>
        <w:ind w:firstLine="288"/>
      </w:pPr>
      <w:r>
        <w:rPr>
          <w:rFonts w:cs="Times New Roman"/>
        </w:rPr>
        <w:t>"Five."</w:t>
      </w:r>
    </w:p>
    <w:p w14:paraId="56C339C7" w14:textId="77777777" w:rsidR="007D7487" w:rsidRDefault="00E6407B">
      <w:pPr>
        <w:ind w:firstLine="288"/>
      </w:pPr>
      <w:r>
        <w:rPr>
          <w:rFonts w:cs="Times New Roman"/>
        </w:rPr>
        <w:t>He looked at her.</w:t>
      </w:r>
    </w:p>
    <w:p w14:paraId="1A8C7E6E" w14:textId="77777777" w:rsidR="007D7487" w:rsidRDefault="00E6407B">
      <w:pPr>
        <w:ind w:firstLine="288"/>
      </w:pPr>
      <w:r>
        <w:rPr>
          <w:rFonts w:cs="Times New Roman"/>
        </w:rPr>
        <w:t>"You remember because you caused enough trouble with them on the road."</w:t>
      </w:r>
    </w:p>
    <w:p w14:paraId="1ADB1476" w14:textId="77777777" w:rsidR="007D7487" w:rsidRDefault="00E6407B">
      <w:pPr>
        <w:ind w:firstLine="288"/>
      </w:pPr>
      <w:r>
        <w:rPr>
          <w:rFonts w:cs="Times New Roman"/>
        </w:rPr>
        <w:t>Joanna smiled.</w:t>
      </w:r>
    </w:p>
    <w:p w14:paraId="61ACA5D1" w14:textId="77777777" w:rsidR="007D7487" w:rsidRDefault="00E6407B">
      <w:pPr>
        <w:ind w:firstLine="288"/>
      </w:pPr>
      <w:r>
        <w:rPr>
          <w:rFonts w:cs="Times New Roman"/>
        </w:rPr>
        <w:t>"I asked a question."</w:t>
      </w:r>
    </w:p>
    <w:p w14:paraId="3762308C" w14:textId="77777777" w:rsidR="007D7487" w:rsidRDefault="00E6407B">
      <w:pPr>
        <w:ind w:firstLine="288"/>
      </w:pPr>
      <w:r>
        <w:rPr>
          <w:rFonts w:cs="Times New Roman"/>
        </w:rPr>
        <w:t>"Susanna ran for me."</w:t>
      </w:r>
    </w:p>
    <w:p w14:paraId="4CED3ABC" w14:textId="77777777" w:rsidR="007D7487" w:rsidRDefault="00E6407B">
      <w:pPr>
        <w:ind w:firstLine="288"/>
      </w:pPr>
      <w:r>
        <w:rPr>
          <w:rFonts w:cs="Times New Roman"/>
        </w:rPr>
        <w:t>Susanna lifted a hand.</w:t>
      </w:r>
    </w:p>
    <w:p w14:paraId="43F309E6" w14:textId="77777777" w:rsidR="007D7487" w:rsidRDefault="00E6407B">
      <w:pPr>
        <w:ind w:firstLine="288"/>
      </w:pPr>
      <w:r>
        <w:rPr>
          <w:rFonts w:cs="Times New Roman"/>
        </w:rPr>
        <w:t>"I was being efficient."</w:t>
      </w:r>
    </w:p>
    <w:p w14:paraId="5DCFA0F5" w14:textId="77777777" w:rsidR="007D7487" w:rsidRDefault="00E6407B">
      <w:pPr>
        <w:ind w:firstLine="288"/>
      </w:pPr>
      <w:r>
        <w:rPr>
          <w:rFonts w:cs="Times New Roman"/>
        </w:rPr>
        <w:t>Joseph laughed.</w:t>
      </w:r>
    </w:p>
    <w:p w14:paraId="015EC022" w14:textId="77777777" w:rsidR="007D7487" w:rsidRDefault="00E6407B">
      <w:pPr>
        <w:ind w:firstLine="288"/>
      </w:pPr>
      <w:r>
        <w:rPr>
          <w:rFonts w:cs="Times New Roman"/>
        </w:rPr>
        <w:t>Nicodemus continued.</w:t>
      </w:r>
    </w:p>
    <w:p w14:paraId="2AFD85C2" w14:textId="77777777" w:rsidR="007D7487" w:rsidRDefault="00E6407B">
      <w:pPr>
        <w:ind w:firstLine="288"/>
      </w:pPr>
      <w:r>
        <w:rPr>
          <w:rFonts w:cs="Times New Roman"/>
        </w:rPr>
        <w:t>"The daughters asked why their father's name should be done away because he had no son."</w:t>
      </w:r>
    </w:p>
    <w:p w14:paraId="5B01402A" w14:textId="77777777" w:rsidR="007D7487" w:rsidRDefault="00E6407B">
      <w:pPr>
        <w:ind w:firstLine="288"/>
      </w:pPr>
      <w:r>
        <w:rPr>
          <w:rFonts w:cs="Times New Roman"/>
        </w:rPr>
        <w:t>Jesus asked:</w:t>
      </w:r>
    </w:p>
    <w:p w14:paraId="5A0764AF" w14:textId="77777777" w:rsidR="007D7487" w:rsidRDefault="00E6407B">
      <w:pPr>
        <w:ind w:firstLine="288"/>
      </w:pPr>
      <w:r>
        <w:rPr>
          <w:rFonts w:cs="Times New Roman"/>
        </w:rPr>
        <w:t>"What did Moses do?"</w:t>
      </w:r>
    </w:p>
    <w:p w14:paraId="68AE726D" w14:textId="77777777" w:rsidR="007D7487" w:rsidRDefault="00E6407B">
      <w:pPr>
        <w:ind w:firstLine="288"/>
      </w:pPr>
      <w:r>
        <w:rPr>
          <w:rFonts w:cs="Times New Roman"/>
        </w:rPr>
        <w:t>"He brought their cause before the LORD."</w:t>
      </w:r>
    </w:p>
    <w:p w14:paraId="0768AC2C" w14:textId="77777777" w:rsidR="007D7487" w:rsidRDefault="00E6407B">
      <w:pPr>
        <w:ind w:firstLine="288"/>
      </w:pPr>
      <w:r>
        <w:rPr>
          <w:rFonts w:cs="Times New Roman"/>
        </w:rPr>
        <w:t>"And the LORD?"</w:t>
      </w:r>
    </w:p>
    <w:p w14:paraId="55A1CF07" w14:textId="77777777" w:rsidR="007D7487" w:rsidRDefault="00E6407B">
      <w:pPr>
        <w:ind w:firstLine="288"/>
      </w:pPr>
      <w:r>
        <w:rPr>
          <w:rFonts w:cs="Times New Roman"/>
        </w:rPr>
        <w:t>"Declared that they spoke right."</w:t>
      </w:r>
    </w:p>
    <w:p w14:paraId="3B901E7A" w14:textId="77777777" w:rsidR="007D7487" w:rsidRDefault="00E6407B">
      <w:pPr>
        <w:ind w:firstLine="288"/>
      </w:pPr>
      <w:r>
        <w:rPr>
          <w:rFonts w:cs="Times New Roman"/>
        </w:rPr>
        <w:t>Nicodemus's voice slowed.</w:t>
      </w:r>
    </w:p>
    <w:p w14:paraId="22EE0D7B" w14:textId="77777777" w:rsidR="007D7487" w:rsidRDefault="00E6407B">
      <w:pPr>
        <w:ind w:firstLine="288"/>
      </w:pPr>
      <w:r>
        <w:rPr>
          <w:rFonts w:cs="Times New Roman"/>
        </w:rPr>
        <w:t>"If a man dies and has no son, his inheritance passes unto his daughter."</w:t>
      </w:r>
    </w:p>
    <w:p w14:paraId="2187F563" w14:textId="77777777" w:rsidR="007D7487" w:rsidRDefault="00E6407B">
      <w:pPr>
        <w:ind w:firstLine="288"/>
      </w:pPr>
      <w:r>
        <w:rPr>
          <w:rFonts w:cs="Times New Roman"/>
        </w:rPr>
        <w:t>Jesus looked across the gathering.</w:t>
      </w:r>
    </w:p>
    <w:p w14:paraId="77DD984D" w14:textId="77777777" w:rsidR="007D7487" w:rsidRDefault="00E6407B">
      <w:pPr>
        <w:ind w:firstLine="288"/>
      </w:pPr>
      <w:r>
        <w:rPr>
          <w:rFonts w:cs="Times New Roman"/>
        </w:rPr>
        <w:t>"Was the inheritance preserved by pretending the problem did not exist?"</w:t>
      </w:r>
    </w:p>
    <w:p w14:paraId="0B28AACD" w14:textId="77777777" w:rsidR="007D7487" w:rsidRDefault="00E6407B">
      <w:pPr>
        <w:ind w:firstLine="288"/>
      </w:pPr>
      <w:r>
        <w:rPr>
          <w:rFonts w:cs="Times New Roman"/>
        </w:rPr>
        <w:t>"No."</w:t>
      </w:r>
    </w:p>
    <w:p w14:paraId="322D3272" w14:textId="77777777" w:rsidR="007D7487" w:rsidRDefault="00E6407B">
      <w:pPr>
        <w:ind w:firstLine="288"/>
      </w:pPr>
      <w:r>
        <w:rPr>
          <w:rFonts w:cs="Times New Roman"/>
        </w:rPr>
        <w:lastRenderedPageBreak/>
        <w:t>"Was the firstborn house preserved by erasing the daughters?"</w:t>
      </w:r>
    </w:p>
    <w:p w14:paraId="0AF50D31" w14:textId="77777777" w:rsidR="007D7487" w:rsidRDefault="00E6407B">
      <w:pPr>
        <w:ind w:firstLine="288"/>
      </w:pPr>
      <w:r>
        <w:rPr>
          <w:rFonts w:cs="Times New Roman"/>
        </w:rPr>
        <w:t>"No."</w:t>
      </w:r>
    </w:p>
    <w:p w14:paraId="7607D91B" w14:textId="77777777" w:rsidR="007D7487" w:rsidRDefault="00E6407B">
      <w:pPr>
        <w:ind w:firstLine="288"/>
      </w:pPr>
      <w:r>
        <w:rPr>
          <w:rFonts w:cs="Times New Roman"/>
        </w:rPr>
        <w:t>"How?"</w:t>
      </w:r>
    </w:p>
    <w:p w14:paraId="2620C584" w14:textId="77777777" w:rsidR="007D7487" w:rsidRDefault="00E6407B">
      <w:pPr>
        <w:ind w:firstLine="288"/>
      </w:pPr>
      <w:r>
        <w:rPr>
          <w:rFonts w:cs="Times New Roman"/>
        </w:rPr>
        <w:t>"By a lawful provision from God."</w:t>
      </w:r>
    </w:p>
    <w:p w14:paraId="52461139" w14:textId="77777777" w:rsidR="007D7487" w:rsidRDefault="00E6407B">
      <w:pPr>
        <w:ind w:firstLine="288"/>
      </w:pPr>
      <w:r>
        <w:rPr>
          <w:rFonts w:cs="Times New Roman"/>
        </w:rPr>
        <w:t>The daughters did not seize the inheritance by pretending the father had a son.</w:t>
      </w:r>
    </w:p>
    <w:p w14:paraId="650FA15B" w14:textId="77777777" w:rsidR="007D7487" w:rsidRDefault="00E6407B">
      <w:pPr>
        <w:ind w:firstLine="288"/>
      </w:pPr>
      <w:r>
        <w:rPr>
          <w:rFonts w:cs="Times New Roman"/>
        </w:rPr>
        <w:t>Moses did not solve the problem by erasing the firstborn house.</w:t>
      </w:r>
    </w:p>
    <w:p w14:paraId="23ADFE3F" w14:textId="77777777" w:rsidR="007D7487" w:rsidRDefault="00E6407B">
      <w:pPr>
        <w:ind w:firstLine="288"/>
      </w:pPr>
      <w:r>
        <w:rPr>
          <w:rFonts w:cs="Times New Roman"/>
        </w:rPr>
        <w:t>The LORD gave a ruling that preserved name and possession through the actual family that remained.</w:t>
      </w:r>
    </w:p>
    <w:p w14:paraId="64FF76B9" w14:textId="77777777" w:rsidR="007D7487" w:rsidRDefault="00E6407B">
      <w:pPr>
        <w:ind w:firstLine="288"/>
      </w:pPr>
      <w:r>
        <w:rPr>
          <w:rFonts w:cs="Times New Roman"/>
        </w:rPr>
        <w:t>The legal provision did not deny loss.</w:t>
      </w:r>
    </w:p>
    <w:p w14:paraId="377A8E1E" w14:textId="77777777" w:rsidR="007D7487" w:rsidRDefault="00E6407B">
      <w:pPr>
        <w:ind w:firstLine="288"/>
      </w:pPr>
      <w:r>
        <w:rPr>
          <w:rFonts w:cs="Times New Roman"/>
        </w:rPr>
        <w:t>It answered threatened loss without destroying identity.</w:t>
      </w:r>
    </w:p>
    <w:p w14:paraId="73AAF8DA" w14:textId="77777777" w:rsidR="007D7487" w:rsidRDefault="00E6407B">
      <w:pPr>
        <w:ind w:firstLine="288"/>
      </w:pPr>
      <w:r>
        <w:rPr>
          <w:rFonts w:cs="Times New Roman"/>
        </w:rPr>
        <w:t>Jesus nodded.</w:t>
      </w:r>
    </w:p>
    <w:p w14:paraId="0119A8E1" w14:textId="77777777" w:rsidR="007D7487" w:rsidRDefault="00E6407B">
      <w:pPr>
        <w:ind w:firstLine="288"/>
      </w:pPr>
      <w:r>
        <w:rPr>
          <w:rFonts w:cs="Times New Roman"/>
        </w:rPr>
        <w:t>"Manasseh gives you a recurring witness."</w:t>
      </w:r>
    </w:p>
    <w:p w14:paraId="50705F95" w14:textId="77777777" w:rsidR="007D7487" w:rsidRDefault="00E6407B">
      <w:pPr>
        <w:ind w:firstLine="288"/>
      </w:pPr>
      <w:r>
        <w:rPr>
          <w:rFonts w:cs="Times New Roman"/>
        </w:rPr>
        <w:t>Nicodemus whispered the word.</w:t>
      </w:r>
    </w:p>
    <w:p w14:paraId="020FB88A" w14:textId="77777777" w:rsidR="007D7487" w:rsidRDefault="00E6407B">
      <w:pPr>
        <w:ind w:firstLine="288"/>
      </w:pPr>
      <w:r>
        <w:rPr>
          <w:rFonts w:cs="Times New Roman"/>
        </w:rPr>
        <w:t>"Preservation."</w:t>
      </w:r>
    </w:p>
    <w:p w14:paraId="30274A2B" w14:textId="77777777" w:rsidR="007D7487" w:rsidRDefault="00E6407B">
      <w:pPr>
        <w:ind w:firstLine="288"/>
      </w:pPr>
      <w:r>
        <w:rPr>
          <w:rFonts w:cs="Times New Roman"/>
        </w:rPr>
        <w:t>Jesus nodded.</w:t>
      </w:r>
    </w:p>
    <w:p w14:paraId="6E552AC3" w14:textId="77777777" w:rsidR="007D7487" w:rsidRDefault="00E6407B">
      <w:pPr>
        <w:ind w:firstLine="288"/>
      </w:pPr>
      <w:r>
        <w:rPr>
          <w:rFonts w:cs="Times New Roman"/>
        </w:rPr>
        <w:t>"Name."</w:t>
      </w:r>
    </w:p>
    <w:p w14:paraId="54567532" w14:textId="77777777" w:rsidR="007D7487" w:rsidRDefault="00E6407B">
      <w:pPr>
        <w:ind w:firstLine="288"/>
      </w:pPr>
      <w:r>
        <w:rPr>
          <w:rFonts w:cs="Times New Roman"/>
        </w:rPr>
        <w:t>"Inheritance."</w:t>
      </w:r>
    </w:p>
    <w:p w14:paraId="13DAF0D5" w14:textId="77777777" w:rsidR="007D7487" w:rsidRDefault="00E6407B">
      <w:pPr>
        <w:ind w:firstLine="288"/>
      </w:pPr>
      <w:r>
        <w:rPr>
          <w:rFonts w:cs="Times New Roman"/>
        </w:rPr>
        <w:t>"Possession."</w:t>
      </w:r>
    </w:p>
    <w:p w14:paraId="5155E3E9" w14:textId="77777777" w:rsidR="007D7487" w:rsidRDefault="00E6407B">
      <w:pPr>
        <w:ind w:firstLine="288"/>
      </w:pPr>
      <w:r>
        <w:rPr>
          <w:rFonts w:cs="Times New Roman"/>
        </w:rPr>
        <w:t>"Continuity through threatened loss."</w:t>
      </w:r>
    </w:p>
    <w:p w14:paraId="671534E3" w14:textId="77777777" w:rsidR="007D7487" w:rsidRDefault="00E6407B">
      <w:pPr>
        <w:ind w:firstLine="288"/>
      </w:pPr>
      <w:r>
        <w:rPr>
          <w:rFonts w:cs="Times New Roman"/>
        </w:rPr>
        <w:t>John felt the pattern gathering.</w:t>
      </w:r>
    </w:p>
    <w:p w14:paraId="339AE11A" w14:textId="77777777" w:rsidR="007D7487" w:rsidRDefault="00E6407B">
      <w:pPr>
        <w:ind w:firstLine="288"/>
      </w:pPr>
      <w:r>
        <w:rPr>
          <w:rFonts w:cs="Times New Roman"/>
        </w:rPr>
        <w:t>A firstborn line.</w:t>
      </w:r>
    </w:p>
    <w:p w14:paraId="57BA66DB" w14:textId="77777777" w:rsidR="007D7487" w:rsidRDefault="00E6407B">
      <w:pPr>
        <w:ind w:firstLine="288"/>
      </w:pPr>
      <w:r>
        <w:rPr>
          <w:rFonts w:cs="Times New Roman"/>
        </w:rPr>
        <w:t>Divided geographically.</w:t>
      </w:r>
    </w:p>
    <w:p w14:paraId="2508B32E" w14:textId="77777777" w:rsidR="007D7487" w:rsidRDefault="00E6407B">
      <w:pPr>
        <w:ind w:firstLine="288"/>
      </w:pPr>
      <w:r>
        <w:rPr>
          <w:rFonts w:cs="Times New Roman"/>
        </w:rPr>
        <w:t>Transferred across leadership.</w:t>
      </w:r>
    </w:p>
    <w:p w14:paraId="59CEBA76" w14:textId="77777777" w:rsidR="007D7487" w:rsidRDefault="00E6407B">
      <w:pPr>
        <w:ind w:firstLine="288"/>
      </w:pPr>
      <w:r>
        <w:rPr>
          <w:rFonts w:cs="Times New Roman"/>
        </w:rPr>
        <w:t>Threatened by lack of sons.</w:t>
      </w:r>
    </w:p>
    <w:p w14:paraId="6AD41708" w14:textId="77777777" w:rsidR="007D7487" w:rsidRDefault="00E6407B">
      <w:pPr>
        <w:ind w:firstLine="288"/>
      </w:pPr>
      <w:r>
        <w:rPr>
          <w:rFonts w:cs="Times New Roman"/>
        </w:rPr>
        <w:t>Yet not simply discarded.</w:t>
      </w:r>
    </w:p>
    <w:p w14:paraId="658489C3" w14:textId="77777777" w:rsidR="007D7487" w:rsidRDefault="00E6407B">
      <w:pPr>
        <w:ind w:firstLine="288"/>
      </w:pPr>
      <w:r>
        <w:rPr>
          <w:rFonts w:cs="Times New Roman"/>
        </w:rPr>
        <w:t>Jesus looked toward Mary.</w:t>
      </w:r>
    </w:p>
    <w:p w14:paraId="28A5E16C" w14:textId="77777777" w:rsidR="007D7487" w:rsidRDefault="00E6407B">
      <w:pPr>
        <w:ind w:firstLine="288"/>
      </w:pPr>
      <w:r>
        <w:rPr>
          <w:rFonts w:cs="Times New Roman"/>
        </w:rPr>
        <w:t>"The daughters did not invent a right and force Moses to accept it."</w:t>
      </w:r>
    </w:p>
    <w:p w14:paraId="7EC5AF11" w14:textId="77777777" w:rsidR="007D7487" w:rsidRDefault="00E6407B">
      <w:pPr>
        <w:ind w:firstLine="288"/>
      </w:pPr>
      <w:r>
        <w:rPr>
          <w:rFonts w:cs="Times New Roman"/>
        </w:rPr>
        <w:t>Mary nodded.</w:t>
      </w:r>
    </w:p>
    <w:p w14:paraId="00DA2048" w14:textId="77777777" w:rsidR="007D7487" w:rsidRDefault="00E6407B">
      <w:pPr>
        <w:ind w:firstLine="288"/>
      </w:pPr>
      <w:r>
        <w:rPr>
          <w:rFonts w:cs="Times New Roman"/>
        </w:rPr>
        <w:t>"The LORD gave the ruling."</w:t>
      </w:r>
    </w:p>
    <w:p w14:paraId="4B151C6F" w14:textId="77777777" w:rsidR="007D7487" w:rsidRDefault="00E6407B">
      <w:pPr>
        <w:ind w:firstLine="288"/>
      </w:pPr>
      <w:r>
        <w:rPr>
          <w:rFonts w:cs="Times New Roman"/>
        </w:rPr>
        <w:t>"Yes."</w:t>
      </w:r>
    </w:p>
    <w:p w14:paraId="03F0A399" w14:textId="77777777" w:rsidR="007D7487" w:rsidRDefault="00E6407B">
      <w:pPr>
        <w:ind w:firstLine="288"/>
      </w:pPr>
      <w:r>
        <w:rPr>
          <w:rFonts w:cs="Times New Roman"/>
        </w:rPr>
        <w:t>Again the pattern:</w:t>
      </w:r>
    </w:p>
    <w:p w14:paraId="41C0D848" w14:textId="77777777" w:rsidR="007D7487" w:rsidRDefault="00E6407B">
      <w:pPr>
        <w:ind w:firstLine="288"/>
      </w:pPr>
      <w:r>
        <w:rPr>
          <w:rFonts w:cs="Times New Roman"/>
        </w:rPr>
        <w:t>Provision comes from God.</w:t>
      </w:r>
    </w:p>
    <w:p w14:paraId="1E3628BC" w14:textId="77777777" w:rsidR="007D7487" w:rsidRDefault="00E6407B">
      <w:pPr>
        <w:ind w:firstLine="288"/>
      </w:pPr>
      <w:r>
        <w:rPr>
          <w:rFonts w:cs="Times New Roman"/>
        </w:rPr>
        <w:t>People receive and walk within it.</w:t>
      </w:r>
    </w:p>
    <w:p w14:paraId="1EC58153" w14:textId="77777777" w:rsidR="007D7487" w:rsidRDefault="00E6407B">
      <w:pPr>
        <w:ind w:firstLine="288"/>
      </w:pPr>
      <w:r>
        <w:rPr>
          <w:rFonts w:cs="Times New Roman"/>
        </w:rPr>
        <w:t>John looked back through Joseph's birthright.</w:t>
      </w:r>
    </w:p>
    <w:p w14:paraId="19FF1C81" w14:textId="77777777" w:rsidR="007D7487" w:rsidRDefault="00E6407B">
      <w:pPr>
        <w:ind w:firstLine="288"/>
      </w:pPr>
      <w:r>
        <w:rPr>
          <w:rFonts w:cs="Times New Roman"/>
        </w:rPr>
        <w:t>Reuben had forfeited.</w:t>
      </w:r>
    </w:p>
    <w:p w14:paraId="6AF5420C" w14:textId="77777777" w:rsidR="007D7487" w:rsidRDefault="00E6407B">
      <w:pPr>
        <w:ind w:firstLine="288"/>
      </w:pPr>
      <w:r>
        <w:rPr>
          <w:rFonts w:cs="Times New Roman"/>
        </w:rPr>
        <w:t>Judah carried the ruler.</w:t>
      </w:r>
    </w:p>
    <w:p w14:paraId="5DF3C79C" w14:textId="77777777" w:rsidR="007D7487" w:rsidRDefault="00E6407B">
      <w:pPr>
        <w:ind w:firstLine="288"/>
      </w:pPr>
      <w:r>
        <w:rPr>
          <w:rFonts w:cs="Times New Roman"/>
        </w:rPr>
        <w:t>Joseph carried the birthright.</w:t>
      </w:r>
    </w:p>
    <w:p w14:paraId="6C3D923F" w14:textId="77777777" w:rsidR="007D7487" w:rsidRDefault="00E6407B">
      <w:pPr>
        <w:ind w:firstLine="288"/>
      </w:pPr>
      <w:r>
        <w:rPr>
          <w:rFonts w:cs="Times New Roman"/>
        </w:rPr>
        <w:t>Jacob gave Joseph the double portion through Ephraim and Manasseh.</w:t>
      </w:r>
    </w:p>
    <w:p w14:paraId="11206E48" w14:textId="77777777" w:rsidR="007D7487" w:rsidRDefault="00E6407B">
      <w:pPr>
        <w:ind w:firstLine="288"/>
      </w:pPr>
      <w:r>
        <w:rPr>
          <w:rFonts w:cs="Times New Roman"/>
        </w:rPr>
        <w:lastRenderedPageBreak/>
        <w:t>The crossed hands distributed prominence without rejecting the firstborn.</w:t>
      </w:r>
    </w:p>
    <w:p w14:paraId="24336925" w14:textId="77777777" w:rsidR="007D7487" w:rsidRDefault="00E6407B">
      <w:pPr>
        <w:ind w:firstLine="288"/>
      </w:pPr>
      <w:r>
        <w:rPr>
          <w:rFonts w:cs="Times New Roman"/>
        </w:rPr>
        <w:t>Then Manasseh's inheritance survived river, leadership change, absence of sons, and a legal crisis over the father's name.</w:t>
      </w:r>
    </w:p>
    <w:p w14:paraId="635571A1" w14:textId="77777777" w:rsidR="007D7487" w:rsidRDefault="00E6407B">
      <w:pPr>
        <w:ind w:firstLine="288"/>
      </w:pPr>
      <w:r>
        <w:rPr>
          <w:rFonts w:cs="Times New Roman"/>
        </w:rPr>
        <w:t>Preservation was no longer an abstract theme.</w:t>
      </w:r>
    </w:p>
    <w:p w14:paraId="5FF50860" w14:textId="77777777" w:rsidR="007D7487" w:rsidRDefault="00E6407B">
      <w:pPr>
        <w:ind w:firstLine="288"/>
      </w:pPr>
      <w:r>
        <w:rPr>
          <w:rFonts w:cs="Times New Roman"/>
        </w:rPr>
        <w:t>It had geography.</w:t>
      </w:r>
    </w:p>
    <w:p w14:paraId="564F3160" w14:textId="77777777" w:rsidR="007D7487" w:rsidRDefault="00E6407B">
      <w:pPr>
        <w:ind w:firstLine="288"/>
      </w:pPr>
      <w:r>
        <w:rPr>
          <w:rFonts w:cs="Times New Roman"/>
        </w:rPr>
        <w:t>Names.</w:t>
      </w:r>
    </w:p>
    <w:p w14:paraId="37261C4C" w14:textId="77777777" w:rsidR="007D7487" w:rsidRDefault="00E6407B">
      <w:pPr>
        <w:ind w:firstLine="288"/>
      </w:pPr>
      <w:r>
        <w:rPr>
          <w:rFonts w:cs="Times New Roman"/>
        </w:rPr>
        <w:t>Law.</w:t>
      </w:r>
    </w:p>
    <w:p w14:paraId="4C186314" w14:textId="77777777" w:rsidR="007D7487" w:rsidRDefault="00E6407B">
      <w:pPr>
        <w:ind w:firstLine="288"/>
      </w:pPr>
      <w:r>
        <w:rPr>
          <w:rFonts w:cs="Times New Roman"/>
        </w:rPr>
        <w:t>Possession.</w:t>
      </w:r>
    </w:p>
    <w:p w14:paraId="5E9DDD71" w14:textId="77777777" w:rsidR="007D7487" w:rsidRDefault="00E6407B">
      <w:pPr>
        <w:ind w:firstLine="288"/>
      </w:pPr>
      <w:r>
        <w:rPr>
          <w:rFonts w:cs="Times New Roman"/>
        </w:rPr>
        <w:t>And daughters standing before Moses asking that a father's inheritance not disappear.</w:t>
      </w:r>
    </w:p>
    <w:p w14:paraId="69451675" w14:textId="77777777" w:rsidR="007D7487" w:rsidRDefault="00E6407B">
      <w:pPr>
        <w:ind w:firstLine="288"/>
      </w:pPr>
      <w:r>
        <w:rPr>
          <w:rFonts w:cs="Times New Roman"/>
        </w:rPr>
        <w:t>Jesus looked toward the other son.</w:t>
      </w:r>
    </w:p>
    <w:p w14:paraId="1A7B819D" w14:textId="77777777" w:rsidR="007D7487" w:rsidRDefault="00E6407B">
      <w:pPr>
        <w:ind w:firstLine="288"/>
      </w:pPr>
      <w:r>
        <w:rPr>
          <w:rFonts w:cs="Times New Roman"/>
        </w:rPr>
        <w:t>"Now follow Ephraim."</w:t>
      </w:r>
    </w:p>
    <w:p w14:paraId="0F282839" w14:textId="77777777" w:rsidR="007D7487" w:rsidRDefault="00E6407B">
      <w:pPr>
        <w:suppressLineNumbers/>
      </w:pPr>
      <w:r>
        <w:br w:type="page"/>
      </w:r>
    </w:p>
    <w:p w14:paraId="129BD16D" w14:textId="77777777" w:rsidR="007D7487" w:rsidRDefault="00E6407B">
      <w:pPr>
        <w:pStyle w:val="Heading1"/>
        <w:suppressLineNumbers/>
      </w:pPr>
      <w:r>
        <w:rPr>
          <w:rFonts w:ascii="Times New Roman" w:hAnsi="Times New Roman" w:cs="Times New Roman"/>
        </w:rPr>
        <w:lastRenderedPageBreak/>
        <w:t>Section 14A — Ephraim and the Cities of Refuge</w:t>
      </w:r>
    </w:p>
    <w:p w14:paraId="7EBDF758" w14:textId="77777777" w:rsidR="007D7487" w:rsidRDefault="00E6407B">
      <w:pPr>
        <w:ind w:firstLine="288"/>
      </w:pPr>
      <w:r>
        <w:rPr>
          <w:rFonts w:cs="Times New Roman"/>
        </w:rPr>
        <w:t>Jesus turned toward Ephraim.</w:t>
      </w:r>
    </w:p>
    <w:p w14:paraId="58C6E660" w14:textId="77777777" w:rsidR="007D7487" w:rsidRDefault="00E6407B">
      <w:pPr>
        <w:ind w:firstLine="288"/>
      </w:pPr>
      <w:r>
        <w:rPr>
          <w:rFonts w:cs="Times New Roman"/>
        </w:rPr>
        <w:t>"And the younger?"</w:t>
      </w:r>
    </w:p>
    <w:p w14:paraId="6180D102" w14:textId="77777777" w:rsidR="007D7487" w:rsidRDefault="00E6407B">
      <w:pPr>
        <w:ind w:firstLine="288"/>
      </w:pPr>
      <w:r>
        <w:rPr>
          <w:rFonts w:cs="Times New Roman"/>
        </w:rPr>
        <w:t>Nicodemus smiled.</w:t>
      </w:r>
    </w:p>
    <w:p w14:paraId="25DF154A" w14:textId="77777777" w:rsidR="007D7487" w:rsidRDefault="00E6407B">
      <w:pPr>
        <w:ind w:firstLine="288"/>
      </w:pPr>
      <w:r>
        <w:rPr>
          <w:rFonts w:cs="Times New Roman"/>
        </w:rPr>
        <w:t>"Joshua."</w:t>
      </w:r>
    </w:p>
    <w:p w14:paraId="7A40905F" w14:textId="77777777" w:rsidR="007D7487" w:rsidRDefault="00E6407B">
      <w:pPr>
        <w:ind w:firstLine="288"/>
      </w:pPr>
      <w:r>
        <w:rPr>
          <w:rFonts w:cs="Times New Roman"/>
        </w:rPr>
        <w:t>Jesus nodded.</w:t>
      </w:r>
    </w:p>
    <w:p w14:paraId="19EF7A36" w14:textId="77777777" w:rsidR="007D7487" w:rsidRDefault="00E6407B">
      <w:pPr>
        <w:ind w:firstLine="288"/>
      </w:pPr>
      <w:r>
        <w:rPr>
          <w:rFonts w:cs="Times New Roman"/>
        </w:rPr>
        <w:t>"Joshua was of Ephraim."</w:t>
      </w:r>
    </w:p>
    <w:p w14:paraId="13301A19" w14:textId="77777777" w:rsidR="007D7487" w:rsidRDefault="00E6407B">
      <w:pPr>
        <w:ind w:firstLine="288"/>
      </w:pPr>
      <w:r>
        <w:rPr>
          <w:rFonts w:cs="Times New Roman"/>
        </w:rPr>
        <w:t>Peter looked toward the land.</w:t>
      </w:r>
    </w:p>
    <w:p w14:paraId="3765F891" w14:textId="77777777" w:rsidR="007D7487" w:rsidRDefault="00E6407B">
      <w:pPr>
        <w:ind w:firstLine="288"/>
      </w:pPr>
      <w:r>
        <w:rPr>
          <w:rFonts w:cs="Times New Roman"/>
        </w:rPr>
        <w:t>"The one who crossed Jordan."</w:t>
      </w:r>
    </w:p>
    <w:p w14:paraId="5DFD9117" w14:textId="77777777" w:rsidR="007D7487" w:rsidRDefault="00E6407B">
      <w:pPr>
        <w:ind w:firstLine="288"/>
      </w:pPr>
      <w:r>
        <w:rPr>
          <w:rFonts w:cs="Times New Roman"/>
        </w:rPr>
        <w:t>"Yes."</w:t>
      </w:r>
    </w:p>
    <w:p w14:paraId="63B404F5" w14:textId="77777777" w:rsidR="007D7487" w:rsidRDefault="00E6407B">
      <w:pPr>
        <w:ind w:firstLine="288"/>
      </w:pPr>
      <w:r>
        <w:rPr>
          <w:rFonts w:cs="Times New Roman"/>
        </w:rPr>
        <w:t>"The one who led Israel into inheritance."</w:t>
      </w:r>
    </w:p>
    <w:p w14:paraId="0C2F1089" w14:textId="77777777" w:rsidR="007D7487" w:rsidRDefault="00E6407B">
      <w:pPr>
        <w:ind w:firstLine="288"/>
      </w:pPr>
      <w:r>
        <w:rPr>
          <w:rFonts w:cs="Times New Roman"/>
        </w:rPr>
        <w:t>"Yes."</w:t>
      </w:r>
    </w:p>
    <w:p w14:paraId="049A0FF8" w14:textId="77777777" w:rsidR="007D7487" w:rsidRDefault="00E6407B">
      <w:pPr>
        <w:ind w:firstLine="288"/>
      </w:pPr>
      <w:r>
        <w:rPr>
          <w:rFonts w:cs="Times New Roman"/>
        </w:rPr>
        <w:t>"And distributed it."</w:t>
      </w:r>
    </w:p>
    <w:p w14:paraId="2563596A" w14:textId="77777777" w:rsidR="007D7487" w:rsidRDefault="00E6407B">
      <w:pPr>
        <w:ind w:firstLine="288"/>
      </w:pPr>
      <w:r>
        <w:rPr>
          <w:rFonts w:cs="Times New Roman"/>
        </w:rPr>
        <w:t>Joshua's Ephraimite identity was a historical fact before it became interesting as a pattern.</w:t>
      </w:r>
    </w:p>
    <w:p w14:paraId="6F69F373" w14:textId="77777777" w:rsidR="007D7487" w:rsidRDefault="00E6407B">
      <w:pPr>
        <w:ind w:firstLine="288"/>
      </w:pPr>
      <w:r>
        <w:rPr>
          <w:rFonts w:cs="Times New Roman"/>
        </w:rPr>
        <w:t>He did not become a symbol instead of a man.</w:t>
      </w:r>
    </w:p>
    <w:p w14:paraId="4EAD689B" w14:textId="77777777" w:rsidR="007D7487" w:rsidRDefault="00E6407B">
      <w:pPr>
        <w:ind w:firstLine="288"/>
      </w:pPr>
      <w:r>
        <w:rPr>
          <w:rFonts w:cs="Times New Roman"/>
        </w:rPr>
        <w:t>He led Israel across Jordan and into actual inheritance.</w:t>
      </w:r>
    </w:p>
    <w:p w14:paraId="6D92D673" w14:textId="77777777" w:rsidR="007D7487" w:rsidRDefault="00E6407B">
      <w:pPr>
        <w:ind w:firstLine="288"/>
      </w:pPr>
      <w:r>
        <w:rPr>
          <w:rFonts w:cs="Times New Roman"/>
        </w:rPr>
        <w:t>"Yes."</w:t>
      </w:r>
    </w:p>
    <w:p w14:paraId="3539F94E" w14:textId="77777777" w:rsidR="007D7487" w:rsidRDefault="00E6407B">
      <w:pPr>
        <w:ind w:firstLine="288"/>
      </w:pPr>
      <w:r>
        <w:rPr>
          <w:rFonts w:cs="Times New Roman"/>
        </w:rPr>
        <w:t>Jesus looked toward John.</w:t>
      </w:r>
    </w:p>
    <w:p w14:paraId="0C1E052C" w14:textId="77777777" w:rsidR="007D7487" w:rsidRDefault="00E6407B">
      <w:pPr>
        <w:ind w:firstLine="288"/>
      </w:pPr>
      <w:r>
        <w:rPr>
          <w:rFonts w:cs="Times New Roman"/>
        </w:rPr>
        <w:t>"What does the name Ephraim carry from Joseph's own naming?"</w:t>
      </w:r>
    </w:p>
    <w:p w14:paraId="76B928AC" w14:textId="77777777" w:rsidR="007D7487" w:rsidRDefault="00E6407B">
      <w:pPr>
        <w:ind w:firstLine="288"/>
      </w:pPr>
      <w:r>
        <w:rPr>
          <w:rFonts w:cs="Times New Roman"/>
        </w:rPr>
        <w:t>John did not remember.</w:t>
      </w:r>
    </w:p>
    <w:p w14:paraId="385A3776" w14:textId="77777777" w:rsidR="007D7487" w:rsidRDefault="00E6407B">
      <w:pPr>
        <w:ind w:firstLine="288"/>
      </w:pPr>
      <w:r>
        <w:rPr>
          <w:rFonts w:cs="Times New Roman"/>
        </w:rPr>
        <w:t>Nicodemus did.</w:t>
      </w:r>
    </w:p>
    <w:p w14:paraId="780E6FC6" w14:textId="77777777" w:rsidR="007D7487" w:rsidRDefault="00E6407B">
      <w:pPr>
        <w:ind w:firstLine="288"/>
      </w:pPr>
      <w:r>
        <w:rPr>
          <w:rFonts w:cs="Times New Roman"/>
        </w:rPr>
        <w:t>"Fruitfulness."</w:t>
      </w:r>
    </w:p>
    <w:p w14:paraId="5CE2EAD3" w14:textId="77777777" w:rsidR="007D7487" w:rsidRDefault="00E6407B">
      <w:pPr>
        <w:ind w:firstLine="288"/>
      </w:pPr>
      <w:r>
        <w:rPr>
          <w:rFonts w:cs="Times New Roman"/>
        </w:rPr>
        <w:t>"God hath caused me to be fruitful in the land of my affliction."</w:t>
      </w:r>
    </w:p>
    <w:p w14:paraId="08579013" w14:textId="77777777" w:rsidR="007D7487" w:rsidRDefault="00E6407B">
      <w:pPr>
        <w:ind w:firstLine="288"/>
      </w:pPr>
      <w:r>
        <w:rPr>
          <w:rFonts w:cs="Times New Roman"/>
        </w:rPr>
        <w:t>Joseph's naming belonged first to Joseph's own life in Egypt.</w:t>
      </w:r>
    </w:p>
    <w:p w14:paraId="223EE034" w14:textId="77777777" w:rsidR="007D7487" w:rsidRDefault="00E6407B">
      <w:pPr>
        <w:ind w:firstLine="288"/>
      </w:pPr>
      <w:r>
        <w:rPr>
          <w:rFonts w:cs="Times New Roman"/>
        </w:rPr>
        <w:t>The name did not become a secret dictionary for every later event attached to Ephraim.</w:t>
      </w:r>
    </w:p>
    <w:p w14:paraId="612BE050" w14:textId="77777777" w:rsidR="007D7487" w:rsidRDefault="00E6407B">
      <w:pPr>
        <w:ind w:firstLine="288"/>
      </w:pPr>
      <w:r>
        <w:rPr>
          <w:rFonts w:cs="Times New Roman"/>
        </w:rPr>
        <w:t>But Scripture itself had preserved Joseph's explanation, and later history gave the tribe a real pattern of enlargement, leadership, and danger.</w:t>
      </w:r>
    </w:p>
    <w:p w14:paraId="6B494A75" w14:textId="77777777" w:rsidR="007D7487" w:rsidRDefault="00E6407B">
      <w:pPr>
        <w:ind w:firstLine="288"/>
      </w:pPr>
      <w:r>
        <w:rPr>
          <w:rFonts w:cs="Times New Roman"/>
        </w:rPr>
        <w:t>Jesus nodded.</w:t>
      </w:r>
    </w:p>
    <w:p w14:paraId="75BA4BD5" w14:textId="77777777" w:rsidR="007D7487" w:rsidRDefault="00E6407B">
      <w:pPr>
        <w:ind w:firstLine="288"/>
      </w:pPr>
      <w:r>
        <w:rPr>
          <w:rFonts w:cs="Times New Roman"/>
        </w:rPr>
        <w:t>"Fruitfulness in affliction."</w:t>
      </w:r>
    </w:p>
    <w:p w14:paraId="06FC28C9" w14:textId="77777777" w:rsidR="007D7487" w:rsidRDefault="00E6407B">
      <w:pPr>
        <w:ind w:firstLine="288"/>
      </w:pPr>
      <w:r>
        <w:rPr>
          <w:rFonts w:cs="Times New Roman"/>
        </w:rPr>
        <w:t>"Multiplication."</w:t>
      </w:r>
    </w:p>
    <w:p w14:paraId="12B56AFC" w14:textId="77777777" w:rsidR="007D7487" w:rsidRDefault="00E6407B">
      <w:pPr>
        <w:ind w:firstLine="288"/>
      </w:pPr>
      <w:r>
        <w:rPr>
          <w:rFonts w:cs="Times New Roman"/>
        </w:rPr>
        <w:t>"Leadership into inheritance."</w:t>
      </w:r>
    </w:p>
    <w:p w14:paraId="54D5EF5B" w14:textId="77777777" w:rsidR="007D7487" w:rsidRDefault="00E6407B">
      <w:pPr>
        <w:ind w:firstLine="288"/>
      </w:pPr>
      <w:r>
        <w:rPr>
          <w:rFonts w:cs="Times New Roman"/>
        </w:rPr>
        <w:t>"And Jacob's enlarged blessing."</w:t>
      </w:r>
    </w:p>
    <w:p w14:paraId="2E4C5D89" w14:textId="77777777" w:rsidR="007D7487" w:rsidRDefault="00E6407B">
      <w:pPr>
        <w:ind w:firstLine="288"/>
      </w:pPr>
      <w:r>
        <w:rPr>
          <w:rFonts w:cs="Times New Roman"/>
        </w:rPr>
        <w:t>Jacob had spoken of the younger son's seed becoming a multitude of nations.</w:t>
      </w:r>
    </w:p>
    <w:p w14:paraId="42AD24B0" w14:textId="77777777" w:rsidR="007D7487" w:rsidRDefault="00E6407B">
      <w:pPr>
        <w:ind w:firstLine="288"/>
      </w:pPr>
      <w:r>
        <w:rPr>
          <w:rFonts w:cs="Times New Roman"/>
        </w:rPr>
        <w:t>Jesus did not use the phrase as a shortcut that proved every later nations doctrine by itself.</w:t>
      </w:r>
    </w:p>
    <w:p w14:paraId="07655E90" w14:textId="77777777" w:rsidR="007D7487" w:rsidRDefault="00E6407B">
      <w:pPr>
        <w:ind w:firstLine="288"/>
      </w:pPr>
      <w:r>
        <w:rPr>
          <w:rFonts w:cs="Times New Roman"/>
        </w:rPr>
        <w:t>The blessing mattered.</w:t>
      </w:r>
    </w:p>
    <w:p w14:paraId="56E97FFF" w14:textId="77777777" w:rsidR="007D7487" w:rsidRDefault="00E6407B">
      <w:pPr>
        <w:ind w:firstLine="288"/>
      </w:pPr>
      <w:r>
        <w:rPr>
          <w:rFonts w:cs="Times New Roman"/>
        </w:rPr>
        <w:t>Its later interpretation still had to be governed by the rest of Scripture.</w:t>
      </w:r>
    </w:p>
    <w:p w14:paraId="56E030A1" w14:textId="77777777" w:rsidR="007D7487" w:rsidRDefault="00E6407B">
      <w:pPr>
        <w:ind w:firstLine="288"/>
      </w:pPr>
      <w:r>
        <w:rPr>
          <w:rFonts w:cs="Times New Roman"/>
        </w:rPr>
        <w:t>John looked from one brother to the other in his mind.</w:t>
      </w:r>
    </w:p>
    <w:p w14:paraId="71B665E7" w14:textId="77777777" w:rsidR="007D7487" w:rsidRDefault="00E6407B">
      <w:pPr>
        <w:ind w:firstLine="288"/>
      </w:pPr>
      <w:r>
        <w:rPr>
          <w:rFonts w:cs="Times New Roman"/>
        </w:rPr>
        <w:lastRenderedPageBreak/>
        <w:t>Manasseh.</w:t>
      </w:r>
    </w:p>
    <w:p w14:paraId="7D7051D0" w14:textId="77777777" w:rsidR="007D7487" w:rsidRDefault="00E6407B">
      <w:pPr>
        <w:ind w:firstLine="288"/>
      </w:pPr>
      <w:r>
        <w:rPr>
          <w:rFonts w:cs="Times New Roman"/>
        </w:rPr>
        <w:t>Ephraim.</w:t>
      </w:r>
    </w:p>
    <w:p w14:paraId="58FFA55A" w14:textId="77777777" w:rsidR="007D7487" w:rsidRDefault="00E6407B">
      <w:pPr>
        <w:ind w:firstLine="288"/>
      </w:pPr>
      <w:r>
        <w:rPr>
          <w:rFonts w:cs="Times New Roman"/>
        </w:rPr>
        <w:t>Preserve.</w:t>
      </w:r>
    </w:p>
    <w:p w14:paraId="62775339" w14:textId="77777777" w:rsidR="007D7487" w:rsidRDefault="00E6407B">
      <w:pPr>
        <w:ind w:firstLine="288"/>
      </w:pPr>
      <w:r>
        <w:rPr>
          <w:rFonts w:cs="Times New Roman"/>
        </w:rPr>
        <w:t>Multiply.</w:t>
      </w:r>
    </w:p>
    <w:p w14:paraId="16C09045" w14:textId="77777777" w:rsidR="007D7487" w:rsidRDefault="00E6407B">
      <w:pPr>
        <w:ind w:firstLine="288"/>
      </w:pPr>
      <w:r>
        <w:rPr>
          <w:rFonts w:cs="Times New Roman"/>
        </w:rPr>
        <w:t>Jesus continued.</w:t>
      </w:r>
    </w:p>
    <w:p w14:paraId="746B6361" w14:textId="77777777" w:rsidR="007D7487" w:rsidRDefault="00E6407B">
      <w:pPr>
        <w:ind w:firstLine="288"/>
      </w:pPr>
      <w:r>
        <w:rPr>
          <w:rFonts w:cs="Times New Roman"/>
        </w:rPr>
        <w:t>"Do not make them enemies."</w:t>
      </w:r>
    </w:p>
    <w:p w14:paraId="56D088E8" w14:textId="77777777" w:rsidR="007D7487" w:rsidRDefault="00E6407B">
      <w:pPr>
        <w:ind w:firstLine="288"/>
      </w:pPr>
      <w:r>
        <w:rPr>
          <w:rFonts w:cs="Times New Roman"/>
        </w:rPr>
        <w:t>"The Father does not preserve in order to bury."</w:t>
      </w:r>
    </w:p>
    <w:p w14:paraId="1921121D" w14:textId="77777777" w:rsidR="007D7487" w:rsidRDefault="00E6407B">
      <w:pPr>
        <w:ind w:firstLine="288"/>
      </w:pPr>
      <w:r>
        <w:rPr>
          <w:rFonts w:cs="Times New Roman"/>
        </w:rPr>
        <w:t>"He does not multiply by abandoning what He promised to preserve."</w:t>
      </w:r>
    </w:p>
    <w:p w14:paraId="24C0903E" w14:textId="77777777" w:rsidR="007D7487" w:rsidRDefault="00E6407B">
      <w:pPr>
        <w:ind w:firstLine="288"/>
      </w:pPr>
      <w:r>
        <w:rPr>
          <w:rFonts w:cs="Times New Roman"/>
        </w:rPr>
        <w:t>"He can preserve an inheritance and make blessing fruitful without erasing what He promised to keep."</w:t>
      </w:r>
    </w:p>
    <w:p w14:paraId="0A6A6CB9" w14:textId="77777777" w:rsidR="007D7487" w:rsidRDefault="00E6407B">
      <w:pPr>
        <w:ind w:firstLine="288"/>
      </w:pPr>
      <w:r>
        <w:rPr>
          <w:rFonts w:cs="Times New Roman"/>
        </w:rPr>
        <w:t>Nicodemus's mouth moved as he assembled the sentence before speaking.</w:t>
      </w:r>
    </w:p>
    <w:p w14:paraId="2FD9B2A6" w14:textId="77777777" w:rsidR="007D7487" w:rsidRDefault="00E6407B">
      <w:pPr>
        <w:ind w:firstLine="288"/>
      </w:pPr>
      <w:r>
        <w:rPr>
          <w:rFonts w:cs="Times New Roman"/>
        </w:rPr>
        <w:t>"What Manasseh helps us see preserved..."</w:t>
      </w:r>
    </w:p>
    <w:p w14:paraId="4DA7620C" w14:textId="77777777" w:rsidR="007D7487" w:rsidRDefault="00E6407B">
      <w:pPr>
        <w:ind w:firstLine="288"/>
      </w:pPr>
      <w:r>
        <w:rPr>
          <w:rFonts w:cs="Times New Roman"/>
        </w:rPr>
        <w:t>He looked toward Jesus.</w:t>
      </w:r>
    </w:p>
    <w:p w14:paraId="296934BC" w14:textId="77777777" w:rsidR="007D7487" w:rsidRDefault="00E6407B">
      <w:pPr>
        <w:ind w:firstLine="288"/>
      </w:pPr>
      <w:r>
        <w:rPr>
          <w:rFonts w:cs="Times New Roman"/>
        </w:rPr>
        <w:t>"...Ephraim helps us see multiplied."</w:t>
      </w:r>
    </w:p>
    <w:p w14:paraId="4418E9FC" w14:textId="77777777" w:rsidR="007D7487" w:rsidRDefault="00E6407B">
      <w:pPr>
        <w:ind w:firstLine="288"/>
      </w:pPr>
      <w:r>
        <w:rPr>
          <w:rFonts w:cs="Times New Roman"/>
        </w:rPr>
        <w:t>Jesus nodded.</w:t>
      </w:r>
    </w:p>
    <w:p w14:paraId="0AD552A6" w14:textId="77777777" w:rsidR="007D7487" w:rsidRDefault="00E6407B">
      <w:pPr>
        <w:ind w:firstLine="288"/>
      </w:pPr>
      <w:r>
        <w:rPr>
          <w:rFonts w:cs="Times New Roman"/>
        </w:rPr>
        <w:t>Peter frowned.</w:t>
      </w:r>
    </w:p>
    <w:p w14:paraId="34D06593" w14:textId="77777777" w:rsidR="007D7487" w:rsidRDefault="00E6407B">
      <w:pPr>
        <w:ind w:firstLine="288"/>
      </w:pPr>
      <w:r>
        <w:rPr>
          <w:rFonts w:cs="Times New Roman"/>
        </w:rPr>
        <w:t>"But Ephraim did not always multiply rightly."</w:t>
      </w:r>
    </w:p>
    <w:p w14:paraId="39D585E1" w14:textId="77777777" w:rsidR="007D7487" w:rsidRDefault="00E6407B">
      <w:pPr>
        <w:ind w:firstLine="288"/>
      </w:pPr>
      <w:r>
        <w:rPr>
          <w:rFonts w:cs="Times New Roman"/>
        </w:rPr>
        <w:t>Jesus looked toward him.</w:t>
      </w:r>
    </w:p>
    <w:p w14:paraId="4F7DDB89" w14:textId="77777777" w:rsidR="007D7487" w:rsidRDefault="00E6407B">
      <w:pPr>
        <w:ind w:firstLine="288"/>
      </w:pPr>
      <w:r>
        <w:rPr>
          <w:rFonts w:cs="Times New Roman"/>
        </w:rPr>
        <w:t>"Good."</w:t>
      </w:r>
    </w:p>
    <w:p w14:paraId="2A5BE599" w14:textId="77777777" w:rsidR="007D7487" w:rsidRDefault="00E6407B">
      <w:pPr>
        <w:ind w:firstLine="288"/>
      </w:pPr>
      <w:r>
        <w:rPr>
          <w:rFonts w:cs="Times New Roman"/>
        </w:rPr>
        <w:t>Nicodemus was already in Hosea.</w:t>
      </w:r>
    </w:p>
    <w:p w14:paraId="2283D55B" w14:textId="77777777" w:rsidR="007D7487" w:rsidRDefault="00E6407B">
      <w:pPr>
        <w:ind w:firstLine="288"/>
      </w:pPr>
      <w:r>
        <w:rPr>
          <w:rFonts w:cs="Times New Roman"/>
        </w:rPr>
        <w:t>"Ephraim is an empty vine."</w:t>
      </w:r>
    </w:p>
    <w:p w14:paraId="369CD56E" w14:textId="77777777" w:rsidR="007D7487" w:rsidRDefault="00E6407B">
      <w:pPr>
        <w:ind w:firstLine="288"/>
      </w:pPr>
      <w:r>
        <w:rPr>
          <w:rFonts w:cs="Times New Roman"/>
        </w:rPr>
        <w:t>Jesus looked at him.</w:t>
      </w:r>
    </w:p>
    <w:p w14:paraId="39B4C0D7" w14:textId="77777777" w:rsidR="007D7487" w:rsidRDefault="00E6407B">
      <w:pPr>
        <w:ind w:firstLine="288"/>
      </w:pPr>
      <w:r>
        <w:rPr>
          <w:rFonts w:cs="Times New Roman"/>
        </w:rPr>
        <w:t>"What does he bring forth?"</w:t>
      </w:r>
    </w:p>
    <w:p w14:paraId="6656D6D0" w14:textId="77777777" w:rsidR="007D7487" w:rsidRDefault="00E6407B">
      <w:pPr>
        <w:ind w:firstLine="288"/>
      </w:pPr>
      <w:r>
        <w:rPr>
          <w:rFonts w:cs="Times New Roman"/>
        </w:rPr>
        <w:t>"Fruit unto himself."</w:t>
      </w:r>
    </w:p>
    <w:p w14:paraId="2C7BDA2E" w14:textId="77777777" w:rsidR="007D7487" w:rsidRDefault="00E6407B">
      <w:pPr>
        <w:ind w:firstLine="288"/>
      </w:pPr>
      <w:r>
        <w:rPr>
          <w:rFonts w:cs="Times New Roman"/>
        </w:rPr>
        <w:t>"And according to the multitude of his fruit?"</w:t>
      </w:r>
    </w:p>
    <w:p w14:paraId="266DF0C7" w14:textId="77777777" w:rsidR="007D7487" w:rsidRDefault="00E6407B">
      <w:pPr>
        <w:ind w:firstLine="288"/>
      </w:pPr>
      <w:r>
        <w:rPr>
          <w:rFonts w:cs="Times New Roman"/>
        </w:rPr>
        <w:t>"He increased the altars."</w:t>
      </w:r>
    </w:p>
    <w:p w14:paraId="62BAC281" w14:textId="77777777" w:rsidR="007D7487" w:rsidRDefault="00E6407B">
      <w:pPr>
        <w:ind w:firstLine="288"/>
      </w:pPr>
      <w:r>
        <w:rPr>
          <w:rFonts w:cs="Times New Roman"/>
        </w:rPr>
        <w:t>The brightness in Nicodemus's expression became sober.</w:t>
      </w:r>
    </w:p>
    <w:p w14:paraId="31C4C241" w14:textId="77777777" w:rsidR="007D7487" w:rsidRDefault="00E6407B">
      <w:pPr>
        <w:ind w:firstLine="288"/>
      </w:pPr>
      <w:r>
        <w:rPr>
          <w:rFonts w:cs="Times New Roman"/>
        </w:rPr>
        <w:t>Jesus looked over the gathering.</w:t>
      </w:r>
    </w:p>
    <w:p w14:paraId="645D06F6" w14:textId="77777777" w:rsidR="007D7487" w:rsidRDefault="00E6407B">
      <w:pPr>
        <w:ind w:firstLine="288"/>
      </w:pPr>
      <w:r>
        <w:rPr>
          <w:rFonts w:cs="Times New Roman"/>
        </w:rPr>
        <w:t>"Then remember this."</w:t>
      </w:r>
    </w:p>
    <w:p w14:paraId="5FE0F2EB" w14:textId="77777777" w:rsidR="007D7487" w:rsidRDefault="00E6407B">
      <w:pPr>
        <w:ind w:firstLine="288"/>
      </w:pPr>
      <w:r>
        <w:rPr>
          <w:rFonts w:cs="Times New Roman"/>
        </w:rPr>
        <w:t>"Do not mistake multiplication for health."</w:t>
      </w:r>
    </w:p>
    <w:p w14:paraId="53D3FC42" w14:textId="77777777" w:rsidR="007D7487" w:rsidRDefault="00E6407B">
      <w:pPr>
        <w:ind w:firstLine="288"/>
      </w:pPr>
      <w:r>
        <w:rPr>
          <w:rFonts w:cs="Times New Roman"/>
        </w:rPr>
        <w:t>Nicodemus looked back toward Joseph's naming.</w:t>
      </w:r>
    </w:p>
    <w:p w14:paraId="0681567B" w14:textId="77777777" w:rsidR="007D7487" w:rsidRDefault="00E6407B">
      <w:pPr>
        <w:ind w:firstLine="288"/>
      </w:pPr>
      <w:r>
        <w:rPr>
          <w:rFonts w:cs="Times New Roman"/>
        </w:rPr>
        <w:t>"Fruitful in affliction—and later fruitful unto himself."</w:t>
      </w:r>
    </w:p>
    <w:p w14:paraId="2ADF72BE" w14:textId="77777777" w:rsidR="007D7487" w:rsidRDefault="00E6407B">
      <w:pPr>
        <w:ind w:firstLine="288"/>
      </w:pPr>
      <w:r>
        <w:rPr>
          <w:rFonts w:cs="Times New Roman"/>
        </w:rPr>
        <w:t>Jesus nodded.</w:t>
      </w:r>
    </w:p>
    <w:p w14:paraId="5941B67E" w14:textId="77777777" w:rsidR="007D7487" w:rsidRDefault="00E6407B">
      <w:pPr>
        <w:ind w:firstLine="288"/>
      </w:pPr>
      <w:r>
        <w:rPr>
          <w:rFonts w:cs="Times New Roman"/>
        </w:rPr>
        <w:t>"The same language of fruit can stand beside very different kinds of faithfulness."</w:t>
      </w:r>
    </w:p>
    <w:p w14:paraId="4902E6F3" w14:textId="77777777" w:rsidR="007D7487" w:rsidRDefault="00E6407B">
      <w:pPr>
        <w:ind w:firstLine="288"/>
      </w:pPr>
      <w:r>
        <w:rPr>
          <w:rFonts w:cs="Times New Roman"/>
        </w:rPr>
        <w:t>The old teacher absorbed the distinction.</w:t>
      </w:r>
    </w:p>
    <w:p w14:paraId="0F62D6B1" w14:textId="77777777" w:rsidR="007D7487" w:rsidRDefault="00E6407B">
      <w:pPr>
        <w:ind w:firstLine="288"/>
      </w:pPr>
      <w:r>
        <w:rPr>
          <w:rFonts w:cs="Times New Roman"/>
        </w:rPr>
        <w:t>Fruitfulness had to be judged by its relation to the One who gave life, not by size alone.</w:t>
      </w:r>
    </w:p>
    <w:p w14:paraId="5DD2F2AE" w14:textId="77777777" w:rsidR="007D7487" w:rsidRDefault="00E6407B">
      <w:pPr>
        <w:ind w:firstLine="288"/>
      </w:pPr>
      <w:r>
        <w:rPr>
          <w:rFonts w:cs="Times New Roman"/>
        </w:rPr>
        <w:t>The sentence landed hard.</w:t>
      </w:r>
    </w:p>
    <w:p w14:paraId="00B4E7C3" w14:textId="77777777" w:rsidR="007D7487" w:rsidRDefault="00E6407B">
      <w:pPr>
        <w:ind w:firstLine="288"/>
      </w:pPr>
      <w:r>
        <w:rPr>
          <w:rFonts w:cs="Times New Roman"/>
        </w:rPr>
        <w:t>"Numbers can grow while faithfulness shrinks."</w:t>
      </w:r>
    </w:p>
    <w:p w14:paraId="372BE28E" w14:textId="77777777" w:rsidR="007D7487" w:rsidRDefault="00E6407B">
      <w:pPr>
        <w:ind w:firstLine="288"/>
      </w:pPr>
      <w:r>
        <w:rPr>
          <w:rFonts w:cs="Times New Roman"/>
        </w:rPr>
        <w:lastRenderedPageBreak/>
        <w:t>"Altars can multiply while worship corrupts."</w:t>
      </w:r>
    </w:p>
    <w:p w14:paraId="299F3CB4" w14:textId="77777777" w:rsidR="007D7487" w:rsidRDefault="00E6407B">
      <w:pPr>
        <w:ind w:firstLine="288"/>
      </w:pPr>
      <w:r>
        <w:rPr>
          <w:rFonts w:cs="Times New Roman"/>
        </w:rPr>
        <w:t>"Influence can increase while the heart turns away."</w:t>
      </w:r>
    </w:p>
    <w:p w14:paraId="5CE87F89" w14:textId="77777777" w:rsidR="007D7487" w:rsidRDefault="00E6407B">
      <w:pPr>
        <w:ind w:firstLine="288"/>
      </w:pPr>
      <w:r>
        <w:rPr>
          <w:rFonts w:cs="Times New Roman"/>
        </w:rPr>
        <w:t>His eyes rested on the Eleven.</w:t>
      </w:r>
    </w:p>
    <w:p w14:paraId="5E7182CF" w14:textId="77777777" w:rsidR="007D7487" w:rsidRDefault="00E6407B">
      <w:pPr>
        <w:ind w:firstLine="288"/>
      </w:pPr>
      <w:r>
        <w:rPr>
          <w:rFonts w:cs="Times New Roman"/>
        </w:rPr>
        <w:t>"The Father is not sending you to multiply your own names."</w:t>
      </w:r>
    </w:p>
    <w:p w14:paraId="43B42973" w14:textId="77777777" w:rsidR="007D7487" w:rsidRDefault="00E6407B">
      <w:pPr>
        <w:ind w:firstLine="288"/>
      </w:pPr>
      <w:r>
        <w:rPr>
          <w:rFonts w:cs="Times New Roman"/>
        </w:rPr>
        <w:t>Peter's face tightened.</w:t>
      </w:r>
    </w:p>
    <w:p w14:paraId="71A6E9FB" w14:textId="77777777" w:rsidR="007D7487" w:rsidRDefault="00E6407B">
      <w:pPr>
        <w:ind w:firstLine="288"/>
      </w:pPr>
      <w:r>
        <w:rPr>
          <w:rFonts w:cs="Times New Roman"/>
        </w:rPr>
        <w:t>Matthew looked down.</w:t>
      </w:r>
    </w:p>
    <w:p w14:paraId="2B6B2DC8" w14:textId="77777777" w:rsidR="007D7487" w:rsidRDefault="00E6407B">
      <w:pPr>
        <w:ind w:firstLine="288"/>
      </w:pPr>
      <w:r>
        <w:rPr>
          <w:rFonts w:cs="Times New Roman"/>
        </w:rPr>
        <w:t>Jesus continued.</w:t>
      </w:r>
    </w:p>
    <w:p w14:paraId="49C82533" w14:textId="77777777" w:rsidR="007D7487" w:rsidRDefault="00E6407B">
      <w:pPr>
        <w:ind w:firstLine="288"/>
      </w:pPr>
      <w:r>
        <w:rPr>
          <w:rFonts w:cs="Times New Roman"/>
        </w:rPr>
        <w:t>"Fruitfulness must remain under the One who gives the life."</w:t>
      </w:r>
    </w:p>
    <w:p w14:paraId="1E4803AD" w14:textId="77777777" w:rsidR="007D7487" w:rsidRDefault="00E6407B">
      <w:pPr>
        <w:ind w:firstLine="288"/>
      </w:pPr>
      <w:r>
        <w:rPr>
          <w:rFonts w:cs="Times New Roman"/>
        </w:rPr>
        <w:t>Nicodemus nodded slowly.</w:t>
      </w:r>
    </w:p>
    <w:p w14:paraId="4BC1B7C6" w14:textId="77777777" w:rsidR="007D7487" w:rsidRDefault="00E6407B">
      <w:pPr>
        <w:ind w:firstLine="288"/>
      </w:pPr>
      <w:r>
        <w:rPr>
          <w:rFonts w:cs="Times New Roman"/>
        </w:rPr>
        <w:t>"Preservation without fruitfulness could become burial."</w:t>
      </w:r>
    </w:p>
    <w:p w14:paraId="61B3FC0C" w14:textId="77777777" w:rsidR="007D7487" w:rsidRDefault="00E6407B">
      <w:pPr>
        <w:ind w:firstLine="288"/>
      </w:pPr>
      <w:r>
        <w:rPr>
          <w:rFonts w:cs="Times New Roman"/>
        </w:rPr>
        <w:t>Jesus looked toward him.</w:t>
      </w:r>
    </w:p>
    <w:p w14:paraId="50D93F63" w14:textId="77777777" w:rsidR="007D7487" w:rsidRDefault="00E6407B">
      <w:pPr>
        <w:ind w:firstLine="288"/>
      </w:pPr>
      <w:r>
        <w:rPr>
          <w:rFonts w:cs="Times New Roman"/>
        </w:rPr>
        <w:t>"And fruitfulness without faithfulness can become corruption."</w:t>
      </w:r>
    </w:p>
    <w:p w14:paraId="39618970" w14:textId="77777777" w:rsidR="007D7487" w:rsidRDefault="00E6407B">
      <w:pPr>
        <w:ind w:firstLine="288"/>
      </w:pPr>
      <w:r>
        <w:rPr>
          <w:rFonts w:cs="Times New Roman"/>
        </w:rPr>
        <w:t>The two functions needed each other.</w:t>
      </w:r>
    </w:p>
    <w:p w14:paraId="6DE26AAC" w14:textId="77777777" w:rsidR="007D7487" w:rsidRDefault="00E6407B">
      <w:pPr>
        <w:ind w:firstLine="288"/>
      </w:pPr>
      <w:r>
        <w:rPr>
          <w:rFonts w:cs="Times New Roman"/>
        </w:rPr>
        <w:t>Not as abstract categories.</w:t>
      </w:r>
    </w:p>
    <w:p w14:paraId="22233249" w14:textId="77777777" w:rsidR="007D7487" w:rsidRDefault="00E6407B">
      <w:pPr>
        <w:ind w:firstLine="288"/>
      </w:pPr>
      <w:r>
        <w:rPr>
          <w:rFonts w:cs="Times New Roman"/>
        </w:rPr>
        <w:t>As a warning.</w:t>
      </w:r>
    </w:p>
    <w:p w14:paraId="3B4CE047" w14:textId="77777777" w:rsidR="007D7487" w:rsidRDefault="00E6407B">
      <w:pPr>
        <w:suppressLineNumbers/>
        <w:spacing w:before="100" w:after="100"/>
        <w:jc w:val="center"/>
      </w:pPr>
      <w:r>
        <w:rPr>
          <w:rFonts w:cs="Times New Roman"/>
          <w:sz w:val="20"/>
        </w:rPr>
        <w:t>* * *</w:t>
      </w:r>
    </w:p>
    <w:p w14:paraId="0F44E1C2" w14:textId="77777777" w:rsidR="007D7487" w:rsidRDefault="00E6407B">
      <w:pPr>
        <w:ind w:firstLine="288"/>
      </w:pPr>
      <w:r>
        <w:rPr>
          <w:rFonts w:cs="Times New Roman"/>
        </w:rPr>
        <w:t>John watched Jesus draw the threads tighter.</w:t>
      </w:r>
    </w:p>
    <w:p w14:paraId="60957A69" w14:textId="77777777" w:rsidR="007D7487" w:rsidRDefault="00E6407B">
      <w:pPr>
        <w:ind w:firstLine="288"/>
      </w:pPr>
      <w:r>
        <w:rPr>
          <w:rFonts w:cs="Times New Roman"/>
        </w:rPr>
        <w:t>"Judah carries the ruler."</w:t>
      </w:r>
    </w:p>
    <w:p w14:paraId="6185EB0E" w14:textId="77777777" w:rsidR="007D7487" w:rsidRDefault="00E6407B">
      <w:pPr>
        <w:ind w:firstLine="288"/>
      </w:pPr>
      <w:r>
        <w:rPr>
          <w:rFonts w:cs="Times New Roman"/>
        </w:rPr>
        <w:t>"Joseph carries the birthright."</w:t>
      </w:r>
    </w:p>
    <w:p w14:paraId="69975AEA" w14:textId="77777777" w:rsidR="007D7487" w:rsidRDefault="00E6407B">
      <w:pPr>
        <w:ind w:firstLine="288"/>
      </w:pPr>
      <w:r>
        <w:rPr>
          <w:rFonts w:cs="Times New Roman"/>
        </w:rPr>
        <w:t>"Manasseh teaches you to watch inheritance survive threatened loss."</w:t>
      </w:r>
    </w:p>
    <w:p w14:paraId="6E87B33F" w14:textId="77777777" w:rsidR="007D7487" w:rsidRDefault="00E6407B">
      <w:pPr>
        <w:ind w:firstLine="288"/>
      </w:pPr>
      <w:r>
        <w:rPr>
          <w:rFonts w:cs="Times New Roman"/>
        </w:rPr>
        <w:t>"Ephraim teaches you fruitfulness, enlargement, and Joshua's movement into inheritance."</w:t>
      </w:r>
    </w:p>
    <w:p w14:paraId="66F47BD5" w14:textId="77777777" w:rsidR="007D7487" w:rsidRDefault="00E6407B">
      <w:pPr>
        <w:ind w:firstLine="288"/>
      </w:pPr>
      <w:r>
        <w:rPr>
          <w:rFonts w:cs="Times New Roman"/>
        </w:rPr>
        <w:t>Jesus looked toward His own hands.</w:t>
      </w:r>
    </w:p>
    <w:p w14:paraId="4C3F95A3" w14:textId="77777777" w:rsidR="007D7487" w:rsidRDefault="00E6407B">
      <w:pPr>
        <w:ind w:firstLine="288"/>
      </w:pPr>
      <w:r>
        <w:rPr>
          <w:rFonts w:cs="Times New Roman"/>
        </w:rPr>
        <w:t>"What did Jacob's crossed hands do?"</w:t>
      </w:r>
    </w:p>
    <w:p w14:paraId="3E5C6056" w14:textId="77777777" w:rsidR="007D7487" w:rsidRDefault="00E6407B">
      <w:pPr>
        <w:ind w:firstLine="288"/>
      </w:pPr>
      <w:r>
        <w:rPr>
          <w:rFonts w:cs="Times New Roman"/>
        </w:rPr>
        <w:t>Peter answered.</w:t>
      </w:r>
    </w:p>
    <w:p w14:paraId="78E8A013" w14:textId="77777777" w:rsidR="007D7487" w:rsidRDefault="00E6407B">
      <w:pPr>
        <w:ind w:firstLine="288"/>
      </w:pPr>
      <w:r>
        <w:rPr>
          <w:rFonts w:cs="Times New Roman"/>
        </w:rPr>
        <w:t>"Placed different blessings upon the two sons."</w:t>
      </w:r>
    </w:p>
    <w:p w14:paraId="0F51FB22" w14:textId="77777777" w:rsidR="007D7487" w:rsidRDefault="00E6407B">
      <w:pPr>
        <w:ind w:firstLine="288"/>
      </w:pPr>
      <w:r>
        <w:rPr>
          <w:rFonts w:cs="Times New Roman"/>
        </w:rPr>
        <w:t>"Did the hands mean the family must remain divided forever?"</w:t>
      </w:r>
    </w:p>
    <w:p w14:paraId="571BEF23" w14:textId="77777777" w:rsidR="007D7487" w:rsidRDefault="00E6407B">
      <w:pPr>
        <w:ind w:firstLine="288"/>
      </w:pPr>
      <w:r>
        <w:rPr>
          <w:rFonts w:cs="Times New Roman"/>
        </w:rPr>
        <w:t>No one answered.</w:t>
      </w:r>
    </w:p>
    <w:p w14:paraId="65B1FCDC" w14:textId="77777777" w:rsidR="007D7487" w:rsidRDefault="00E6407B">
      <w:pPr>
        <w:ind w:firstLine="288"/>
      </w:pPr>
      <w:r>
        <w:rPr>
          <w:rFonts w:cs="Times New Roman"/>
        </w:rPr>
        <w:t>Jesus continued.</w:t>
      </w:r>
    </w:p>
    <w:p w14:paraId="783E7A61" w14:textId="77777777" w:rsidR="007D7487" w:rsidRDefault="00E6407B">
      <w:pPr>
        <w:ind w:firstLine="288"/>
      </w:pPr>
      <w:r>
        <w:rPr>
          <w:rFonts w:cs="Times New Roman"/>
        </w:rPr>
        <w:t>"The Father distributed witnesses through Israel's history."</w:t>
      </w:r>
    </w:p>
    <w:p w14:paraId="0FE9E21D" w14:textId="77777777" w:rsidR="007D7487" w:rsidRDefault="00E6407B">
      <w:pPr>
        <w:ind w:firstLine="288"/>
      </w:pPr>
      <w:r>
        <w:rPr>
          <w:rFonts w:cs="Times New Roman"/>
        </w:rPr>
        <w:t>"Ruler."</w:t>
      </w:r>
    </w:p>
    <w:p w14:paraId="1A942437" w14:textId="77777777" w:rsidR="007D7487" w:rsidRDefault="00E6407B">
      <w:pPr>
        <w:ind w:firstLine="288"/>
      </w:pPr>
      <w:r>
        <w:rPr>
          <w:rFonts w:cs="Times New Roman"/>
        </w:rPr>
        <w:t>"Birthright."</w:t>
      </w:r>
    </w:p>
    <w:p w14:paraId="403E15DE" w14:textId="77777777" w:rsidR="007D7487" w:rsidRDefault="00E6407B">
      <w:pPr>
        <w:ind w:firstLine="288"/>
      </w:pPr>
      <w:r>
        <w:rPr>
          <w:rFonts w:cs="Times New Roman"/>
        </w:rPr>
        <w:t>"Priesthood."</w:t>
      </w:r>
    </w:p>
    <w:p w14:paraId="28D9AEDB" w14:textId="77777777" w:rsidR="007D7487" w:rsidRDefault="00E6407B">
      <w:pPr>
        <w:ind w:firstLine="288"/>
      </w:pPr>
      <w:r>
        <w:rPr>
          <w:rFonts w:cs="Times New Roman"/>
        </w:rPr>
        <w:t>"Preservation."</w:t>
      </w:r>
    </w:p>
    <w:p w14:paraId="4215CCCB" w14:textId="77777777" w:rsidR="007D7487" w:rsidRDefault="00E6407B">
      <w:pPr>
        <w:ind w:firstLine="288"/>
      </w:pPr>
      <w:r>
        <w:rPr>
          <w:rFonts w:cs="Times New Roman"/>
        </w:rPr>
        <w:t>"Fruitfulness."</w:t>
      </w:r>
    </w:p>
    <w:p w14:paraId="595E5B4A" w14:textId="77777777" w:rsidR="007D7487" w:rsidRDefault="00E6407B">
      <w:pPr>
        <w:ind w:firstLine="288"/>
      </w:pPr>
      <w:r>
        <w:rPr>
          <w:rFonts w:cs="Times New Roman"/>
        </w:rPr>
        <w:t>"Land."</w:t>
      </w:r>
    </w:p>
    <w:p w14:paraId="13E11408" w14:textId="77777777" w:rsidR="007D7487" w:rsidRDefault="00E6407B">
      <w:pPr>
        <w:ind w:firstLine="288"/>
      </w:pPr>
      <w:r>
        <w:rPr>
          <w:rFonts w:cs="Times New Roman"/>
        </w:rPr>
        <w:t>"Service."</w:t>
      </w:r>
    </w:p>
    <w:p w14:paraId="3CCA2AD5" w14:textId="77777777" w:rsidR="007D7487" w:rsidRDefault="00E6407B">
      <w:pPr>
        <w:ind w:firstLine="288"/>
      </w:pPr>
      <w:r>
        <w:rPr>
          <w:rFonts w:cs="Times New Roman"/>
        </w:rPr>
        <w:t>"Kingdom."</w:t>
      </w:r>
    </w:p>
    <w:p w14:paraId="32DA0280" w14:textId="77777777" w:rsidR="007D7487" w:rsidRDefault="00E6407B">
      <w:pPr>
        <w:ind w:firstLine="288"/>
      </w:pPr>
      <w:r>
        <w:rPr>
          <w:rFonts w:cs="Times New Roman"/>
        </w:rPr>
        <w:t>He looked around the gathering.</w:t>
      </w:r>
    </w:p>
    <w:p w14:paraId="709EA929" w14:textId="77777777" w:rsidR="007D7487" w:rsidRDefault="00E6407B">
      <w:pPr>
        <w:ind w:firstLine="288"/>
      </w:pPr>
      <w:r>
        <w:rPr>
          <w:rFonts w:cs="Times New Roman"/>
        </w:rPr>
        <w:lastRenderedPageBreak/>
        <w:t>"Do not confuse distribution with contradiction."</w:t>
      </w:r>
    </w:p>
    <w:p w14:paraId="11CC80BC" w14:textId="77777777" w:rsidR="007D7487" w:rsidRDefault="00E6407B">
      <w:pPr>
        <w:ind w:firstLine="288"/>
      </w:pPr>
      <w:r>
        <w:rPr>
          <w:rFonts w:cs="Times New Roman"/>
        </w:rPr>
        <w:t>Nicodemus's eyes were bright.</w:t>
      </w:r>
    </w:p>
    <w:p w14:paraId="6D736311" w14:textId="77777777" w:rsidR="007D7487" w:rsidRDefault="00E6407B">
      <w:pPr>
        <w:ind w:firstLine="288"/>
      </w:pPr>
      <w:r>
        <w:rPr>
          <w:rFonts w:cs="Times New Roman"/>
        </w:rPr>
        <w:t>"So they come together."</w:t>
      </w:r>
    </w:p>
    <w:p w14:paraId="7EAC7AE8" w14:textId="77777777" w:rsidR="007D7487" w:rsidRDefault="00E6407B">
      <w:pPr>
        <w:ind w:firstLine="288"/>
      </w:pPr>
      <w:r>
        <w:rPr>
          <w:rFonts w:cs="Times New Roman"/>
        </w:rPr>
        <w:t>Jesus did not let him leap ahead without grounding it.</w:t>
      </w:r>
    </w:p>
    <w:p w14:paraId="39F420AD" w14:textId="77777777" w:rsidR="007D7487" w:rsidRDefault="00E6407B">
      <w:pPr>
        <w:ind w:firstLine="288"/>
      </w:pPr>
      <w:r>
        <w:rPr>
          <w:rFonts w:cs="Times New Roman"/>
        </w:rPr>
        <w:t>"Where does the prophet show that?"</w:t>
      </w:r>
    </w:p>
    <w:p w14:paraId="65965334" w14:textId="77777777" w:rsidR="007D7487" w:rsidRDefault="00E6407B">
      <w:pPr>
        <w:ind w:firstLine="288"/>
      </w:pPr>
      <w:r>
        <w:rPr>
          <w:rFonts w:cs="Times New Roman"/>
        </w:rPr>
        <w:t>Nicodemus's face changed.</w:t>
      </w:r>
    </w:p>
    <w:p w14:paraId="5302E13C" w14:textId="77777777" w:rsidR="007D7487" w:rsidRDefault="00E6407B">
      <w:pPr>
        <w:ind w:firstLine="288"/>
      </w:pPr>
      <w:r>
        <w:rPr>
          <w:rFonts w:cs="Times New Roman"/>
        </w:rPr>
        <w:t>"Ezekiel."</w:t>
      </w:r>
    </w:p>
    <w:p w14:paraId="3087917D" w14:textId="77777777" w:rsidR="007D7487" w:rsidRDefault="00E6407B">
      <w:pPr>
        <w:ind w:firstLine="288"/>
      </w:pPr>
      <w:r>
        <w:rPr>
          <w:rFonts w:cs="Times New Roman"/>
        </w:rPr>
        <w:t>Jesus smiled.</w:t>
      </w:r>
    </w:p>
    <w:p w14:paraId="5BE54851" w14:textId="77777777" w:rsidR="007D7487" w:rsidRDefault="00E6407B">
      <w:pPr>
        <w:ind w:firstLine="288"/>
      </w:pPr>
      <w:r>
        <w:rPr>
          <w:rFonts w:cs="Times New Roman"/>
        </w:rPr>
        <w:t>"Not yet."</w:t>
      </w:r>
    </w:p>
    <w:p w14:paraId="06143873" w14:textId="77777777" w:rsidR="007D7487" w:rsidRDefault="00E6407B">
      <w:pPr>
        <w:ind w:firstLine="288"/>
      </w:pPr>
      <w:r>
        <w:rPr>
          <w:rFonts w:cs="Times New Roman"/>
        </w:rPr>
        <w:t>Nicodemus blinked.</w:t>
      </w:r>
    </w:p>
    <w:p w14:paraId="50C65244" w14:textId="77777777" w:rsidR="007D7487" w:rsidRDefault="00E6407B">
      <w:pPr>
        <w:ind w:firstLine="288"/>
      </w:pPr>
      <w:r>
        <w:rPr>
          <w:rFonts w:cs="Times New Roman"/>
        </w:rPr>
        <w:t>Peter laughed.</w:t>
      </w:r>
    </w:p>
    <w:p w14:paraId="634EE746" w14:textId="77777777" w:rsidR="007D7487" w:rsidRDefault="00E6407B">
      <w:pPr>
        <w:ind w:firstLine="288"/>
      </w:pPr>
      <w:r>
        <w:rPr>
          <w:rFonts w:cs="Times New Roman"/>
        </w:rPr>
        <w:t>The old teacher looked genuinely disappointed.</w:t>
      </w:r>
    </w:p>
    <w:p w14:paraId="650B49D6" w14:textId="77777777" w:rsidR="007D7487" w:rsidRDefault="00E6407B">
      <w:pPr>
        <w:ind w:firstLine="288"/>
      </w:pPr>
      <w:r>
        <w:rPr>
          <w:rFonts w:cs="Times New Roman"/>
        </w:rPr>
        <w:t>Jesus continued.</w:t>
      </w:r>
    </w:p>
    <w:p w14:paraId="7D1C75AC" w14:textId="77777777" w:rsidR="007D7487" w:rsidRDefault="00E6407B">
      <w:pPr>
        <w:ind w:firstLine="288"/>
      </w:pPr>
      <w:r>
        <w:rPr>
          <w:rFonts w:cs="Times New Roman"/>
        </w:rPr>
        <w:t>"First there is another legal pattern you must remember."</w:t>
      </w:r>
    </w:p>
    <w:p w14:paraId="47DB4D02" w14:textId="77777777" w:rsidR="007D7487" w:rsidRDefault="00E6407B">
      <w:pPr>
        <w:ind w:firstLine="288"/>
      </w:pPr>
      <w:r>
        <w:rPr>
          <w:rFonts w:cs="Times New Roman"/>
        </w:rPr>
        <w:t>Nicodemus sighed.</w:t>
      </w:r>
    </w:p>
    <w:p w14:paraId="43261394" w14:textId="77777777" w:rsidR="007D7487" w:rsidRDefault="00E6407B">
      <w:pPr>
        <w:ind w:firstLine="288"/>
      </w:pPr>
      <w:r>
        <w:rPr>
          <w:rFonts w:cs="Times New Roman"/>
        </w:rPr>
        <w:t>"Of course there is."</w:t>
      </w:r>
    </w:p>
    <w:p w14:paraId="26C9E40B" w14:textId="77777777" w:rsidR="007D7487" w:rsidRDefault="00E6407B">
      <w:pPr>
        <w:ind w:firstLine="288"/>
      </w:pPr>
      <w:r>
        <w:rPr>
          <w:rFonts w:cs="Times New Roman"/>
        </w:rPr>
        <w:t>John glanced toward Jesus.</w:t>
      </w:r>
    </w:p>
    <w:p w14:paraId="2A3E3438" w14:textId="77777777" w:rsidR="007D7487" w:rsidRDefault="00E6407B">
      <w:pPr>
        <w:ind w:firstLine="288"/>
      </w:pPr>
      <w:r>
        <w:rPr>
          <w:rFonts w:cs="Times New Roman"/>
        </w:rPr>
        <w:t>Jesus met his eyes.</w:t>
      </w:r>
    </w:p>
    <w:p w14:paraId="2F6600FE" w14:textId="77777777" w:rsidR="007D7487" w:rsidRDefault="00E6407B">
      <w:pPr>
        <w:ind w:firstLine="288"/>
      </w:pPr>
      <w:r>
        <w:rPr>
          <w:rFonts w:cs="Times New Roman"/>
        </w:rPr>
        <w:t>A smile appeared.</w:t>
      </w:r>
    </w:p>
    <w:p w14:paraId="7740D009" w14:textId="77777777" w:rsidR="007D7487" w:rsidRDefault="00E6407B">
      <w:pPr>
        <w:ind w:firstLine="288"/>
      </w:pPr>
      <w:r>
        <w:rPr>
          <w:rFonts w:cs="Times New Roman"/>
        </w:rPr>
        <w:t>"John, do not worry. He has been waiting three days to finish this conversation."</w:t>
      </w:r>
    </w:p>
    <w:p w14:paraId="0C79D937" w14:textId="77777777" w:rsidR="007D7487" w:rsidRDefault="00E6407B">
      <w:pPr>
        <w:ind w:firstLine="288"/>
      </w:pPr>
      <w:r>
        <w:rPr>
          <w:rFonts w:cs="Times New Roman"/>
        </w:rPr>
        <w:t>The gathering broke into laughter.</w:t>
      </w:r>
    </w:p>
    <w:p w14:paraId="398ED4D8" w14:textId="77777777" w:rsidR="007D7487" w:rsidRDefault="00E6407B">
      <w:pPr>
        <w:ind w:firstLine="288"/>
      </w:pPr>
      <w:r>
        <w:rPr>
          <w:rFonts w:cs="Times New Roman"/>
        </w:rPr>
        <w:t>Nicodemus laughed too, though he looked as though he might object to the arithmetic if given enough time.</w:t>
      </w:r>
    </w:p>
    <w:p w14:paraId="37882F59" w14:textId="77777777" w:rsidR="007D7487" w:rsidRDefault="00E6407B">
      <w:pPr>
        <w:ind w:firstLine="288"/>
      </w:pPr>
      <w:r>
        <w:rPr>
          <w:rFonts w:cs="Times New Roman"/>
        </w:rPr>
        <w:t>Peter leaned toward James.</w:t>
      </w:r>
    </w:p>
    <w:p w14:paraId="7E8D2ABE" w14:textId="77777777" w:rsidR="007D7487" w:rsidRDefault="00E6407B">
      <w:pPr>
        <w:ind w:firstLine="288"/>
      </w:pPr>
      <w:r>
        <w:rPr>
          <w:rFonts w:cs="Times New Roman"/>
        </w:rPr>
        <w:t>"Do not give him enough time."</w:t>
      </w:r>
    </w:p>
    <w:p w14:paraId="08ADAAD2" w14:textId="77777777" w:rsidR="007D7487" w:rsidRDefault="00E6407B">
      <w:pPr>
        <w:suppressLineNumbers/>
        <w:spacing w:before="100" w:after="100"/>
        <w:jc w:val="center"/>
      </w:pPr>
      <w:r>
        <w:rPr>
          <w:rFonts w:cs="Times New Roman"/>
          <w:sz w:val="20"/>
        </w:rPr>
        <w:t>* * *</w:t>
      </w:r>
    </w:p>
    <w:p w14:paraId="097EEE11" w14:textId="77777777" w:rsidR="007D7487" w:rsidRDefault="00E6407B">
      <w:pPr>
        <w:ind w:firstLine="288"/>
      </w:pPr>
      <w:r>
        <w:rPr>
          <w:rFonts w:cs="Times New Roman"/>
        </w:rPr>
        <w:t>Jesus looked out across Galilee.</w:t>
      </w:r>
    </w:p>
    <w:p w14:paraId="657FC95B" w14:textId="77777777" w:rsidR="007D7487" w:rsidRDefault="00E6407B">
      <w:pPr>
        <w:ind w:firstLine="288"/>
      </w:pPr>
      <w:r>
        <w:rPr>
          <w:rFonts w:cs="Times New Roman"/>
        </w:rPr>
        <w:t>"What city nearby did Moses appoint for a man fleeing bloodguilt?"</w:t>
      </w:r>
    </w:p>
    <w:p w14:paraId="725C9753" w14:textId="77777777" w:rsidR="007D7487" w:rsidRDefault="00E6407B">
      <w:pPr>
        <w:ind w:firstLine="288"/>
      </w:pPr>
      <w:r>
        <w:rPr>
          <w:rFonts w:cs="Times New Roman"/>
        </w:rPr>
        <w:t>Nicodemus stopped laughing.</w:t>
      </w:r>
    </w:p>
    <w:p w14:paraId="6526413D" w14:textId="77777777" w:rsidR="007D7487" w:rsidRDefault="00E6407B">
      <w:pPr>
        <w:ind w:firstLine="288"/>
      </w:pPr>
      <w:r>
        <w:rPr>
          <w:rFonts w:cs="Times New Roman"/>
        </w:rPr>
        <w:t>The law returned.</w:t>
      </w:r>
    </w:p>
    <w:p w14:paraId="07A1A531" w14:textId="77777777" w:rsidR="007D7487" w:rsidRDefault="00E6407B">
      <w:pPr>
        <w:ind w:firstLine="288"/>
      </w:pPr>
      <w:r>
        <w:rPr>
          <w:rFonts w:cs="Times New Roman"/>
        </w:rPr>
        <w:t>"Kedesh."</w:t>
      </w:r>
    </w:p>
    <w:p w14:paraId="5F4B0F15" w14:textId="77777777" w:rsidR="007D7487" w:rsidRDefault="00E6407B">
      <w:pPr>
        <w:ind w:firstLine="288"/>
      </w:pPr>
      <w:r>
        <w:rPr>
          <w:rFonts w:cs="Times New Roman"/>
        </w:rPr>
        <w:t>"Where?"</w:t>
      </w:r>
    </w:p>
    <w:p w14:paraId="5D8E8101" w14:textId="77777777" w:rsidR="007D7487" w:rsidRDefault="00E6407B">
      <w:pPr>
        <w:ind w:firstLine="288"/>
      </w:pPr>
      <w:r>
        <w:rPr>
          <w:rFonts w:cs="Times New Roman"/>
        </w:rPr>
        <w:t>"In Galilee. In Naphtali."</w:t>
      </w:r>
    </w:p>
    <w:p w14:paraId="3EF7DE2D" w14:textId="77777777" w:rsidR="007D7487" w:rsidRDefault="00E6407B">
      <w:pPr>
        <w:ind w:firstLine="288"/>
      </w:pPr>
      <w:r>
        <w:rPr>
          <w:rFonts w:cs="Times New Roman"/>
        </w:rPr>
        <w:t>The geography itself became part of the lesson.</w:t>
      </w:r>
    </w:p>
    <w:p w14:paraId="461343E2" w14:textId="77777777" w:rsidR="007D7487" w:rsidRDefault="00E6407B">
      <w:pPr>
        <w:ind w:firstLine="288"/>
      </w:pPr>
      <w:r>
        <w:rPr>
          <w:rFonts w:cs="Times New Roman"/>
        </w:rPr>
        <w:t>Jesus continued.</w:t>
      </w:r>
    </w:p>
    <w:p w14:paraId="6C1FFF47" w14:textId="77777777" w:rsidR="007D7487" w:rsidRDefault="00E6407B">
      <w:pPr>
        <w:ind w:firstLine="288"/>
      </w:pPr>
      <w:r>
        <w:rPr>
          <w:rFonts w:cs="Times New Roman"/>
        </w:rPr>
        <w:t>"And west of Jordan, what other refuge city lay in Joseph's inheritance?"</w:t>
      </w:r>
    </w:p>
    <w:p w14:paraId="22914041" w14:textId="77777777" w:rsidR="007D7487" w:rsidRDefault="00E6407B">
      <w:pPr>
        <w:ind w:firstLine="288"/>
      </w:pPr>
      <w:r>
        <w:rPr>
          <w:rFonts w:cs="Times New Roman"/>
        </w:rPr>
        <w:t>Nicodemus thought.</w:t>
      </w:r>
    </w:p>
    <w:p w14:paraId="395AC206" w14:textId="77777777" w:rsidR="007D7487" w:rsidRDefault="00E6407B">
      <w:pPr>
        <w:ind w:firstLine="288"/>
      </w:pPr>
      <w:r>
        <w:rPr>
          <w:rFonts w:cs="Times New Roman"/>
        </w:rPr>
        <w:t>"Shechem."</w:t>
      </w:r>
    </w:p>
    <w:p w14:paraId="69D233CC" w14:textId="77777777" w:rsidR="007D7487" w:rsidRDefault="00E6407B">
      <w:pPr>
        <w:ind w:firstLine="288"/>
      </w:pPr>
      <w:r>
        <w:rPr>
          <w:rFonts w:cs="Times New Roman"/>
        </w:rPr>
        <w:lastRenderedPageBreak/>
        <w:t>"In mount Ephraim."</w:t>
      </w:r>
    </w:p>
    <w:p w14:paraId="401A0E39" w14:textId="77777777" w:rsidR="007D7487" w:rsidRDefault="00E6407B">
      <w:pPr>
        <w:ind w:firstLine="288"/>
      </w:pPr>
      <w:r>
        <w:rPr>
          <w:rFonts w:cs="Times New Roman"/>
        </w:rPr>
        <w:t>"And east of Jordan?"</w:t>
      </w:r>
    </w:p>
    <w:p w14:paraId="42A076E0" w14:textId="77777777" w:rsidR="007D7487" w:rsidRDefault="00E6407B">
      <w:pPr>
        <w:ind w:firstLine="288"/>
      </w:pPr>
      <w:r>
        <w:rPr>
          <w:rFonts w:cs="Times New Roman"/>
        </w:rPr>
        <w:t>"Golan."</w:t>
      </w:r>
    </w:p>
    <w:p w14:paraId="20FD44DF" w14:textId="77777777" w:rsidR="007D7487" w:rsidRDefault="00E6407B">
      <w:pPr>
        <w:ind w:firstLine="288"/>
      </w:pPr>
      <w:r>
        <w:rPr>
          <w:rFonts w:cs="Times New Roman"/>
        </w:rPr>
        <w:t>"Of Bashan."</w:t>
      </w:r>
    </w:p>
    <w:p w14:paraId="2F47DC28" w14:textId="77777777" w:rsidR="007D7487" w:rsidRDefault="00E6407B">
      <w:pPr>
        <w:ind w:firstLine="288"/>
      </w:pPr>
      <w:r>
        <w:rPr>
          <w:rFonts w:cs="Times New Roman"/>
        </w:rPr>
        <w:t>"Within the territory given to Manasseh."</w:t>
      </w:r>
    </w:p>
    <w:p w14:paraId="72D5A665" w14:textId="77777777" w:rsidR="007D7487" w:rsidRDefault="00E6407B">
      <w:pPr>
        <w:ind w:firstLine="288"/>
      </w:pPr>
      <w:r>
        <w:rPr>
          <w:rFonts w:cs="Times New Roman"/>
        </w:rPr>
        <w:t>John felt the map return.</w:t>
      </w:r>
    </w:p>
    <w:p w14:paraId="095D75EB" w14:textId="77777777" w:rsidR="007D7487" w:rsidRDefault="00E6407B">
      <w:pPr>
        <w:ind w:firstLine="288"/>
      </w:pPr>
      <w:r>
        <w:rPr>
          <w:rFonts w:cs="Times New Roman"/>
        </w:rPr>
        <w:t>Galilee.</w:t>
      </w:r>
    </w:p>
    <w:p w14:paraId="61816A59" w14:textId="77777777" w:rsidR="007D7487" w:rsidRDefault="00E6407B">
      <w:pPr>
        <w:ind w:firstLine="288"/>
      </w:pPr>
      <w:r>
        <w:rPr>
          <w:rFonts w:cs="Times New Roman"/>
        </w:rPr>
        <w:t>Ephraim.</w:t>
      </w:r>
    </w:p>
    <w:p w14:paraId="3CD9B817" w14:textId="77777777" w:rsidR="007D7487" w:rsidRDefault="00E6407B">
      <w:pPr>
        <w:ind w:firstLine="288"/>
      </w:pPr>
      <w:r>
        <w:rPr>
          <w:rFonts w:cs="Times New Roman"/>
        </w:rPr>
        <w:t>Manasseh.</w:t>
      </w:r>
    </w:p>
    <w:p w14:paraId="07782971" w14:textId="77777777" w:rsidR="007D7487" w:rsidRDefault="00E6407B">
      <w:pPr>
        <w:ind w:firstLine="288"/>
      </w:pPr>
      <w:r>
        <w:rPr>
          <w:rFonts w:cs="Times New Roman"/>
        </w:rPr>
        <w:t>Refuge.</w:t>
      </w:r>
    </w:p>
    <w:p w14:paraId="27DA9AC9" w14:textId="77777777" w:rsidR="007D7487" w:rsidRDefault="00E6407B">
      <w:pPr>
        <w:ind w:firstLine="288"/>
      </w:pPr>
      <w:r>
        <w:rPr>
          <w:rFonts w:cs="Times New Roman"/>
        </w:rPr>
        <w:t>Three places tied to territories they had just been discussing.</w:t>
      </w:r>
    </w:p>
    <w:p w14:paraId="0870D67B" w14:textId="77777777" w:rsidR="007D7487" w:rsidRDefault="00E6407B">
      <w:pPr>
        <w:ind w:firstLine="288"/>
      </w:pPr>
      <w:r>
        <w:rPr>
          <w:rFonts w:cs="Times New Roman"/>
        </w:rPr>
        <w:t>Jesus asked:</w:t>
      </w:r>
    </w:p>
    <w:p w14:paraId="6BE0EEC5" w14:textId="77777777" w:rsidR="007D7487" w:rsidRDefault="00E6407B">
      <w:pPr>
        <w:ind w:firstLine="288"/>
      </w:pPr>
      <w:r>
        <w:rPr>
          <w:rFonts w:cs="Times New Roman"/>
        </w:rPr>
        <w:t>Jesus let Moses define the case before anyone built a pattern from it.</w:t>
      </w:r>
    </w:p>
    <w:p w14:paraId="2F34DD59" w14:textId="77777777" w:rsidR="007D7487" w:rsidRDefault="00E6407B">
      <w:pPr>
        <w:ind w:firstLine="288"/>
      </w:pPr>
      <w:r>
        <w:rPr>
          <w:rFonts w:cs="Times New Roman"/>
          <w:i/>
        </w:rPr>
        <w:t>"And among the cities which ye shall give unto the Levites there shall be six cities for refuge, which ye shall appoint for the manslayer, that he may flee thither."</w:t>
      </w:r>
    </w:p>
    <w:p w14:paraId="1A1C7AD2" w14:textId="77777777" w:rsidR="007D7487" w:rsidRDefault="00E6407B">
      <w:pPr>
        <w:ind w:firstLine="288"/>
      </w:pPr>
      <w:r>
        <w:rPr>
          <w:rFonts w:cs="Times New Roman"/>
        </w:rPr>
        <w:t>The city was a lawful provision inside Israel's land order.</w:t>
      </w:r>
    </w:p>
    <w:p w14:paraId="51A09BCF" w14:textId="77777777" w:rsidR="007D7487" w:rsidRDefault="00E6407B">
      <w:pPr>
        <w:ind w:firstLine="288"/>
      </w:pPr>
      <w:r>
        <w:rPr>
          <w:rFonts w:cs="Times New Roman"/>
        </w:rPr>
        <w:t>Not a place where murder became harmless.</w:t>
      </w:r>
    </w:p>
    <w:p w14:paraId="19864605" w14:textId="77777777" w:rsidR="007D7487" w:rsidRDefault="00E6407B">
      <w:pPr>
        <w:ind w:firstLine="288"/>
      </w:pPr>
      <w:r>
        <w:rPr>
          <w:rFonts w:cs="Times New Roman"/>
        </w:rPr>
        <w:t>"Who could flee there?"</w:t>
      </w:r>
    </w:p>
    <w:p w14:paraId="4F38DDEB" w14:textId="77777777" w:rsidR="007D7487" w:rsidRDefault="00E6407B">
      <w:pPr>
        <w:ind w:firstLine="288"/>
      </w:pPr>
      <w:r>
        <w:rPr>
          <w:rFonts w:cs="Times New Roman"/>
        </w:rPr>
        <w:t>Peter answered too broadly.</w:t>
      </w:r>
    </w:p>
    <w:p w14:paraId="53A671BD" w14:textId="77777777" w:rsidR="007D7487" w:rsidRDefault="00E6407B">
      <w:pPr>
        <w:ind w:firstLine="288"/>
      </w:pPr>
      <w:r>
        <w:rPr>
          <w:rFonts w:cs="Times New Roman"/>
        </w:rPr>
        <w:t>"A killer."</w:t>
      </w:r>
    </w:p>
    <w:p w14:paraId="336632AF" w14:textId="77777777" w:rsidR="007D7487" w:rsidRDefault="00E6407B">
      <w:pPr>
        <w:ind w:firstLine="288"/>
      </w:pPr>
      <w:r>
        <w:rPr>
          <w:rFonts w:cs="Times New Roman"/>
        </w:rPr>
        <w:t>Jesus looked at him.</w:t>
      </w:r>
    </w:p>
    <w:p w14:paraId="72B320F0" w14:textId="77777777" w:rsidR="007D7487" w:rsidRDefault="00E6407B">
      <w:pPr>
        <w:ind w:firstLine="288"/>
      </w:pPr>
      <w:r>
        <w:rPr>
          <w:rFonts w:cs="Times New Roman"/>
        </w:rPr>
        <w:t>"What kind?"</w:t>
      </w:r>
    </w:p>
    <w:p w14:paraId="5D038E52" w14:textId="77777777" w:rsidR="007D7487" w:rsidRDefault="00E6407B">
      <w:pPr>
        <w:ind w:firstLine="288"/>
      </w:pPr>
      <w:r>
        <w:rPr>
          <w:rFonts w:cs="Times New Roman"/>
        </w:rPr>
        <w:t>Peter hesitated.</w:t>
      </w:r>
    </w:p>
    <w:p w14:paraId="6C77D8CC" w14:textId="77777777" w:rsidR="007D7487" w:rsidRDefault="00E6407B">
      <w:pPr>
        <w:ind w:firstLine="288"/>
      </w:pPr>
      <w:r>
        <w:rPr>
          <w:rFonts w:cs="Times New Roman"/>
        </w:rPr>
        <w:t>Nicodemus supplied the legal distinction.</w:t>
      </w:r>
    </w:p>
    <w:p w14:paraId="4CC4F15C" w14:textId="77777777" w:rsidR="007D7487" w:rsidRDefault="00E6407B">
      <w:pPr>
        <w:ind w:firstLine="288"/>
      </w:pPr>
      <w:r>
        <w:rPr>
          <w:rFonts w:cs="Times New Roman"/>
        </w:rPr>
        <w:t>"The manslayer who killed without hatred beforehand."</w:t>
      </w:r>
    </w:p>
    <w:p w14:paraId="3A6C3BF3" w14:textId="77777777" w:rsidR="007D7487" w:rsidRDefault="00E6407B">
      <w:pPr>
        <w:ind w:firstLine="288"/>
      </w:pPr>
      <w:r>
        <w:rPr>
          <w:rFonts w:cs="Times New Roman"/>
        </w:rPr>
        <w:t>"Not one who lay in wait."</w:t>
      </w:r>
    </w:p>
    <w:p w14:paraId="6544B7D6" w14:textId="77777777" w:rsidR="007D7487" w:rsidRDefault="00E6407B">
      <w:pPr>
        <w:ind w:firstLine="288"/>
      </w:pPr>
      <w:r>
        <w:rPr>
          <w:rFonts w:cs="Times New Roman"/>
        </w:rPr>
        <w:t>"Not the deliberate murderer."</w:t>
      </w:r>
    </w:p>
    <w:p w14:paraId="184D6F6D" w14:textId="77777777" w:rsidR="007D7487" w:rsidRDefault="00E6407B">
      <w:pPr>
        <w:ind w:firstLine="288"/>
      </w:pPr>
      <w:r>
        <w:rPr>
          <w:rFonts w:cs="Times New Roman"/>
        </w:rPr>
        <w:t>Jesus nodded.</w:t>
      </w:r>
    </w:p>
    <w:p w14:paraId="6DB8648A" w14:textId="77777777" w:rsidR="007D7487" w:rsidRDefault="00E6407B">
      <w:pPr>
        <w:ind w:firstLine="288"/>
      </w:pPr>
      <w:r>
        <w:rPr>
          <w:rFonts w:cs="Times New Roman"/>
        </w:rPr>
        <w:t>"Do not twist Moses."</w:t>
      </w:r>
    </w:p>
    <w:p w14:paraId="55F5E7F6" w14:textId="77777777" w:rsidR="007D7487" w:rsidRDefault="00E6407B">
      <w:pPr>
        <w:ind w:firstLine="288"/>
      </w:pPr>
      <w:r>
        <w:rPr>
          <w:rFonts w:cs="Times New Roman"/>
        </w:rPr>
        <w:t>Peter nodded.</w:t>
      </w:r>
    </w:p>
    <w:p w14:paraId="55D09C83" w14:textId="77777777" w:rsidR="007D7487" w:rsidRDefault="00E6407B">
      <w:pPr>
        <w:ind w:firstLine="288"/>
      </w:pPr>
      <w:r>
        <w:rPr>
          <w:rFonts w:cs="Times New Roman"/>
        </w:rPr>
        <w:t>"The distinction matters."</w:t>
      </w:r>
    </w:p>
    <w:p w14:paraId="3F1126C1" w14:textId="77777777" w:rsidR="007D7487" w:rsidRDefault="00E6407B">
      <w:pPr>
        <w:ind w:firstLine="288"/>
      </w:pPr>
      <w:r>
        <w:rPr>
          <w:rFonts w:cs="Times New Roman"/>
        </w:rPr>
        <w:t>"Yes."</w:t>
      </w:r>
    </w:p>
    <w:p w14:paraId="100899CD" w14:textId="77777777" w:rsidR="007D7487" w:rsidRDefault="00E6407B">
      <w:pPr>
        <w:ind w:firstLine="288"/>
      </w:pPr>
      <w:r>
        <w:rPr>
          <w:rFonts w:cs="Times New Roman"/>
        </w:rPr>
        <w:t>Jesus looked toward Simon.</w:t>
      </w:r>
    </w:p>
    <w:p w14:paraId="3500FF3A" w14:textId="77777777" w:rsidR="007D7487" w:rsidRDefault="00E6407B">
      <w:pPr>
        <w:ind w:firstLine="288"/>
      </w:pPr>
      <w:r>
        <w:rPr>
          <w:rFonts w:cs="Times New Roman"/>
        </w:rPr>
        <w:t>"Did refuge mean blood no longer mattered?"</w:t>
      </w:r>
    </w:p>
    <w:p w14:paraId="024C1EEE" w14:textId="77777777" w:rsidR="007D7487" w:rsidRDefault="00E6407B">
      <w:pPr>
        <w:ind w:firstLine="288"/>
      </w:pPr>
      <w:r>
        <w:rPr>
          <w:rFonts w:cs="Times New Roman"/>
        </w:rPr>
        <w:t>"No."</w:t>
      </w:r>
    </w:p>
    <w:p w14:paraId="3D4B2F2F" w14:textId="77777777" w:rsidR="007D7487" w:rsidRDefault="00E6407B">
      <w:pPr>
        <w:ind w:firstLine="288"/>
      </w:pPr>
      <w:r>
        <w:rPr>
          <w:rFonts w:cs="Times New Roman"/>
        </w:rPr>
        <w:t>"Did the manslayer simply call himself innocent and walk away?"</w:t>
      </w:r>
    </w:p>
    <w:p w14:paraId="085DE3B0" w14:textId="77777777" w:rsidR="007D7487" w:rsidRDefault="00E6407B">
      <w:pPr>
        <w:ind w:firstLine="288"/>
      </w:pPr>
      <w:r>
        <w:rPr>
          <w:rFonts w:cs="Times New Roman"/>
        </w:rPr>
        <w:t>"No."</w:t>
      </w:r>
    </w:p>
    <w:p w14:paraId="14F4979B" w14:textId="77777777" w:rsidR="007D7487" w:rsidRDefault="00E6407B">
      <w:pPr>
        <w:ind w:firstLine="288"/>
      </w:pPr>
      <w:r>
        <w:rPr>
          <w:rFonts w:cs="Times New Roman"/>
        </w:rPr>
        <w:t>"What happened?"</w:t>
      </w:r>
    </w:p>
    <w:p w14:paraId="0668BF6C" w14:textId="77777777" w:rsidR="007D7487" w:rsidRDefault="00E6407B">
      <w:pPr>
        <w:ind w:firstLine="288"/>
      </w:pPr>
      <w:r>
        <w:rPr>
          <w:rFonts w:cs="Times New Roman"/>
        </w:rPr>
        <w:lastRenderedPageBreak/>
        <w:t>Nicodemus answered.</w:t>
      </w:r>
    </w:p>
    <w:p w14:paraId="7B8448DB" w14:textId="77777777" w:rsidR="007D7487" w:rsidRDefault="00E6407B">
      <w:pPr>
        <w:ind w:firstLine="288"/>
      </w:pPr>
      <w:r>
        <w:rPr>
          <w:rFonts w:cs="Times New Roman"/>
        </w:rPr>
        <w:t>"He stood before the congregation for judgment."</w:t>
      </w:r>
    </w:p>
    <w:p w14:paraId="1CEBE35C" w14:textId="77777777" w:rsidR="007D7487" w:rsidRDefault="00E6407B">
      <w:pPr>
        <w:ind w:firstLine="288"/>
      </w:pPr>
      <w:r>
        <w:rPr>
          <w:rFonts w:cs="Times New Roman"/>
        </w:rPr>
        <w:t>Refuge did not bypass judgment.</w:t>
      </w:r>
    </w:p>
    <w:p w14:paraId="207E062F" w14:textId="77777777" w:rsidR="007D7487" w:rsidRDefault="00E6407B">
      <w:pPr>
        <w:ind w:firstLine="288"/>
      </w:pPr>
      <w:r>
        <w:rPr>
          <w:rFonts w:cs="Times New Roman"/>
        </w:rPr>
        <w:t>It protected the accused from private vengeance while the legal distinction between murder and unintentional killing was heard.</w:t>
      </w:r>
    </w:p>
    <w:p w14:paraId="1DBFF0AC" w14:textId="77777777" w:rsidR="007D7487" w:rsidRDefault="00E6407B">
      <w:pPr>
        <w:ind w:firstLine="288"/>
      </w:pPr>
      <w:r>
        <w:rPr>
          <w:rFonts w:cs="Times New Roman"/>
        </w:rPr>
        <w:t>"And if it was determined not to be murder?"</w:t>
      </w:r>
    </w:p>
    <w:p w14:paraId="6780C7C8" w14:textId="77777777" w:rsidR="007D7487" w:rsidRDefault="00E6407B">
      <w:pPr>
        <w:ind w:firstLine="288"/>
      </w:pPr>
      <w:r>
        <w:rPr>
          <w:rFonts w:cs="Times New Roman"/>
        </w:rPr>
        <w:t>"He was returned to the city of refuge."</w:t>
      </w:r>
    </w:p>
    <w:p w14:paraId="527D2091" w14:textId="77777777" w:rsidR="007D7487" w:rsidRDefault="00E6407B">
      <w:pPr>
        <w:ind w:firstLine="288"/>
      </w:pPr>
      <w:r>
        <w:rPr>
          <w:rFonts w:cs="Times New Roman"/>
        </w:rPr>
        <w:t>"For how long?"</w:t>
      </w:r>
    </w:p>
    <w:p w14:paraId="25573D82" w14:textId="77777777" w:rsidR="007D7487" w:rsidRDefault="00E6407B">
      <w:pPr>
        <w:ind w:firstLine="288"/>
      </w:pPr>
      <w:r>
        <w:rPr>
          <w:rFonts w:cs="Times New Roman"/>
        </w:rPr>
        <w:t>Nicodemus opened his mouth.</w:t>
      </w:r>
    </w:p>
    <w:p w14:paraId="1EDF6E1C" w14:textId="77777777" w:rsidR="007D7487" w:rsidRDefault="00E6407B">
      <w:pPr>
        <w:ind w:firstLine="288"/>
      </w:pPr>
      <w:r>
        <w:rPr>
          <w:rFonts w:cs="Times New Roman"/>
        </w:rPr>
        <w:t>Stopped.</w:t>
      </w:r>
    </w:p>
    <w:p w14:paraId="7C8FDF64" w14:textId="77777777" w:rsidR="007D7487" w:rsidRDefault="00E6407B">
      <w:pPr>
        <w:ind w:firstLine="288"/>
      </w:pPr>
      <w:r>
        <w:rPr>
          <w:rFonts w:cs="Times New Roman"/>
        </w:rPr>
        <w:t>The answer was familiar.</w:t>
      </w:r>
    </w:p>
    <w:p w14:paraId="3679FA83" w14:textId="77777777" w:rsidR="007D7487" w:rsidRDefault="00E6407B">
      <w:pPr>
        <w:ind w:firstLine="288"/>
      </w:pPr>
      <w:r>
        <w:rPr>
          <w:rFonts w:cs="Times New Roman"/>
        </w:rPr>
        <w:t>But now, after Melchizedek, it sounded different.</w:t>
      </w:r>
    </w:p>
    <w:p w14:paraId="008C3EBF" w14:textId="77777777" w:rsidR="007D7487" w:rsidRDefault="00E6407B">
      <w:pPr>
        <w:ind w:firstLine="288"/>
      </w:pPr>
      <w:r>
        <w:rPr>
          <w:rFonts w:cs="Times New Roman"/>
        </w:rPr>
        <w:t>"Until..."</w:t>
      </w:r>
    </w:p>
    <w:p w14:paraId="1F4FDFFC" w14:textId="77777777" w:rsidR="007D7487" w:rsidRDefault="00E6407B">
      <w:pPr>
        <w:ind w:firstLine="288"/>
      </w:pPr>
      <w:r>
        <w:rPr>
          <w:rFonts w:cs="Times New Roman"/>
        </w:rPr>
        <w:t>He looked at Jesus.</w:t>
      </w:r>
    </w:p>
    <w:p w14:paraId="56507BAC" w14:textId="77777777" w:rsidR="007D7487" w:rsidRDefault="00E6407B">
      <w:pPr>
        <w:ind w:firstLine="288"/>
      </w:pPr>
      <w:r>
        <w:rPr>
          <w:rFonts w:cs="Times New Roman"/>
        </w:rPr>
        <w:t>"The death of the high priest."</w:t>
      </w:r>
    </w:p>
    <w:p w14:paraId="68A55281" w14:textId="77777777" w:rsidR="007D7487" w:rsidRDefault="00E6407B">
      <w:pPr>
        <w:ind w:firstLine="288"/>
      </w:pPr>
      <w:r>
        <w:rPr>
          <w:rFonts w:cs="Times New Roman"/>
        </w:rPr>
        <w:t>Silence.</w:t>
      </w:r>
    </w:p>
    <w:p w14:paraId="295B1F4B" w14:textId="77777777" w:rsidR="007D7487" w:rsidRDefault="00E6407B">
      <w:pPr>
        <w:ind w:firstLine="288"/>
      </w:pPr>
      <w:r>
        <w:rPr>
          <w:rFonts w:cs="Times New Roman"/>
        </w:rPr>
        <w:t>Peter slowly turned toward him.</w:t>
      </w:r>
    </w:p>
    <w:p w14:paraId="27CC4076" w14:textId="77777777" w:rsidR="007D7487" w:rsidRDefault="00E6407B">
      <w:pPr>
        <w:ind w:firstLine="288"/>
      </w:pPr>
      <w:r>
        <w:rPr>
          <w:rFonts w:cs="Times New Roman"/>
        </w:rPr>
        <w:t>Nicodemus repeated it.</w:t>
      </w:r>
    </w:p>
    <w:p w14:paraId="61D1BBE4" w14:textId="77777777" w:rsidR="007D7487" w:rsidRDefault="00E6407B">
      <w:pPr>
        <w:ind w:firstLine="288"/>
      </w:pPr>
      <w:r>
        <w:rPr>
          <w:rFonts w:cs="Times New Roman"/>
        </w:rPr>
        <w:t>"Until the death of the high priest."</w:t>
      </w:r>
    </w:p>
    <w:p w14:paraId="46220F8A" w14:textId="77777777" w:rsidR="007D7487" w:rsidRDefault="00E6407B">
      <w:pPr>
        <w:ind w:firstLine="288"/>
      </w:pPr>
      <w:r>
        <w:rPr>
          <w:rFonts w:cs="Times New Roman"/>
        </w:rPr>
        <w:t>Nicodemus remembered the wording: "But after the death of the high priest the slayer shall return into the land of his possession."</w:t>
      </w:r>
    </w:p>
    <w:p w14:paraId="23BB08B0" w14:textId="77777777" w:rsidR="007D7487" w:rsidRDefault="00E6407B">
      <w:pPr>
        <w:ind w:firstLine="288"/>
      </w:pPr>
      <w:r>
        <w:rPr>
          <w:rFonts w:cs="Times New Roman"/>
        </w:rPr>
        <w:t>The high priest's death did not make the original death unreal.</w:t>
      </w:r>
    </w:p>
    <w:p w14:paraId="5948FC76" w14:textId="77777777" w:rsidR="007D7487" w:rsidRDefault="00E6407B">
      <w:pPr>
        <w:ind w:firstLine="288"/>
      </w:pPr>
      <w:r>
        <w:rPr>
          <w:rFonts w:cs="Times New Roman"/>
        </w:rPr>
        <w:t>It changed the manslayer's lawful relation to the place from which he had been displaced.</w:t>
      </w:r>
    </w:p>
    <w:p w14:paraId="600A215E" w14:textId="77777777" w:rsidR="007D7487" w:rsidRDefault="00E6407B">
      <w:pPr>
        <w:ind w:firstLine="288"/>
      </w:pPr>
      <w:r>
        <w:rPr>
          <w:rFonts w:cs="Times New Roman"/>
        </w:rPr>
        <w:t>Jesus waited.</w:t>
      </w:r>
    </w:p>
    <w:p w14:paraId="7FAEFF91" w14:textId="77777777" w:rsidR="007D7487" w:rsidRDefault="00E6407B">
      <w:pPr>
        <w:ind w:firstLine="288"/>
      </w:pPr>
      <w:r>
        <w:rPr>
          <w:rFonts w:cs="Times New Roman"/>
        </w:rPr>
        <w:t>"And afterward?"</w:t>
      </w:r>
    </w:p>
    <w:p w14:paraId="778F5782" w14:textId="77777777" w:rsidR="007D7487" w:rsidRDefault="00E6407B">
      <w:pPr>
        <w:ind w:firstLine="288"/>
      </w:pPr>
      <w:r>
        <w:rPr>
          <w:rFonts w:cs="Times New Roman"/>
        </w:rPr>
        <w:t>"He could return."</w:t>
      </w:r>
    </w:p>
    <w:p w14:paraId="511CFD8D" w14:textId="77777777" w:rsidR="007D7487" w:rsidRDefault="00E6407B">
      <w:pPr>
        <w:ind w:firstLine="288"/>
      </w:pPr>
      <w:r>
        <w:rPr>
          <w:rFonts w:cs="Times New Roman"/>
        </w:rPr>
        <w:t>"Where?"</w:t>
      </w:r>
    </w:p>
    <w:p w14:paraId="6037F6A4" w14:textId="77777777" w:rsidR="007D7487" w:rsidRDefault="00E6407B">
      <w:pPr>
        <w:ind w:firstLine="288"/>
      </w:pPr>
      <w:r>
        <w:rPr>
          <w:rFonts w:cs="Times New Roman"/>
        </w:rPr>
        <w:t>"Unto the land of his possession."</w:t>
      </w:r>
    </w:p>
    <w:p w14:paraId="5DFDEB69" w14:textId="77777777" w:rsidR="007D7487" w:rsidRDefault="00E6407B">
      <w:pPr>
        <w:ind w:firstLine="288"/>
      </w:pPr>
      <w:r>
        <w:rPr>
          <w:rFonts w:cs="Times New Roman"/>
        </w:rPr>
        <w:t>No one spoke.</w:t>
      </w:r>
    </w:p>
    <w:p w14:paraId="713D0251" w14:textId="77777777" w:rsidR="007D7487" w:rsidRDefault="00E6407B">
      <w:pPr>
        <w:ind w:firstLine="288"/>
      </w:pPr>
      <w:r>
        <w:rPr>
          <w:rFonts w:cs="Times New Roman"/>
        </w:rPr>
        <w:t>Bloodshed.</w:t>
      </w:r>
    </w:p>
    <w:p w14:paraId="4C8EE233" w14:textId="77777777" w:rsidR="007D7487" w:rsidRDefault="00E6407B">
      <w:pPr>
        <w:ind w:firstLine="288"/>
      </w:pPr>
      <w:r>
        <w:rPr>
          <w:rFonts w:cs="Times New Roman"/>
        </w:rPr>
        <w:t>Displacement.</w:t>
      </w:r>
    </w:p>
    <w:p w14:paraId="20889346" w14:textId="77777777" w:rsidR="007D7487" w:rsidRDefault="00E6407B">
      <w:pPr>
        <w:ind w:firstLine="288"/>
      </w:pPr>
      <w:r>
        <w:rPr>
          <w:rFonts w:cs="Times New Roman"/>
        </w:rPr>
        <w:t>Refuge.</w:t>
      </w:r>
    </w:p>
    <w:p w14:paraId="3286A89E" w14:textId="77777777" w:rsidR="007D7487" w:rsidRDefault="00E6407B">
      <w:pPr>
        <w:ind w:firstLine="288"/>
      </w:pPr>
      <w:r>
        <w:rPr>
          <w:rFonts w:cs="Times New Roman"/>
        </w:rPr>
        <w:t>Preservation.</w:t>
      </w:r>
    </w:p>
    <w:p w14:paraId="72FF741C" w14:textId="77777777" w:rsidR="007D7487" w:rsidRDefault="00E6407B">
      <w:pPr>
        <w:ind w:firstLine="288"/>
      </w:pPr>
      <w:r>
        <w:rPr>
          <w:rFonts w:cs="Times New Roman"/>
        </w:rPr>
        <w:t>The death of the high priest.</w:t>
      </w:r>
    </w:p>
    <w:p w14:paraId="4D1657A6" w14:textId="77777777" w:rsidR="007D7487" w:rsidRDefault="00E6407B">
      <w:pPr>
        <w:ind w:firstLine="288"/>
      </w:pPr>
      <w:r>
        <w:rPr>
          <w:rFonts w:cs="Times New Roman"/>
        </w:rPr>
        <w:t>Return to possession.</w:t>
      </w:r>
    </w:p>
    <w:p w14:paraId="6D2D5059" w14:textId="77777777" w:rsidR="007D7487" w:rsidRDefault="00E6407B">
      <w:pPr>
        <w:ind w:firstLine="288"/>
      </w:pPr>
      <w:r>
        <w:rPr>
          <w:rFonts w:cs="Times New Roman"/>
        </w:rPr>
        <w:t>John looked toward Jesus.</w:t>
      </w:r>
    </w:p>
    <w:p w14:paraId="7E704663" w14:textId="77777777" w:rsidR="007D7487" w:rsidRDefault="00E6407B">
      <w:pPr>
        <w:ind w:firstLine="288"/>
      </w:pPr>
      <w:r>
        <w:rPr>
          <w:rFonts w:cs="Times New Roman"/>
        </w:rPr>
        <w:t>The Man who had died.</w:t>
      </w:r>
    </w:p>
    <w:p w14:paraId="34493F13" w14:textId="77777777" w:rsidR="007D7487" w:rsidRDefault="00E6407B">
      <w:pPr>
        <w:ind w:firstLine="288"/>
      </w:pPr>
      <w:r>
        <w:rPr>
          <w:rFonts w:cs="Times New Roman"/>
        </w:rPr>
        <w:t>The Man who had risen.</w:t>
      </w:r>
    </w:p>
    <w:p w14:paraId="79058029" w14:textId="77777777" w:rsidR="007D7487" w:rsidRDefault="00E6407B">
      <w:pPr>
        <w:ind w:firstLine="288"/>
      </w:pPr>
      <w:r>
        <w:rPr>
          <w:rFonts w:cs="Times New Roman"/>
        </w:rPr>
        <w:lastRenderedPageBreak/>
        <w:t>The Man David called priest forever after Melchizedek.</w:t>
      </w:r>
    </w:p>
    <w:p w14:paraId="631290F0" w14:textId="77777777" w:rsidR="007D7487" w:rsidRDefault="00E6407B">
      <w:pPr>
        <w:ind w:firstLine="288"/>
      </w:pPr>
      <w:r>
        <w:rPr>
          <w:rFonts w:cs="Times New Roman"/>
        </w:rPr>
        <w:t>Nicodemus's breathing became audible again.</w:t>
      </w:r>
    </w:p>
    <w:p w14:paraId="5A4F44B1" w14:textId="77777777" w:rsidR="007D7487" w:rsidRDefault="00E6407B">
      <w:pPr>
        <w:ind w:firstLine="288"/>
      </w:pPr>
      <w:r>
        <w:rPr>
          <w:rFonts w:cs="Times New Roman"/>
        </w:rPr>
        <w:t>Peter heard it.</w:t>
      </w:r>
    </w:p>
    <w:p w14:paraId="2E0B1DA8" w14:textId="77777777" w:rsidR="007D7487" w:rsidRDefault="00E6407B">
      <w:pPr>
        <w:ind w:firstLine="288"/>
      </w:pPr>
      <w:r>
        <w:rPr>
          <w:rFonts w:cs="Times New Roman"/>
        </w:rPr>
        <w:t>"Do not."</w:t>
      </w:r>
    </w:p>
    <w:p w14:paraId="7B7D8A53" w14:textId="77777777" w:rsidR="007D7487" w:rsidRDefault="00E6407B">
      <w:pPr>
        <w:ind w:firstLine="288"/>
      </w:pPr>
      <w:r>
        <w:rPr>
          <w:rFonts w:cs="Times New Roman"/>
        </w:rPr>
        <w:t>Nicodemus held up one finger.</w:t>
      </w:r>
    </w:p>
    <w:p w14:paraId="1A307942" w14:textId="77777777" w:rsidR="007D7487" w:rsidRDefault="00E6407B">
      <w:pPr>
        <w:ind w:firstLine="288"/>
      </w:pPr>
      <w:r>
        <w:rPr>
          <w:rFonts w:cs="Times New Roman"/>
        </w:rPr>
        <w:t>"I have not said anything."</w:t>
      </w:r>
    </w:p>
    <w:p w14:paraId="50A88A0E" w14:textId="77777777" w:rsidR="007D7487" w:rsidRDefault="00E6407B">
      <w:pPr>
        <w:ind w:firstLine="288"/>
      </w:pPr>
      <w:r>
        <w:rPr>
          <w:rFonts w:cs="Times New Roman"/>
        </w:rPr>
        <w:t>"You are about to."</w:t>
      </w:r>
    </w:p>
    <w:p w14:paraId="6CC513F3" w14:textId="77777777" w:rsidR="007D7487" w:rsidRDefault="00E6407B">
      <w:pPr>
        <w:ind w:firstLine="288"/>
      </w:pPr>
      <w:r>
        <w:rPr>
          <w:rFonts w:cs="Times New Roman"/>
        </w:rPr>
        <w:t>Joseph smiled.</w:t>
      </w:r>
    </w:p>
    <w:p w14:paraId="5F9B3B73" w14:textId="77777777" w:rsidR="007D7487" w:rsidRDefault="00E6407B">
      <w:pPr>
        <w:ind w:firstLine="288"/>
      </w:pPr>
      <w:r>
        <w:rPr>
          <w:rFonts w:cs="Times New Roman"/>
        </w:rPr>
        <w:t>Jesus let them laugh, but only for a moment.</w:t>
      </w:r>
    </w:p>
    <w:p w14:paraId="61449373" w14:textId="77777777" w:rsidR="007D7487" w:rsidRDefault="00E6407B">
      <w:pPr>
        <w:ind w:firstLine="288"/>
      </w:pPr>
      <w:r>
        <w:rPr>
          <w:rFonts w:cs="Times New Roman"/>
        </w:rPr>
        <w:t>Then His voice became careful.</w:t>
      </w:r>
    </w:p>
    <w:p w14:paraId="1ED99977" w14:textId="77777777" w:rsidR="007D7487" w:rsidRDefault="00E6407B">
      <w:pPr>
        <w:ind w:firstLine="288"/>
      </w:pPr>
      <w:r>
        <w:rPr>
          <w:rFonts w:cs="Times New Roman"/>
        </w:rPr>
        <w:t>"Numbers speaks of the man who kills without murderous intent."</w:t>
      </w:r>
    </w:p>
    <w:p w14:paraId="1CE13948" w14:textId="77777777" w:rsidR="007D7487" w:rsidRDefault="00E6407B">
      <w:pPr>
        <w:ind w:firstLine="288"/>
      </w:pPr>
      <w:r>
        <w:rPr>
          <w:rFonts w:cs="Times New Roman"/>
        </w:rPr>
        <w:t>He looked around.</w:t>
      </w:r>
    </w:p>
    <w:p w14:paraId="075F4AD6" w14:textId="77777777" w:rsidR="007D7487" w:rsidRDefault="00E6407B">
      <w:pPr>
        <w:ind w:firstLine="288"/>
      </w:pPr>
      <w:r>
        <w:rPr>
          <w:rFonts w:cs="Times New Roman"/>
        </w:rPr>
        <w:t>"Do not say Moses made every sinner an unintentional manslayer."</w:t>
      </w:r>
    </w:p>
    <w:p w14:paraId="6DC6B8C0" w14:textId="77777777" w:rsidR="007D7487" w:rsidRDefault="00E6407B">
      <w:pPr>
        <w:ind w:firstLine="288"/>
      </w:pPr>
      <w:r>
        <w:rPr>
          <w:rFonts w:cs="Times New Roman"/>
        </w:rPr>
        <w:t>"Do not say every detail of the refuge law is a secret description of My cross."</w:t>
      </w:r>
    </w:p>
    <w:p w14:paraId="7BAA82C0" w14:textId="77777777" w:rsidR="007D7487" w:rsidRDefault="00E6407B">
      <w:pPr>
        <w:ind w:firstLine="288"/>
      </w:pPr>
      <w:r>
        <w:rPr>
          <w:rFonts w:cs="Times New Roman"/>
        </w:rPr>
        <w:t>Nicodemus nodded.</w:t>
      </w:r>
    </w:p>
    <w:p w14:paraId="5766FA42" w14:textId="77777777" w:rsidR="007D7487" w:rsidRDefault="00E6407B">
      <w:pPr>
        <w:ind w:firstLine="288"/>
      </w:pPr>
      <w:r>
        <w:rPr>
          <w:rFonts w:cs="Times New Roman"/>
        </w:rPr>
        <w:t>"Let Moses speak about the case Moses gives."</w:t>
      </w:r>
    </w:p>
    <w:p w14:paraId="249B8F38" w14:textId="77777777" w:rsidR="007D7487" w:rsidRDefault="00E6407B">
      <w:pPr>
        <w:ind w:firstLine="288"/>
      </w:pPr>
      <w:r>
        <w:rPr>
          <w:rFonts w:cs="Times New Roman"/>
        </w:rPr>
        <w:t>The guardrail sharpened the pattern rather than weakening it.</w:t>
      </w:r>
    </w:p>
    <w:p w14:paraId="7ED217A1" w14:textId="77777777" w:rsidR="007D7487" w:rsidRDefault="00E6407B">
      <w:pPr>
        <w:ind w:firstLine="288"/>
      </w:pPr>
      <w:r>
        <w:rPr>
          <w:rFonts w:cs="Times New Roman"/>
        </w:rPr>
        <w:t>Jesus continued.</w:t>
      </w:r>
    </w:p>
    <w:p w14:paraId="5CE175D8" w14:textId="77777777" w:rsidR="007D7487" w:rsidRDefault="00E6407B">
      <w:pPr>
        <w:ind w:firstLine="288"/>
      </w:pPr>
      <w:r>
        <w:rPr>
          <w:rFonts w:cs="Times New Roman"/>
        </w:rPr>
        <w:t>"But once Moses has spoken, you may ask what the Father has taught through the law."</w:t>
      </w:r>
    </w:p>
    <w:p w14:paraId="5072D122" w14:textId="77777777" w:rsidR="007D7487" w:rsidRDefault="00E6407B">
      <w:pPr>
        <w:ind w:firstLine="288"/>
      </w:pPr>
      <w:r>
        <w:rPr>
          <w:rFonts w:cs="Times New Roman"/>
        </w:rPr>
        <w:t>"What does bloodguilt do?"</w:t>
      </w:r>
    </w:p>
    <w:p w14:paraId="5FCDF43E" w14:textId="77777777" w:rsidR="007D7487" w:rsidRDefault="00E6407B">
      <w:pPr>
        <w:ind w:firstLine="288"/>
      </w:pPr>
      <w:r>
        <w:rPr>
          <w:rFonts w:cs="Times New Roman"/>
        </w:rPr>
        <w:t>Matthew answered.</w:t>
      </w:r>
    </w:p>
    <w:p w14:paraId="7B1FE821" w14:textId="77777777" w:rsidR="007D7487" w:rsidRDefault="00E6407B">
      <w:pPr>
        <w:ind w:firstLine="288"/>
      </w:pPr>
      <w:r>
        <w:rPr>
          <w:rFonts w:cs="Times New Roman"/>
        </w:rPr>
        <w:t>"It threatens the land."</w:t>
      </w:r>
    </w:p>
    <w:p w14:paraId="121932A0" w14:textId="77777777" w:rsidR="007D7487" w:rsidRDefault="00E6407B">
      <w:pPr>
        <w:ind w:firstLine="288"/>
      </w:pPr>
      <w:r>
        <w:rPr>
          <w:rFonts w:cs="Times New Roman"/>
        </w:rPr>
        <w:t>"Yes."</w:t>
      </w:r>
    </w:p>
    <w:p w14:paraId="6BB7E8AF" w14:textId="77777777" w:rsidR="007D7487" w:rsidRDefault="00E6407B">
      <w:pPr>
        <w:ind w:firstLine="288"/>
      </w:pPr>
      <w:r>
        <w:rPr>
          <w:rFonts w:cs="Times New Roman"/>
        </w:rPr>
        <w:t>"What does refuge provide?"</w:t>
      </w:r>
    </w:p>
    <w:p w14:paraId="09666322" w14:textId="77777777" w:rsidR="007D7487" w:rsidRDefault="00E6407B">
      <w:pPr>
        <w:ind w:firstLine="288"/>
      </w:pPr>
      <w:r>
        <w:rPr>
          <w:rFonts w:cs="Times New Roman"/>
        </w:rPr>
        <w:t>"Preservation while judgment is rightly handled."</w:t>
      </w:r>
    </w:p>
    <w:p w14:paraId="37F5D602" w14:textId="77777777" w:rsidR="007D7487" w:rsidRDefault="00E6407B">
      <w:pPr>
        <w:ind w:firstLine="288"/>
      </w:pPr>
      <w:r>
        <w:rPr>
          <w:rFonts w:cs="Times New Roman"/>
        </w:rPr>
        <w:t>"Yes."</w:t>
      </w:r>
    </w:p>
    <w:p w14:paraId="6D1FEF94" w14:textId="77777777" w:rsidR="007D7487" w:rsidRDefault="00E6407B">
      <w:pPr>
        <w:ind w:firstLine="288"/>
      </w:pPr>
      <w:r>
        <w:rPr>
          <w:rFonts w:cs="Times New Roman"/>
        </w:rPr>
        <w:t>"What changes the man's legal ability to return to his possession?"</w:t>
      </w:r>
    </w:p>
    <w:p w14:paraId="7D36ED55" w14:textId="77777777" w:rsidR="007D7487" w:rsidRDefault="00E6407B">
      <w:pPr>
        <w:ind w:firstLine="288"/>
      </w:pPr>
      <w:r>
        <w:rPr>
          <w:rFonts w:cs="Times New Roman"/>
        </w:rPr>
        <w:t>Nicodemus's voice was quiet.</w:t>
      </w:r>
    </w:p>
    <w:p w14:paraId="3F3BDDB9" w14:textId="77777777" w:rsidR="007D7487" w:rsidRDefault="00E6407B">
      <w:pPr>
        <w:ind w:firstLine="288"/>
      </w:pPr>
      <w:r>
        <w:rPr>
          <w:rFonts w:cs="Times New Roman"/>
        </w:rPr>
        <w:t>"The death of the high priest."</w:t>
      </w:r>
    </w:p>
    <w:p w14:paraId="76B5E82E" w14:textId="77777777" w:rsidR="007D7487" w:rsidRDefault="00E6407B">
      <w:pPr>
        <w:ind w:firstLine="288"/>
      </w:pPr>
      <w:r>
        <w:rPr>
          <w:rFonts w:cs="Times New Roman"/>
        </w:rPr>
        <w:t>Jesus nodded.</w:t>
      </w:r>
    </w:p>
    <w:p w14:paraId="3B993515" w14:textId="77777777" w:rsidR="007D7487" w:rsidRDefault="00E6407B">
      <w:pPr>
        <w:ind w:firstLine="288"/>
      </w:pPr>
      <w:r>
        <w:rPr>
          <w:rFonts w:cs="Times New Roman"/>
        </w:rPr>
        <w:t>"Then remember that pattern."</w:t>
      </w:r>
    </w:p>
    <w:p w14:paraId="7F963094" w14:textId="77777777" w:rsidR="007D7487" w:rsidRDefault="00E6407B">
      <w:pPr>
        <w:ind w:firstLine="288"/>
      </w:pPr>
      <w:r>
        <w:rPr>
          <w:rFonts w:cs="Times New Roman"/>
        </w:rPr>
        <w:t>He did not force the conclusion.</w:t>
      </w:r>
    </w:p>
    <w:p w14:paraId="3FD2A8AF" w14:textId="77777777" w:rsidR="007D7487" w:rsidRDefault="00E6407B">
      <w:pPr>
        <w:ind w:firstLine="288"/>
      </w:pPr>
      <w:r>
        <w:rPr>
          <w:rFonts w:cs="Times New Roman"/>
        </w:rPr>
        <w:t>He let them feel it.</w:t>
      </w:r>
    </w:p>
    <w:p w14:paraId="0F9E126D" w14:textId="77777777" w:rsidR="007D7487" w:rsidRDefault="00E6407B">
      <w:pPr>
        <w:suppressLineNumbers/>
        <w:spacing w:before="100" w:after="100"/>
        <w:jc w:val="center"/>
      </w:pPr>
      <w:r>
        <w:rPr>
          <w:rFonts w:cs="Times New Roman"/>
          <w:sz w:val="20"/>
        </w:rPr>
        <w:t>* * *</w:t>
      </w:r>
    </w:p>
    <w:p w14:paraId="3E3592B3" w14:textId="77777777" w:rsidR="007D7487" w:rsidRDefault="00E6407B">
      <w:pPr>
        <w:ind w:firstLine="288"/>
      </w:pPr>
      <w:r>
        <w:rPr>
          <w:rFonts w:cs="Times New Roman"/>
        </w:rPr>
        <w:t>Mary Magdalene was the one who asked:</w:t>
      </w:r>
    </w:p>
    <w:p w14:paraId="2849B239" w14:textId="77777777" w:rsidR="007D7487" w:rsidRDefault="00E6407B">
      <w:pPr>
        <w:ind w:firstLine="288"/>
      </w:pPr>
      <w:r>
        <w:rPr>
          <w:rFonts w:cs="Times New Roman"/>
        </w:rPr>
        <w:t>"What of what You said from the cross?"</w:t>
      </w:r>
    </w:p>
    <w:p w14:paraId="2E46FC57" w14:textId="77777777" w:rsidR="007D7487" w:rsidRDefault="00E6407B">
      <w:pPr>
        <w:ind w:firstLine="288"/>
      </w:pPr>
      <w:r>
        <w:rPr>
          <w:rFonts w:cs="Times New Roman"/>
        </w:rPr>
        <w:t>John knew immediately.</w:t>
      </w:r>
    </w:p>
    <w:p w14:paraId="744B61F4" w14:textId="77777777" w:rsidR="007D7487" w:rsidRDefault="00E6407B">
      <w:pPr>
        <w:ind w:firstLine="288"/>
      </w:pPr>
      <w:r>
        <w:rPr>
          <w:rFonts w:cs="Times New Roman"/>
        </w:rPr>
        <w:t>Jesus looked toward her.</w:t>
      </w:r>
    </w:p>
    <w:p w14:paraId="0AF9D15E" w14:textId="77777777" w:rsidR="007D7487" w:rsidRDefault="00E6407B">
      <w:pPr>
        <w:ind w:firstLine="288"/>
      </w:pPr>
      <w:r>
        <w:rPr>
          <w:rFonts w:cs="Times New Roman"/>
        </w:rPr>
        <w:lastRenderedPageBreak/>
        <w:t>She whispered:</w:t>
      </w:r>
    </w:p>
    <w:p w14:paraId="2CE1C337" w14:textId="77777777" w:rsidR="007D7487" w:rsidRDefault="00E6407B">
      <w:pPr>
        <w:ind w:firstLine="288"/>
      </w:pPr>
      <w:r>
        <w:rPr>
          <w:rFonts w:cs="Times New Roman"/>
        </w:rPr>
        <w:t>"Father, forgive them."</w:t>
      </w:r>
    </w:p>
    <w:p w14:paraId="6C0AD411" w14:textId="77777777" w:rsidR="007D7487" w:rsidRDefault="00E6407B">
      <w:pPr>
        <w:ind w:firstLine="288"/>
      </w:pPr>
      <w:r>
        <w:rPr>
          <w:rFonts w:cs="Times New Roman"/>
        </w:rPr>
        <w:t>Her voice caught.</w:t>
      </w:r>
    </w:p>
    <w:p w14:paraId="76768E21" w14:textId="77777777" w:rsidR="007D7487" w:rsidRDefault="00E6407B">
      <w:pPr>
        <w:ind w:firstLine="288"/>
      </w:pPr>
      <w:r>
        <w:rPr>
          <w:rFonts w:cs="Times New Roman"/>
        </w:rPr>
        <w:t>"For they know not what they do."</w:t>
      </w:r>
    </w:p>
    <w:p w14:paraId="3D376EDE" w14:textId="77777777" w:rsidR="007D7487" w:rsidRDefault="00E6407B">
      <w:pPr>
        <w:ind w:firstLine="288"/>
      </w:pPr>
      <w:r>
        <w:rPr>
          <w:rFonts w:cs="Times New Roman"/>
        </w:rPr>
        <w:t>John could hear Jesus saying it from above them.</w:t>
      </w:r>
    </w:p>
    <w:p w14:paraId="12A4FD43" w14:textId="77777777" w:rsidR="007D7487" w:rsidRDefault="00E6407B">
      <w:pPr>
        <w:ind w:firstLine="288"/>
      </w:pPr>
      <w:r>
        <w:rPr>
          <w:rFonts w:cs="Times New Roman"/>
        </w:rPr>
        <w:t>Not after the nails were removed.</w:t>
      </w:r>
    </w:p>
    <w:p w14:paraId="5E94B92C" w14:textId="77777777" w:rsidR="007D7487" w:rsidRDefault="00E6407B">
      <w:pPr>
        <w:ind w:firstLine="288"/>
      </w:pPr>
      <w:r>
        <w:rPr>
          <w:rFonts w:cs="Times New Roman"/>
        </w:rPr>
        <w:t>While men were doing it.</w:t>
      </w:r>
    </w:p>
    <w:p w14:paraId="0A90B1EB" w14:textId="77777777" w:rsidR="007D7487" w:rsidRDefault="00E6407B">
      <w:pPr>
        <w:ind w:firstLine="288"/>
      </w:pPr>
      <w:r>
        <w:rPr>
          <w:rFonts w:cs="Times New Roman"/>
        </w:rPr>
        <w:t>Jesus nodded.</w:t>
      </w:r>
    </w:p>
    <w:p w14:paraId="6C062B2E" w14:textId="77777777" w:rsidR="007D7487" w:rsidRDefault="00E6407B">
      <w:pPr>
        <w:ind w:firstLine="288"/>
      </w:pPr>
      <w:r>
        <w:rPr>
          <w:rFonts w:cs="Times New Roman"/>
        </w:rPr>
        <w:t>"What did I call their act?"</w:t>
      </w:r>
    </w:p>
    <w:p w14:paraId="43B3875C" w14:textId="77777777" w:rsidR="007D7487" w:rsidRDefault="00E6407B">
      <w:pPr>
        <w:ind w:firstLine="288"/>
      </w:pPr>
      <w:r>
        <w:rPr>
          <w:rFonts w:cs="Times New Roman"/>
        </w:rPr>
        <w:t>No one answered.</w:t>
      </w:r>
    </w:p>
    <w:p w14:paraId="595CB3CE" w14:textId="77777777" w:rsidR="007D7487" w:rsidRDefault="00E6407B">
      <w:pPr>
        <w:ind w:firstLine="288"/>
      </w:pPr>
      <w:r>
        <w:rPr>
          <w:rFonts w:cs="Times New Roman"/>
        </w:rPr>
        <w:t>Jesus did not permit mercy to rename evil.</w:t>
      </w:r>
    </w:p>
    <w:p w14:paraId="546AC871" w14:textId="77777777" w:rsidR="007D7487" w:rsidRDefault="00E6407B">
      <w:pPr>
        <w:ind w:firstLine="288"/>
      </w:pPr>
      <w:r>
        <w:rPr>
          <w:rFonts w:cs="Times New Roman"/>
        </w:rPr>
        <w:t>"I did not say the violence was righteous."</w:t>
      </w:r>
    </w:p>
    <w:p w14:paraId="1F987264" w14:textId="77777777" w:rsidR="007D7487" w:rsidRDefault="00E6407B">
      <w:pPr>
        <w:ind w:firstLine="288"/>
      </w:pPr>
      <w:r>
        <w:rPr>
          <w:rFonts w:cs="Times New Roman"/>
        </w:rPr>
        <w:t>"I did not say false accusation became justice because the Father would use the cross."</w:t>
      </w:r>
    </w:p>
    <w:p w14:paraId="366929EA" w14:textId="77777777" w:rsidR="007D7487" w:rsidRDefault="00E6407B">
      <w:pPr>
        <w:ind w:firstLine="288"/>
      </w:pPr>
      <w:r>
        <w:rPr>
          <w:rFonts w:cs="Times New Roman"/>
        </w:rPr>
        <w:t>"I prayed for mercy while they were sinning."</w:t>
      </w:r>
    </w:p>
    <w:p w14:paraId="7B79C9B3" w14:textId="77777777" w:rsidR="007D7487" w:rsidRDefault="00E6407B">
      <w:pPr>
        <w:ind w:firstLine="288"/>
      </w:pPr>
      <w:r>
        <w:rPr>
          <w:rFonts w:cs="Times New Roman"/>
        </w:rPr>
        <w:t>Matthew looked toward the refuge discussion.</w:t>
      </w:r>
    </w:p>
    <w:p w14:paraId="0A3BD41D" w14:textId="77777777" w:rsidR="007D7487" w:rsidRDefault="00E6407B">
      <w:pPr>
        <w:ind w:firstLine="288"/>
      </w:pPr>
      <w:r>
        <w:rPr>
          <w:rFonts w:cs="Times New Roman"/>
        </w:rPr>
        <w:t>"Ignorance."</w:t>
      </w:r>
    </w:p>
    <w:p w14:paraId="34450838" w14:textId="77777777" w:rsidR="007D7487" w:rsidRDefault="00E6407B">
      <w:pPr>
        <w:ind w:firstLine="288"/>
      </w:pPr>
      <w:r>
        <w:rPr>
          <w:rFonts w:cs="Times New Roman"/>
        </w:rPr>
        <w:t>Jesus nodded.</w:t>
      </w:r>
    </w:p>
    <w:p w14:paraId="57592236" w14:textId="77777777" w:rsidR="007D7487" w:rsidRDefault="00E6407B">
      <w:pPr>
        <w:ind w:firstLine="288"/>
      </w:pPr>
      <w:r>
        <w:rPr>
          <w:rFonts w:cs="Times New Roman"/>
        </w:rPr>
        <w:t>"Some acted in ignorance."</w:t>
      </w:r>
    </w:p>
    <w:p w14:paraId="1182519A" w14:textId="77777777" w:rsidR="007D7487" w:rsidRDefault="00E6407B">
      <w:pPr>
        <w:ind w:firstLine="288"/>
      </w:pPr>
      <w:r>
        <w:rPr>
          <w:rFonts w:cs="Times New Roman"/>
        </w:rPr>
        <w:t>Ignorance could matter without becoming innocence.</w:t>
      </w:r>
    </w:p>
    <w:p w14:paraId="4F814E92" w14:textId="77777777" w:rsidR="007D7487" w:rsidRDefault="00E6407B">
      <w:pPr>
        <w:ind w:firstLine="288"/>
      </w:pPr>
      <w:r>
        <w:rPr>
          <w:rFonts w:cs="Times New Roman"/>
        </w:rPr>
        <w:t>Mercy could be prayed for without calling injustice righteous.</w:t>
      </w:r>
    </w:p>
    <w:p w14:paraId="2EB017C6" w14:textId="77777777" w:rsidR="007D7487" w:rsidRDefault="00E6407B">
      <w:pPr>
        <w:ind w:firstLine="288"/>
      </w:pPr>
      <w:r>
        <w:rPr>
          <w:rFonts w:cs="Times New Roman"/>
        </w:rPr>
        <w:t>"Others acted with different measures of knowledge and hatred."</w:t>
      </w:r>
    </w:p>
    <w:p w14:paraId="348CCD83" w14:textId="77777777" w:rsidR="007D7487" w:rsidRDefault="00E6407B">
      <w:pPr>
        <w:ind w:firstLine="288"/>
      </w:pPr>
      <w:r>
        <w:rPr>
          <w:rFonts w:cs="Times New Roman"/>
        </w:rPr>
        <w:t>He looked toward Nicodemus.</w:t>
      </w:r>
    </w:p>
    <w:p w14:paraId="18B4F87A" w14:textId="77777777" w:rsidR="007D7487" w:rsidRDefault="00E6407B">
      <w:pPr>
        <w:ind w:firstLine="288"/>
      </w:pPr>
      <w:r>
        <w:rPr>
          <w:rFonts w:cs="Times New Roman"/>
        </w:rPr>
        <w:t>"Do not force every participant into one legal category."</w:t>
      </w:r>
    </w:p>
    <w:p w14:paraId="71AD2AA5" w14:textId="77777777" w:rsidR="007D7487" w:rsidRDefault="00E6407B">
      <w:pPr>
        <w:ind w:firstLine="288"/>
      </w:pPr>
      <w:r>
        <w:rPr>
          <w:rFonts w:cs="Times New Roman"/>
        </w:rPr>
        <w:t>Nicodemus nodded.</w:t>
      </w:r>
    </w:p>
    <w:p w14:paraId="1B4A0357" w14:textId="77777777" w:rsidR="007D7487" w:rsidRDefault="00E6407B">
      <w:pPr>
        <w:ind w:firstLine="288"/>
      </w:pPr>
      <w:r>
        <w:rPr>
          <w:rFonts w:cs="Times New Roman"/>
        </w:rPr>
        <w:t>"But neither should you miss that Moses already taught Israel to distinguish deliberate murder from blood shed without prior hatred."</w:t>
      </w:r>
    </w:p>
    <w:p w14:paraId="016EDCC7" w14:textId="77777777" w:rsidR="007D7487" w:rsidRDefault="00E6407B">
      <w:pPr>
        <w:ind w:firstLine="288"/>
      </w:pPr>
      <w:r>
        <w:rPr>
          <w:rFonts w:cs="Times New Roman"/>
        </w:rPr>
        <w:t>The law had categories.</w:t>
      </w:r>
    </w:p>
    <w:p w14:paraId="15186C4D" w14:textId="77777777" w:rsidR="007D7487" w:rsidRDefault="00E6407B">
      <w:pPr>
        <w:ind w:firstLine="288"/>
      </w:pPr>
      <w:r>
        <w:rPr>
          <w:rFonts w:cs="Times New Roman"/>
        </w:rPr>
        <w:t>Mercy did not erase law.</w:t>
      </w:r>
    </w:p>
    <w:p w14:paraId="64FF8DAE" w14:textId="77777777" w:rsidR="007D7487" w:rsidRDefault="00E6407B">
      <w:pPr>
        <w:ind w:firstLine="288"/>
      </w:pPr>
      <w:r>
        <w:rPr>
          <w:rFonts w:cs="Times New Roman"/>
        </w:rPr>
        <w:t>Law did not erase mercy.</w:t>
      </w:r>
    </w:p>
    <w:p w14:paraId="3AEB2B09" w14:textId="77777777" w:rsidR="007D7487" w:rsidRDefault="00E6407B">
      <w:pPr>
        <w:ind w:firstLine="288"/>
      </w:pPr>
      <w:r>
        <w:rPr>
          <w:rFonts w:cs="Times New Roman"/>
        </w:rPr>
        <w:t>Jesus continued.</w:t>
      </w:r>
    </w:p>
    <w:p w14:paraId="6ADEB9C1" w14:textId="77777777" w:rsidR="007D7487" w:rsidRDefault="00E6407B">
      <w:pPr>
        <w:ind w:firstLine="288"/>
      </w:pPr>
      <w:r>
        <w:rPr>
          <w:rFonts w:cs="Times New Roman"/>
        </w:rPr>
        <w:t>"And the refuge did not call blood harmless."</w:t>
      </w:r>
    </w:p>
    <w:p w14:paraId="7D8917DF" w14:textId="77777777" w:rsidR="007D7487" w:rsidRDefault="00E6407B">
      <w:pPr>
        <w:ind w:firstLine="288"/>
      </w:pPr>
      <w:r>
        <w:rPr>
          <w:rFonts w:cs="Times New Roman"/>
        </w:rPr>
        <w:t>"No," Nicodemus said.</w:t>
      </w:r>
    </w:p>
    <w:p w14:paraId="0F65C279" w14:textId="77777777" w:rsidR="007D7487" w:rsidRDefault="00E6407B">
      <w:pPr>
        <w:ind w:firstLine="288"/>
      </w:pPr>
      <w:r>
        <w:rPr>
          <w:rFonts w:cs="Times New Roman"/>
        </w:rPr>
        <w:t>"It provided a lawful place of preservation."</w:t>
      </w:r>
    </w:p>
    <w:p w14:paraId="4DE24431" w14:textId="77777777" w:rsidR="007D7487" w:rsidRDefault="00E6407B">
      <w:pPr>
        <w:ind w:firstLine="288"/>
      </w:pPr>
      <w:r>
        <w:rPr>
          <w:rFonts w:cs="Times New Roman"/>
        </w:rPr>
        <w:t>"Until..."</w:t>
      </w:r>
    </w:p>
    <w:p w14:paraId="7C5EFA64" w14:textId="77777777" w:rsidR="007D7487" w:rsidRDefault="00E6407B">
      <w:pPr>
        <w:ind w:firstLine="288"/>
      </w:pPr>
      <w:r>
        <w:rPr>
          <w:rFonts w:cs="Times New Roman"/>
        </w:rPr>
        <w:t>Peter stopped before saying it.</w:t>
      </w:r>
    </w:p>
    <w:p w14:paraId="62B8D26D" w14:textId="77777777" w:rsidR="007D7487" w:rsidRDefault="00E6407B">
      <w:pPr>
        <w:ind w:firstLine="288"/>
      </w:pPr>
      <w:r>
        <w:rPr>
          <w:rFonts w:cs="Times New Roman"/>
        </w:rPr>
        <w:t>Jesus looked toward him.</w:t>
      </w:r>
    </w:p>
    <w:p w14:paraId="676D826D" w14:textId="77777777" w:rsidR="007D7487" w:rsidRDefault="00E6407B">
      <w:pPr>
        <w:ind w:firstLine="288"/>
      </w:pPr>
      <w:r>
        <w:rPr>
          <w:rFonts w:cs="Times New Roman"/>
        </w:rPr>
        <w:t>Peter finished.</w:t>
      </w:r>
    </w:p>
    <w:p w14:paraId="6F317FD6" w14:textId="77777777" w:rsidR="007D7487" w:rsidRDefault="00E6407B">
      <w:pPr>
        <w:ind w:firstLine="288"/>
      </w:pPr>
      <w:r>
        <w:rPr>
          <w:rFonts w:cs="Times New Roman"/>
        </w:rPr>
        <w:t>"The death of the high priest."</w:t>
      </w:r>
    </w:p>
    <w:p w14:paraId="590238B1" w14:textId="77777777" w:rsidR="007D7487" w:rsidRDefault="00E6407B">
      <w:pPr>
        <w:ind w:firstLine="288"/>
      </w:pPr>
      <w:r>
        <w:rPr>
          <w:rFonts w:cs="Times New Roman"/>
        </w:rPr>
        <w:lastRenderedPageBreak/>
        <w:t>The phrase had changed.</w:t>
      </w:r>
    </w:p>
    <w:p w14:paraId="4545B332" w14:textId="77777777" w:rsidR="007D7487" w:rsidRDefault="00E6407B">
      <w:pPr>
        <w:suppressLineNumbers/>
        <w:spacing w:before="100" w:after="100"/>
        <w:jc w:val="center"/>
      </w:pPr>
      <w:r>
        <w:rPr>
          <w:rFonts w:cs="Times New Roman"/>
          <w:sz w:val="20"/>
        </w:rPr>
        <w:t>* * *</w:t>
      </w:r>
    </w:p>
    <w:p w14:paraId="1DF8574A" w14:textId="77777777" w:rsidR="007D7487" w:rsidRDefault="00E6407B">
      <w:pPr>
        <w:ind w:firstLine="288"/>
      </w:pPr>
      <w:r>
        <w:rPr>
          <w:rFonts w:cs="Times New Roman"/>
        </w:rPr>
        <w:t>Joseph looked toward Jesus.</w:t>
      </w:r>
    </w:p>
    <w:p w14:paraId="5B39685B" w14:textId="77777777" w:rsidR="007D7487" w:rsidRDefault="00E6407B">
      <w:pPr>
        <w:ind w:firstLine="288"/>
      </w:pPr>
      <w:r>
        <w:rPr>
          <w:rFonts w:cs="Times New Roman"/>
        </w:rPr>
        <w:t>"You are not of Levi."</w:t>
      </w:r>
    </w:p>
    <w:p w14:paraId="446546EC" w14:textId="77777777" w:rsidR="007D7487" w:rsidRDefault="00E6407B">
      <w:pPr>
        <w:ind w:firstLine="288"/>
      </w:pPr>
      <w:r>
        <w:rPr>
          <w:rFonts w:cs="Times New Roman"/>
        </w:rPr>
        <w:t>"No."</w:t>
      </w:r>
    </w:p>
    <w:p w14:paraId="7C5E99BB" w14:textId="77777777" w:rsidR="007D7487" w:rsidRDefault="00E6407B">
      <w:pPr>
        <w:ind w:firstLine="288"/>
      </w:pPr>
      <w:r>
        <w:rPr>
          <w:rFonts w:cs="Times New Roman"/>
        </w:rPr>
        <w:t>"Not of Aaron."</w:t>
      </w:r>
    </w:p>
    <w:p w14:paraId="543C9E82" w14:textId="77777777" w:rsidR="007D7487" w:rsidRDefault="00E6407B">
      <w:pPr>
        <w:ind w:firstLine="288"/>
      </w:pPr>
      <w:r>
        <w:rPr>
          <w:rFonts w:cs="Times New Roman"/>
        </w:rPr>
        <w:t>"No."</w:t>
      </w:r>
    </w:p>
    <w:p w14:paraId="3499B991" w14:textId="77777777" w:rsidR="007D7487" w:rsidRDefault="00E6407B">
      <w:pPr>
        <w:ind w:firstLine="288"/>
      </w:pPr>
      <w:r>
        <w:rPr>
          <w:rFonts w:cs="Times New Roman"/>
        </w:rPr>
        <w:t>"Yet David calls his Lord priest forever."</w:t>
      </w:r>
    </w:p>
    <w:p w14:paraId="0870CF70" w14:textId="77777777" w:rsidR="007D7487" w:rsidRDefault="00E6407B">
      <w:pPr>
        <w:ind w:firstLine="288"/>
      </w:pPr>
      <w:r>
        <w:rPr>
          <w:rFonts w:cs="Times New Roman"/>
        </w:rPr>
        <w:t>"Yes."</w:t>
      </w:r>
    </w:p>
    <w:p w14:paraId="6AD2B468" w14:textId="77777777" w:rsidR="007D7487" w:rsidRDefault="00E6407B">
      <w:pPr>
        <w:ind w:firstLine="288"/>
      </w:pPr>
      <w:r>
        <w:rPr>
          <w:rFonts w:cs="Times New Roman"/>
        </w:rPr>
        <w:t>Joseph looked toward Nicodemus.</w:t>
      </w:r>
    </w:p>
    <w:p w14:paraId="305FE6E1" w14:textId="77777777" w:rsidR="007D7487" w:rsidRDefault="00E6407B">
      <w:pPr>
        <w:ind w:firstLine="288"/>
      </w:pPr>
      <w:r>
        <w:rPr>
          <w:rFonts w:cs="Times New Roman"/>
        </w:rPr>
        <w:t>"Then if the pattern of refuge waits upon the death of the high priest..."</w:t>
      </w:r>
    </w:p>
    <w:p w14:paraId="6A290B32" w14:textId="77777777" w:rsidR="007D7487" w:rsidRDefault="00E6407B">
      <w:pPr>
        <w:ind w:firstLine="288"/>
      </w:pPr>
      <w:r>
        <w:rPr>
          <w:rFonts w:cs="Times New Roman"/>
        </w:rPr>
        <w:t>His throat tightened.</w:t>
      </w:r>
    </w:p>
    <w:p w14:paraId="439F659D" w14:textId="77777777" w:rsidR="007D7487" w:rsidRDefault="00E6407B">
      <w:pPr>
        <w:ind w:firstLine="288"/>
      </w:pPr>
      <w:r>
        <w:rPr>
          <w:rFonts w:cs="Times New Roman"/>
        </w:rPr>
        <w:t>He did not finish.</w:t>
      </w:r>
    </w:p>
    <w:p w14:paraId="550A19D1" w14:textId="77777777" w:rsidR="007D7487" w:rsidRDefault="00E6407B">
      <w:pPr>
        <w:ind w:firstLine="288"/>
      </w:pPr>
      <w:r>
        <w:rPr>
          <w:rFonts w:cs="Times New Roman"/>
        </w:rPr>
        <w:t>Nicodemus did.</w:t>
      </w:r>
    </w:p>
    <w:p w14:paraId="7F8D4256" w14:textId="77777777" w:rsidR="007D7487" w:rsidRDefault="00E6407B">
      <w:pPr>
        <w:ind w:firstLine="288"/>
      </w:pPr>
      <w:r>
        <w:rPr>
          <w:rFonts w:cs="Times New Roman"/>
        </w:rPr>
        <w:t>"...and the promised King is also Priest..."</w:t>
      </w:r>
    </w:p>
    <w:p w14:paraId="6936CE28" w14:textId="77777777" w:rsidR="007D7487" w:rsidRDefault="00E6407B">
      <w:pPr>
        <w:ind w:firstLine="288"/>
      </w:pPr>
      <w:r>
        <w:rPr>
          <w:rFonts w:cs="Times New Roman"/>
        </w:rPr>
        <w:t>Then he stopped too.</w:t>
      </w:r>
    </w:p>
    <w:p w14:paraId="768FCA8A" w14:textId="77777777" w:rsidR="007D7487" w:rsidRDefault="00E6407B">
      <w:pPr>
        <w:ind w:firstLine="288"/>
      </w:pPr>
      <w:r>
        <w:rPr>
          <w:rFonts w:cs="Times New Roman"/>
        </w:rPr>
        <w:t>Jesus allowed the unfinished thought to remain.</w:t>
      </w:r>
    </w:p>
    <w:p w14:paraId="055A1390" w14:textId="77777777" w:rsidR="007D7487" w:rsidRDefault="00E6407B">
      <w:pPr>
        <w:ind w:firstLine="288"/>
      </w:pPr>
      <w:r>
        <w:rPr>
          <w:rFonts w:cs="Times New Roman"/>
        </w:rPr>
        <w:t>Jesus lifted one hand.</w:t>
      </w:r>
    </w:p>
    <w:p w14:paraId="6BAD1F80" w14:textId="77777777" w:rsidR="007D7487" w:rsidRDefault="00E6407B">
      <w:pPr>
        <w:ind w:firstLine="288"/>
      </w:pPr>
      <w:r>
        <w:rPr>
          <w:rFonts w:cs="Times New Roman"/>
        </w:rPr>
        <w:t>"Do not run beyond what has been written."</w:t>
      </w:r>
    </w:p>
    <w:p w14:paraId="6B9E676F" w14:textId="77777777" w:rsidR="007D7487" w:rsidRDefault="00E6407B">
      <w:pPr>
        <w:ind w:firstLine="288"/>
      </w:pPr>
      <w:r>
        <w:rPr>
          <w:rFonts w:cs="Times New Roman"/>
        </w:rPr>
        <w:t>"Numbers gives you refuge and the death of the high priest. David gives you a Priest for ever after the order of Melchizedek. Let each passage stand before you. Do not make one say everything the other says."</w:t>
      </w:r>
    </w:p>
    <w:p w14:paraId="36F309EE" w14:textId="77777777" w:rsidR="007D7487" w:rsidRDefault="00E6407B">
      <w:pPr>
        <w:ind w:firstLine="288"/>
      </w:pPr>
      <w:r>
        <w:rPr>
          <w:rFonts w:cs="Times New Roman"/>
        </w:rPr>
        <w:t>Jesus looked toward Joseph.</w:t>
      </w:r>
    </w:p>
    <w:p w14:paraId="24D0CC00" w14:textId="77777777" w:rsidR="007D7487" w:rsidRDefault="00E6407B">
      <w:pPr>
        <w:ind w:firstLine="288"/>
      </w:pPr>
      <w:r>
        <w:rPr>
          <w:rFonts w:cs="Times New Roman"/>
        </w:rPr>
        <w:t>"What happened after the high priest died in Moses' law?"</w:t>
      </w:r>
    </w:p>
    <w:p w14:paraId="792EDBFC" w14:textId="77777777" w:rsidR="007D7487" w:rsidRDefault="00E6407B">
      <w:pPr>
        <w:ind w:firstLine="288"/>
      </w:pPr>
      <w:r>
        <w:rPr>
          <w:rFonts w:cs="Times New Roman"/>
        </w:rPr>
        <w:t>"The man returned to his possession."</w:t>
      </w:r>
    </w:p>
    <w:p w14:paraId="15BA5766" w14:textId="77777777" w:rsidR="007D7487" w:rsidRDefault="00E6407B">
      <w:pPr>
        <w:ind w:firstLine="288"/>
      </w:pPr>
      <w:r>
        <w:rPr>
          <w:rFonts w:cs="Times New Roman"/>
        </w:rPr>
        <w:t>"And after My death?"</w:t>
      </w:r>
    </w:p>
    <w:p w14:paraId="28B7997B" w14:textId="77777777" w:rsidR="007D7487" w:rsidRDefault="00E6407B">
      <w:pPr>
        <w:ind w:firstLine="288"/>
      </w:pPr>
      <w:r>
        <w:rPr>
          <w:rFonts w:cs="Times New Roman"/>
        </w:rPr>
        <w:t>Joseph looked at the risen Jesus.</w:t>
      </w:r>
    </w:p>
    <w:p w14:paraId="2687CAB8" w14:textId="77777777" w:rsidR="007D7487" w:rsidRDefault="00E6407B">
      <w:pPr>
        <w:ind w:firstLine="288"/>
      </w:pPr>
      <w:r>
        <w:rPr>
          <w:rFonts w:cs="Times New Roman"/>
        </w:rPr>
        <w:t>The question was too large to answer with one word.</w:t>
      </w:r>
    </w:p>
    <w:p w14:paraId="4278AFD0" w14:textId="77777777" w:rsidR="007D7487" w:rsidRDefault="00E6407B">
      <w:pPr>
        <w:ind w:firstLine="288"/>
      </w:pPr>
      <w:r>
        <w:rPr>
          <w:rFonts w:cs="Times New Roman"/>
        </w:rPr>
        <w:t>Jesus did not ask him to.</w:t>
      </w:r>
    </w:p>
    <w:p w14:paraId="2AFD9688" w14:textId="77777777" w:rsidR="007D7487" w:rsidRDefault="00E6407B">
      <w:pPr>
        <w:ind w:firstLine="288"/>
      </w:pPr>
      <w:r>
        <w:rPr>
          <w:rFonts w:cs="Times New Roman"/>
        </w:rPr>
        <w:t>"Keep the pattern."</w:t>
      </w:r>
    </w:p>
    <w:p w14:paraId="5D849C52" w14:textId="77777777" w:rsidR="007D7487" w:rsidRDefault="00E6407B">
      <w:pPr>
        <w:ind w:firstLine="288"/>
      </w:pPr>
      <w:r>
        <w:rPr>
          <w:rFonts w:cs="Times New Roman"/>
        </w:rPr>
        <w:t>"Let the legal case remain the legal case."</w:t>
      </w:r>
    </w:p>
    <w:p w14:paraId="436DE97A" w14:textId="77777777" w:rsidR="007D7487" w:rsidRDefault="00E6407B">
      <w:pPr>
        <w:ind w:firstLine="288"/>
      </w:pPr>
      <w:r>
        <w:rPr>
          <w:rFonts w:cs="Times New Roman"/>
        </w:rPr>
        <w:t>"Then let the pattern teach what it actually teaches."</w:t>
      </w:r>
    </w:p>
    <w:p w14:paraId="6AA2D88A" w14:textId="77777777" w:rsidR="007D7487" w:rsidRDefault="00E6407B">
      <w:pPr>
        <w:ind w:firstLine="288"/>
      </w:pPr>
      <w:r>
        <w:rPr>
          <w:rFonts w:cs="Times New Roman"/>
        </w:rPr>
        <w:t>Nicodemus nodded.</w:t>
      </w:r>
    </w:p>
    <w:p w14:paraId="045A2391" w14:textId="77777777" w:rsidR="007D7487" w:rsidRDefault="00E6407B">
      <w:pPr>
        <w:ind w:firstLine="288"/>
      </w:pPr>
      <w:r>
        <w:rPr>
          <w:rFonts w:cs="Times New Roman"/>
        </w:rPr>
        <w:t>The discipline was becoming familiar:</w:t>
      </w:r>
    </w:p>
    <w:p w14:paraId="111327B4" w14:textId="77777777" w:rsidR="007D7487" w:rsidRDefault="00E6407B">
      <w:pPr>
        <w:ind w:firstLine="288"/>
      </w:pPr>
      <w:r>
        <w:rPr>
          <w:rFonts w:cs="Times New Roman"/>
        </w:rPr>
        <w:t>history first.</w:t>
      </w:r>
    </w:p>
    <w:p w14:paraId="26E6D672" w14:textId="77777777" w:rsidR="007D7487" w:rsidRDefault="00E6407B">
      <w:pPr>
        <w:ind w:firstLine="288"/>
      </w:pPr>
      <w:r>
        <w:rPr>
          <w:rFonts w:cs="Times New Roman"/>
        </w:rPr>
        <w:t>law first.</w:t>
      </w:r>
    </w:p>
    <w:p w14:paraId="00BD93C8" w14:textId="77777777" w:rsidR="007D7487" w:rsidRDefault="00E6407B">
      <w:pPr>
        <w:ind w:firstLine="288"/>
      </w:pPr>
      <w:r>
        <w:rPr>
          <w:rFonts w:cs="Times New Roman"/>
        </w:rPr>
        <w:t>text first.</w:t>
      </w:r>
    </w:p>
    <w:p w14:paraId="03DB1443" w14:textId="77777777" w:rsidR="007D7487" w:rsidRDefault="00E6407B">
      <w:pPr>
        <w:ind w:firstLine="288"/>
      </w:pPr>
      <w:r>
        <w:rPr>
          <w:rFonts w:cs="Times New Roman"/>
        </w:rPr>
        <w:t>then correspondence.</w:t>
      </w:r>
    </w:p>
    <w:p w14:paraId="06A4EF17" w14:textId="77777777" w:rsidR="007D7487" w:rsidRDefault="00E6407B">
      <w:pPr>
        <w:ind w:firstLine="288"/>
      </w:pPr>
      <w:r>
        <w:rPr>
          <w:rFonts w:cs="Times New Roman"/>
        </w:rPr>
        <w:lastRenderedPageBreak/>
        <w:t>"Do not turn it into an equation."</w:t>
      </w:r>
    </w:p>
    <w:p w14:paraId="0074EC6E" w14:textId="77777777" w:rsidR="007D7487" w:rsidRDefault="00E6407B">
      <w:pPr>
        <w:ind w:firstLine="288"/>
      </w:pPr>
      <w:r>
        <w:rPr>
          <w:rFonts w:cs="Times New Roman"/>
        </w:rPr>
        <w:t>Nicodemus nodded.</w:t>
      </w:r>
    </w:p>
    <w:p w14:paraId="209EEC77" w14:textId="77777777" w:rsidR="007D7487" w:rsidRDefault="00E6407B">
      <w:pPr>
        <w:ind w:firstLine="288"/>
      </w:pPr>
      <w:r>
        <w:rPr>
          <w:rFonts w:cs="Times New Roman"/>
        </w:rPr>
        <w:t>"Refuge."</w:t>
      </w:r>
    </w:p>
    <w:p w14:paraId="0BE25198" w14:textId="77777777" w:rsidR="007D7487" w:rsidRDefault="00E6407B">
      <w:pPr>
        <w:ind w:firstLine="288"/>
      </w:pPr>
      <w:r>
        <w:rPr>
          <w:rFonts w:cs="Times New Roman"/>
        </w:rPr>
        <w:t>"Preservation."</w:t>
      </w:r>
    </w:p>
    <w:p w14:paraId="0460ECAE" w14:textId="77777777" w:rsidR="007D7487" w:rsidRDefault="00E6407B">
      <w:pPr>
        <w:ind w:firstLine="288"/>
      </w:pPr>
      <w:r>
        <w:rPr>
          <w:rFonts w:cs="Times New Roman"/>
        </w:rPr>
        <w:t>"Death of the high priest."</w:t>
      </w:r>
    </w:p>
    <w:p w14:paraId="156490BD" w14:textId="77777777" w:rsidR="007D7487" w:rsidRDefault="00E6407B">
      <w:pPr>
        <w:ind w:firstLine="288"/>
      </w:pPr>
      <w:r>
        <w:rPr>
          <w:rFonts w:cs="Times New Roman"/>
        </w:rPr>
        <w:t>"Return."</w:t>
      </w:r>
    </w:p>
    <w:p w14:paraId="4E11635C" w14:textId="77777777" w:rsidR="007D7487" w:rsidRDefault="00E6407B">
      <w:pPr>
        <w:ind w:firstLine="288"/>
      </w:pPr>
      <w:r>
        <w:rPr>
          <w:rFonts w:cs="Times New Roman"/>
        </w:rPr>
        <w:t>"Inheritance."</w:t>
      </w:r>
    </w:p>
    <w:p w14:paraId="0C1DA790" w14:textId="77777777" w:rsidR="007D7487" w:rsidRDefault="00E6407B">
      <w:pPr>
        <w:ind w:firstLine="288"/>
      </w:pPr>
      <w:r>
        <w:rPr>
          <w:rFonts w:cs="Times New Roman"/>
        </w:rPr>
        <w:t>Jesus looked toward him.</w:t>
      </w:r>
    </w:p>
    <w:p w14:paraId="68B20717" w14:textId="77777777" w:rsidR="007D7487" w:rsidRDefault="00E6407B">
      <w:pPr>
        <w:ind w:firstLine="288"/>
      </w:pPr>
      <w:r>
        <w:rPr>
          <w:rFonts w:cs="Times New Roman"/>
        </w:rPr>
        <w:t>"Good."</w:t>
      </w:r>
    </w:p>
    <w:p w14:paraId="10C6FE03" w14:textId="77777777" w:rsidR="007D7487" w:rsidRDefault="00E6407B">
      <w:pPr>
        <w:ind w:firstLine="288"/>
      </w:pPr>
      <w:r>
        <w:rPr>
          <w:rFonts w:cs="Times New Roman"/>
        </w:rPr>
        <w:t>Peter rubbed his forehead.</w:t>
      </w:r>
    </w:p>
    <w:p w14:paraId="3D0B67D8" w14:textId="77777777" w:rsidR="007D7487" w:rsidRDefault="00E6407B">
      <w:pPr>
        <w:ind w:firstLine="288"/>
      </w:pPr>
      <w:r>
        <w:rPr>
          <w:rFonts w:cs="Times New Roman"/>
        </w:rPr>
        <w:t>"We have not even reached Ezekiel."</w:t>
      </w:r>
    </w:p>
    <w:p w14:paraId="799BB07E" w14:textId="77777777" w:rsidR="007D7487" w:rsidRDefault="00E6407B">
      <w:pPr>
        <w:ind w:firstLine="288"/>
      </w:pPr>
      <w:r>
        <w:rPr>
          <w:rFonts w:cs="Times New Roman"/>
        </w:rPr>
        <w:t>Nicodemus smiled.</w:t>
      </w:r>
    </w:p>
    <w:p w14:paraId="64CEC89C" w14:textId="77777777" w:rsidR="007D7487" w:rsidRDefault="00E6407B">
      <w:pPr>
        <w:ind w:firstLine="288"/>
      </w:pPr>
      <w:r>
        <w:rPr>
          <w:rFonts w:cs="Times New Roman"/>
        </w:rPr>
        <w:t>"I told you there was more."</w:t>
      </w:r>
    </w:p>
    <w:p w14:paraId="6BF2E5CE" w14:textId="77777777" w:rsidR="007D7487" w:rsidRDefault="00E6407B">
      <w:pPr>
        <w:ind w:firstLine="288"/>
      </w:pPr>
      <w:r>
        <w:rPr>
          <w:rFonts w:cs="Times New Roman"/>
        </w:rPr>
        <w:t>Peter gave him a look.</w:t>
      </w:r>
    </w:p>
    <w:p w14:paraId="60670792" w14:textId="77777777" w:rsidR="007D7487" w:rsidRDefault="00E6407B">
      <w:pPr>
        <w:ind w:firstLine="288"/>
      </w:pPr>
      <w:r>
        <w:rPr>
          <w:rFonts w:cs="Times New Roman"/>
        </w:rPr>
        <w:t>Jesus laughed.</w:t>
      </w:r>
    </w:p>
    <w:p w14:paraId="6B9A5011" w14:textId="77777777" w:rsidR="007D7487" w:rsidRDefault="00E6407B">
      <w:pPr>
        <w:ind w:firstLine="288"/>
      </w:pPr>
      <w:r>
        <w:rPr>
          <w:rFonts w:cs="Times New Roman"/>
        </w:rPr>
        <w:t>They rested.</w:t>
      </w:r>
    </w:p>
    <w:p w14:paraId="19FE88D3" w14:textId="77777777" w:rsidR="007D7487" w:rsidRDefault="00E6407B">
      <w:pPr>
        <w:ind w:firstLine="288"/>
      </w:pPr>
      <w:r>
        <w:rPr>
          <w:rFonts w:cs="Times New Roman"/>
        </w:rPr>
        <w:t>For several minutes the legal pattern remained untouched:</w:t>
      </w:r>
    </w:p>
    <w:p w14:paraId="54D3C8D0" w14:textId="77777777" w:rsidR="007D7487" w:rsidRDefault="00E6407B">
      <w:pPr>
        <w:ind w:firstLine="288"/>
      </w:pPr>
      <w:r>
        <w:rPr>
          <w:rFonts w:cs="Times New Roman"/>
        </w:rPr>
        <w:t>bloodguilt.</w:t>
      </w:r>
    </w:p>
    <w:p w14:paraId="5BCBBC50" w14:textId="77777777" w:rsidR="007D7487" w:rsidRDefault="00E6407B">
      <w:pPr>
        <w:ind w:firstLine="288"/>
      </w:pPr>
      <w:r>
        <w:rPr>
          <w:rFonts w:cs="Times New Roman"/>
        </w:rPr>
        <w:t>judgment.</w:t>
      </w:r>
    </w:p>
    <w:p w14:paraId="3204205B" w14:textId="77777777" w:rsidR="007D7487" w:rsidRDefault="00E6407B">
      <w:pPr>
        <w:ind w:firstLine="288"/>
      </w:pPr>
      <w:r>
        <w:rPr>
          <w:rFonts w:cs="Times New Roman"/>
        </w:rPr>
        <w:t>refuge.</w:t>
      </w:r>
    </w:p>
    <w:p w14:paraId="635A0DFC" w14:textId="77777777" w:rsidR="007D7487" w:rsidRDefault="00E6407B">
      <w:pPr>
        <w:ind w:firstLine="288"/>
      </w:pPr>
      <w:r>
        <w:rPr>
          <w:rFonts w:cs="Times New Roman"/>
        </w:rPr>
        <w:t>preservation.</w:t>
      </w:r>
    </w:p>
    <w:p w14:paraId="10D76EF7" w14:textId="77777777" w:rsidR="007D7487" w:rsidRDefault="00E6407B">
      <w:pPr>
        <w:ind w:firstLine="288"/>
      </w:pPr>
      <w:r>
        <w:rPr>
          <w:rFonts w:cs="Times New Roman"/>
        </w:rPr>
        <w:t>death of the high priest.</w:t>
      </w:r>
    </w:p>
    <w:p w14:paraId="33C8BB38" w14:textId="77777777" w:rsidR="007D7487" w:rsidRDefault="00E6407B">
      <w:pPr>
        <w:ind w:firstLine="288"/>
      </w:pPr>
      <w:r>
        <w:rPr>
          <w:rFonts w:cs="Times New Roman"/>
        </w:rPr>
        <w:t>return.</w:t>
      </w:r>
    </w:p>
    <w:p w14:paraId="36C323BE" w14:textId="77777777" w:rsidR="007D7487" w:rsidRDefault="00E6407B">
      <w:pPr>
        <w:ind w:firstLine="288"/>
      </w:pPr>
      <w:r>
        <w:rPr>
          <w:rFonts w:cs="Times New Roman"/>
        </w:rPr>
        <w:t>inheritance.</w:t>
      </w:r>
    </w:p>
    <w:p w14:paraId="773F060A" w14:textId="77777777" w:rsidR="007D7487" w:rsidRDefault="00E6407B">
      <w:pPr>
        <w:ind w:firstLine="288"/>
      </w:pPr>
      <w:r>
        <w:rPr>
          <w:rFonts w:cs="Times New Roman"/>
        </w:rPr>
        <w:t>Then Jesus reached down and picked up two fallen branches.</w:t>
      </w:r>
    </w:p>
    <w:p w14:paraId="47D79B8D" w14:textId="77777777" w:rsidR="007D7487" w:rsidRDefault="00E6407B">
      <w:pPr>
        <w:suppressLineNumbers/>
      </w:pPr>
      <w:r>
        <w:br w:type="page"/>
      </w:r>
    </w:p>
    <w:p w14:paraId="35775C0C" w14:textId="77777777" w:rsidR="007D7487" w:rsidRDefault="00E6407B">
      <w:pPr>
        <w:pStyle w:val="Heading1"/>
        <w:suppressLineNumbers/>
      </w:pPr>
      <w:r>
        <w:rPr>
          <w:rFonts w:ascii="Times New Roman" w:hAnsi="Times New Roman" w:cs="Times New Roman"/>
        </w:rPr>
        <w:lastRenderedPageBreak/>
        <w:t>Section 14B — Ezekiel, Jeremiah, and the Gathering</w:t>
      </w:r>
    </w:p>
    <w:p w14:paraId="3F12FA72" w14:textId="77777777" w:rsidR="007D7487" w:rsidRDefault="00E6407B">
      <w:pPr>
        <w:ind w:firstLine="288"/>
      </w:pPr>
      <w:r>
        <w:rPr>
          <w:rFonts w:cs="Times New Roman"/>
        </w:rPr>
        <w:t>The two branches lay across Jesus' hands.</w:t>
      </w:r>
    </w:p>
    <w:p w14:paraId="561EC932" w14:textId="77777777" w:rsidR="007D7487" w:rsidRDefault="00E6407B">
      <w:pPr>
        <w:ind w:firstLine="288"/>
      </w:pPr>
      <w:r>
        <w:rPr>
          <w:rFonts w:cs="Times New Roman"/>
        </w:rPr>
        <w:t>Nothing about them was unusual.</w:t>
      </w:r>
    </w:p>
    <w:p w14:paraId="76195E93" w14:textId="77777777" w:rsidR="007D7487" w:rsidRDefault="00E6407B">
      <w:pPr>
        <w:ind w:firstLine="288"/>
      </w:pPr>
      <w:r>
        <w:rPr>
          <w:rFonts w:cs="Times New Roman"/>
        </w:rPr>
        <w:t>One was slightly longer.</w:t>
      </w:r>
    </w:p>
    <w:p w14:paraId="464E1E52" w14:textId="77777777" w:rsidR="007D7487" w:rsidRDefault="00E6407B">
      <w:pPr>
        <w:ind w:firstLine="288"/>
      </w:pPr>
      <w:r>
        <w:rPr>
          <w:rFonts w:cs="Times New Roman"/>
        </w:rPr>
        <w:t>Both were dry.</w:t>
      </w:r>
    </w:p>
    <w:p w14:paraId="3DEDFF70" w14:textId="77777777" w:rsidR="007D7487" w:rsidRDefault="00E6407B">
      <w:pPr>
        <w:ind w:firstLine="288"/>
      </w:pPr>
      <w:r>
        <w:rPr>
          <w:rFonts w:cs="Times New Roman"/>
        </w:rPr>
        <w:t>Jesus held one in each hand.</w:t>
      </w:r>
    </w:p>
    <w:p w14:paraId="6E6D48BF" w14:textId="77777777" w:rsidR="007D7487" w:rsidRDefault="00E6407B">
      <w:pPr>
        <w:ind w:firstLine="288"/>
      </w:pPr>
      <w:r>
        <w:rPr>
          <w:rFonts w:cs="Times New Roman"/>
        </w:rPr>
        <w:t>Nicodemus saw them and stopped drinking.</w:t>
      </w:r>
    </w:p>
    <w:p w14:paraId="718CB827" w14:textId="77777777" w:rsidR="007D7487" w:rsidRDefault="00E6407B">
      <w:pPr>
        <w:ind w:firstLine="288"/>
      </w:pPr>
      <w:r>
        <w:rPr>
          <w:rFonts w:cs="Times New Roman"/>
        </w:rPr>
        <w:t>Peter noticed his face.</w:t>
      </w:r>
    </w:p>
    <w:p w14:paraId="3E81983E" w14:textId="77777777" w:rsidR="007D7487" w:rsidRDefault="00E6407B">
      <w:pPr>
        <w:ind w:firstLine="288"/>
      </w:pPr>
      <w:r>
        <w:rPr>
          <w:rFonts w:cs="Times New Roman"/>
        </w:rPr>
        <w:t>"No."</w:t>
      </w:r>
    </w:p>
    <w:p w14:paraId="0CBA67E8" w14:textId="77777777" w:rsidR="007D7487" w:rsidRDefault="00E6407B">
      <w:pPr>
        <w:ind w:firstLine="288"/>
      </w:pPr>
      <w:r>
        <w:rPr>
          <w:rFonts w:cs="Times New Roman"/>
        </w:rPr>
        <w:t>Nicodemus looked at him.</w:t>
      </w:r>
    </w:p>
    <w:p w14:paraId="6630D98A" w14:textId="77777777" w:rsidR="007D7487" w:rsidRDefault="00E6407B">
      <w:pPr>
        <w:ind w:firstLine="288"/>
      </w:pPr>
      <w:r>
        <w:rPr>
          <w:rFonts w:cs="Times New Roman"/>
        </w:rPr>
        <w:t>"I said nothing."</w:t>
      </w:r>
    </w:p>
    <w:p w14:paraId="7B166E0D" w14:textId="77777777" w:rsidR="007D7487" w:rsidRDefault="00E6407B">
      <w:pPr>
        <w:ind w:firstLine="288"/>
      </w:pPr>
      <w:r>
        <w:rPr>
          <w:rFonts w:cs="Times New Roman"/>
        </w:rPr>
        <w:t>"You are thinking at the wood."</w:t>
      </w:r>
    </w:p>
    <w:p w14:paraId="2688F0A5" w14:textId="77777777" w:rsidR="007D7487" w:rsidRDefault="00E6407B">
      <w:pPr>
        <w:ind w:firstLine="288"/>
      </w:pPr>
      <w:r>
        <w:rPr>
          <w:rFonts w:cs="Times New Roman"/>
        </w:rPr>
        <w:t>Jesus smiled.</w:t>
      </w:r>
    </w:p>
    <w:p w14:paraId="6E84B099" w14:textId="77777777" w:rsidR="007D7487" w:rsidRDefault="00E6407B">
      <w:pPr>
        <w:ind w:firstLine="288"/>
      </w:pPr>
      <w:r>
        <w:rPr>
          <w:rFonts w:cs="Times New Roman"/>
        </w:rPr>
        <w:t>"Now, Nicodemus."</w:t>
      </w:r>
    </w:p>
    <w:p w14:paraId="7377C26F" w14:textId="77777777" w:rsidR="007D7487" w:rsidRDefault="00E6407B">
      <w:pPr>
        <w:ind w:firstLine="288"/>
      </w:pPr>
      <w:r>
        <w:rPr>
          <w:rFonts w:cs="Times New Roman"/>
        </w:rPr>
        <w:t>The old teacher sat straighter.</w:t>
      </w:r>
    </w:p>
    <w:p w14:paraId="546B090B" w14:textId="77777777" w:rsidR="007D7487" w:rsidRDefault="00E6407B">
      <w:pPr>
        <w:ind w:firstLine="288"/>
      </w:pPr>
      <w:r>
        <w:rPr>
          <w:rFonts w:cs="Times New Roman"/>
        </w:rPr>
        <w:t>"Now?"</w:t>
      </w:r>
    </w:p>
    <w:p w14:paraId="2946DA6B" w14:textId="77777777" w:rsidR="007D7487" w:rsidRDefault="00E6407B">
      <w:pPr>
        <w:ind w:firstLine="288"/>
      </w:pPr>
      <w:r>
        <w:rPr>
          <w:rFonts w:cs="Times New Roman"/>
        </w:rPr>
        <w:t>"Now."</w:t>
      </w:r>
    </w:p>
    <w:p w14:paraId="1E35F22C" w14:textId="77777777" w:rsidR="007D7487" w:rsidRDefault="00E6407B">
      <w:pPr>
        <w:ind w:firstLine="288"/>
      </w:pPr>
      <w:r>
        <w:rPr>
          <w:rFonts w:cs="Times New Roman"/>
        </w:rPr>
        <w:t>Nicodemus looked delighted.</w:t>
      </w:r>
    </w:p>
    <w:p w14:paraId="16983769" w14:textId="77777777" w:rsidR="007D7487" w:rsidRDefault="00E6407B">
      <w:pPr>
        <w:ind w:firstLine="288"/>
      </w:pPr>
      <w:r>
        <w:rPr>
          <w:rFonts w:cs="Times New Roman"/>
        </w:rPr>
        <w:t>Jesus raised the first stick.</w:t>
      </w:r>
    </w:p>
    <w:p w14:paraId="68927E2D" w14:textId="77777777" w:rsidR="007D7487" w:rsidRDefault="00E6407B">
      <w:pPr>
        <w:ind w:firstLine="288"/>
      </w:pPr>
      <w:r>
        <w:rPr>
          <w:rFonts w:cs="Times New Roman"/>
        </w:rPr>
        <w:t>"What did the LORD tell Ezekiel to write upon one piece of wood?"</w:t>
      </w:r>
    </w:p>
    <w:p w14:paraId="56FF65AE" w14:textId="77777777" w:rsidR="007D7487" w:rsidRDefault="00E6407B">
      <w:pPr>
        <w:ind w:firstLine="288"/>
      </w:pPr>
      <w:r>
        <w:rPr>
          <w:rFonts w:cs="Times New Roman"/>
        </w:rPr>
        <w:t>Nicodemus answered.</w:t>
      </w:r>
    </w:p>
    <w:p w14:paraId="1EEC9C2E" w14:textId="77777777" w:rsidR="007D7487" w:rsidRDefault="00E6407B">
      <w:pPr>
        <w:ind w:firstLine="288"/>
      </w:pPr>
      <w:r>
        <w:rPr>
          <w:rFonts w:cs="Times New Roman"/>
        </w:rPr>
        <w:t>"For Judah."</w:t>
      </w:r>
    </w:p>
    <w:p w14:paraId="76304DA0" w14:textId="77777777" w:rsidR="007D7487" w:rsidRDefault="00E6407B">
      <w:pPr>
        <w:ind w:firstLine="288"/>
      </w:pPr>
      <w:r>
        <w:rPr>
          <w:rFonts w:cs="Times New Roman"/>
        </w:rPr>
        <w:t>"And?"</w:t>
      </w:r>
    </w:p>
    <w:p w14:paraId="361EE6D1" w14:textId="77777777" w:rsidR="007D7487" w:rsidRDefault="00E6407B">
      <w:pPr>
        <w:ind w:firstLine="288"/>
      </w:pPr>
      <w:r>
        <w:rPr>
          <w:rFonts w:cs="Times New Roman"/>
        </w:rPr>
        <w:t>"For the children of Israel his companions."</w:t>
      </w:r>
    </w:p>
    <w:p w14:paraId="5A89A4C9" w14:textId="77777777" w:rsidR="007D7487" w:rsidRDefault="00E6407B">
      <w:pPr>
        <w:ind w:firstLine="288"/>
      </w:pPr>
      <w:r>
        <w:rPr>
          <w:rFonts w:cs="Times New Roman"/>
        </w:rPr>
        <w:t>Jesus raised the second.</w:t>
      </w:r>
    </w:p>
    <w:p w14:paraId="6D838A15" w14:textId="77777777" w:rsidR="007D7487" w:rsidRDefault="00E6407B">
      <w:pPr>
        <w:ind w:firstLine="288"/>
      </w:pPr>
      <w:r>
        <w:rPr>
          <w:rFonts w:cs="Times New Roman"/>
        </w:rPr>
        <w:t>"And upon the other?"</w:t>
      </w:r>
    </w:p>
    <w:p w14:paraId="6A554A60" w14:textId="77777777" w:rsidR="007D7487" w:rsidRDefault="00E6407B">
      <w:pPr>
        <w:ind w:firstLine="288"/>
      </w:pPr>
      <w:r>
        <w:rPr>
          <w:rFonts w:cs="Times New Roman"/>
        </w:rPr>
        <w:t>"For Joseph."</w:t>
      </w:r>
    </w:p>
    <w:p w14:paraId="651343BA" w14:textId="77777777" w:rsidR="007D7487" w:rsidRDefault="00E6407B">
      <w:pPr>
        <w:ind w:firstLine="288"/>
      </w:pPr>
      <w:r>
        <w:rPr>
          <w:rFonts w:cs="Times New Roman"/>
        </w:rPr>
        <w:t>Nicodemus's voice sharpened.</w:t>
      </w:r>
    </w:p>
    <w:p w14:paraId="2F1A2444" w14:textId="77777777" w:rsidR="007D7487" w:rsidRDefault="00E6407B">
      <w:pPr>
        <w:ind w:firstLine="288"/>
      </w:pPr>
      <w:r>
        <w:rPr>
          <w:rFonts w:cs="Times New Roman"/>
        </w:rPr>
        <w:t>"The stick of Ephraim."</w:t>
      </w:r>
    </w:p>
    <w:p w14:paraId="18EE1B8C" w14:textId="77777777" w:rsidR="007D7487" w:rsidRDefault="00E6407B">
      <w:pPr>
        <w:ind w:firstLine="288"/>
      </w:pPr>
      <w:r>
        <w:rPr>
          <w:rFonts w:cs="Times New Roman"/>
        </w:rPr>
        <w:t>"And for all the house of Israel his companions."</w:t>
      </w:r>
    </w:p>
    <w:p w14:paraId="01A39158" w14:textId="77777777" w:rsidR="007D7487" w:rsidRDefault="00E6407B">
      <w:pPr>
        <w:ind w:firstLine="288"/>
      </w:pPr>
      <w:r>
        <w:rPr>
          <w:rFonts w:cs="Times New Roman"/>
        </w:rPr>
        <w:t>Jesus held the two pieces apart.</w:t>
      </w:r>
    </w:p>
    <w:p w14:paraId="7B0B9B61" w14:textId="77777777" w:rsidR="007D7487" w:rsidRDefault="00E6407B">
      <w:pPr>
        <w:ind w:firstLine="288"/>
      </w:pPr>
      <w:r>
        <w:rPr>
          <w:rFonts w:cs="Times New Roman"/>
        </w:rPr>
        <w:t>"Which house is named here?"</w:t>
      </w:r>
    </w:p>
    <w:p w14:paraId="0754E436" w14:textId="77777777" w:rsidR="007D7487" w:rsidRDefault="00E6407B">
      <w:pPr>
        <w:ind w:firstLine="288"/>
      </w:pPr>
      <w:r>
        <w:rPr>
          <w:rFonts w:cs="Times New Roman"/>
        </w:rPr>
        <w:t>"Judah."</w:t>
      </w:r>
    </w:p>
    <w:p w14:paraId="5EC38FF5" w14:textId="77777777" w:rsidR="007D7487" w:rsidRDefault="00E6407B">
      <w:pPr>
        <w:ind w:firstLine="288"/>
      </w:pPr>
      <w:r>
        <w:rPr>
          <w:rFonts w:cs="Times New Roman"/>
        </w:rPr>
        <w:t>"And?"</w:t>
      </w:r>
    </w:p>
    <w:p w14:paraId="0F768785" w14:textId="77777777" w:rsidR="007D7487" w:rsidRDefault="00E6407B">
      <w:pPr>
        <w:ind w:firstLine="288"/>
      </w:pPr>
      <w:r>
        <w:rPr>
          <w:rFonts w:cs="Times New Roman"/>
        </w:rPr>
        <w:t>"Joseph."</w:t>
      </w:r>
    </w:p>
    <w:p w14:paraId="5139A0CE" w14:textId="77777777" w:rsidR="007D7487" w:rsidRDefault="00E6407B">
      <w:pPr>
        <w:ind w:firstLine="288"/>
      </w:pPr>
      <w:r>
        <w:rPr>
          <w:rFonts w:cs="Times New Roman"/>
        </w:rPr>
        <w:t>"Through?"</w:t>
      </w:r>
    </w:p>
    <w:p w14:paraId="2ADACE1D" w14:textId="77777777" w:rsidR="007D7487" w:rsidRDefault="00E6407B">
      <w:pPr>
        <w:ind w:firstLine="288"/>
      </w:pPr>
      <w:r>
        <w:rPr>
          <w:rFonts w:cs="Times New Roman"/>
        </w:rPr>
        <w:t>"Ephraim."</w:t>
      </w:r>
    </w:p>
    <w:p w14:paraId="2721E8C2" w14:textId="77777777" w:rsidR="007D7487" w:rsidRDefault="00E6407B">
      <w:pPr>
        <w:ind w:firstLine="288"/>
      </w:pPr>
      <w:r>
        <w:rPr>
          <w:rFonts w:cs="Times New Roman"/>
        </w:rPr>
        <w:lastRenderedPageBreak/>
        <w:t>Peter looked from one stick to the other.</w:t>
      </w:r>
    </w:p>
    <w:p w14:paraId="5AEB131F" w14:textId="77777777" w:rsidR="007D7487" w:rsidRDefault="00E6407B">
      <w:pPr>
        <w:ind w:firstLine="288"/>
      </w:pPr>
      <w:r>
        <w:rPr>
          <w:rFonts w:cs="Times New Roman"/>
        </w:rPr>
        <w:t>The same distributed history they had just been discussing was now written into a prophet's enacted sign.</w:t>
      </w:r>
    </w:p>
    <w:p w14:paraId="07497265" w14:textId="77777777" w:rsidR="007D7487" w:rsidRDefault="00E6407B">
      <w:pPr>
        <w:ind w:firstLine="288"/>
      </w:pPr>
      <w:r>
        <w:rPr>
          <w:rFonts w:cs="Times New Roman"/>
        </w:rPr>
        <w:t>Jesus asked:</w:t>
      </w:r>
    </w:p>
    <w:p w14:paraId="27B62FE9" w14:textId="77777777" w:rsidR="007D7487" w:rsidRDefault="00E6407B">
      <w:pPr>
        <w:ind w:firstLine="288"/>
      </w:pPr>
      <w:r>
        <w:rPr>
          <w:rFonts w:cs="Times New Roman"/>
        </w:rPr>
        <w:t>"What does the LORD command Ezekiel to do?"</w:t>
      </w:r>
    </w:p>
    <w:p w14:paraId="1358BF5C" w14:textId="77777777" w:rsidR="007D7487" w:rsidRDefault="00E6407B">
      <w:pPr>
        <w:ind w:firstLine="288"/>
      </w:pPr>
      <w:r>
        <w:rPr>
          <w:rFonts w:cs="Times New Roman"/>
        </w:rPr>
        <w:t>Nicodemus's answer slowed.</w:t>
      </w:r>
    </w:p>
    <w:p w14:paraId="4EB1EB5C" w14:textId="77777777" w:rsidR="007D7487" w:rsidRDefault="00E6407B">
      <w:pPr>
        <w:ind w:firstLine="288"/>
      </w:pPr>
      <w:r>
        <w:rPr>
          <w:rFonts w:cs="Times New Roman"/>
        </w:rPr>
        <w:t>"Join them one to another."</w:t>
      </w:r>
    </w:p>
    <w:p w14:paraId="1A9F1871" w14:textId="77777777" w:rsidR="007D7487" w:rsidRDefault="00E6407B">
      <w:pPr>
        <w:ind w:firstLine="288"/>
      </w:pPr>
      <w:r>
        <w:rPr>
          <w:rFonts w:cs="Times New Roman"/>
          <w:i/>
        </w:rPr>
        <w:t>"And join them one to another into one stick; and they shall become one in thine hand."</w:t>
      </w:r>
    </w:p>
    <w:p w14:paraId="64796FBB" w14:textId="77777777" w:rsidR="007D7487" w:rsidRDefault="00E6407B">
      <w:pPr>
        <w:ind w:firstLine="288"/>
      </w:pPr>
      <w:r>
        <w:rPr>
          <w:rFonts w:cs="Times New Roman"/>
        </w:rPr>
        <w:t>Jesus did exactly what Ezekiel's enacted sign required.</w:t>
      </w:r>
    </w:p>
    <w:p w14:paraId="21C03A1E" w14:textId="77777777" w:rsidR="007D7487" w:rsidRDefault="00E6407B">
      <w:pPr>
        <w:ind w:firstLine="288"/>
      </w:pPr>
      <w:r>
        <w:rPr>
          <w:rFonts w:cs="Times New Roman"/>
        </w:rPr>
        <w:t>Not because these random branches had become sacred objects.</w:t>
      </w:r>
    </w:p>
    <w:p w14:paraId="66825AED" w14:textId="77777777" w:rsidR="007D7487" w:rsidRDefault="00E6407B">
      <w:pPr>
        <w:ind w:firstLine="288"/>
      </w:pPr>
      <w:r>
        <w:rPr>
          <w:rFonts w:cs="Times New Roman"/>
        </w:rPr>
        <w:t>Because the visible act let the old prophecy stand in front of them.</w:t>
      </w:r>
    </w:p>
    <w:p w14:paraId="31E7219F" w14:textId="77777777" w:rsidR="007D7487" w:rsidRDefault="00E6407B">
      <w:pPr>
        <w:ind w:firstLine="288"/>
      </w:pPr>
      <w:r>
        <w:rPr>
          <w:rFonts w:cs="Times New Roman"/>
        </w:rPr>
        <w:t>Jesus brought the two pieces together in His hand.</w:t>
      </w:r>
    </w:p>
    <w:p w14:paraId="0B019D58" w14:textId="77777777" w:rsidR="007D7487" w:rsidRDefault="00E6407B">
      <w:pPr>
        <w:ind w:firstLine="288"/>
      </w:pPr>
      <w:r>
        <w:rPr>
          <w:rFonts w:cs="Times New Roman"/>
        </w:rPr>
        <w:t>"And they shall become one in thine hand."</w:t>
      </w:r>
    </w:p>
    <w:p w14:paraId="57FDDE82" w14:textId="77777777" w:rsidR="007D7487" w:rsidRDefault="00E6407B">
      <w:pPr>
        <w:ind w:firstLine="288"/>
      </w:pPr>
      <w:r>
        <w:rPr>
          <w:rFonts w:cs="Times New Roman"/>
        </w:rPr>
        <w:t>The gathering went silent.</w:t>
      </w:r>
    </w:p>
    <w:p w14:paraId="414DFB24" w14:textId="77777777" w:rsidR="007D7487" w:rsidRDefault="00E6407B">
      <w:pPr>
        <w:ind w:firstLine="288"/>
      </w:pPr>
      <w:r>
        <w:rPr>
          <w:rFonts w:cs="Times New Roman"/>
        </w:rPr>
        <w:t>Judah.</w:t>
      </w:r>
    </w:p>
    <w:p w14:paraId="67A86CB7" w14:textId="77777777" w:rsidR="007D7487" w:rsidRDefault="00E6407B">
      <w:pPr>
        <w:ind w:firstLine="288"/>
      </w:pPr>
      <w:r>
        <w:rPr>
          <w:rFonts w:cs="Times New Roman"/>
        </w:rPr>
        <w:t>Joseph.</w:t>
      </w:r>
    </w:p>
    <w:p w14:paraId="435FA41D" w14:textId="77777777" w:rsidR="007D7487" w:rsidRDefault="00E6407B">
      <w:pPr>
        <w:ind w:firstLine="288"/>
      </w:pPr>
      <w:r>
        <w:rPr>
          <w:rFonts w:cs="Times New Roman"/>
        </w:rPr>
        <w:t>Ephraim.</w:t>
      </w:r>
    </w:p>
    <w:p w14:paraId="4727BB23" w14:textId="77777777" w:rsidR="007D7487" w:rsidRDefault="00E6407B">
      <w:pPr>
        <w:ind w:firstLine="288"/>
      </w:pPr>
      <w:r>
        <w:rPr>
          <w:rFonts w:cs="Times New Roman"/>
        </w:rPr>
        <w:t>One in the prophet's hand.</w:t>
      </w:r>
    </w:p>
    <w:p w14:paraId="5A42F5F2" w14:textId="77777777" w:rsidR="007D7487" w:rsidRDefault="00E6407B">
      <w:pPr>
        <w:ind w:firstLine="288"/>
      </w:pPr>
      <w:r>
        <w:rPr>
          <w:rFonts w:cs="Times New Roman"/>
        </w:rPr>
        <w:t>Jesus held them together.</w:t>
      </w:r>
    </w:p>
    <w:p w14:paraId="55E222A6" w14:textId="77777777" w:rsidR="007D7487" w:rsidRDefault="00E6407B">
      <w:pPr>
        <w:ind w:firstLine="288"/>
      </w:pPr>
      <w:r>
        <w:rPr>
          <w:rFonts w:cs="Times New Roman"/>
        </w:rPr>
        <w:t>Nicodemus stared.</w:t>
      </w:r>
    </w:p>
    <w:p w14:paraId="5F581D0F" w14:textId="77777777" w:rsidR="007D7487" w:rsidRDefault="00E6407B">
      <w:pPr>
        <w:ind w:firstLine="288"/>
      </w:pPr>
      <w:r>
        <w:rPr>
          <w:rFonts w:cs="Times New Roman"/>
        </w:rPr>
        <w:t>"What does the LORD say the sign means?"</w:t>
      </w:r>
    </w:p>
    <w:p w14:paraId="525FB1B9" w14:textId="77777777" w:rsidR="007D7487" w:rsidRDefault="00E6407B">
      <w:pPr>
        <w:ind w:firstLine="288"/>
      </w:pPr>
      <w:r>
        <w:rPr>
          <w:rFonts w:cs="Times New Roman"/>
        </w:rPr>
        <w:t>"That He will take the children of Israel from among the nations."</w:t>
      </w:r>
    </w:p>
    <w:p w14:paraId="3C31E7EA" w14:textId="77777777" w:rsidR="007D7487" w:rsidRDefault="00E6407B">
      <w:pPr>
        <w:ind w:firstLine="288"/>
      </w:pPr>
      <w:r>
        <w:rPr>
          <w:rFonts w:cs="Times New Roman"/>
        </w:rPr>
        <w:t>"Gather them."</w:t>
      </w:r>
    </w:p>
    <w:p w14:paraId="619AD073" w14:textId="77777777" w:rsidR="007D7487" w:rsidRDefault="00E6407B">
      <w:pPr>
        <w:ind w:firstLine="288"/>
      </w:pPr>
      <w:r>
        <w:rPr>
          <w:rFonts w:cs="Times New Roman"/>
        </w:rPr>
        <w:t>"Bring them into their own land."</w:t>
      </w:r>
    </w:p>
    <w:p w14:paraId="0B3BC0D2" w14:textId="77777777" w:rsidR="007D7487" w:rsidRDefault="00E6407B">
      <w:pPr>
        <w:ind w:firstLine="288"/>
      </w:pPr>
      <w:r>
        <w:rPr>
          <w:rFonts w:cs="Times New Roman"/>
        </w:rPr>
        <w:t>"And?"</w:t>
      </w:r>
    </w:p>
    <w:p w14:paraId="0E60E121" w14:textId="77777777" w:rsidR="007D7487" w:rsidRDefault="00E6407B">
      <w:pPr>
        <w:ind w:firstLine="288"/>
      </w:pPr>
      <w:r>
        <w:rPr>
          <w:rFonts w:cs="Times New Roman"/>
        </w:rPr>
        <w:t>Nicodemus continued.</w:t>
      </w:r>
    </w:p>
    <w:p w14:paraId="35A9623D" w14:textId="77777777" w:rsidR="007D7487" w:rsidRDefault="00E6407B">
      <w:pPr>
        <w:ind w:firstLine="288"/>
      </w:pPr>
      <w:r>
        <w:rPr>
          <w:rFonts w:cs="Times New Roman"/>
        </w:rPr>
        <w:t>"Make them one nation."</w:t>
      </w:r>
    </w:p>
    <w:p w14:paraId="3E2AA14A" w14:textId="77777777" w:rsidR="007D7487" w:rsidRDefault="00E6407B">
      <w:pPr>
        <w:ind w:firstLine="288"/>
      </w:pPr>
      <w:r>
        <w:rPr>
          <w:rFonts w:cs="Times New Roman"/>
        </w:rPr>
        <w:t>"Upon the mountains of Israel."</w:t>
      </w:r>
    </w:p>
    <w:p w14:paraId="047A79A4" w14:textId="77777777" w:rsidR="007D7487" w:rsidRDefault="00E6407B">
      <w:pPr>
        <w:ind w:firstLine="288"/>
      </w:pPr>
      <w:r>
        <w:rPr>
          <w:rFonts w:cs="Times New Roman"/>
        </w:rPr>
        <w:t>"And?"</w:t>
      </w:r>
    </w:p>
    <w:p w14:paraId="69992F50" w14:textId="77777777" w:rsidR="007D7487" w:rsidRDefault="00E6407B">
      <w:pPr>
        <w:ind w:firstLine="288"/>
      </w:pPr>
      <w:r>
        <w:rPr>
          <w:rFonts w:cs="Times New Roman"/>
        </w:rPr>
        <w:t>"One king shall be king to them all."</w:t>
      </w:r>
    </w:p>
    <w:p w14:paraId="34B90CBF" w14:textId="77777777" w:rsidR="007D7487" w:rsidRDefault="00E6407B">
      <w:pPr>
        <w:ind w:firstLine="288"/>
      </w:pPr>
      <w:r>
        <w:rPr>
          <w:rFonts w:cs="Times New Roman"/>
        </w:rPr>
        <w:t>Peter's eyes moved toward Jesus.</w:t>
      </w:r>
    </w:p>
    <w:p w14:paraId="3A2AB874" w14:textId="77777777" w:rsidR="007D7487" w:rsidRDefault="00E6407B">
      <w:pPr>
        <w:ind w:firstLine="288"/>
      </w:pPr>
      <w:r>
        <w:rPr>
          <w:rFonts w:cs="Times New Roman"/>
        </w:rPr>
        <w:t>Nicodemus continued.</w:t>
      </w:r>
    </w:p>
    <w:p w14:paraId="13F31568" w14:textId="77777777" w:rsidR="007D7487" w:rsidRDefault="00E6407B">
      <w:pPr>
        <w:ind w:firstLine="288"/>
      </w:pPr>
      <w:r>
        <w:rPr>
          <w:rFonts w:cs="Times New Roman"/>
        </w:rPr>
        <w:t>"They shall be no more two nations."</w:t>
      </w:r>
    </w:p>
    <w:p w14:paraId="6F88F365" w14:textId="77777777" w:rsidR="007D7487" w:rsidRDefault="00E6407B">
      <w:pPr>
        <w:ind w:firstLine="288"/>
      </w:pPr>
      <w:r>
        <w:rPr>
          <w:rFonts w:cs="Times New Roman"/>
        </w:rPr>
        <w:t>"Neither shall they be divided into two kingdoms any more at all."</w:t>
      </w:r>
    </w:p>
    <w:p w14:paraId="73EE67DE" w14:textId="77777777" w:rsidR="007D7487" w:rsidRDefault="00E6407B">
      <w:pPr>
        <w:ind w:firstLine="288"/>
      </w:pPr>
      <w:r>
        <w:rPr>
          <w:rFonts w:cs="Times New Roman"/>
        </w:rPr>
        <w:t>Jesus nodded.</w:t>
      </w:r>
    </w:p>
    <w:p w14:paraId="1C13AB5C" w14:textId="77777777" w:rsidR="007D7487" w:rsidRDefault="00E6407B">
      <w:pPr>
        <w:ind w:firstLine="288"/>
      </w:pPr>
      <w:r>
        <w:rPr>
          <w:rFonts w:cs="Times New Roman"/>
        </w:rPr>
        <w:t>"Does the prophet erase Judah?"</w:t>
      </w:r>
    </w:p>
    <w:p w14:paraId="39A197B4" w14:textId="77777777" w:rsidR="007D7487" w:rsidRDefault="00E6407B">
      <w:pPr>
        <w:ind w:firstLine="288"/>
      </w:pPr>
      <w:r>
        <w:rPr>
          <w:rFonts w:cs="Times New Roman"/>
        </w:rPr>
        <w:t>"No."</w:t>
      </w:r>
    </w:p>
    <w:p w14:paraId="07459F79" w14:textId="77777777" w:rsidR="007D7487" w:rsidRDefault="00E6407B">
      <w:pPr>
        <w:ind w:firstLine="288"/>
      </w:pPr>
      <w:r>
        <w:rPr>
          <w:rFonts w:cs="Times New Roman"/>
        </w:rPr>
        <w:t>"Does he erase Joseph?"</w:t>
      </w:r>
    </w:p>
    <w:p w14:paraId="15039896" w14:textId="77777777" w:rsidR="007D7487" w:rsidRDefault="00E6407B">
      <w:pPr>
        <w:ind w:firstLine="288"/>
      </w:pPr>
      <w:r>
        <w:rPr>
          <w:rFonts w:cs="Times New Roman"/>
        </w:rPr>
        <w:lastRenderedPageBreak/>
        <w:t>"No."</w:t>
      </w:r>
    </w:p>
    <w:p w14:paraId="46016BBD" w14:textId="77777777" w:rsidR="007D7487" w:rsidRDefault="00E6407B">
      <w:pPr>
        <w:ind w:firstLine="288"/>
      </w:pPr>
      <w:r>
        <w:rPr>
          <w:rFonts w:cs="Times New Roman"/>
        </w:rPr>
        <w:t>"Does one stick devour the other?"</w:t>
      </w:r>
    </w:p>
    <w:p w14:paraId="3F8F02CF" w14:textId="77777777" w:rsidR="007D7487" w:rsidRDefault="00E6407B">
      <w:pPr>
        <w:ind w:firstLine="288"/>
      </w:pPr>
      <w:r>
        <w:rPr>
          <w:rFonts w:cs="Times New Roman"/>
        </w:rPr>
        <w:t>The question mattered because joining could easily be misread as absorption.</w:t>
      </w:r>
    </w:p>
    <w:p w14:paraId="6C6B8E2C" w14:textId="77777777" w:rsidR="007D7487" w:rsidRDefault="00E6407B">
      <w:pPr>
        <w:ind w:firstLine="288"/>
      </w:pPr>
      <w:r>
        <w:rPr>
          <w:rFonts w:cs="Times New Roman"/>
        </w:rPr>
        <w:t>Ezekiel did not say Judah becomes Joseph.</w:t>
      </w:r>
    </w:p>
    <w:p w14:paraId="753A190E" w14:textId="77777777" w:rsidR="007D7487" w:rsidRDefault="00E6407B">
      <w:pPr>
        <w:ind w:firstLine="288"/>
      </w:pPr>
      <w:r>
        <w:rPr>
          <w:rFonts w:cs="Times New Roman"/>
        </w:rPr>
        <w:t>He did not say Joseph becomes Judah.</w:t>
      </w:r>
    </w:p>
    <w:p w14:paraId="50E01DA7" w14:textId="77777777" w:rsidR="007D7487" w:rsidRDefault="00E6407B">
      <w:pPr>
        <w:ind w:firstLine="288"/>
      </w:pPr>
      <w:r>
        <w:rPr>
          <w:rFonts w:cs="Times New Roman"/>
        </w:rPr>
        <w:t>He named both and then described God's act of making them one people under one king.</w:t>
      </w:r>
    </w:p>
    <w:p w14:paraId="40DE7B57" w14:textId="77777777" w:rsidR="007D7487" w:rsidRDefault="00E6407B">
      <w:pPr>
        <w:ind w:firstLine="288"/>
      </w:pPr>
      <w:r>
        <w:rPr>
          <w:rFonts w:cs="Times New Roman"/>
        </w:rPr>
        <w:t>"No."</w:t>
      </w:r>
    </w:p>
    <w:p w14:paraId="322E931F" w14:textId="77777777" w:rsidR="007D7487" w:rsidRDefault="00E6407B">
      <w:pPr>
        <w:ind w:firstLine="288"/>
      </w:pPr>
      <w:r>
        <w:rPr>
          <w:rFonts w:cs="Times New Roman"/>
        </w:rPr>
        <w:t>Jesus tightened His hand around both pieces.</w:t>
      </w:r>
    </w:p>
    <w:p w14:paraId="3FCECFEC" w14:textId="77777777" w:rsidR="007D7487" w:rsidRDefault="00E6407B">
      <w:pPr>
        <w:ind w:firstLine="288"/>
      </w:pPr>
      <w:r>
        <w:rPr>
          <w:rFonts w:cs="Times New Roman"/>
        </w:rPr>
        <w:t>"God gathers what had been divided."</w:t>
      </w:r>
    </w:p>
    <w:p w14:paraId="7C0B6B65" w14:textId="77777777" w:rsidR="007D7487" w:rsidRDefault="00E6407B">
      <w:pPr>
        <w:ind w:firstLine="288"/>
      </w:pPr>
      <w:r>
        <w:rPr>
          <w:rFonts w:cs="Times New Roman"/>
        </w:rPr>
        <w:t>Nicodemus kept moving through the prophecy.</w:t>
      </w:r>
    </w:p>
    <w:p w14:paraId="5D23F9A6" w14:textId="77777777" w:rsidR="007D7487" w:rsidRDefault="00E6407B">
      <w:pPr>
        <w:ind w:firstLine="288"/>
      </w:pPr>
      <w:r>
        <w:rPr>
          <w:rFonts w:cs="Times New Roman"/>
        </w:rPr>
        <w:t>Gathered from among the nations.</w:t>
      </w:r>
    </w:p>
    <w:p w14:paraId="482D4E2A" w14:textId="77777777" w:rsidR="007D7487" w:rsidRDefault="00E6407B">
      <w:pPr>
        <w:ind w:firstLine="288"/>
      </w:pPr>
      <w:r>
        <w:rPr>
          <w:rFonts w:cs="Times New Roman"/>
        </w:rPr>
        <w:t>Brought into their own land.</w:t>
      </w:r>
    </w:p>
    <w:p w14:paraId="0D1C7A93" w14:textId="77777777" w:rsidR="007D7487" w:rsidRDefault="00E6407B">
      <w:pPr>
        <w:ind w:firstLine="288"/>
      </w:pPr>
      <w:r>
        <w:rPr>
          <w:rFonts w:cs="Times New Roman"/>
        </w:rPr>
        <w:t>One nation.</w:t>
      </w:r>
    </w:p>
    <w:p w14:paraId="189720A9" w14:textId="77777777" w:rsidR="007D7487" w:rsidRDefault="00E6407B">
      <w:pPr>
        <w:ind w:firstLine="288"/>
      </w:pPr>
      <w:r>
        <w:rPr>
          <w:rFonts w:cs="Times New Roman"/>
        </w:rPr>
        <w:t>One king.</w:t>
      </w:r>
    </w:p>
    <w:p w14:paraId="78CCC344" w14:textId="77777777" w:rsidR="007D7487" w:rsidRDefault="00E6407B">
      <w:pPr>
        <w:ind w:firstLine="288"/>
      </w:pPr>
      <w:r>
        <w:rPr>
          <w:rFonts w:cs="Times New Roman"/>
        </w:rPr>
        <w:t>No more defilement with idols.</w:t>
      </w:r>
    </w:p>
    <w:p w14:paraId="626BF9AB" w14:textId="77777777" w:rsidR="007D7487" w:rsidRDefault="00E6407B">
      <w:pPr>
        <w:ind w:firstLine="288"/>
      </w:pPr>
      <w:r>
        <w:rPr>
          <w:rFonts w:cs="Times New Roman"/>
        </w:rPr>
        <w:t>Cleansed.</w:t>
      </w:r>
    </w:p>
    <w:p w14:paraId="6355F999" w14:textId="77777777" w:rsidR="007D7487" w:rsidRDefault="00E6407B">
      <w:pPr>
        <w:ind w:firstLine="288"/>
      </w:pPr>
      <w:r>
        <w:rPr>
          <w:rFonts w:cs="Times New Roman"/>
        </w:rPr>
        <w:t>One shepherd.</w:t>
      </w:r>
    </w:p>
    <w:p w14:paraId="745552AC" w14:textId="77777777" w:rsidR="007D7487" w:rsidRDefault="00E6407B">
      <w:pPr>
        <w:ind w:firstLine="288"/>
      </w:pPr>
      <w:r>
        <w:rPr>
          <w:rFonts w:cs="Times New Roman"/>
        </w:rPr>
        <w:t>Covenant of peace.</w:t>
      </w:r>
    </w:p>
    <w:p w14:paraId="08518680" w14:textId="77777777" w:rsidR="007D7487" w:rsidRDefault="00E6407B">
      <w:pPr>
        <w:ind w:firstLine="288"/>
      </w:pPr>
      <w:r>
        <w:rPr>
          <w:rFonts w:cs="Times New Roman"/>
        </w:rPr>
        <w:t>Sanctuary in their midst.</w:t>
      </w:r>
    </w:p>
    <w:p w14:paraId="3AA19346" w14:textId="77777777" w:rsidR="007D7487" w:rsidRDefault="00E6407B">
      <w:pPr>
        <w:ind w:firstLine="288"/>
      </w:pPr>
      <w:r>
        <w:rPr>
          <w:rFonts w:cs="Times New Roman"/>
        </w:rPr>
        <w:t>The sign was not merely political reunion.</w:t>
      </w:r>
    </w:p>
    <w:p w14:paraId="639BB5CD" w14:textId="77777777" w:rsidR="007D7487" w:rsidRDefault="00E6407B">
      <w:pPr>
        <w:ind w:firstLine="288"/>
      </w:pPr>
      <w:r>
        <w:rPr>
          <w:rFonts w:cs="Times New Roman"/>
        </w:rPr>
        <w:t>It carried cleansing, kingship, covenant, and dwelling together.</w:t>
      </w:r>
    </w:p>
    <w:p w14:paraId="679A5D5A" w14:textId="77777777" w:rsidR="007D7487" w:rsidRDefault="00E6407B">
      <w:pPr>
        <w:ind w:firstLine="288"/>
      </w:pPr>
      <w:r>
        <w:rPr>
          <w:rFonts w:cs="Times New Roman"/>
        </w:rPr>
        <w:t>"One people."</w:t>
      </w:r>
    </w:p>
    <w:p w14:paraId="27FC2468" w14:textId="77777777" w:rsidR="007D7487" w:rsidRDefault="00E6407B">
      <w:pPr>
        <w:ind w:firstLine="288"/>
      </w:pPr>
      <w:r>
        <w:rPr>
          <w:rFonts w:cs="Times New Roman"/>
        </w:rPr>
        <w:t>"One King."</w:t>
      </w:r>
    </w:p>
    <w:p w14:paraId="0F0D740A" w14:textId="77777777" w:rsidR="007D7487" w:rsidRDefault="00E6407B">
      <w:pPr>
        <w:ind w:firstLine="288"/>
      </w:pPr>
      <w:r>
        <w:rPr>
          <w:rFonts w:cs="Times New Roman"/>
        </w:rPr>
        <w:t>"One Shepherd."</w:t>
      </w:r>
    </w:p>
    <w:p w14:paraId="12295756" w14:textId="77777777" w:rsidR="007D7487" w:rsidRDefault="00E6407B">
      <w:pPr>
        <w:ind w:firstLine="288"/>
      </w:pPr>
      <w:r>
        <w:rPr>
          <w:rFonts w:cs="Times New Roman"/>
        </w:rPr>
        <w:t>Nicodemus finished from the prophecy:</w:t>
      </w:r>
    </w:p>
    <w:p w14:paraId="57083E74" w14:textId="77777777" w:rsidR="007D7487" w:rsidRDefault="00E6407B">
      <w:pPr>
        <w:ind w:firstLine="288"/>
      </w:pPr>
      <w:r>
        <w:rPr>
          <w:rFonts w:cs="Times New Roman"/>
        </w:rPr>
        <w:t>"David my servant shall be king over them."</w:t>
      </w:r>
    </w:p>
    <w:p w14:paraId="7250DB87" w14:textId="77777777" w:rsidR="007D7487" w:rsidRDefault="00E6407B">
      <w:pPr>
        <w:ind w:firstLine="288"/>
      </w:pPr>
      <w:r>
        <w:rPr>
          <w:rFonts w:cs="Times New Roman"/>
        </w:rPr>
        <w:t>"And they all shall have one shepherd."</w:t>
      </w:r>
    </w:p>
    <w:p w14:paraId="2302BFC2" w14:textId="77777777" w:rsidR="007D7487" w:rsidRDefault="00E6407B">
      <w:pPr>
        <w:ind w:firstLine="288"/>
      </w:pPr>
      <w:r>
        <w:rPr>
          <w:rFonts w:cs="Times New Roman"/>
        </w:rPr>
        <w:t>Jesus nodded.</w:t>
      </w:r>
    </w:p>
    <w:p w14:paraId="3B8336BD" w14:textId="77777777" w:rsidR="007D7487" w:rsidRDefault="00E6407B">
      <w:pPr>
        <w:ind w:firstLine="288"/>
      </w:pPr>
      <w:r>
        <w:rPr>
          <w:rFonts w:cs="Times New Roman"/>
        </w:rPr>
        <w:t>"The name David remains in the prophecy because the promise to David remains."</w:t>
      </w:r>
    </w:p>
    <w:p w14:paraId="33D7D284" w14:textId="77777777" w:rsidR="007D7487" w:rsidRDefault="00E6407B">
      <w:pPr>
        <w:ind w:firstLine="288"/>
      </w:pPr>
      <w:r>
        <w:rPr>
          <w:rFonts w:cs="Times New Roman"/>
        </w:rPr>
        <w:t>He looked toward Joseph.</w:t>
      </w:r>
    </w:p>
    <w:p w14:paraId="79B3F455" w14:textId="77777777" w:rsidR="007D7487" w:rsidRDefault="00E6407B">
      <w:pPr>
        <w:ind w:firstLine="288"/>
      </w:pPr>
      <w:r>
        <w:rPr>
          <w:rFonts w:cs="Times New Roman"/>
        </w:rPr>
        <w:t>"The name Joseph remains because Joseph's inheritance and house are not forgotten."</w:t>
      </w:r>
    </w:p>
    <w:p w14:paraId="07B14DAE" w14:textId="77777777" w:rsidR="007D7487" w:rsidRDefault="00E6407B">
      <w:pPr>
        <w:ind w:firstLine="288"/>
      </w:pPr>
      <w:r>
        <w:rPr>
          <w:rFonts w:cs="Times New Roman"/>
        </w:rPr>
        <w:t>Toward Nicodemus.</w:t>
      </w:r>
    </w:p>
    <w:p w14:paraId="37FDB5CC" w14:textId="77777777" w:rsidR="007D7487" w:rsidRDefault="00E6407B">
      <w:pPr>
        <w:ind w:firstLine="288"/>
      </w:pPr>
      <w:r>
        <w:rPr>
          <w:rFonts w:cs="Times New Roman"/>
        </w:rPr>
        <w:t>"Ephraim is named because the northern house is not made invisible."</w:t>
      </w:r>
    </w:p>
    <w:p w14:paraId="1B3425AF" w14:textId="77777777" w:rsidR="007D7487" w:rsidRDefault="00E6407B">
      <w:pPr>
        <w:ind w:firstLine="288"/>
      </w:pPr>
      <w:r>
        <w:rPr>
          <w:rFonts w:cs="Times New Roman"/>
        </w:rPr>
        <w:t>Then toward the larger gathering.</w:t>
      </w:r>
    </w:p>
    <w:p w14:paraId="3A96647F" w14:textId="77777777" w:rsidR="007D7487" w:rsidRDefault="00E6407B">
      <w:pPr>
        <w:ind w:firstLine="288"/>
      </w:pPr>
      <w:r>
        <w:rPr>
          <w:rFonts w:cs="Times New Roman"/>
        </w:rPr>
        <w:t>"The Father does not heal division by pretending the divided parties never existed."</w:t>
      </w:r>
    </w:p>
    <w:p w14:paraId="369A1F46" w14:textId="77777777" w:rsidR="007D7487" w:rsidRDefault="00E6407B">
      <w:pPr>
        <w:ind w:firstLine="288"/>
      </w:pPr>
      <w:r>
        <w:rPr>
          <w:rFonts w:cs="Times New Roman"/>
        </w:rPr>
        <w:t>John felt that line more than he understood it.</w:t>
      </w:r>
    </w:p>
    <w:p w14:paraId="51AE90AD" w14:textId="77777777" w:rsidR="007D7487" w:rsidRDefault="00E6407B">
      <w:pPr>
        <w:ind w:firstLine="288"/>
      </w:pPr>
      <w:r>
        <w:rPr>
          <w:rFonts w:cs="Times New Roman"/>
        </w:rPr>
        <w:t>Jesus continued.</w:t>
      </w:r>
    </w:p>
    <w:p w14:paraId="30F12B4B" w14:textId="77777777" w:rsidR="007D7487" w:rsidRDefault="00E6407B">
      <w:pPr>
        <w:ind w:firstLine="288"/>
      </w:pPr>
      <w:r>
        <w:rPr>
          <w:rFonts w:cs="Times New Roman"/>
        </w:rPr>
        <w:t>"He gathers."</w:t>
      </w:r>
    </w:p>
    <w:p w14:paraId="2F16AC0C" w14:textId="77777777" w:rsidR="007D7487" w:rsidRDefault="00E6407B">
      <w:pPr>
        <w:ind w:firstLine="288"/>
      </w:pPr>
      <w:r>
        <w:rPr>
          <w:rFonts w:cs="Times New Roman"/>
        </w:rPr>
        <w:lastRenderedPageBreak/>
        <w:t>"He cleanses."</w:t>
      </w:r>
    </w:p>
    <w:p w14:paraId="13D30CFF" w14:textId="77777777" w:rsidR="007D7487" w:rsidRDefault="00E6407B">
      <w:pPr>
        <w:ind w:firstLine="288"/>
      </w:pPr>
      <w:r>
        <w:rPr>
          <w:rFonts w:cs="Times New Roman"/>
        </w:rPr>
        <w:t>"He gives one King."</w:t>
      </w:r>
    </w:p>
    <w:p w14:paraId="22A654CD" w14:textId="77777777" w:rsidR="007D7487" w:rsidRDefault="00E6407B">
      <w:pPr>
        <w:ind w:firstLine="288"/>
      </w:pPr>
      <w:r>
        <w:rPr>
          <w:rFonts w:cs="Times New Roman"/>
        </w:rPr>
        <w:t>"One Shepherd."</w:t>
      </w:r>
    </w:p>
    <w:p w14:paraId="620FFEDB" w14:textId="77777777" w:rsidR="007D7487" w:rsidRDefault="00E6407B">
      <w:pPr>
        <w:ind w:firstLine="288"/>
      </w:pPr>
      <w:r>
        <w:rPr>
          <w:rFonts w:cs="Times New Roman"/>
        </w:rPr>
        <w:t>"And the covenant?"</w:t>
      </w:r>
    </w:p>
    <w:p w14:paraId="1AB11537" w14:textId="77777777" w:rsidR="007D7487" w:rsidRDefault="00E6407B">
      <w:pPr>
        <w:ind w:firstLine="288"/>
      </w:pPr>
      <w:r>
        <w:rPr>
          <w:rFonts w:cs="Times New Roman"/>
        </w:rPr>
        <w:t>Nicodemus answered.</w:t>
      </w:r>
    </w:p>
    <w:p w14:paraId="1687A9E9" w14:textId="77777777" w:rsidR="007D7487" w:rsidRDefault="00E6407B">
      <w:pPr>
        <w:ind w:firstLine="288"/>
      </w:pPr>
      <w:r>
        <w:rPr>
          <w:rFonts w:cs="Times New Roman"/>
        </w:rPr>
        <w:t>"A covenant of peace."</w:t>
      </w:r>
    </w:p>
    <w:p w14:paraId="6D8E1BB2" w14:textId="77777777" w:rsidR="007D7487" w:rsidRDefault="00E6407B">
      <w:pPr>
        <w:ind w:firstLine="288"/>
      </w:pPr>
      <w:r>
        <w:rPr>
          <w:rFonts w:cs="Times New Roman"/>
        </w:rPr>
        <w:t>"An everlasting covenant."</w:t>
      </w:r>
    </w:p>
    <w:p w14:paraId="7FC96383" w14:textId="77777777" w:rsidR="007D7487" w:rsidRDefault="00E6407B">
      <w:pPr>
        <w:ind w:firstLine="288"/>
      </w:pPr>
      <w:r>
        <w:rPr>
          <w:rFonts w:cs="Times New Roman"/>
        </w:rPr>
        <w:t>"And His dwelling?"</w:t>
      </w:r>
    </w:p>
    <w:p w14:paraId="6BFB8F80" w14:textId="77777777" w:rsidR="007D7487" w:rsidRDefault="00E6407B">
      <w:pPr>
        <w:ind w:firstLine="288"/>
      </w:pPr>
      <w:r>
        <w:rPr>
          <w:rFonts w:cs="Times New Roman"/>
        </w:rPr>
        <w:t>Nicodemus's voice softened.</w:t>
      </w:r>
    </w:p>
    <w:p w14:paraId="2CBD0588" w14:textId="77777777" w:rsidR="007D7487" w:rsidRDefault="00E6407B">
      <w:pPr>
        <w:ind w:firstLine="288"/>
      </w:pPr>
      <w:r>
        <w:rPr>
          <w:rFonts w:cs="Times New Roman"/>
        </w:rPr>
        <w:t>"My tabernacle also shall be with them."</w:t>
      </w:r>
    </w:p>
    <w:p w14:paraId="6A89F8C3" w14:textId="77777777" w:rsidR="007D7487" w:rsidRDefault="00E6407B">
      <w:pPr>
        <w:ind w:firstLine="288"/>
      </w:pPr>
      <w:r>
        <w:rPr>
          <w:rFonts w:cs="Times New Roman"/>
        </w:rPr>
        <w:t>"My sanctuary shall be in the midst of them for evermore."</w:t>
      </w:r>
    </w:p>
    <w:p w14:paraId="4A19402F" w14:textId="77777777" w:rsidR="007D7487" w:rsidRDefault="00E6407B">
      <w:pPr>
        <w:ind w:firstLine="288"/>
      </w:pPr>
      <w:r>
        <w:rPr>
          <w:rFonts w:cs="Times New Roman"/>
        </w:rPr>
        <w:t>Jesus nodded.</w:t>
      </w:r>
    </w:p>
    <w:p w14:paraId="45C021C4" w14:textId="77777777" w:rsidR="007D7487" w:rsidRDefault="00E6407B">
      <w:pPr>
        <w:ind w:firstLine="288"/>
      </w:pPr>
      <w:r>
        <w:rPr>
          <w:rFonts w:cs="Times New Roman"/>
        </w:rPr>
        <w:t>The two sticks remained in His hand.</w:t>
      </w:r>
    </w:p>
    <w:p w14:paraId="76DC3C1C" w14:textId="77777777" w:rsidR="007D7487" w:rsidRDefault="00E6407B">
      <w:pPr>
        <w:suppressLineNumbers/>
        <w:spacing w:before="100" w:after="100"/>
        <w:jc w:val="center"/>
      </w:pPr>
      <w:r>
        <w:rPr>
          <w:rFonts w:cs="Times New Roman"/>
          <w:sz w:val="20"/>
        </w:rPr>
        <w:t>* * *</w:t>
      </w:r>
    </w:p>
    <w:p w14:paraId="79FAEB30" w14:textId="77777777" w:rsidR="007D7487" w:rsidRDefault="00E6407B">
      <w:pPr>
        <w:ind w:firstLine="288"/>
      </w:pPr>
      <w:r>
        <w:rPr>
          <w:rFonts w:cs="Times New Roman"/>
        </w:rPr>
        <w:t>Peter stared at the joined wood.</w:t>
      </w:r>
    </w:p>
    <w:p w14:paraId="2A1D9BBB" w14:textId="77777777" w:rsidR="007D7487" w:rsidRDefault="00E6407B">
      <w:pPr>
        <w:ind w:firstLine="288"/>
      </w:pPr>
      <w:r>
        <w:rPr>
          <w:rFonts w:cs="Times New Roman"/>
        </w:rPr>
        <w:t>Then his eyes moved almost involuntarily toward Jesus' wrists.</w:t>
      </w:r>
    </w:p>
    <w:p w14:paraId="4CEC222F" w14:textId="77777777" w:rsidR="007D7487" w:rsidRDefault="00E6407B">
      <w:pPr>
        <w:ind w:firstLine="288"/>
      </w:pPr>
      <w:r>
        <w:rPr>
          <w:rFonts w:cs="Times New Roman"/>
        </w:rPr>
        <w:t>John saw it.</w:t>
      </w:r>
    </w:p>
    <w:p w14:paraId="19E84955" w14:textId="77777777" w:rsidR="007D7487" w:rsidRDefault="00E6407B">
      <w:pPr>
        <w:ind w:firstLine="288"/>
      </w:pPr>
      <w:r>
        <w:rPr>
          <w:rFonts w:cs="Times New Roman"/>
        </w:rPr>
        <w:t>So did Nicodemus.</w:t>
      </w:r>
    </w:p>
    <w:p w14:paraId="7F51F6B3" w14:textId="77777777" w:rsidR="007D7487" w:rsidRDefault="00E6407B">
      <w:pPr>
        <w:ind w:firstLine="288"/>
      </w:pPr>
      <w:r>
        <w:rPr>
          <w:rFonts w:cs="Times New Roman"/>
        </w:rPr>
        <w:t>The cross.</w:t>
      </w:r>
    </w:p>
    <w:p w14:paraId="06723368" w14:textId="77777777" w:rsidR="007D7487" w:rsidRDefault="00E6407B">
      <w:pPr>
        <w:ind w:firstLine="288"/>
      </w:pPr>
      <w:r>
        <w:rPr>
          <w:rFonts w:cs="Times New Roman"/>
        </w:rPr>
        <w:t>One upright beam.</w:t>
      </w:r>
    </w:p>
    <w:p w14:paraId="662AD25A" w14:textId="77777777" w:rsidR="007D7487" w:rsidRDefault="00E6407B">
      <w:pPr>
        <w:ind w:firstLine="288"/>
      </w:pPr>
      <w:r>
        <w:rPr>
          <w:rFonts w:cs="Times New Roman"/>
        </w:rPr>
        <w:t>One crosspiece.</w:t>
      </w:r>
    </w:p>
    <w:p w14:paraId="13D4C208" w14:textId="77777777" w:rsidR="007D7487" w:rsidRDefault="00E6407B">
      <w:pPr>
        <w:ind w:firstLine="288"/>
      </w:pPr>
      <w:r>
        <w:rPr>
          <w:rFonts w:cs="Times New Roman"/>
        </w:rPr>
        <w:t>Joined wood lifting Jesus above the ground.</w:t>
      </w:r>
    </w:p>
    <w:p w14:paraId="64245FA1" w14:textId="77777777" w:rsidR="007D7487" w:rsidRDefault="00E6407B">
      <w:pPr>
        <w:ind w:firstLine="288"/>
      </w:pPr>
      <w:r>
        <w:rPr>
          <w:rFonts w:cs="Times New Roman"/>
        </w:rPr>
        <w:t>The resemblance was immediate enough to be dangerous.</w:t>
      </w:r>
    </w:p>
    <w:p w14:paraId="6275A291" w14:textId="77777777" w:rsidR="007D7487" w:rsidRDefault="00E6407B">
      <w:pPr>
        <w:ind w:firstLine="288"/>
      </w:pPr>
      <w:r>
        <w:rPr>
          <w:rFonts w:cs="Times New Roman"/>
        </w:rPr>
        <w:t>Nicodemus began:</w:t>
      </w:r>
    </w:p>
    <w:p w14:paraId="55EA70E9" w14:textId="77777777" w:rsidR="007D7487" w:rsidRDefault="00E6407B">
      <w:pPr>
        <w:ind w:firstLine="288"/>
      </w:pPr>
      <w:r>
        <w:rPr>
          <w:rFonts w:cs="Times New Roman"/>
        </w:rPr>
        <w:t>"The two pieces..."</w:t>
      </w:r>
    </w:p>
    <w:p w14:paraId="1DFA8B7D" w14:textId="77777777" w:rsidR="007D7487" w:rsidRDefault="00E6407B">
      <w:pPr>
        <w:ind w:firstLine="288"/>
      </w:pPr>
      <w:r>
        <w:rPr>
          <w:rFonts w:cs="Times New Roman"/>
        </w:rPr>
        <w:t>Jesus interrupted gently.</w:t>
      </w:r>
    </w:p>
    <w:p w14:paraId="2FC60304" w14:textId="77777777" w:rsidR="007D7487" w:rsidRDefault="00E6407B">
      <w:pPr>
        <w:ind w:firstLine="288"/>
      </w:pPr>
      <w:r>
        <w:rPr>
          <w:rFonts w:cs="Times New Roman"/>
        </w:rPr>
        <w:t>"Do not make the wood say more than the prophet said."</w:t>
      </w:r>
    </w:p>
    <w:p w14:paraId="5A6E8AAA" w14:textId="77777777" w:rsidR="007D7487" w:rsidRDefault="00E6407B">
      <w:pPr>
        <w:ind w:firstLine="288"/>
      </w:pPr>
      <w:r>
        <w:rPr>
          <w:rFonts w:cs="Times New Roman"/>
        </w:rPr>
        <w:t>Nicodemus stopped.</w:t>
      </w:r>
    </w:p>
    <w:p w14:paraId="5DCA9045" w14:textId="77777777" w:rsidR="007D7487" w:rsidRDefault="00E6407B">
      <w:pPr>
        <w:ind w:firstLine="288"/>
      </w:pPr>
      <w:r>
        <w:rPr>
          <w:rFonts w:cs="Times New Roman"/>
        </w:rPr>
        <w:t>Jesus held up the sticks.</w:t>
      </w:r>
    </w:p>
    <w:p w14:paraId="3F0D9237" w14:textId="77777777" w:rsidR="007D7487" w:rsidRDefault="00E6407B">
      <w:pPr>
        <w:ind w:firstLine="288"/>
      </w:pPr>
      <w:r>
        <w:rPr>
          <w:rFonts w:cs="Times New Roman"/>
        </w:rPr>
        <w:t>"What did Ezekiel's two pieces signify?"</w:t>
      </w:r>
    </w:p>
    <w:p w14:paraId="06AF1815" w14:textId="77777777" w:rsidR="007D7487" w:rsidRDefault="00E6407B">
      <w:pPr>
        <w:ind w:firstLine="288"/>
      </w:pPr>
      <w:r>
        <w:rPr>
          <w:rFonts w:cs="Times New Roman"/>
        </w:rPr>
        <w:t>"Judah."</w:t>
      </w:r>
    </w:p>
    <w:p w14:paraId="063B97C7" w14:textId="77777777" w:rsidR="007D7487" w:rsidRDefault="00E6407B">
      <w:pPr>
        <w:ind w:firstLine="288"/>
      </w:pPr>
      <w:r>
        <w:rPr>
          <w:rFonts w:cs="Times New Roman"/>
        </w:rPr>
        <w:t>"Joseph."</w:t>
      </w:r>
    </w:p>
    <w:p w14:paraId="373A5EF9" w14:textId="77777777" w:rsidR="007D7487" w:rsidRDefault="00E6407B">
      <w:pPr>
        <w:ind w:firstLine="288"/>
      </w:pPr>
      <w:r>
        <w:rPr>
          <w:rFonts w:cs="Times New Roman"/>
        </w:rPr>
        <w:t>"The stick of Ephraim."</w:t>
      </w:r>
    </w:p>
    <w:p w14:paraId="555A3A57" w14:textId="77777777" w:rsidR="007D7487" w:rsidRDefault="00E6407B">
      <w:pPr>
        <w:ind w:firstLine="288"/>
      </w:pPr>
      <w:r>
        <w:rPr>
          <w:rFonts w:cs="Times New Roman"/>
        </w:rPr>
        <w:t>"Then keep them Judah and Joseph."</w:t>
      </w:r>
    </w:p>
    <w:p w14:paraId="017D0B2E" w14:textId="77777777" w:rsidR="007D7487" w:rsidRDefault="00E6407B">
      <w:pPr>
        <w:ind w:firstLine="288"/>
      </w:pPr>
      <w:r>
        <w:rPr>
          <w:rFonts w:cs="Times New Roman"/>
        </w:rPr>
        <w:t>Nicodemus nodded.</w:t>
      </w:r>
    </w:p>
    <w:p w14:paraId="35228295" w14:textId="77777777" w:rsidR="007D7487" w:rsidRDefault="00E6407B">
      <w:pPr>
        <w:ind w:firstLine="288"/>
      </w:pPr>
      <w:r>
        <w:rPr>
          <w:rFonts w:cs="Times New Roman"/>
        </w:rPr>
        <w:t>Jesus looked at His own hands.</w:t>
      </w:r>
    </w:p>
    <w:p w14:paraId="07F861AE" w14:textId="77777777" w:rsidR="007D7487" w:rsidRDefault="00E6407B">
      <w:pPr>
        <w:ind w:firstLine="288"/>
      </w:pPr>
      <w:r>
        <w:rPr>
          <w:rFonts w:cs="Times New Roman"/>
        </w:rPr>
        <w:t>"You watched men lift Me upon joined wood."</w:t>
      </w:r>
    </w:p>
    <w:p w14:paraId="5EC7FD21" w14:textId="77777777" w:rsidR="007D7487" w:rsidRDefault="00E6407B">
      <w:pPr>
        <w:ind w:firstLine="288"/>
      </w:pPr>
      <w:r>
        <w:rPr>
          <w:rFonts w:cs="Times New Roman"/>
        </w:rPr>
        <w:t>The gathering became quiet.</w:t>
      </w:r>
    </w:p>
    <w:p w14:paraId="3946C3ED" w14:textId="77777777" w:rsidR="007D7487" w:rsidRDefault="00E6407B">
      <w:pPr>
        <w:ind w:firstLine="288"/>
      </w:pPr>
      <w:r>
        <w:rPr>
          <w:rFonts w:cs="Times New Roman"/>
        </w:rPr>
        <w:lastRenderedPageBreak/>
        <w:t>"You may remember that when you see two pieces become one."</w:t>
      </w:r>
    </w:p>
    <w:p w14:paraId="6AD730AA" w14:textId="77777777" w:rsidR="007D7487" w:rsidRDefault="00E6407B">
      <w:pPr>
        <w:ind w:firstLine="288"/>
      </w:pPr>
      <w:r>
        <w:rPr>
          <w:rFonts w:cs="Times New Roman"/>
        </w:rPr>
        <w:t>"But I will not tell you Ezekiel secretly meant the two beams of My cross."</w:t>
      </w:r>
    </w:p>
    <w:p w14:paraId="5C72D43B" w14:textId="77777777" w:rsidR="007D7487" w:rsidRDefault="00E6407B">
      <w:pPr>
        <w:ind w:firstLine="288"/>
      </w:pPr>
      <w:r>
        <w:rPr>
          <w:rFonts w:cs="Times New Roman"/>
        </w:rPr>
        <w:t>John felt the restraint strengthen rather than weaken the connection.</w:t>
      </w:r>
    </w:p>
    <w:p w14:paraId="3C44B99E" w14:textId="77777777" w:rsidR="007D7487" w:rsidRDefault="00E6407B">
      <w:pPr>
        <w:ind w:firstLine="288"/>
      </w:pPr>
      <w:r>
        <w:rPr>
          <w:rFonts w:cs="Times New Roman"/>
        </w:rPr>
        <w:t>A resemblance could be memorable without becoming the prophet's lexical definition.</w:t>
      </w:r>
    </w:p>
    <w:p w14:paraId="3391C89A" w14:textId="77777777" w:rsidR="007D7487" w:rsidRDefault="00E6407B">
      <w:pPr>
        <w:ind w:firstLine="288"/>
      </w:pPr>
      <w:r>
        <w:rPr>
          <w:rFonts w:cs="Times New Roman"/>
        </w:rPr>
        <w:t>The cross could echo joined wood.</w:t>
      </w:r>
    </w:p>
    <w:p w14:paraId="7AC98C7D" w14:textId="77777777" w:rsidR="007D7487" w:rsidRDefault="00E6407B">
      <w:pPr>
        <w:ind w:firstLine="288"/>
      </w:pPr>
      <w:r>
        <w:rPr>
          <w:rFonts w:cs="Times New Roman"/>
        </w:rPr>
        <w:t>Ezekiel's sign still meant what Ezekiel said it meant.</w:t>
      </w:r>
    </w:p>
    <w:p w14:paraId="211FA1BB" w14:textId="77777777" w:rsidR="007D7487" w:rsidRDefault="00E6407B">
      <w:pPr>
        <w:ind w:firstLine="288"/>
      </w:pPr>
      <w:r>
        <w:rPr>
          <w:rFonts w:cs="Times New Roman"/>
        </w:rPr>
        <w:t>Nicodemus's expression settled into respect.</w:t>
      </w:r>
    </w:p>
    <w:p w14:paraId="558C4266" w14:textId="77777777" w:rsidR="007D7487" w:rsidRDefault="00E6407B">
      <w:pPr>
        <w:ind w:firstLine="288"/>
      </w:pPr>
      <w:r>
        <w:rPr>
          <w:rFonts w:cs="Times New Roman"/>
        </w:rPr>
        <w:t>"The prophet told us what the sign meant."</w:t>
      </w:r>
    </w:p>
    <w:p w14:paraId="00DC1721" w14:textId="77777777" w:rsidR="007D7487" w:rsidRDefault="00E6407B">
      <w:pPr>
        <w:ind w:firstLine="288"/>
      </w:pPr>
      <w:r>
        <w:rPr>
          <w:rFonts w:cs="Times New Roman"/>
        </w:rPr>
        <w:t>"Yes."</w:t>
      </w:r>
    </w:p>
    <w:p w14:paraId="166FF8D3" w14:textId="77777777" w:rsidR="007D7487" w:rsidRDefault="00E6407B">
      <w:pPr>
        <w:ind w:firstLine="288"/>
      </w:pPr>
      <w:r>
        <w:rPr>
          <w:rFonts w:cs="Times New Roman"/>
        </w:rPr>
        <w:t>Jesus brought the sticks together again.</w:t>
      </w:r>
    </w:p>
    <w:p w14:paraId="60A97418" w14:textId="77777777" w:rsidR="007D7487" w:rsidRDefault="00E6407B">
      <w:pPr>
        <w:ind w:firstLine="288"/>
      </w:pPr>
      <w:r>
        <w:rPr>
          <w:rFonts w:cs="Times New Roman"/>
        </w:rPr>
        <w:t>"What was divided would be gathered."</w:t>
      </w:r>
    </w:p>
    <w:p w14:paraId="5FD79FF6" w14:textId="77777777" w:rsidR="007D7487" w:rsidRDefault="00E6407B">
      <w:pPr>
        <w:ind w:firstLine="288"/>
      </w:pPr>
      <w:r>
        <w:rPr>
          <w:rFonts w:cs="Times New Roman"/>
        </w:rPr>
        <w:t>"Judah and Joseph."</w:t>
      </w:r>
    </w:p>
    <w:p w14:paraId="6E207D6D" w14:textId="77777777" w:rsidR="007D7487" w:rsidRDefault="00E6407B">
      <w:pPr>
        <w:ind w:firstLine="288"/>
      </w:pPr>
      <w:r>
        <w:rPr>
          <w:rFonts w:cs="Times New Roman"/>
        </w:rPr>
        <w:t>"One nation."</w:t>
      </w:r>
    </w:p>
    <w:p w14:paraId="6F78AF5D" w14:textId="77777777" w:rsidR="007D7487" w:rsidRDefault="00E6407B">
      <w:pPr>
        <w:ind w:firstLine="288"/>
      </w:pPr>
      <w:r>
        <w:rPr>
          <w:rFonts w:cs="Times New Roman"/>
        </w:rPr>
        <w:t>"One King."</w:t>
      </w:r>
    </w:p>
    <w:p w14:paraId="03EC6ADD" w14:textId="77777777" w:rsidR="007D7487" w:rsidRDefault="00E6407B">
      <w:pPr>
        <w:ind w:firstLine="288"/>
      </w:pPr>
      <w:r>
        <w:rPr>
          <w:rFonts w:cs="Times New Roman"/>
        </w:rPr>
        <w:t>"One Shepherd."</w:t>
      </w:r>
    </w:p>
    <w:p w14:paraId="1FCC5F4D" w14:textId="77777777" w:rsidR="007D7487" w:rsidRDefault="00E6407B">
      <w:pPr>
        <w:ind w:firstLine="288"/>
      </w:pPr>
      <w:r>
        <w:rPr>
          <w:rFonts w:cs="Times New Roman"/>
        </w:rPr>
        <w:t>"God dwelling among them."</w:t>
      </w:r>
    </w:p>
    <w:p w14:paraId="7E70DD98" w14:textId="77777777" w:rsidR="007D7487" w:rsidRDefault="00E6407B">
      <w:pPr>
        <w:ind w:firstLine="288"/>
      </w:pPr>
      <w:r>
        <w:rPr>
          <w:rFonts w:cs="Times New Roman"/>
        </w:rPr>
        <w:t>John looked toward the joined branches.</w:t>
      </w:r>
    </w:p>
    <w:p w14:paraId="4AF1FB24" w14:textId="77777777" w:rsidR="007D7487" w:rsidRDefault="00E6407B">
      <w:pPr>
        <w:ind w:firstLine="288"/>
      </w:pPr>
      <w:r>
        <w:rPr>
          <w:rFonts w:cs="Times New Roman"/>
        </w:rPr>
        <w:t>The cross connection remained.</w:t>
      </w:r>
    </w:p>
    <w:p w14:paraId="403C75B6" w14:textId="77777777" w:rsidR="007D7487" w:rsidRDefault="00E6407B">
      <w:pPr>
        <w:ind w:firstLine="288"/>
      </w:pPr>
      <w:r>
        <w:rPr>
          <w:rFonts w:cs="Times New Roman"/>
        </w:rPr>
        <w:t>But now it was an echo rather than a stolen definition.</w:t>
      </w:r>
    </w:p>
    <w:p w14:paraId="6A7C9497" w14:textId="77777777" w:rsidR="007D7487" w:rsidRDefault="00E6407B">
      <w:pPr>
        <w:ind w:firstLine="288"/>
      </w:pPr>
      <w:r>
        <w:rPr>
          <w:rFonts w:cs="Times New Roman"/>
        </w:rPr>
        <w:t>Stronger because Jesus had refused to force it.</w:t>
      </w:r>
    </w:p>
    <w:p w14:paraId="485D5E04" w14:textId="77777777" w:rsidR="007D7487" w:rsidRDefault="00E6407B">
      <w:pPr>
        <w:suppressLineNumbers/>
        <w:spacing w:before="100" w:after="100"/>
        <w:jc w:val="center"/>
      </w:pPr>
      <w:r>
        <w:rPr>
          <w:rFonts w:cs="Times New Roman"/>
          <w:sz w:val="20"/>
        </w:rPr>
        <w:t>* * *</w:t>
      </w:r>
    </w:p>
    <w:p w14:paraId="40EC8E47" w14:textId="77777777" w:rsidR="007D7487" w:rsidRDefault="00E6407B">
      <w:pPr>
        <w:ind w:firstLine="288"/>
      </w:pPr>
      <w:r>
        <w:rPr>
          <w:rFonts w:cs="Times New Roman"/>
        </w:rPr>
        <w:t>Nicodemus's mind moved backward.</w:t>
      </w:r>
    </w:p>
    <w:p w14:paraId="4E1B16EE" w14:textId="77777777" w:rsidR="007D7487" w:rsidRDefault="00E6407B">
      <w:pPr>
        <w:ind w:firstLine="288"/>
      </w:pPr>
      <w:r>
        <w:rPr>
          <w:rFonts w:cs="Times New Roman"/>
        </w:rPr>
        <w:t>"Then Jacob's crossed hands..."</w:t>
      </w:r>
    </w:p>
    <w:p w14:paraId="004B79D6" w14:textId="77777777" w:rsidR="007D7487" w:rsidRDefault="00E6407B">
      <w:pPr>
        <w:ind w:firstLine="288"/>
      </w:pPr>
      <w:r>
        <w:rPr>
          <w:rFonts w:cs="Times New Roman"/>
        </w:rPr>
        <w:t>Jesus looked toward him.</w:t>
      </w:r>
    </w:p>
    <w:p w14:paraId="6A8DC442" w14:textId="77777777" w:rsidR="007D7487" w:rsidRDefault="00E6407B">
      <w:pPr>
        <w:ind w:firstLine="288"/>
      </w:pPr>
      <w:r>
        <w:rPr>
          <w:rFonts w:cs="Times New Roman"/>
        </w:rPr>
        <w:t>"Go on."</w:t>
      </w:r>
    </w:p>
    <w:p w14:paraId="5BAEF6B0" w14:textId="77777777" w:rsidR="007D7487" w:rsidRDefault="00E6407B">
      <w:pPr>
        <w:ind w:firstLine="288"/>
      </w:pPr>
      <w:r>
        <w:rPr>
          <w:rFonts w:cs="Times New Roman"/>
        </w:rPr>
        <w:t>"Manasseh."</w:t>
      </w:r>
    </w:p>
    <w:p w14:paraId="623A9693" w14:textId="77777777" w:rsidR="007D7487" w:rsidRDefault="00E6407B">
      <w:pPr>
        <w:ind w:firstLine="288"/>
      </w:pPr>
      <w:r>
        <w:rPr>
          <w:rFonts w:cs="Times New Roman"/>
        </w:rPr>
        <w:t>"Ephraim."</w:t>
      </w:r>
    </w:p>
    <w:p w14:paraId="7CAF8108" w14:textId="77777777" w:rsidR="007D7487" w:rsidRDefault="00E6407B">
      <w:pPr>
        <w:ind w:firstLine="288"/>
      </w:pPr>
      <w:r>
        <w:rPr>
          <w:rFonts w:cs="Times New Roman"/>
        </w:rPr>
        <w:t>"Distributed blessing inside Joseph."</w:t>
      </w:r>
    </w:p>
    <w:p w14:paraId="73F604DE" w14:textId="77777777" w:rsidR="007D7487" w:rsidRDefault="00E6407B">
      <w:pPr>
        <w:ind w:firstLine="288"/>
      </w:pPr>
      <w:r>
        <w:rPr>
          <w:rFonts w:cs="Times New Roman"/>
        </w:rPr>
        <w:t>"Then the northern kingdom carries Joseph's name through Ephraim."</w:t>
      </w:r>
    </w:p>
    <w:p w14:paraId="4025A751" w14:textId="77777777" w:rsidR="007D7487" w:rsidRDefault="00E6407B">
      <w:pPr>
        <w:ind w:firstLine="288"/>
      </w:pPr>
      <w:r>
        <w:rPr>
          <w:rFonts w:cs="Times New Roman"/>
        </w:rPr>
        <w:t>"Yes."</w:t>
      </w:r>
    </w:p>
    <w:p w14:paraId="7F90B333" w14:textId="77777777" w:rsidR="007D7487" w:rsidRDefault="00E6407B">
      <w:pPr>
        <w:ind w:firstLine="288"/>
      </w:pPr>
      <w:r>
        <w:rPr>
          <w:rFonts w:cs="Times New Roman"/>
        </w:rPr>
        <w:t>"And Ezekiel does not say Judah alone becomes the whole."</w:t>
      </w:r>
    </w:p>
    <w:p w14:paraId="6D37B77E" w14:textId="77777777" w:rsidR="007D7487" w:rsidRDefault="00E6407B">
      <w:pPr>
        <w:ind w:firstLine="288"/>
      </w:pPr>
      <w:r>
        <w:rPr>
          <w:rFonts w:cs="Times New Roman"/>
        </w:rPr>
        <w:t>"No."</w:t>
      </w:r>
    </w:p>
    <w:p w14:paraId="0D87424E" w14:textId="77777777" w:rsidR="007D7487" w:rsidRDefault="00E6407B">
      <w:pPr>
        <w:ind w:firstLine="288"/>
      </w:pPr>
      <w:r>
        <w:rPr>
          <w:rFonts w:cs="Times New Roman"/>
        </w:rPr>
        <w:t>"He says Joseph is joined."</w:t>
      </w:r>
    </w:p>
    <w:p w14:paraId="1907629C" w14:textId="77777777" w:rsidR="007D7487" w:rsidRDefault="00E6407B">
      <w:pPr>
        <w:ind w:firstLine="288"/>
      </w:pPr>
      <w:r>
        <w:rPr>
          <w:rFonts w:cs="Times New Roman"/>
        </w:rPr>
        <w:t>"Yes."</w:t>
      </w:r>
    </w:p>
    <w:p w14:paraId="4B5EBDF5" w14:textId="77777777" w:rsidR="007D7487" w:rsidRDefault="00E6407B">
      <w:pPr>
        <w:ind w:firstLine="288"/>
      </w:pPr>
      <w:r>
        <w:rPr>
          <w:rFonts w:cs="Times New Roman"/>
        </w:rPr>
        <w:t>Nicodemus looked toward Jesus.</w:t>
      </w:r>
    </w:p>
    <w:p w14:paraId="0CAA3E31" w14:textId="77777777" w:rsidR="007D7487" w:rsidRDefault="00E6407B">
      <w:pPr>
        <w:ind w:firstLine="288"/>
      </w:pPr>
      <w:r>
        <w:rPr>
          <w:rFonts w:cs="Times New Roman"/>
        </w:rPr>
        <w:t>"And First Chronicles does not say Judah received the birthright."</w:t>
      </w:r>
    </w:p>
    <w:p w14:paraId="7A209DA3" w14:textId="77777777" w:rsidR="007D7487" w:rsidRDefault="00E6407B">
      <w:pPr>
        <w:ind w:firstLine="288"/>
      </w:pPr>
      <w:r>
        <w:rPr>
          <w:rFonts w:cs="Times New Roman"/>
        </w:rPr>
        <w:t>"No."</w:t>
      </w:r>
    </w:p>
    <w:p w14:paraId="504C6D20" w14:textId="77777777" w:rsidR="007D7487" w:rsidRDefault="00E6407B">
      <w:pPr>
        <w:ind w:firstLine="288"/>
      </w:pPr>
      <w:r>
        <w:rPr>
          <w:rFonts w:cs="Times New Roman"/>
        </w:rPr>
        <w:t>"Judah keeps the ruler."</w:t>
      </w:r>
    </w:p>
    <w:p w14:paraId="1F0348A8" w14:textId="77777777" w:rsidR="007D7487" w:rsidRDefault="00E6407B">
      <w:pPr>
        <w:ind w:firstLine="288"/>
      </w:pPr>
      <w:r>
        <w:rPr>
          <w:rFonts w:cs="Times New Roman"/>
        </w:rPr>
        <w:lastRenderedPageBreak/>
        <w:t>"Joseph keeps the birthright."</w:t>
      </w:r>
    </w:p>
    <w:p w14:paraId="5C071B50" w14:textId="77777777" w:rsidR="007D7487" w:rsidRDefault="00E6407B">
      <w:pPr>
        <w:ind w:firstLine="288"/>
      </w:pPr>
      <w:r>
        <w:rPr>
          <w:rFonts w:cs="Times New Roman"/>
        </w:rPr>
        <w:t>"Yes."</w:t>
      </w:r>
    </w:p>
    <w:p w14:paraId="17AFB471" w14:textId="77777777" w:rsidR="007D7487" w:rsidRDefault="00E6407B">
      <w:pPr>
        <w:ind w:firstLine="288"/>
      </w:pPr>
      <w:r>
        <w:rPr>
          <w:rFonts w:cs="Times New Roman"/>
        </w:rPr>
        <w:t>The old teacher's breathing quickened.</w:t>
      </w:r>
    </w:p>
    <w:p w14:paraId="4AAA0780" w14:textId="77777777" w:rsidR="007D7487" w:rsidRDefault="00E6407B">
      <w:pPr>
        <w:ind w:firstLine="288"/>
      </w:pPr>
      <w:r>
        <w:rPr>
          <w:rFonts w:cs="Times New Roman"/>
        </w:rPr>
        <w:t>"The pieces were never supposed to be enemies."</w:t>
      </w:r>
    </w:p>
    <w:p w14:paraId="77EE9908" w14:textId="77777777" w:rsidR="007D7487" w:rsidRDefault="00E6407B">
      <w:pPr>
        <w:ind w:firstLine="288"/>
      </w:pPr>
      <w:r>
        <w:rPr>
          <w:rFonts w:cs="Times New Roman"/>
        </w:rPr>
        <w:t>Jesus shook His head.</w:t>
      </w:r>
    </w:p>
    <w:p w14:paraId="1771B874" w14:textId="77777777" w:rsidR="007D7487" w:rsidRDefault="00E6407B">
      <w:pPr>
        <w:ind w:firstLine="288"/>
      </w:pPr>
      <w:r>
        <w:rPr>
          <w:rFonts w:cs="Times New Roman"/>
        </w:rPr>
        <w:t>"Different witnesses."</w:t>
      </w:r>
    </w:p>
    <w:p w14:paraId="00BDE707" w14:textId="77777777" w:rsidR="007D7487" w:rsidRDefault="00E6407B">
      <w:pPr>
        <w:ind w:firstLine="288"/>
      </w:pPr>
      <w:r>
        <w:rPr>
          <w:rFonts w:cs="Times New Roman"/>
        </w:rPr>
        <w:t>"One purpose in the Father."</w:t>
      </w:r>
    </w:p>
    <w:p w14:paraId="1054A374" w14:textId="77777777" w:rsidR="007D7487" w:rsidRDefault="00E6407B">
      <w:pPr>
        <w:ind w:firstLine="288"/>
      </w:pPr>
      <w:r>
        <w:rPr>
          <w:rFonts w:cs="Times New Roman"/>
        </w:rPr>
        <w:t>Nicodemus stared at Him.</w:t>
      </w:r>
    </w:p>
    <w:p w14:paraId="1A0F5D8E" w14:textId="77777777" w:rsidR="007D7487" w:rsidRDefault="00E6407B">
      <w:pPr>
        <w:ind w:firstLine="288"/>
      </w:pPr>
      <w:r>
        <w:rPr>
          <w:rFonts w:cs="Times New Roman"/>
        </w:rPr>
        <w:t>"The ruler."</w:t>
      </w:r>
    </w:p>
    <w:p w14:paraId="5A84C958" w14:textId="77777777" w:rsidR="007D7487" w:rsidRDefault="00E6407B">
      <w:pPr>
        <w:ind w:firstLine="288"/>
      </w:pPr>
      <w:r>
        <w:rPr>
          <w:rFonts w:cs="Times New Roman"/>
        </w:rPr>
        <w:t>"The birthright."</w:t>
      </w:r>
    </w:p>
    <w:p w14:paraId="332D125E" w14:textId="77777777" w:rsidR="007D7487" w:rsidRDefault="00E6407B">
      <w:pPr>
        <w:ind w:firstLine="288"/>
      </w:pPr>
      <w:r>
        <w:rPr>
          <w:rFonts w:cs="Times New Roman"/>
        </w:rPr>
        <w:t>"The priest."</w:t>
      </w:r>
    </w:p>
    <w:p w14:paraId="632676C4" w14:textId="77777777" w:rsidR="007D7487" w:rsidRDefault="00E6407B">
      <w:pPr>
        <w:ind w:firstLine="288"/>
      </w:pPr>
      <w:r>
        <w:rPr>
          <w:rFonts w:cs="Times New Roman"/>
        </w:rPr>
        <w:t>"Preservation."</w:t>
      </w:r>
    </w:p>
    <w:p w14:paraId="55A71624" w14:textId="77777777" w:rsidR="007D7487" w:rsidRDefault="00E6407B">
      <w:pPr>
        <w:ind w:firstLine="288"/>
      </w:pPr>
      <w:r>
        <w:rPr>
          <w:rFonts w:cs="Times New Roman"/>
        </w:rPr>
        <w:t>"Fruitfulness."</w:t>
      </w:r>
    </w:p>
    <w:p w14:paraId="06095439" w14:textId="77777777" w:rsidR="007D7487" w:rsidRDefault="00E6407B">
      <w:pPr>
        <w:ind w:firstLine="288"/>
      </w:pPr>
      <w:r>
        <w:rPr>
          <w:rFonts w:cs="Times New Roman"/>
        </w:rPr>
        <w:t>"The Shepherd."</w:t>
      </w:r>
    </w:p>
    <w:p w14:paraId="2EF0CCD3" w14:textId="77777777" w:rsidR="007D7487" w:rsidRDefault="00E6407B">
      <w:pPr>
        <w:ind w:firstLine="288"/>
      </w:pPr>
      <w:r>
        <w:rPr>
          <w:rFonts w:cs="Times New Roman"/>
        </w:rPr>
        <w:t>"The Servant."</w:t>
      </w:r>
    </w:p>
    <w:p w14:paraId="66EE8461" w14:textId="77777777" w:rsidR="007D7487" w:rsidRDefault="00E6407B">
      <w:pPr>
        <w:ind w:firstLine="288"/>
      </w:pPr>
      <w:r>
        <w:rPr>
          <w:rFonts w:cs="Times New Roman"/>
        </w:rPr>
        <w:t>Jesus did not allow the sentence to become a claim that every tribal blessing was a one-to-one prediction of one later event.</w:t>
      </w:r>
    </w:p>
    <w:p w14:paraId="67597340" w14:textId="77777777" w:rsidR="007D7487" w:rsidRDefault="00E6407B">
      <w:pPr>
        <w:ind w:firstLine="288"/>
      </w:pPr>
      <w:r>
        <w:rPr>
          <w:rFonts w:cs="Times New Roman"/>
        </w:rPr>
        <w:t>But neither did He deny the convergence.</w:t>
      </w:r>
    </w:p>
    <w:p w14:paraId="6DA73B4F" w14:textId="77777777" w:rsidR="007D7487" w:rsidRDefault="00E6407B">
      <w:pPr>
        <w:ind w:firstLine="288"/>
      </w:pPr>
      <w:r>
        <w:rPr>
          <w:rFonts w:cs="Times New Roman"/>
        </w:rPr>
        <w:t>"The Father can distribute His promises through the history of Israel and gather their fulfillment under the One He appointed."</w:t>
      </w:r>
    </w:p>
    <w:p w14:paraId="439B3677" w14:textId="77777777" w:rsidR="007D7487" w:rsidRDefault="00E6407B">
      <w:pPr>
        <w:ind w:firstLine="288"/>
      </w:pPr>
      <w:r>
        <w:rPr>
          <w:rFonts w:cs="Times New Roman"/>
        </w:rPr>
        <w:t>Peter looked toward Jesus.</w:t>
      </w:r>
    </w:p>
    <w:p w14:paraId="34855B4F" w14:textId="77777777" w:rsidR="007D7487" w:rsidRDefault="00E6407B">
      <w:pPr>
        <w:ind w:firstLine="288"/>
      </w:pPr>
      <w:r>
        <w:rPr>
          <w:rFonts w:cs="Times New Roman"/>
        </w:rPr>
        <w:t>"In You."</w:t>
      </w:r>
    </w:p>
    <w:p w14:paraId="7B0CA4A3" w14:textId="77777777" w:rsidR="007D7487" w:rsidRDefault="00E6407B">
      <w:pPr>
        <w:ind w:firstLine="288"/>
      </w:pPr>
      <w:r>
        <w:rPr>
          <w:rFonts w:cs="Times New Roman"/>
        </w:rPr>
        <w:t>Jesus held his gaze.</w:t>
      </w:r>
    </w:p>
    <w:p w14:paraId="2F14F13C" w14:textId="77777777" w:rsidR="007D7487" w:rsidRDefault="00E6407B">
      <w:pPr>
        <w:ind w:firstLine="288"/>
      </w:pPr>
      <w:r>
        <w:rPr>
          <w:rFonts w:cs="Times New Roman"/>
        </w:rPr>
        <w:t>"The Father has given Me the work."</w:t>
      </w:r>
    </w:p>
    <w:p w14:paraId="5177538D" w14:textId="77777777" w:rsidR="007D7487" w:rsidRDefault="00E6407B">
      <w:pPr>
        <w:ind w:firstLine="288"/>
      </w:pPr>
      <w:r>
        <w:rPr>
          <w:rFonts w:cs="Times New Roman"/>
        </w:rPr>
        <w:t>The answer was simple.</w:t>
      </w:r>
    </w:p>
    <w:p w14:paraId="69CD305F" w14:textId="77777777" w:rsidR="007D7487" w:rsidRDefault="00E6407B">
      <w:pPr>
        <w:ind w:firstLine="288"/>
      </w:pPr>
      <w:r>
        <w:rPr>
          <w:rFonts w:cs="Times New Roman"/>
        </w:rPr>
        <w:t>No tribe disappeared.</w:t>
      </w:r>
    </w:p>
    <w:p w14:paraId="7FC598C8" w14:textId="77777777" w:rsidR="007D7487" w:rsidRDefault="00E6407B">
      <w:pPr>
        <w:ind w:firstLine="288"/>
      </w:pPr>
      <w:r>
        <w:rPr>
          <w:rFonts w:cs="Times New Roman"/>
        </w:rPr>
        <w:t>No covenant name needed to be mocked.</w:t>
      </w:r>
    </w:p>
    <w:p w14:paraId="5A831C8D" w14:textId="77777777" w:rsidR="007D7487" w:rsidRDefault="00E6407B">
      <w:pPr>
        <w:ind w:firstLine="288"/>
      </w:pPr>
      <w:r>
        <w:rPr>
          <w:rFonts w:cs="Times New Roman"/>
        </w:rPr>
        <w:t>No earlier gift became meaningless.</w:t>
      </w:r>
    </w:p>
    <w:p w14:paraId="72EB3CA3" w14:textId="77777777" w:rsidR="007D7487" w:rsidRDefault="00E6407B">
      <w:pPr>
        <w:ind w:firstLine="288"/>
      </w:pPr>
      <w:r>
        <w:rPr>
          <w:rFonts w:cs="Times New Roman"/>
        </w:rPr>
        <w:t>The fulfillment did not work by destruction.</w:t>
      </w:r>
    </w:p>
    <w:p w14:paraId="45823D3D" w14:textId="77777777" w:rsidR="007D7487" w:rsidRDefault="00E6407B">
      <w:pPr>
        <w:ind w:firstLine="288"/>
      </w:pPr>
      <w:r>
        <w:rPr>
          <w:rFonts w:cs="Times New Roman"/>
        </w:rPr>
        <w:t>It worked by gathering.</w:t>
      </w:r>
    </w:p>
    <w:p w14:paraId="30742919" w14:textId="77777777" w:rsidR="007D7487" w:rsidRDefault="00E6407B">
      <w:pPr>
        <w:suppressLineNumbers/>
        <w:spacing w:before="100" w:after="100"/>
        <w:jc w:val="center"/>
      </w:pPr>
      <w:r>
        <w:rPr>
          <w:rFonts w:cs="Times New Roman"/>
          <w:sz w:val="20"/>
        </w:rPr>
        <w:t>* * *</w:t>
      </w:r>
    </w:p>
    <w:p w14:paraId="7359790C" w14:textId="77777777" w:rsidR="007D7487" w:rsidRDefault="00E6407B">
      <w:pPr>
        <w:ind w:firstLine="288"/>
      </w:pPr>
      <w:r>
        <w:rPr>
          <w:rFonts w:cs="Times New Roman"/>
        </w:rPr>
        <w:t>Nicodemus was still staring at the two sticks.</w:t>
      </w:r>
    </w:p>
    <w:p w14:paraId="4A85C0D0" w14:textId="77777777" w:rsidR="007D7487" w:rsidRDefault="00E6407B">
      <w:pPr>
        <w:ind w:firstLine="288"/>
      </w:pPr>
      <w:r>
        <w:rPr>
          <w:rFonts w:cs="Times New Roman"/>
        </w:rPr>
        <w:t>Judah.</w:t>
      </w:r>
    </w:p>
    <w:p w14:paraId="0842C45B" w14:textId="77777777" w:rsidR="007D7487" w:rsidRDefault="00E6407B">
      <w:pPr>
        <w:ind w:firstLine="288"/>
      </w:pPr>
      <w:r>
        <w:rPr>
          <w:rFonts w:cs="Times New Roman"/>
        </w:rPr>
        <w:t>Joseph.</w:t>
      </w:r>
    </w:p>
    <w:p w14:paraId="047393E8" w14:textId="77777777" w:rsidR="007D7487" w:rsidRDefault="00E6407B">
      <w:pPr>
        <w:ind w:firstLine="288"/>
      </w:pPr>
      <w:r>
        <w:rPr>
          <w:rFonts w:cs="Times New Roman"/>
        </w:rPr>
        <w:t>Two names that had carried centuries of division between them.</w:t>
      </w:r>
    </w:p>
    <w:p w14:paraId="60FDCB46" w14:textId="77777777" w:rsidR="007D7487" w:rsidRDefault="00E6407B">
      <w:pPr>
        <w:ind w:firstLine="288"/>
      </w:pPr>
      <w:r>
        <w:rPr>
          <w:rFonts w:cs="Times New Roman"/>
        </w:rPr>
        <w:t>Yet in the prophet's hands they had become one.</w:t>
      </w:r>
    </w:p>
    <w:p w14:paraId="036C2BC7" w14:textId="77777777" w:rsidR="007D7487" w:rsidRDefault="00E6407B">
      <w:pPr>
        <w:ind w:firstLine="288"/>
      </w:pPr>
      <w:r>
        <w:rPr>
          <w:rFonts w:cs="Times New Roman"/>
        </w:rPr>
        <w:t>His brow tightened.</w:t>
      </w:r>
    </w:p>
    <w:p w14:paraId="67D8219F" w14:textId="77777777" w:rsidR="007D7487" w:rsidRDefault="00E6407B">
      <w:pPr>
        <w:ind w:firstLine="288"/>
      </w:pPr>
      <w:r>
        <w:rPr>
          <w:rFonts w:cs="Times New Roman"/>
        </w:rPr>
        <w:t>Then suddenly he looked up.</w:t>
      </w:r>
    </w:p>
    <w:p w14:paraId="698EB0AB" w14:textId="77777777" w:rsidR="007D7487" w:rsidRDefault="00E6407B">
      <w:pPr>
        <w:ind w:firstLine="288"/>
      </w:pPr>
      <w:r>
        <w:rPr>
          <w:rFonts w:cs="Times New Roman"/>
        </w:rPr>
        <w:lastRenderedPageBreak/>
        <w:t>"Jeremiah."</w:t>
      </w:r>
    </w:p>
    <w:p w14:paraId="221C7D25" w14:textId="77777777" w:rsidR="007D7487" w:rsidRDefault="00E6407B">
      <w:pPr>
        <w:ind w:firstLine="288"/>
      </w:pPr>
      <w:r>
        <w:rPr>
          <w:rFonts w:cs="Times New Roman"/>
        </w:rPr>
        <w:t>Several faces turned.</w:t>
      </w:r>
    </w:p>
    <w:p w14:paraId="39F9B2EF" w14:textId="77777777" w:rsidR="007D7487" w:rsidRDefault="00E6407B">
      <w:pPr>
        <w:ind w:firstLine="288"/>
      </w:pPr>
      <w:r>
        <w:rPr>
          <w:rFonts w:cs="Times New Roman"/>
        </w:rPr>
        <w:t>Nicodemus looked almost embarrassed that he had spoken aloud.</w:t>
      </w:r>
    </w:p>
    <w:p w14:paraId="3B524108" w14:textId="77777777" w:rsidR="007D7487" w:rsidRDefault="00E6407B">
      <w:pPr>
        <w:ind w:firstLine="288"/>
      </w:pPr>
      <w:r>
        <w:rPr>
          <w:rFonts w:cs="Times New Roman"/>
        </w:rPr>
        <w:t>Jesus waited.</w:t>
      </w:r>
    </w:p>
    <w:p w14:paraId="5D95B150" w14:textId="77777777" w:rsidR="007D7487" w:rsidRDefault="00E6407B">
      <w:pPr>
        <w:ind w:firstLine="288"/>
      </w:pPr>
      <w:r>
        <w:rPr>
          <w:rFonts w:cs="Times New Roman"/>
        </w:rPr>
        <w:t>The old teacher searched his memory.</w:t>
      </w:r>
    </w:p>
    <w:p w14:paraId="52C028FF" w14:textId="77777777" w:rsidR="007D7487" w:rsidRDefault="00E6407B">
      <w:pPr>
        <w:ind w:firstLine="288"/>
      </w:pPr>
      <w:r>
        <w:rPr>
          <w:rFonts w:cs="Times New Roman"/>
        </w:rPr>
        <w:t>"Jeremiah spoke of them together also."</w:t>
      </w:r>
    </w:p>
    <w:p w14:paraId="30F19DCC" w14:textId="77777777" w:rsidR="007D7487" w:rsidRDefault="00E6407B">
      <w:pPr>
        <w:ind w:firstLine="288"/>
      </w:pPr>
      <w:r>
        <w:rPr>
          <w:rFonts w:cs="Times New Roman"/>
        </w:rPr>
        <w:t>"Judah and Israel."</w:t>
      </w:r>
    </w:p>
    <w:p w14:paraId="403F68CF" w14:textId="77777777" w:rsidR="007D7487" w:rsidRDefault="00E6407B">
      <w:pPr>
        <w:ind w:firstLine="288"/>
      </w:pPr>
      <w:r>
        <w:rPr>
          <w:rFonts w:cs="Times New Roman"/>
        </w:rPr>
        <w:t>Jesus gave him a small nod.</w:t>
      </w:r>
    </w:p>
    <w:p w14:paraId="5BA4B4E6" w14:textId="77777777" w:rsidR="007D7487" w:rsidRDefault="00E6407B">
      <w:pPr>
        <w:ind w:firstLine="288"/>
      </w:pPr>
      <w:r>
        <w:rPr>
          <w:rFonts w:cs="Times New Roman"/>
        </w:rPr>
        <w:t>"Go on."</w:t>
      </w:r>
    </w:p>
    <w:p w14:paraId="58BCC461" w14:textId="77777777" w:rsidR="007D7487" w:rsidRDefault="00E6407B">
      <w:pPr>
        <w:ind w:firstLine="288"/>
      </w:pPr>
      <w:r>
        <w:rPr>
          <w:rFonts w:cs="Times New Roman"/>
        </w:rPr>
        <w:t>Nicodemus's eyes moved as though the words were written somewhere in front of him.</w:t>
      </w:r>
    </w:p>
    <w:p w14:paraId="5CC69B7F" w14:textId="77777777" w:rsidR="007D7487" w:rsidRDefault="00E6407B">
      <w:pPr>
        <w:ind w:firstLine="288"/>
      </w:pPr>
      <w:r>
        <w:rPr>
          <w:rFonts w:cs="Times New Roman"/>
        </w:rPr>
        <w:t>"In those days..."</w:t>
      </w:r>
    </w:p>
    <w:p w14:paraId="4A48444F" w14:textId="77777777" w:rsidR="007D7487" w:rsidRDefault="00E6407B">
      <w:pPr>
        <w:ind w:firstLine="288"/>
      </w:pPr>
      <w:r>
        <w:rPr>
          <w:rFonts w:cs="Times New Roman"/>
        </w:rPr>
        <w:t>He began slowly.</w:t>
      </w:r>
    </w:p>
    <w:p w14:paraId="51715720" w14:textId="77777777" w:rsidR="007D7487" w:rsidRDefault="00E6407B">
      <w:pPr>
        <w:ind w:firstLine="288"/>
      </w:pPr>
      <w:r>
        <w:rPr>
          <w:rFonts w:cs="Times New Roman"/>
        </w:rPr>
        <w:t>"...the house of Judah shall walk with the house of Israel..."</w:t>
      </w:r>
    </w:p>
    <w:p w14:paraId="04284AF5" w14:textId="77777777" w:rsidR="007D7487" w:rsidRDefault="00E6407B">
      <w:pPr>
        <w:ind w:firstLine="288"/>
      </w:pPr>
      <w:r>
        <w:rPr>
          <w:rFonts w:cs="Times New Roman"/>
        </w:rPr>
        <w:t>John watched recognition spread.</w:t>
      </w:r>
    </w:p>
    <w:p w14:paraId="18D054CD" w14:textId="77777777" w:rsidR="007D7487" w:rsidRDefault="00E6407B">
      <w:pPr>
        <w:ind w:firstLine="288"/>
      </w:pPr>
      <w:r>
        <w:rPr>
          <w:rFonts w:cs="Times New Roman"/>
        </w:rPr>
        <w:t>"...and they shall come together."</w:t>
      </w:r>
    </w:p>
    <w:p w14:paraId="0B51EE01" w14:textId="77777777" w:rsidR="007D7487" w:rsidRDefault="00E6407B">
      <w:pPr>
        <w:ind w:firstLine="288"/>
      </w:pPr>
      <w:r>
        <w:rPr>
          <w:rFonts w:cs="Times New Roman"/>
        </w:rPr>
        <w:t>Peter glanced again at the two sticks.</w:t>
      </w:r>
    </w:p>
    <w:p w14:paraId="6124524F" w14:textId="77777777" w:rsidR="007D7487" w:rsidRDefault="00E6407B">
      <w:pPr>
        <w:ind w:firstLine="288"/>
      </w:pPr>
      <w:r>
        <w:rPr>
          <w:rFonts w:cs="Times New Roman"/>
        </w:rPr>
        <w:t>"The same thing."</w:t>
      </w:r>
    </w:p>
    <w:p w14:paraId="49769882" w14:textId="77777777" w:rsidR="007D7487" w:rsidRDefault="00E6407B">
      <w:pPr>
        <w:ind w:firstLine="288"/>
      </w:pPr>
      <w:r>
        <w:rPr>
          <w:rFonts w:cs="Times New Roman"/>
        </w:rPr>
        <w:t>Nicodemus shook his head.</w:t>
      </w:r>
    </w:p>
    <w:p w14:paraId="65C59E13" w14:textId="77777777" w:rsidR="007D7487" w:rsidRDefault="00E6407B">
      <w:pPr>
        <w:ind w:firstLine="288"/>
      </w:pPr>
      <w:r>
        <w:rPr>
          <w:rFonts w:cs="Times New Roman"/>
        </w:rPr>
        <w:t>"Not the same prophecy."</w:t>
      </w:r>
    </w:p>
    <w:p w14:paraId="694E197D" w14:textId="77777777" w:rsidR="007D7487" w:rsidRDefault="00E6407B">
      <w:pPr>
        <w:ind w:firstLine="288"/>
      </w:pPr>
      <w:r>
        <w:rPr>
          <w:rFonts w:cs="Times New Roman"/>
        </w:rPr>
        <w:t>Then he smiled.</w:t>
      </w:r>
    </w:p>
    <w:p w14:paraId="7434C166" w14:textId="77777777" w:rsidR="007D7487" w:rsidRDefault="00E6407B">
      <w:pPr>
        <w:ind w:firstLine="288"/>
      </w:pPr>
      <w:r>
        <w:rPr>
          <w:rFonts w:cs="Times New Roman"/>
        </w:rPr>
        <w:t>"But the same gathering."</w:t>
      </w:r>
    </w:p>
    <w:p w14:paraId="26EC62F6" w14:textId="77777777" w:rsidR="007D7487" w:rsidRDefault="00E6407B">
      <w:pPr>
        <w:ind w:firstLine="288"/>
      </w:pPr>
      <w:r>
        <w:rPr>
          <w:rFonts w:cs="Times New Roman"/>
        </w:rPr>
        <w:t>Jesus nodded.</w:t>
      </w:r>
    </w:p>
    <w:p w14:paraId="559D496A" w14:textId="77777777" w:rsidR="007D7487" w:rsidRDefault="00E6407B">
      <w:pPr>
        <w:ind w:firstLine="288"/>
      </w:pPr>
      <w:r>
        <w:rPr>
          <w:rFonts w:cs="Times New Roman"/>
        </w:rPr>
        <w:t>"Same gathering does not mean same passage."</w:t>
      </w:r>
    </w:p>
    <w:p w14:paraId="0E163D61" w14:textId="77777777" w:rsidR="007D7487" w:rsidRDefault="00E6407B">
      <w:pPr>
        <w:ind w:firstLine="288"/>
      </w:pPr>
      <w:r>
        <w:rPr>
          <w:rFonts w:cs="Times New Roman"/>
        </w:rPr>
        <w:t>"Let Jeremiah add what Jeremiah was given."</w:t>
      </w:r>
    </w:p>
    <w:p w14:paraId="063D6BDD" w14:textId="77777777" w:rsidR="007D7487" w:rsidRDefault="00E6407B">
      <w:pPr>
        <w:ind w:firstLine="288"/>
      </w:pPr>
      <w:r>
        <w:rPr>
          <w:rFonts w:cs="Times New Roman"/>
        </w:rPr>
        <w:t>Jesus lowered the two pieces of wood.</w:t>
      </w:r>
    </w:p>
    <w:p w14:paraId="7D5FA48B" w14:textId="77777777" w:rsidR="007D7487" w:rsidRDefault="00E6407B">
      <w:pPr>
        <w:ind w:firstLine="288"/>
      </w:pPr>
      <w:r>
        <w:rPr>
          <w:rFonts w:cs="Times New Roman"/>
        </w:rPr>
        <w:t>"And what did Jeremiah say immediately before it?"</w:t>
      </w:r>
    </w:p>
    <w:p w14:paraId="59386F97" w14:textId="77777777" w:rsidR="007D7487" w:rsidRDefault="00E6407B">
      <w:pPr>
        <w:ind w:firstLine="288"/>
      </w:pPr>
      <w:r>
        <w:rPr>
          <w:rFonts w:cs="Times New Roman"/>
        </w:rPr>
        <w:t>Nicodemus stopped.</w:t>
      </w:r>
    </w:p>
    <w:p w14:paraId="651DE0E0" w14:textId="77777777" w:rsidR="007D7487" w:rsidRDefault="00E6407B">
      <w:pPr>
        <w:ind w:firstLine="288"/>
      </w:pPr>
      <w:r>
        <w:rPr>
          <w:rFonts w:cs="Times New Roman"/>
        </w:rPr>
        <w:t>For a moment no one answered.</w:t>
      </w:r>
    </w:p>
    <w:p w14:paraId="4648D63A" w14:textId="77777777" w:rsidR="007D7487" w:rsidRDefault="00E6407B">
      <w:pPr>
        <w:ind w:firstLine="288"/>
      </w:pPr>
      <w:r>
        <w:rPr>
          <w:rFonts w:cs="Times New Roman"/>
        </w:rPr>
        <w:t>Then one of the older disciples murmured:</w:t>
      </w:r>
    </w:p>
    <w:p w14:paraId="734F5BA3" w14:textId="77777777" w:rsidR="007D7487" w:rsidRDefault="00E6407B">
      <w:pPr>
        <w:ind w:firstLine="288"/>
      </w:pPr>
      <w:r>
        <w:rPr>
          <w:rFonts w:cs="Times New Roman"/>
        </w:rPr>
        <w:t>"The ark."</w:t>
      </w:r>
    </w:p>
    <w:p w14:paraId="467B83FC" w14:textId="77777777" w:rsidR="007D7487" w:rsidRDefault="00E6407B">
      <w:pPr>
        <w:ind w:firstLine="288"/>
      </w:pPr>
      <w:r>
        <w:rPr>
          <w:rFonts w:cs="Times New Roman"/>
        </w:rPr>
        <w:t>Nicodemus turned sharply.</w:t>
      </w:r>
    </w:p>
    <w:p w14:paraId="0B83397C" w14:textId="77777777" w:rsidR="007D7487" w:rsidRDefault="00E6407B">
      <w:pPr>
        <w:ind w:firstLine="288"/>
      </w:pPr>
      <w:r>
        <w:rPr>
          <w:rFonts w:cs="Times New Roman"/>
        </w:rPr>
        <w:t>Jesus did not move.</w:t>
      </w:r>
    </w:p>
    <w:p w14:paraId="444102D8" w14:textId="77777777" w:rsidR="007D7487" w:rsidRDefault="00E6407B">
      <w:pPr>
        <w:ind w:firstLine="288"/>
      </w:pPr>
      <w:r>
        <w:rPr>
          <w:rFonts w:cs="Times New Roman"/>
        </w:rPr>
        <w:t>"What of the ark?"</w:t>
      </w:r>
    </w:p>
    <w:p w14:paraId="0D16E62C" w14:textId="77777777" w:rsidR="007D7487" w:rsidRDefault="00E6407B">
      <w:pPr>
        <w:ind w:firstLine="288"/>
      </w:pPr>
      <w:r>
        <w:rPr>
          <w:rFonts w:cs="Times New Roman"/>
        </w:rPr>
        <w:t>The man answered carefully.</w:t>
      </w:r>
    </w:p>
    <w:p w14:paraId="4288E752" w14:textId="77777777" w:rsidR="007D7487" w:rsidRDefault="00E6407B">
      <w:pPr>
        <w:ind w:firstLine="288"/>
      </w:pPr>
      <w:r>
        <w:rPr>
          <w:rFonts w:cs="Times New Roman"/>
        </w:rPr>
        <w:t>"The days would come when men would no longer say, 'The ark of the covenant of the LORD.'"</w:t>
      </w:r>
    </w:p>
    <w:p w14:paraId="191F1D9E" w14:textId="77777777" w:rsidR="007D7487" w:rsidRDefault="00E6407B">
      <w:pPr>
        <w:ind w:firstLine="288"/>
      </w:pPr>
      <w:r>
        <w:rPr>
          <w:rFonts w:cs="Times New Roman"/>
        </w:rPr>
        <w:t>Another voice joined him.</w:t>
      </w:r>
    </w:p>
    <w:p w14:paraId="59BFEE4B" w14:textId="77777777" w:rsidR="007D7487" w:rsidRDefault="00E6407B">
      <w:pPr>
        <w:ind w:firstLine="288"/>
      </w:pPr>
      <w:r>
        <w:rPr>
          <w:rFonts w:cs="Times New Roman"/>
        </w:rPr>
        <w:t>"It would not come to mind."</w:t>
      </w:r>
    </w:p>
    <w:p w14:paraId="3325A06B" w14:textId="77777777" w:rsidR="007D7487" w:rsidRDefault="00E6407B">
      <w:pPr>
        <w:ind w:firstLine="288"/>
      </w:pPr>
      <w:r>
        <w:rPr>
          <w:rFonts w:cs="Times New Roman"/>
        </w:rPr>
        <w:t>"They would not remember it."</w:t>
      </w:r>
    </w:p>
    <w:p w14:paraId="4587F54C" w14:textId="77777777" w:rsidR="007D7487" w:rsidRDefault="00E6407B">
      <w:pPr>
        <w:ind w:firstLine="288"/>
      </w:pPr>
      <w:r>
        <w:rPr>
          <w:rFonts w:cs="Times New Roman"/>
        </w:rPr>
        <w:lastRenderedPageBreak/>
        <w:t>"They would not visit it."</w:t>
      </w:r>
    </w:p>
    <w:p w14:paraId="0BDA48F1" w14:textId="77777777" w:rsidR="007D7487" w:rsidRDefault="00E6407B">
      <w:pPr>
        <w:ind w:firstLine="288"/>
      </w:pPr>
      <w:r>
        <w:rPr>
          <w:rFonts w:cs="Times New Roman"/>
        </w:rPr>
        <w:t>Nicodemus finished almost under his breath:</w:t>
      </w:r>
    </w:p>
    <w:p w14:paraId="502D0158" w14:textId="77777777" w:rsidR="007D7487" w:rsidRDefault="00E6407B">
      <w:pPr>
        <w:ind w:firstLine="288"/>
      </w:pPr>
      <w:r>
        <w:rPr>
          <w:rFonts w:cs="Times New Roman"/>
        </w:rPr>
        <w:t>"Neither shall that be done any more."</w:t>
      </w:r>
    </w:p>
    <w:p w14:paraId="699964DC" w14:textId="77777777" w:rsidR="007D7487" w:rsidRDefault="00E6407B">
      <w:pPr>
        <w:ind w:firstLine="288"/>
      </w:pPr>
      <w:r>
        <w:rPr>
          <w:rFonts w:cs="Times New Roman"/>
        </w:rPr>
        <w:t>A quiet settled over them.</w:t>
      </w:r>
    </w:p>
    <w:p w14:paraId="3CBF283C" w14:textId="77777777" w:rsidR="007D7487" w:rsidRDefault="00E6407B">
      <w:pPr>
        <w:ind w:firstLine="288"/>
      </w:pPr>
      <w:r>
        <w:rPr>
          <w:rFonts w:cs="Times New Roman"/>
        </w:rPr>
        <w:t>The ark.</w:t>
      </w:r>
    </w:p>
    <w:p w14:paraId="0C77573F" w14:textId="77777777" w:rsidR="007D7487" w:rsidRDefault="00E6407B">
      <w:pPr>
        <w:ind w:firstLine="288"/>
      </w:pPr>
      <w:r>
        <w:rPr>
          <w:rFonts w:cs="Times New Roman"/>
        </w:rPr>
        <w:t>Not an idol.</w:t>
      </w:r>
    </w:p>
    <w:p w14:paraId="595AD05F" w14:textId="77777777" w:rsidR="007D7487" w:rsidRDefault="00E6407B">
      <w:pPr>
        <w:ind w:firstLine="288"/>
      </w:pPr>
      <w:r>
        <w:rPr>
          <w:rFonts w:cs="Times New Roman"/>
        </w:rPr>
        <w:t>Not a foolish human invention.</w:t>
      </w:r>
    </w:p>
    <w:p w14:paraId="0BF8A71B" w14:textId="77777777" w:rsidR="007D7487" w:rsidRDefault="00E6407B">
      <w:pPr>
        <w:ind w:firstLine="288"/>
      </w:pPr>
      <w:r>
        <w:rPr>
          <w:rFonts w:cs="Times New Roman"/>
        </w:rPr>
        <w:t>An object God Himself had commanded.</w:t>
      </w:r>
    </w:p>
    <w:p w14:paraId="5D2F5B13" w14:textId="77777777" w:rsidR="007D7487" w:rsidRDefault="00E6407B">
      <w:pPr>
        <w:ind w:firstLine="288"/>
      </w:pPr>
      <w:r>
        <w:rPr>
          <w:rFonts w:cs="Times New Roman"/>
        </w:rPr>
        <w:t>Built according to instruction.</w:t>
      </w:r>
    </w:p>
    <w:p w14:paraId="7CC5BE71" w14:textId="77777777" w:rsidR="007D7487" w:rsidRDefault="00E6407B">
      <w:pPr>
        <w:ind w:firstLine="288"/>
      </w:pPr>
      <w:r>
        <w:rPr>
          <w:rFonts w:cs="Times New Roman"/>
        </w:rPr>
        <w:t>Carried before Israel.</w:t>
      </w:r>
    </w:p>
    <w:p w14:paraId="4927ED63" w14:textId="77777777" w:rsidR="007D7487" w:rsidRDefault="00E6407B">
      <w:pPr>
        <w:ind w:firstLine="288"/>
      </w:pPr>
      <w:r>
        <w:rPr>
          <w:rFonts w:cs="Times New Roman"/>
        </w:rPr>
        <w:t>Associated with covenant.</w:t>
      </w:r>
    </w:p>
    <w:p w14:paraId="1BCABE04" w14:textId="77777777" w:rsidR="007D7487" w:rsidRDefault="00E6407B">
      <w:pPr>
        <w:ind w:firstLine="288"/>
      </w:pPr>
      <w:r>
        <w:rPr>
          <w:rFonts w:cs="Times New Roman"/>
        </w:rPr>
        <w:t>Mercy.</w:t>
      </w:r>
    </w:p>
    <w:p w14:paraId="4BE86B21" w14:textId="77777777" w:rsidR="007D7487" w:rsidRDefault="00E6407B">
      <w:pPr>
        <w:ind w:firstLine="288"/>
      </w:pPr>
      <w:r>
        <w:rPr>
          <w:rFonts w:cs="Times New Roman"/>
        </w:rPr>
        <w:t>Blood.</w:t>
      </w:r>
    </w:p>
    <w:p w14:paraId="2E62BC5D" w14:textId="77777777" w:rsidR="007D7487" w:rsidRDefault="00E6407B">
      <w:pPr>
        <w:ind w:firstLine="288"/>
      </w:pPr>
      <w:r>
        <w:rPr>
          <w:rFonts w:cs="Times New Roman"/>
        </w:rPr>
        <w:t>The holy place.</w:t>
      </w:r>
    </w:p>
    <w:p w14:paraId="1CE0FA6D" w14:textId="77777777" w:rsidR="007D7487" w:rsidRDefault="00E6407B">
      <w:pPr>
        <w:ind w:firstLine="288"/>
      </w:pPr>
      <w:r>
        <w:rPr>
          <w:rFonts w:cs="Times New Roman"/>
        </w:rPr>
        <w:t>The presence of God among His people.</w:t>
      </w:r>
    </w:p>
    <w:p w14:paraId="7DF3FBBD" w14:textId="77777777" w:rsidR="007D7487" w:rsidRDefault="00E6407B">
      <w:pPr>
        <w:ind w:firstLine="288"/>
      </w:pPr>
      <w:r>
        <w:rPr>
          <w:rFonts w:cs="Times New Roman"/>
        </w:rPr>
        <w:t>Peter looked toward Jesus.</w:t>
      </w:r>
    </w:p>
    <w:p w14:paraId="140D8131" w14:textId="77777777" w:rsidR="007D7487" w:rsidRDefault="00E6407B">
      <w:pPr>
        <w:ind w:firstLine="288"/>
      </w:pPr>
      <w:r>
        <w:rPr>
          <w:rFonts w:cs="Times New Roman"/>
        </w:rPr>
        <w:t>"But how could Israel no longer need to speak of the ark?"</w:t>
      </w:r>
    </w:p>
    <w:p w14:paraId="6521EE45" w14:textId="77777777" w:rsidR="007D7487" w:rsidRDefault="00E6407B">
      <w:pPr>
        <w:ind w:firstLine="288"/>
      </w:pPr>
      <w:r>
        <w:rPr>
          <w:rFonts w:cs="Times New Roman"/>
        </w:rPr>
        <w:t>Jesus held his gaze.</w:t>
      </w:r>
    </w:p>
    <w:p w14:paraId="61BEB31E" w14:textId="77777777" w:rsidR="007D7487" w:rsidRDefault="00E6407B">
      <w:pPr>
        <w:ind w:firstLine="288"/>
      </w:pPr>
      <w:r>
        <w:rPr>
          <w:rFonts w:cs="Times New Roman"/>
        </w:rPr>
        <w:t>"Where is it now?"</w:t>
      </w:r>
    </w:p>
    <w:p w14:paraId="6BEA6EDF" w14:textId="77777777" w:rsidR="007D7487" w:rsidRDefault="00E6407B">
      <w:pPr>
        <w:ind w:firstLine="288"/>
      </w:pPr>
      <w:r>
        <w:rPr>
          <w:rFonts w:cs="Times New Roman"/>
        </w:rPr>
        <w:t>Peter opened his mouth.</w:t>
      </w:r>
    </w:p>
    <w:p w14:paraId="1BAC4D36" w14:textId="77777777" w:rsidR="007D7487" w:rsidRDefault="00E6407B">
      <w:pPr>
        <w:ind w:firstLine="288"/>
      </w:pPr>
      <w:r>
        <w:rPr>
          <w:rFonts w:cs="Times New Roman"/>
        </w:rPr>
        <w:t>Nothing came.</w:t>
      </w:r>
    </w:p>
    <w:p w14:paraId="3C1ACF2F" w14:textId="77777777" w:rsidR="007D7487" w:rsidRDefault="00E6407B">
      <w:pPr>
        <w:ind w:firstLine="288"/>
      </w:pPr>
      <w:r>
        <w:rPr>
          <w:rFonts w:cs="Times New Roman"/>
        </w:rPr>
        <w:t>Jesus let the silence remain.</w:t>
      </w:r>
    </w:p>
    <w:p w14:paraId="6B8B0B3F" w14:textId="77777777" w:rsidR="007D7487" w:rsidRDefault="00E6407B">
      <w:pPr>
        <w:ind w:firstLine="288"/>
      </w:pPr>
      <w:r>
        <w:rPr>
          <w:rFonts w:cs="Times New Roman"/>
        </w:rPr>
        <w:t>Then:</w:t>
      </w:r>
    </w:p>
    <w:p w14:paraId="503B7389" w14:textId="77777777" w:rsidR="007D7487" w:rsidRDefault="00E6407B">
      <w:pPr>
        <w:ind w:firstLine="288"/>
      </w:pPr>
      <w:r>
        <w:rPr>
          <w:rFonts w:cs="Times New Roman"/>
        </w:rPr>
        <w:t>"Has the LORD ceased to be God because the ark is absent?"</w:t>
      </w:r>
    </w:p>
    <w:p w14:paraId="13CC2E28" w14:textId="77777777" w:rsidR="007D7487" w:rsidRDefault="00E6407B">
      <w:pPr>
        <w:ind w:firstLine="288"/>
      </w:pPr>
      <w:r>
        <w:rPr>
          <w:rFonts w:cs="Times New Roman"/>
        </w:rPr>
        <w:t>"No," John answered.</w:t>
      </w:r>
    </w:p>
    <w:p w14:paraId="1B1370C7" w14:textId="77777777" w:rsidR="007D7487" w:rsidRDefault="00E6407B">
      <w:pPr>
        <w:ind w:firstLine="288"/>
      </w:pPr>
      <w:r>
        <w:rPr>
          <w:rFonts w:cs="Times New Roman"/>
        </w:rPr>
        <w:t>Jesus turned toward him.</w:t>
      </w:r>
    </w:p>
    <w:p w14:paraId="53DA3744" w14:textId="77777777" w:rsidR="007D7487" w:rsidRDefault="00E6407B">
      <w:pPr>
        <w:ind w:firstLine="288"/>
      </w:pPr>
      <w:r>
        <w:rPr>
          <w:rFonts w:cs="Times New Roman"/>
        </w:rPr>
        <w:t>"No."</w:t>
      </w:r>
    </w:p>
    <w:p w14:paraId="758715A6" w14:textId="77777777" w:rsidR="007D7487" w:rsidRDefault="00E6407B">
      <w:pPr>
        <w:ind w:firstLine="288"/>
      </w:pPr>
      <w:r>
        <w:rPr>
          <w:rFonts w:cs="Times New Roman"/>
        </w:rPr>
        <w:t>He looked around.</w:t>
      </w:r>
    </w:p>
    <w:p w14:paraId="5A567B5D" w14:textId="77777777" w:rsidR="007D7487" w:rsidRDefault="00E6407B">
      <w:pPr>
        <w:ind w:firstLine="288"/>
      </w:pPr>
      <w:r>
        <w:rPr>
          <w:rFonts w:cs="Times New Roman"/>
        </w:rPr>
        <w:t>"The ark was holy because My Father appointed it."</w:t>
      </w:r>
    </w:p>
    <w:p w14:paraId="42C77494" w14:textId="77777777" w:rsidR="007D7487" w:rsidRDefault="00E6407B">
      <w:pPr>
        <w:ind w:firstLine="288"/>
      </w:pPr>
      <w:r>
        <w:rPr>
          <w:rFonts w:cs="Times New Roman"/>
        </w:rPr>
        <w:t>"The tabernacle was holy because He appointed it."</w:t>
      </w:r>
    </w:p>
    <w:p w14:paraId="78D02AC7" w14:textId="77777777" w:rsidR="007D7487" w:rsidRDefault="00E6407B">
      <w:pPr>
        <w:ind w:firstLine="288"/>
      </w:pPr>
      <w:r>
        <w:rPr>
          <w:rFonts w:cs="Times New Roman"/>
        </w:rPr>
        <w:t>"The Temple was not foolish because men built it according to what God had commanded."</w:t>
      </w:r>
    </w:p>
    <w:p w14:paraId="65060C67" w14:textId="77777777" w:rsidR="007D7487" w:rsidRDefault="00E6407B">
      <w:pPr>
        <w:ind w:firstLine="288"/>
      </w:pPr>
      <w:r>
        <w:rPr>
          <w:rFonts w:cs="Times New Roman"/>
        </w:rPr>
        <w:t>The absence of the ark in Jeremiah's future did not retroactively make the ark a mistake.</w:t>
      </w:r>
    </w:p>
    <w:p w14:paraId="3416ABDA" w14:textId="77777777" w:rsidR="007D7487" w:rsidRDefault="00E6407B">
      <w:pPr>
        <w:ind w:firstLine="288"/>
      </w:pPr>
      <w:r>
        <w:rPr>
          <w:rFonts w:cs="Times New Roman"/>
        </w:rPr>
        <w:t>Fulfillment did not require contempt for the appointed form that had carried covenant witness earlier.</w:t>
      </w:r>
    </w:p>
    <w:p w14:paraId="64CB9B44" w14:textId="77777777" w:rsidR="007D7487" w:rsidRDefault="00E6407B">
      <w:pPr>
        <w:ind w:firstLine="288"/>
      </w:pPr>
      <w:r>
        <w:rPr>
          <w:rFonts w:cs="Times New Roman"/>
        </w:rPr>
        <w:t>Nicodemus nodded.</w:t>
      </w:r>
    </w:p>
    <w:p w14:paraId="72106E12" w14:textId="77777777" w:rsidR="007D7487" w:rsidRDefault="00E6407B">
      <w:pPr>
        <w:ind w:firstLine="288"/>
      </w:pPr>
      <w:r>
        <w:rPr>
          <w:rFonts w:cs="Times New Roman"/>
        </w:rPr>
        <w:t>Jesus continued.</w:t>
      </w:r>
    </w:p>
    <w:p w14:paraId="7B5B97BB" w14:textId="77777777" w:rsidR="007D7487" w:rsidRDefault="00E6407B">
      <w:pPr>
        <w:ind w:firstLine="288"/>
      </w:pPr>
      <w:r>
        <w:rPr>
          <w:rFonts w:cs="Times New Roman"/>
        </w:rPr>
        <w:t>"But did the Father ever tell you that the Holy One could be contained by the thing He commanded Israel to build?"</w:t>
      </w:r>
    </w:p>
    <w:p w14:paraId="03D8D00E" w14:textId="77777777" w:rsidR="007D7487" w:rsidRDefault="00E6407B">
      <w:pPr>
        <w:ind w:firstLine="288"/>
      </w:pPr>
      <w:r>
        <w:rPr>
          <w:rFonts w:cs="Times New Roman"/>
        </w:rPr>
        <w:lastRenderedPageBreak/>
        <w:t>Nicodemus's face changed.</w:t>
      </w:r>
    </w:p>
    <w:p w14:paraId="2FB26AF3" w14:textId="77777777" w:rsidR="007D7487" w:rsidRDefault="00E6407B">
      <w:pPr>
        <w:ind w:firstLine="288"/>
      </w:pPr>
      <w:r>
        <w:rPr>
          <w:rFonts w:cs="Times New Roman"/>
        </w:rPr>
        <w:t>"Solomon."</w:t>
      </w:r>
    </w:p>
    <w:p w14:paraId="6ABDB927" w14:textId="77777777" w:rsidR="007D7487" w:rsidRDefault="00E6407B">
      <w:pPr>
        <w:ind w:firstLine="288"/>
      </w:pPr>
      <w:r>
        <w:rPr>
          <w:rFonts w:cs="Times New Roman"/>
        </w:rPr>
        <w:t>Jesus nodded.</w:t>
      </w:r>
    </w:p>
    <w:p w14:paraId="0B74F4F2" w14:textId="77777777" w:rsidR="007D7487" w:rsidRDefault="00E6407B">
      <w:pPr>
        <w:ind w:firstLine="288"/>
      </w:pPr>
      <w:r>
        <w:rPr>
          <w:rFonts w:cs="Times New Roman"/>
        </w:rPr>
        <w:t>"What did Solomon say when the house was dedicated?"</w:t>
      </w:r>
    </w:p>
    <w:p w14:paraId="20E5B159" w14:textId="77777777" w:rsidR="007D7487" w:rsidRDefault="00E6407B">
      <w:pPr>
        <w:ind w:firstLine="288"/>
      </w:pPr>
      <w:r>
        <w:rPr>
          <w:rFonts w:cs="Times New Roman"/>
        </w:rPr>
        <w:t>Nicodemus recited:</w:t>
      </w:r>
    </w:p>
    <w:p w14:paraId="26D1571C" w14:textId="77777777" w:rsidR="007D7487" w:rsidRDefault="00E6407B">
      <w:pPr>
        <w:ind w:firstLine="288"/>
      </w:pPr>
      <w:r>
        <w:rPr>
          <w:rFonts w:cs="Times New Roman"/>
        </w:rPr>
        <w:t>"But will God indeed dwell on the earth?"</w:t>
      </w:r>
    </w:p>
    <w:p w14:paraId="4807945B" w14:textId="77777777" w:rsidR="007D7487" w:rsidRDefault="00E6407B">
      <w:pPr>
        <w:ind w:firstLine="288"/>
      </w:pPr>
      <w:r>
        <w:rPr>
          <w:rFonts w:cs="Times New Roman"/>
        </w:rPr>
        <w:t>His voice slowed.</w:t>
      </w:r>
    </w:p>
    <w:p w14:paraId="65D32FF6" w14:textId="77777777" w:rsidR="007D7487" w:rsidRDefault="00E6407B">
      <w:pPr>
        <w:ind w:firstLine="288"/>
      </w:pPr>
      <w:r>
        <w:rPr>
          <w:rFonts w:cs="Times New Roman"/>
        </w:rPr>
        <w:t>"Behold, the heaven and heaven of heavens cannot contain thee..."</w:t>
      </w:r>
    </w:p>
    <w:p w14:paraId="71E3E674" w14:textId="77777777" w:rsidR="007D7487" w:rsidRDefault="00E6407B">
      <w:pPr>
        <w:ind w:firstLine="288"/>
      </w:pPr>
      <w:r>
        <w:rPr>
          <w:rFonts w:cs="Times New Roman"/>
        </w:rPr>
        <w:t>Then:</w:t>
      </w:r>
    </w:p>
    <w:p w14:paraId="4F0CD42B" w14:textId="77777777" w:rsidR="007D7487" w:rsidRDefault="00E6407B">
      <w:pPr>
        <w:ind w:firstLine="288"/>
      </w:pPr>
      <w:r>
        <w:rPr>
          <w:rFonts w:cs="Times New Roman"/>
        </w:rPr>
        <w:t>"How much less this house that I have builded?"</w:t>
      </w:r>
    </w:p>
    <w:p w14:paraId="3A346258" w14:textId="77777777" w:rsidR="007D7487" w:rsidRDefault="00E6407B">
      <w:pPr>
        <w:ind w:firstLine="288"/>
      </w:pPr>
      <w:r>
        <w:rPr>
          <w:rFonts w:cs="Times New Roman"/>
        </w:rPr>
        <w:t>Jesus looked toward Peter.</w:t>
      </w:r>
    </w:p>
    <w:p w14:paraId="06AD92F4" w14:textId="77777777" w:rsidR="007D7487" w:rsidRDefault="00E6407B">
      <w:pPr>
        <w:ind w:firstLine="288"/>
      </w:pPr>
      <w:r>
        <w:rPr>
          <w:rFonts w:cs="Times New Roman"/>
        </w:rPr>
        <w:t>"Did Solomon dishonor the Temple by saying that?"</w:t>
      </w:r>
    </w:p>
    <w:p w14:paraId="4BEB4AF8" w14:textId="77777777" w:rsidR="007D7487" w:rsidRDefault="00E6407B">
      <w:pPr>
        <w:ind w:firstLine="288"/>
      </w:pPr>
      <w:r>
        <w:rPr>
          <w:rFonts w:cs="Times New Roman"/>
        </w:rPr>
        <w:t>"No."</w:t>
      </w:r>
    </w:p>
    <w:p w14:paraId="1CA7EC01" w14:textId="77777777" w:rsidR="007D7487" w:rsidRDefault="00E6407B">
      <w:pPr>
        <w:ind w:firstLine="288"/>
      </w:pPr>
      <w:r>
        <w:rPr>
          <w:rFonts w:cs="Times New Roman"/>
        </w:rPr>
        <w:t>"He had built it."</w:t>
      </w:r>
    </w:p>
    <w:p w14:paraId="7115A905" w14:textId="77777777" w:rsidR="007D7487" w:rsidRDefault="00E6407B">
      <w:pPr>
        <w:ind w:firstLine="288"/>
      </w:pPr>
      <w:r>
        <w:rPr>
          <w:rFonts w:cs="Times New Roman"/>
        </w:rPr>
        <w:t>"According to the charge given through David."</w:t>
      </w:r>
    </w:p>
    <w:p w14:paraId="670209AB" w14:textId="77777777" w:rsidR="007D7487" w:rsidRDefault="00E6407B">
      <w:pPr>
        <w:ind w:firstLine="288"/>
      </w:pPr>
      <w:r>
        <w:rPr>
          <w:rFonts w:cs="Times New Roman"/>
        </w:rPr>
        <w:t>"Then what did he understand?"</w:t>
      </w:r>
    </w:p>
    <w:p w14:paraId="5439D1D7" w14:textId="77777777" w:rsidR="007D7487" w:rsidRDefault="00E6407B">
      <w:pPr>
        <w:ind w:firstLine="288"/>
      </w:pPr>
      <w:r>
        <w:rPr>
          <w:rFonts w:cs="Times New Roman"/>
        </w:rPr>
        <w:t>Peter looked toward the two sticks.</w:t>
      </w:r>
    </w:p>
    <w:p w14:paraId="49341473" w14:textId="77777777" w:rsidR="007D7487" w:rsidRDefault="00E6407B">
      <w:pPr>
        <w:ind w:firstLine="288"/>
      </w:pPr>
      <w:r>
        <w:rPr>
          <w:rFonts w:cs="Times New Roman"/>
        </w:rPr>
        <w:t>"That God's presence was real..."</w:t>
      </w:r>
    </w:p>
    <w:p w14:paraId="6E015678" w14:textId="77777777" w:rsidR="007D7487" w:rsidRDefault="00E6407B">
      <w:pPr>
        <w:ind w:firstLine="288"/>
      </w:pPr>
      <w:r>
        <w:rPr>
          <w:rFonts w:cs="Times New Roman"/>
        </w:rPr>
        <w:t>He searched.</w:t>
      </w:r>
    </w:p>
    <w:p w14:paraId="445F1981" w14:textId="77777777" w:rsidR="007D7487" w:rsidRDefault="00E6407B">
      <w:pPr>
        <w:ind w:firstLine="288"/>
      </w:pPr>
      <w:r>
        <w:rPr>
          <w:rFonts w:cs="Times New Roman"/>
        </w:rPr>
        <w:t>"...without God being trapped inside the building."</w:t>
      </w:r>
    </w:p>
    <w:p w14:paraId="0F623086" w14:textId="77777777" w:rsidR="007D7487" w:rsidRDefault="00E6407B">
      <w:pPr>
        <w:ind w:firstLine="288"/>
      </w:pPr>
      <w:r>
        <w:rPr>
          <w:rFonts w:cs="Times New Roman"/>
        </w:rPr>
        <w:t>Jesus smiled.</w:t>
      </w:r>
    </w:p>
    <w:p w14:paraId="44EC432B" w14:textId="77777777" w:rsidR="007D7487" w:rsidRDefault="00E6407B">
      <w:pPr>
        <w:ind w:firstLine="288"/>
      </w:pPr>
      <w:r>
        <w:rPr>
          <w:rFonts w:cs="Times New Roman"/>
        </w:rPr>
        <w:t>"Yes."</w:t>
      </w:r>
    </w:p>
    <w:p w14:paraId="36D9B531" w14:textId="77777777" w:rsidR="007D7487" w:rsidRDefault="00E6407B">
      <w:pPr>
        <w:ind w:firstLine="288"/>
      </w:pPr>
      <w:r>
        <w:rPr>
          <w:rFonts w:cs="Times New Roman"/>
        </w:rPr>
        <w:t>Nicodemus's eyes moved toward another part of Solomon's prayer.</w:t>
      </w:r>
    </w:p>
    <w:p w14:paraId="5908FA35" w14:textId="77777777" w:rsidR="007D7487" w:rsidRDefault="00E6407B">
      <w:pPr>
        <w:ind w:firstLine="288"/>
      </w:pPr>
      <w:r>
        <w:rPr>
          <w:rFonts w:cs="Times New Roman"/>
        </w:rPr>
        <w:t>The stranger.</w:t>
      </w:r>
    </w:p>
    <w:p w14:paraId="4873A230" w14:textId="77777777" w:rsidR="007D7487" w:rsidRDefault="00E6407B">
      <w:pPr>
        <w:ind w:firstLine="288"/>
      </w:pPr>
      <w:r>
        <w:rPr>
          <w:rFonts w:cs="Times New Roman"/>
        </w:rPr>
        <w:t>The Name.</w:t>
      </w:r>
    </w:p>
    <w:p w14:paraId="1721EA99" w14:textId="77777777" w:rsidR="007D7487" w:rsidRDefault="00E6407B">
      <w:pPr>
        <w:ind w:firstLine="288"/>
      </w:pPr>
      <w:r>
        <w:rPr>
          <w:rFonts w:cs="Times New Roman"/>
        </w:rPr>
        <w:t>The nations.</w:t>
      </w:r>
    </w:p>
    <w:p w14:paraId="0B31BD49" w14:textId="77777777" w:rsidR="007D7487" w:rsidRDefault="00E6407B">
      <w:pPr>
        <w:ind w:firstLine="288"/>
      </w:pPr>
      <w:r>
        <w:rPr>
          <w:rFonts w:cs="Times New Roman"/>
        </w:rPr>
        <w:t>Jesus saw it.</w:t>
      </w:r>
    </w:p>
    <w:p w14:paraId="0E375ADC" w14:textId="77777777" w:rsidR="007D7487" w:rsidRDefault="00E6407B">
      <w:pPr>
        <w:ind w:firstLine="288"/>
      </w:pPr>
      <w:r>
        <w:rPr>
          <w:rFonts w:cs="Times New Roman"/>
        </w:rPr>
        <w:t>"Keep that. We will come back to it."</w:t>
      </w:r>
    </w:p>
    <w:p w14:paraId="7CA56C61" w14:textId="77777777" w:rsidR="007D7487" w:rsidRDefault="00E6407B">
      <w:pPr>
        <w:ind w:firstLine="288"/>
      </w:pPr>
      <w:r>
        <w:rPr>
          <w:rFonts w:cs="Times New Roman"/>
        </w:rPr>
        <w:t>Nicodemus nodded, barely.</w:t>
      </w:r>
    </w:p>
    <w:p w14:paraId="713BC9DC" w14:textId="77777777" w:rsidR="007D7487" w:rsidRDefault="00E6407B">
      <w:pPr>
        <w:ind w:firstLine="288"/>
      </w:pPr>
      <w:r>
        <w:rPr>
          <w:rFonts w:cs="Times New Roman"/>
        </w:rPr>
        <w:t>John remembered Jerusalem.</w:t>
      </w:r>
    </w:p>
    <w:p w14:paraId="1DBBEA3F" w14:textId="77777777" w:rsidR="007D7487" w:rsidRDefault="00E6407B">
      <w:pPr>
        <w:ind w:firstLine="288"/>
      </w:pPr>
      <w:r>
        <w:rPr>
          <w:rFonts w:cs="Times New Roman"/>
        </w:rPr>
        <w:t>The courts.</w:t>
      </w:r>
    </w:p>
    <w:p w14:paraId="4D1626F6" w14:textId="77777777" w:rsidR="007D7487" w:rsidRDefault="00E6407B">
      <w:pPr>
        <w:ind w:firstLine="288"/>
      </w:pPr>
      <w:r>
        <w:rPr>
          <w:rFonts w:cs="Times New Roman"/>
        </w:rPr>
        <w:t>The great stones.</w:t>
      </w:r>
    </w:p>
    <w:p w14:paraId="65E18E6C" w14:textId="77777777" w:rsidR="007D7487" w:rsidRDefault="00E6407B">
      <w:pPr>
        <w:ind w:firstLine="288"/>
      </w:pPr>
      <w:r>
        <w:rPr>
          <w:rFonts w:cs="Times New Roman"/>
        </w:rPr>
        <w:t>Words Jesus had spoken years earlier.</w:t>
      </w:r>
    </w:p>
    <w:p w14:paraId="1921A405" w14:textId="77777777" w:rsidR="007D7487" w:rsidRDefault="00E6407B">
      <w:pPr>
        <w:ind w:firstLine="288"/>
      </w:pPr>
      <w:r>
        <w:rPr>
          <w:rFonts w:cs="Times New Roman"/>
        </w:rPr>
        <w:t>Destroy this temple.</w:t>
      </w:r>
    </w:p>
    <w:p w14:paraId="3A9E250A" w14:textId="77777777" w:rsidR="007D7487" w:rsidRDefault="00E6407B">
      <w:pPr>
        <w:ind w:firstLine="288"/>
      </w:pPr>
      <w:r>
        <w:rPr>
          <w:rFonts w:cs="Times New Roman"/>
        </w:rPr>
        <w:t>In three days I will raise it up.</w:t>
      </w:r>
    </w:p>
    <w:p w14:paraId="5FFFC693" w14:textId="77777777" w:rsidR="007D7487" w:rsidRDefault="00E6407B">
      <w:pPr>
        <w:ind w:firstLine="288"/>
      </w:pPr>
      <w:r>
        <w:rPr>
          <w:rFonts w:cs="Times New Roman"/>
        </w:rPr>
        <w:t>The memory came, but Jesus did not open it yet.</w:t>
      </w:r>
    </w:p>
    <w:p w14:paraId="7271DC5A" w14:textId="77777777" w:rsidR="007D7487" w:rsidRDefault="00E6407B">
      <w:pPr>
        <w:ind w:firstLine="288"/>
      </w:pPr>
      <w:r>
        <w:rPr>
          <w:rFonts w:cs="Times New Roman"/>
        </w:rPr>
        <w:t>Not fully.</w:t>
      </w:r>
    </w:p>
    <w:p w14:paraId="151F5891" w14:textId="77777777" w:rsidR="007D7487" w:rsidRDefault="00E6407B">
      <w:pPr>
        <w:ind w:firstLine="288"/>
      </w:pPr>
      <w:r>
        <w:rPr>
          <w:rFonts w:cs="Times New Roman"/>
        </w:rPr>
        <w:t>There would be more.</w:t>
      </w:r>
    </w:p>
    <w:p w14:paraId="6E956D7E" w14:textId="77777777" w:rsidR="007D7487" w:rsidRDefault="00E6407B">
      <w:pPr>
        <w:ind w:firstLine="288"/>
      </w:pPr>
      <w:r>
        <w:rPr>
          <w:rFonts w:cs="Times New Roman"/>
        </w:rPr>
        <w:lastRenderedPageBreak/>
        <w:t>Jesus returned to Jeremiah.</w:t>
      </w:r>
    </w:p>
    <w:p w14:paraId="75966B2A" w14:textId="77777777" w:rsidR="007D7487" w:rsidRDefault="00E6407B">
      <w:pPr>
        <w:ind w:firstLine="288"/>
      </w:pPr>
      <w:r>
        <w:rPr>
          <w:rFonts w:cs="Times New Roman"/>
        </w:rPr>
        <w:t>"The prophet was told that a day would come when even the ark would no longer occupy Israel's thought as it once had."</w:t>
      </w:r>
    </w:p>
    <w:p w14:paraId="269A15C8" w14:textId="77777777" w:rsidR="007D7487" w:rsidRDefault="00E6407B">
      <w:pPr>
        <w:ind w:firstLine="288"/>
      </w:pPr>
      <w:r>
        <w:rPr>
          <w:rFonts w:cs="Times New Roman"/>
        </w:rPr>
        <w:t>Peter looked toward the sticks again.</w:t>
      </w:r>
    </w:p>
    <w:p w14:paraId="00426650" w14:textId="77777777" w:rsidR="007D7487" w:rsidRDefault="00E6407B">
      <w:pPr>
        <w:ind w:firstLine="288"/>
      </w:pPr>
      <w:r>
        <w:rPr>
          <w:rFonts w:cs="Times New Roman"/>
        </w:rPr>
        <w:t>"Then Jeremiah has been fulfilled."</w:t>
      </w:r>
    </w:p>
    <w:p w14:paraId="0E5BB793" w14:textId="77777777" w:rsidR="007D7487" w:rsidRDefault="00E6407B">
      <w:pPr>
        <w:ind w:firstLine="288"/>
      </w:pPr>
      <w:r>
        <w:rPr>
          <w:rFonts w:cs="Times New Roman"/>
        </w:rPr>
        <w:t>Jesus looked toward the hills before answering.</w:t>
      </w:r>
    </w:p>
    <w:p w14:paraId="6F9E31D5" w14:textId="77777777" w:rsidR="007D7487" w:rsidRDefault="00E6407B">
      <w:pPr>
        <w:ind w:firstLine="288"/>
      </w:pPr>
      <w:r>
        <w:rPr>
          <w:rFonts w:cs="Times New Roman"/>
        </w:rPr>
        <w:t>"Has he?"</w:t>
      </w:r>
    </w:p>
    <w:p w14:paraId="22EA9FC3" w14:textId="77777777" w:rsidR="007D7487" w:rsidRDefault="00E6407B">
      <w:pPr>
        <w:ind w:firstLine="288"/>
      </w:pPr>
      <w:r>
        <w:rPr>
          <w:rFonts w:cs="Times New Roman"/>
        </w:rPr>
        <w:t>Peter looked up.</w:t>
      </w:r>
    </w:p>
    <w:p w14:paraId="1DFFD0BC" w14:textId="77777777" w:rsidR="007D7487" w:rsidRDefault="00E6407B">
      <w:pPr>
        <w:ind w:firstLine="288"/>
      </w:pPr>
      <w:r>
        <w:rPr>
          <w:rFonts w:cs="Times New Roman"/>
        </w:rPr>
        <w:t>Jesus turned toward Nicodemus.</w:t>
      </w:r>
    </w:p>
    <w:p w14:paraId="79F78E6A" w14:textId="77777777" w:rsidR="007D7487" w:rsidRDefault="00E6407B">
      <w:pPr>
        <w:ind w:firstLine="288"/>
      </w:pPr>
      <w:r>
        <w:rPr>
          <w:rFonts w:cs="Times New Roman"/>
        </w:rPr>
        <w:t>"Read the rest."</w:t>
      </w:r>
    </w:p>
    <w:p w14:paraId="291F7BB5" w14:textId="77777777" w:rsidR="007D7487" w:rsidRDefault="00E6407B">
      <w:pPr>
        <w:ind w:firstLine="288"/>
      </w:pPr>
      <w:r>
        <w:rPr>
          <w:rFonts w:cs="Times New Roman"/>
        </w:rPr>
        <w:t>The old teacher understood.</w:t>
      </w:r>
    </w:p>
    <w:p w14:paraId="37D9AAB1" w14:textId="77777777" w:rsidR="007D7487" w:rsidRDefault="00E6407B">
      <w:pPr>
        <w:ind w:firstLine="288"/>
      </w:pPr>
      <w:r>
        <w:rPr>
          <w:rFonts w:cs="Times New Roman"/>
        </w:rPr>
        <w:t>His expression changed.</w:t>
      </w:r>
    </w:p>
    <w:p w14:paraId="34761D45" w14:textId="77777777" w:rsidR="007D7487" w:rsidRDefault="00E6407B">
      <w:pPr>
        <w:ind w:firstLine="288"/>
      </w:pPr>
      <w:r>
        <w:rPr>
          <w:rFonts w:cs="Times New Roman"/>
        </w:rPr>
        <w:t>Jesus let Jeremiah's future sequence remain connected:</w:t>
      </w:r>
    </w:p>
    <w:p w14:paraId="324DB928" w14:textId="77777777" w:rsidR="007D7487" w:rsidRDefault="00E6407B">
      <w:pPr>
        <w:ind w:firstLine="288"/>
      </w:pPr>
      <w:r>
        <w:rPr>
          <w:rFonts w:cs="Times New Roman"/>
        </w:rPr>
        <w:t>the ark no longer occupying Israel's thought as before;</w:t>
      </w:r>
    </w:p>
    <w:p w14:paraId="6AC50C3E" w14:textId="77777777" w:rsidR="007D7487" w:rsidRDefault="00E6407B">
      <w:pPr>
        <w:ind w:firstLine="288"/>
      </w:pPr>
      <w:r>
        <w:rPr>
          <w:rFonts w:cs="Times New Roman"/>
        </w:rPr>
        <w:t>Jerusalem called the throne of the LORD;</w:t>
      </w:r>
    </w:p>
    <w:p w14:paraId="2473A920" w14:textId="77777777" w:rsidR="007D7487" w:rsidRDefault="00E6407B">
      <w:pPr>
        <w:ind w:firstLine="288"/>
      </w:pPr>
      <w:r>
        <w:rPr>
          <w:rFonts w:cs="Times New Roman"/>
        </w:rPr>
        <w:t>the nations gathered to the Name;</w:t>
      </w:r>
    </w:p>
    <w:p w14:paraId="042BFB2F" w14:textId="77777777" w:rsidR="007D7487" w:rsidRDefault="00E6407B">
      <w:pPr>
        <w:ind w:firstLine="288"/>
      </w:pPr>
      <w:r>
        <w:rPr>
          <w:rFonts w:cs="Times New Roman"/>
        </w:rPr>
        <w:t>Judah and Israel coming together.</w:t>
      </w:r>
    </w:p>
    <w:p w14:paraId="264FE349" w14:textId="77777777" w:rsidR="007D7487" w:rsidRDefault="00E6407B">
      <w:pPr>
        <w:ind w:firstLine="288"/>
      </w:pPr>
      <w:r>
        <w:rPr>
          <w:rFonts w:cs="Times New Roman"/>
        </w:rPr>
        <w:t>"At that time they shall call Jerusalem the throne of the LORD."</w:t>
      </w:r>
    </w:p>
    <w:p w14:paraId="61CF3D9C" w14:textId="77777777" w:rsidR="007D7487" w:rsidRDefault="00E6407B">
      <w:pPr>
        <w:ind w:firstLine="288"/>
      </w:pPr>
      <w:r>
        <w:rPr>
          <w:rFonts w:cs="Times New Roman"/>
        </w:rPr>
        <w:t>He paused.</w:t>
      </w:r>
    </w:p>
    <w:p w14:paraId="667B7E8F" w14:textId="77777777" w:rsidR="007D7487" w:rsidRDefault="00E6407B">
      <w:pPr>
        <w:ind w:firstLine="288"/>
      </w:pPr>
      <w:r>
        <w:rPr>
          <w:rFonts w:cs="Times New Roman"/>
        </w:rPr>
        <w:t>"And all the nations shall be gathered unto it."</w:t>
      </w:r>
    </w:p>
    <w:p w14:paraId="2AB31B94" w14:textId="77777777" w:rsidR="007D7487" w:rsidRDefault="00E6407B">
      <w:pPr>
        <w:ind w:firstLine="288"/>
      </w:pPr>
      <w:r>
        <w:rPr>
          <w:rFonts w:cs="Times New Roman"/>
        </w:rPr>
        <w:t>Another pause.</w:t>
      </w:r>
    </w:p>
    <w:p w14:paraId="3435B842" w14:textId="77777777" w:rsidR="007D7487" w:rsidRDefault="00E6407B">
      <w:pPr>
        <w:ind w:firstLine="288"/>
      </w:pPr>
      <w:r>
        <w:rPr>
          <w:rFonts w:cs="Times New Roman"/>
        </w:rPr>
        <w:t>"To the name of the LORD."</w:t>
      </w:r>
    </w:p>
    <w:p w14:paraId="0BEA9E5C" w14:textId="77777777" w:rsidR="007D7487" w:rsidRDefault="00E6407B">
      <w:pPr>
        <w:ind w:firstLine="288"/>
      </w:pPr>
      <w:r>
        <w:rPr>
          <w:rFonts w:cs="Times New Roman"/>
        </w:rPr>
        <w:t>Jesus waited.</w:t>
      </w:r>
    </w:p>
    <w:p w14:paraId="42C9F5DB" w14:textId="77777777" w:rsidR="007D7487" w:rsidRDefault="00E6407B">
      <w:pPr>
        <w:ind w:firstLine="288"/>
      </w:pPr>
      <w:r>
        <w:rPr>
          <w:rFonts w:cs="Times New Roman"/>
        </w:rPr>
        <w:t>Nicodemus continued.</w:t>
      </w:r>
    </w:p>
    <w:p w14:paraId="58E9A282" w14:textId="77777777" w:rsidR="007D7487" w:rsidRDefault="00E6407B">
      <w:pPr>
        <w:ind w:firstLine="288"/>
      </w:pPr>
      <w:r>
        <w:rPr>
          <w:rFonts w:cs="Times New Roman"/>
        </w:rPr>
        <w:t>"In those days the house of Judah shall walk with the house of Israel..."</w:t>
      </w:r>
    </w:p>
    <w:p w14:paraId="160C27CD" w14:textId="77777777" w:rsidR="007D7487" w:rsidRDefault="00E6407B">
      <w:pPr>
        <w:ind w:firstLine="288"/>
      </w:pPr>
      <w:r>
        <w:rPr>
          <w:rFonts w:cs="Times New Roman"/>
        </w:rPr>
        <w:t>His eyes moved toward the joined sticks.</w:t>
      </w:r>
    </w:p>
    <w:p w14:paraId="6B5F9D64" w14:textId="77777777" w:rsidR="007D7487" w:rsidRDefault="00E6407B">
      <w:pPr>
        <w:ind w:firstLine="288"/>
      </w:pPr>
      <w:r>
        <w:rPr>
          <w:rFonts w:cs="Times New Roman"/>
        </w:rPr>
        <w:t>"...and they shall come together."</w:t>
      </w:r>
    </w:p>
    <w:p w14:paraId="4E25EED4" w14:textId="77777777" w:rsidR="007D7487" w:rsidRDefault="00E6407B">
      <w:pPr>
        <w:ind w:firstLine="288"/>
      </w:pPr>
      <w:r>
        <w:rPr>
          <w:rFonts w:cs="Times New Roman"/>
        </w:rPr>
        <w:t>No one spoke.</w:t>
      </w:r>
    </w:p>
    <w:p w14:paraId="20480B44" w14:textId="77777777" w:rsidR="007D7487" w:rsidRDefault="00E6407B">
      <w:pPr>
        <w:ind w:firstLine="288"/>
      </w:pPr>
      <w:r>
        <w:rPr>
          <w:rFonts w:cs="Times New Roman"/>
        </w:rPr>
        <w:t>Jesus finally asked:</w:t>
      </w:r>
    </w:p>
    <w:p w14:paraId="06E4F7CA" w14:textId="77777777" w:rsidR="007D7487" w:rsidRDefault="00E6407B">
      <w:pPr>
        <w:ind w:firstLine="288"/>
      </w:pPr>
      <w:r>
        <w:rPr>
          <w:rFonts w:cs="Times New Roman"/>
        </w:rPr>
        <w:t>"Have you seen all these things completed?"</w:t>
      </w:r>
    </w:p>
    <w:p w14:paraId="1902A9D2" w14:textId="77777777" w:rsidR="007D7487" w:rsidRDefault="00E6407B">
      <w:pPr>
        <w:ind w:firstLine="288"/>
      </w:pPr>
      <w:r>
        <w:rPr>
          <w:rFonts w:cs="Times New Roman"/>
        </w:rPr>
        <w:t>Nicodemus looked toward Jerusalem in his mind.</w:t>
      </w:r>
    </w:p>
    <w:p w14:paraId="1639A1ED" w14:textId="77777777" w:rsidR="007D7487" w:rsidRDefault="00E6407B">
      <w:pPr>
        <w:ind w:firstLine="288"/>
      </w:pPr>
      <w:r>
        <w:rPr>
          <w:rFonts w:cs="Times New Roman"/>
        </w:rPr>
        <w:t>Rome.</w:t>
      </w:r>
    </w:p>
    <w:p w14:paraId="3C05C343" w14:textId="77777777" w:rsidR="007D7487" w:rsidRDefault="00E6407B">
      <w:pPr>
        <w:ind w:firstLine="288"/>
      </w:pPr>
      <w:r>
        <w:rPr>
          <w:rFonts w:cs="Times New Roman"/>
        </w:rPr>
        <w:t>Division.</w:t>
      </w:r>
    </w:p>
    <w:p w14:paraId="4420A3BA" w14:textId="77777777" w:rsidR="007D7487" w:rsidRDefault="00E6407B">
      <w:pPr>
        <w:ind w:firstLine="288"/>
      </w:pPr>
      <w:r>
        <w:rPr>
          <w:rFonts w:cs="Times New Roman"/>
        </w:rPr>
        <w:t>Nations.</w:t>
      </w:r>
    </w:p>
    <w:p w14:paraId="3335EDDD" w14:textId="77777777" w:rsidR="007D7487" w:rsidRDefault="00E6407B">
      <w:pPr>
        <w:ind w:firstLine="288"/>
      </w:pPr>
      <w:r>
        <w:rPr>
          <w:rFonts w:cs="Times New Roman"/>
        </w:rPr>
        <w:t>The Name.</w:t>
      </w:r>
    </w:p>
    <w:p w14:paraId="36F30237" w14:textId="77777777" w:rsidR="007D7487" w:rsidRDefault="00E6407B">
      <w:pPr>
        <w:ind w:firstLine="288"/>
      </w:pPr>
      <w:r>
        <w:rPr>
          <w:rFonts w:cs="Times New Roman"/>
        </w:rPr>
        <w:t>He answered quietly.</w:t>
      </w:r>
    </w:p>
    <w:p w14:paraId="23A8C409" w14:textId="77777777" w:rsidR="007D7487" w:rsidRDefault="00E6407B">
      <w:pPr>
        <w:ind w:firstLine="288"/>
      </w:pPr>
      <w:r>
        <w:rPr>
          <w:rFonts w:cs="Times New Roman"/>
        </w:rPr>
        <w:t>"No, Rabbi."</w:t>
      </w:r>
    </w:p>
    <w:p w14:paraId="1C754EC2" w14:textId="77777777" w:rsidR="007D7487" w:rsidRDefault="00E6407B">
      <w:pPr>
        <w:ind w:firstLine="288"/>
      </w:pPr>
      <w:r>
        <w:rPr>
          <w:rFonts w:cs="Times New Roman"/>
        </w:rPr>
        <w:t>Jesus nodded.</w:t>
      </w:r>
    </w:p>
    <w:p w14:paraId="5B5B38E0" w14:textId="77777777" w:rsidR="007D7487" w:rsidRDefault="00E6407B">
      <w:pPr>
        <w:ind w:firstLine="288"/>
      </w:pPr>
      <w:r>
        <w:rPr>
          <w:rFonts w:cs="Times New Roman"/>
        </w:rPr>
        <w:lastRenderedPageBreak/>
        <w:t>"Then do not call finished what the Father has begun."</w:t>
      </w:r>
    </w:p>
    <w:p w14:paraId="55A1BF64" w14:textId="77777777" w:rsidR="007D7487" w:rsidRDefault="00E6407B">
      <w:pPr>
        <w:ind w:firstLine="288"/>
      </w:pPr>
      <w:r>
        <w:rPr>
          <w:rFonts w:cs="Times New Roman"/>
        </w:rPr>
        <w:t>John felt the words settle heavily.</w:t>
      </w:r>
    </w:p>
    <w:p w14:paraId="39384D40" w14:textId="77777777" w:rsidR="007D7487" w:rsidRDefault="00E6407B">
      <w:pPr>
        <w:ind w:firstLine="288"/>
      </w:pPr>
      <w:r>
        <w:rPr>
          <w:rFonts w:cs="Times New Roman"/>
        </w:rPr>
        <w:t>Jesus looked around the circle.</w:t>
      </w:r>
    </w:p>
    <w:p w14:paraId="3FF855A2" w14:textId="77777777" w:rsidR="007D7487" w:rsidRDefault="00E6407B">
      <w:pPr>
        <w:ind w:firstLine="288"/>
      </w:pPr>
      <w:r>
        <w:rPr>
          <w:rFonts w:cs="Times New Roman"/>
        </w:rPr>
        <w:t>"There are words of the prophets which you have watched come to pass before your own eyes."</w:t>
      </w:r>
    </w:p>
    <w:p w14:paraId="34FA0956" w14:textId="77777777" w:rsidR="007D7487" w:rsidRDefault="00E6407B">
      <w:pPr>
        <w:ind w:firstLine="288"/>
      </w:pPr>
      <w:r>
        <w:rPr>
          <w:rFonts w:cs="Times New Roman"/>
        </w:rPr>
        <w:t>He lifted His wounded hand.</w:t>
      </w:r>
    </w:p>
    <w:p w14:paraId="7744E7C7" w14:textId="77777777" w:rsidR="007D7487" w:rsidRDefault="00E6407B">
      <w:pPr>
        <w:ind w:firstLine="288"/>
      </w:pPr>
      <w:r>
        <w:rPr>
          <w:rFonts w:cs="Times New Roman"/>
        </w:rPr>
        <w:t>"There are other words whose beginning you have seen, though their end remains before you."</w:t>
      </w:r>
    </w:p>
    <w:p w14:paraId="297CBEB2" w14:textId="77777777" w:rsidR="007D7487" w:rsidRDefault="00E6407B">
      <w:pPr>
        <w:ind w:firstLine="288"/>
      </w:pPr>
      <w:r>
        <w:rPr>
          <w:rFonts w:cs="Times New Roman"/>
        </w:rPr>
        <w:t>Peter's brow furrowed.</w:t>
      </w:r>
    </w:p>
    <w:p w14:paraId="31AC80D1" w14:textId="77777777" w:rsidR="007D7487" w:rsidRDefault="00E6407B">
      <w:pPr>
        <w:ind w:firstLine="288"/>
      </w:pPr>
      <w:r>
        <w:rPr>
          <w:rFonts w:cs="Times New Roman"/>
        </w:rPr>
        <w:t>Something accomplished.</w:t>
      </w:r>
    </w:p>
    <w:p w14:paraId="41D696B6" w14:textId="77777777" w:rsidR="007D7487" w:rsidRDefault="00E6407B">
      <w:pPr>
        <w:ind w:firstLine="288"/>
      </w:pPr>
      <w:r>
        <w:rPr>
          <w:rFonts w:cs="Times New Roman"/>
        </w:rPr>
        <w:t>Something begun.</w:t>
      </w:r>
    </w:p>
    <w:p w14:paraId="60609437" w14:textId="77777777" w:rsidR="007D7487" w:rsidRDefault="00E6407B">
      <w:pPr>
        <w:ind w:firstLine="288"/>
      </w:pPr>
      <w:r>
        <w:rPr>
          <w:rFonts w:cs="Times New Roman"/>
        </w:rPr>
        <w:t>Something remaining.</w:t>
      </w:r>
    </w:p>
    <w:p w14:paraId="7422E27C" w14:textId="77777777" w:rsidR="007D7487" w:rsidRDefault="00E6407B">
      <w:pPr>
        <w:ind w:firstLine="288"/>
      </w:pPr>
      <w:r>
        <w:rPr>
          <w:rFonts w:cs="Times New Roman"/>
        </w:rPr>
        <w:t>Jesus looked toward him.</w:t>
      </w:r>
    </w:p>
    <w:p w14:paraId="7957AD73" w14:textId="77777777" w:rsidR="007D7487" w:rsidRDefault="00E6407B">
      <w:pPr>
        <w:ind w:firstLine="288"/>
      </w:pPr>
      <w:r>
        <w:rPr>
          <w:rFonts w:cs="Times New Roman"/>
        </w:rPr>
        <w:t>"Do not confuse 'begun' with 'finished.'"</w:t>
      </w:r>
    </w:p>
    <w:p w14:paraId="33A5FF1A" w14:textId="77777777" w:rsidR="007D7487" w:rsidRDefault="00E6407B">
      <w:pPr>
        <w:ind w:firstLine="288"/>
      </w:pPr>
      <w:r>
        <w:rPr>
          <w:rFonts w:cs="Times New Roman"/>
        </w:rPr>
        <w:t>Then toward Nicodemus.</w:t>
      </w:r>
    </w:p>
    <w:p w14:paraId="023858B3" w14:textId="77777777" w:rsidR="007D7487" w:rsidRDefault="00E6407B">
      <w:pPr>
        <w:ind w:firstLine="288"/>
      </w:pPr>
      <w:r>
        <w:rPr>
          <w:rFonts w:cs="Times New Roman"/>
        </w:rPr>
        <w:t>"And do not confuse 'not finished' with 'not begun.'"</w:t>
      </w:r>
    </w:p>
    <w:p w14:paraId="46AF6CBF" w14:textId="77777777" w:rsidR="007D7487" w:rsidRDefault="00E6407B">
      <w:pPr>
        <w:ind w:firstLine="288"/>
      </w:pPr>
      <w:r>
        <w:rPr>
          <w:rFonts w:cs="Times New Roman"/>
        </w:rPr>
        <w:t>Nicodemus looked back through the afternoon.</w:t>
      </w:r>
    </w:p>
    <w:p w14:paraId="52EBAB30" w14:textId="77777777" w:rsidR="007D7487" w:rsidRDefault="00E6407B">
      <w:pPr>
        <w:ind w:firstLine="288"/>
      </w:pPr>
      <w:r>
        <w:rPr>
          <w:rFonts w:cs="Times New Roman"/>
        </w:rPr>
        <w:t>Resurrection had happened.</w:t>
      </w:r>
    </w:p>
    <w:p w14:paraId="36132C13" w14:textId="77777777" w:rsidR="007D7487" w:rsidRDefault="00E6407B">
      <w:pPr>
        <w:ind w:firstLine="288"/>
      </w:pPr>
      <w:r>
        <w:rPr>
          <w:rFonts w:cs="Times New Roman"/>
        </w:rPr>
        <w:t>Ascension had not.</w:t>
      </w:r>
    </w:p>
    <w:p w14:paraId="188EB45D" w14:textId="77777777" w:rsidR="007D7487" w:rsidRDefault="00E6407B">
      <w:pPr>
        <w:ind w:firstLine="288"/>
      </w:pPr>
      <w:r>
        <w:rPr>
          <w:rFonts w:cs="Times New Roman"/>
        </w:rPr>
        <w:t>The right-hand session still lay ahead.</w:t>
      </w:r>
    </w:p>
    <w:p w14:paraId="35AA16FF" w14:textId="77777777" w:rsidR="007D7487" w:rsidRDefault="00E6407B">
      <w:pPr>
        <w:ind w:firstLine="288"/>
      </w:pPr>
      <w:r>
        <w:rPr>
          <w:rFonts w:cs="Times New Roman"/>
        </w:rPr>
        <w:t>The Spirit's promised work in them still lay ahead.</w:t>
      </w:r>
    </w:p>
    <w:p w14:paraId="59410BDA" w14:textId="77777777" w:rsidR="007D7487" w:rsidRDefault="00E6407B">
      <w:pPr>
        <w:ind w:firstLine="288"/>
      </w:pPr>
      <w:r>
        <w:rPr>
          <w:rFonts w:cs="Times New Roman"/>
        </w:rPr>
        <w:t>The nations had not yet been gathered to the Name in the fullness Jeremiah described.</w:t>
      </w:r>
    </w:p>
    <w:p w14:paraId="2F709485" w14:textId="77777777" w:rsidR="007D7487" w:rsidRDefault="00E6407B">
      <w:pPr>
        <w:ind w:firstLine="288"/>
      </w:pPr>
      <w:r>
        <w:rPr>
          <w:rFonts w:cs="Times New Roman"/>
        </w:rPr>
        <w:t>Judah and Israel were not visibly standing in every promised completion.</w:t>
      </w:r>
    </w:p>
    <w:p w14:paraId="0CFE827E" w14:textId="77777777" w:rsidR="007D7487" w:rsidRDefault="00E6407B">
      <w:pPr>
        <w:ind w:firstLine="288"/>
      </w:pPr>
      <w:r>
        <w:rPr>
          <w:rFonts w:cs="Times New Roman"/>
        </w:rPr>
        <w:t>The answer was neither 'nothing has happened' nor 'everything is finished.'</w:t>
      </w:r>
    </w:p>
    <w:p w14:paraId="1AE0DCE4" w14:textId="77777777" w:rsidR="007D7487" w:rsidRDefault="00E6407B">
      <w:pPr>
        <w:ind w:firstLine="288"/>
      </w:pPr>
      <w:r>
        <w:rPr>
          <w:rFonts w:cs="Times New Roman"/>
        </w:rPr>
        <w:t>Scripture required a larger category.</w:t>
      </w:r>
    </w:p>
    <w:p w14:paraId="3F86C463" w14:textId="77777777" w:rsidR="007D7487" w:rsidRDefault="00E6407B">
      <w:pPr>
        <w:ind w:firstLine="288"/>
      </w:pPr>
      <w:r>
        <w:rPr>
          <w:rFonts w:cs="Times New Roman"/>
        </w:rPr>
        <w:t>Fulfillment could be decisive, inaugurated, progressive, and still awaiting appointed completion.</w:t>
      </w:r>
    </w:p>
    <w:p w14:paraId="3028CE3A" w14:textId="77777777" w:rsidR="007D7487" w:rsidRDefault="00E6407B">
      <w:pPr>
        <w:ind w:firstLine="288"/>
      </w:pPr>
      <w:r>
        <w:rPr>
          <w:rFonts w:cs="Times New Roman"/>
        </w:rPr>
        <w:t>Nicodemus nodded slowly.</w:t>
      </w:r>
    </w:p>
    <w:p w14:paraId="287C4CC1" w14:textId="77777777" w:rsidR="007D7487" w:rsidRDefault="00E6407B">
      <w:pPr>
        <w:ind w:firstLine="288"/>
      </w:pPr>
      <w:r>
        <w:rPr>
          <w:rFonts w:cs="Times New Roman"/>
        </w:rPr>
        <w:t>That distinction would matter.</w:t>
      </w:r>
    </w:p>
    <w:p w14:paraId="43995F1B" w14:textId="77777777" w:rsidR="007D7487" w:rsidRDefault="00E6407B">
      <w:pPr>
        <w:ind w:firstLine="288"/>
      </w:pPr>
      <w:r>
        <w:rPr>
          <w:rFonts w:cs="Times New Roman"/>
        </w:rPr>
        <w:t>Jesus laid the two sticks beside Him.</w:t>
      </w:r>
    </w:p>
    <w:p w14:paraId="6DE26439" w14:textId="77777777" w:rsidR="007D7487" w:rsidRDefault="00E6407B">
      <w:pPr>
        <w:ind w:firstLine="288"/>
      </w:pPr>
      <w:r>
        <w:rPr>
          <w:rFonts w:cs="Times New Roman"/>
        </w:rPr>
        <w:t>Judah and Joseph remained joined in the memory of everyone watching.</w:t>
      </w:r>
    </w:p>
    <w:p w14:paraId="212BE19C" w14:textId="77777777" w:rsidR="007D7487" w:rsidRDefault="00E6407B">
      <w:pPr>
        <w:ind w:firstLine="288"/>
      </w:pPr>
      <w:r>
        <w:rPr>
          <w:rFonts w:cs="Times New Roman"/>
        </w:rPr>
        <w:t>Jeremiah had now added another word they could not ignore:</w:t>
      </w:r>
    </w:p>
    <w:p w14:paraId="2B7ADDBD" w14:textId="77777777" w:rsidR="007D7487" w:rsidRDefault="00E6407B">
      <w:pPr>
        <w:ind w:firstLine="288"/>
      </w:pPr>
      <w:r>
        <w:rPr>
          <w:rFonts w:cs="Times New Roman"/>
        </w:rPr>
        <w:t>not yet complete.</w:t>
      </w:r>
    </w:p>
    <w:p w14:paraId="23995AC0" w14:textId="77777777" w:rsidR="007D7487" w:rsidRDefault="00E6407B">
      <w:pPr>
        <w:ind w:firstLine="288"/>
      </w:pPr>
      <w:r>
        <w:rPr>
          <w:rFonts w:cs="Times New Roman"/>
        </w:rPr>
        <w:t>Jesus looked toward Peter.</w:t>
      </w:r>
    </w:p>
    <w:p w14:paraId="4D3B4F57" w14:textId="77777777" w:rsidR="007D7487" w:rsidRDefault="00E6407B">
      <w:pPr>
        <w:ind w:firstLine="288"/>
      </w:pPr>
      <w:r>
        <w:rPr>
          <w:rFonts w:cs="Times New Roman"/>
        </w:rPr>
        <w:t>"David gave you a word for that too."</w:t>
      </w:r>
    </w:p>
    <w:p w14:paraId="775FA367" w14:textId="77777777" w:rsidR="007D7487" w:rsidRDefault="00E6407B">
      <w:pPr>
        <w:ind w:firstLine="288"/>
      </w:pPr>
      <w:r>
        <w:rPr>
          <w:rFonts w:cs="Times New Roman"/>
        </w:rPr>
        <w:t>Peter frowned.</w:t>
      </w:r>
    </w:p>
    <w:p w14:paraId="2B0CAEB7" w14:textId="77777777" w:rsidR="007D7487" w:rsidRDefault="00E6407B">
      <w:pPr>
        <w:ind w:firstLine="288"/>
      </w:pPr>
      <w:r>
        <w:rPr>
          <w:rFonts w:cs="Times New Roman"/>
        </w:rPr>
        <w:t>Jesus smiled.</w:t>
      </w:r>
    </w:p>
    <w:p w14:paraId="2097658B" w14:textId="77777777" w:rsidR="007D7487" w:rsidRDefault="00E6407B">
      <w:pPr>
        <w:ind w:firstLine="288"/>
      </w:pPr>
      <w:r>
        <w:rPr>
          <w:rFonts w:cs="Times New Roman"/>
        </w:rPr>
        <w:t>"Until."</w:t>
      </w:r>
    </w:p>
    <w:p w14:paraId="6B1F4EC6" w14:textId="77777777" w:rsidR="007D7487" w:rsidRDefault="00E6407B">
      <w:pPr>
        <w:suppressLineNumbers/>
      </w:pPr>
      <w:r>
        <w:br w:type="page"/>
      </w:r>
    </w:p>
    <w:p w14:paraId="2B1DF47F" w14:textId="77777777" w:rsidR="007D7487" w:rsidRDefault="00E6407B">
      <w:pPr>
        <w:pStyle w:val="Heading1"/>
        <w:suppressLineNumbers/>
      </w:pPr>
      <w:r>
        <w:rPr>
          <w:rFonts w:ascii="Times New Roman" w:hAnsi="Times New Roman" w:cs="Times New Roman"/>
        </w:rPr>
        <w:lastRenderedPageBreak/>
        <w:t>Section 15A — Until, Isaiah 61, and the Beginning</w:t>
      </w:r>
    </w:p>
    <w:p w14:paraId="37397BA3" w14:textId="77777777" w:rsidR="007D7487" w:rsidRDefault="00E6407B">
      <w:pPr>
        <w:ind w:firstLine="288"/>
      </w:pPr>
      <w:r>
        <w:rPr>
          <w:rFonts w:cs="Times New Roman"/>
        </w:rPr>
        <w:t>Not a word of uncertainty.</w:t>
      </w:r>
    </w:p>
    <w:p w14:paraId="3348EB57" w14:textId="77777777" w:rsidR="007D7487" w:rsidRDefault="00E6407B">
      <w:pPr>
        <w:ind w:firstLine="288"/>
      </w:pPr>
      <w:r>
        <w:rPr>
          <w:rFonts w:cs="Times New Roman"/>
        </w:rPr>
        <w:t>A word of appointed duration.</w:t>
      </w:r>
    </w:p>
    <w:p w14:paraId="0F793B41" w14:textId="77777777" w:rsidR="007D7487" w:rsidRDefault="00E6407B">
      <w:pPr>
        <w:ind w:firstLine="288"/>
      </w:pPr>
      <w:r>
        <w:rPr>
          <w:rFonts w:cs="Times New Roman"/>
        </w:rPr>
        <w:t>Something had happened.</w:t>
      </w:r>
    </w:p>
    <w:p w14:paraId="38E2ED80" w14:textId="77777777" w:rsidR="007D7487" w:rsidRDefault="00E6407B">
      <w:pPr>
        <w:ind w:firstLine="288"/>
      </w:pPr>
      <w:r>
        <w:rPr>
          <w:rFonts w:cs="Times New Roman"/>
        </w:rPr>
        <w:t>Something was happening.</w:t>
      </w:r>
    </w:p>
    <w:p w14:paraId="74BE2CE0" w14:textId="77777777" w:rsidR="007D7487" w:rsidRDefault="00E6407B">
      <w:pPr>
        <w:ind w:firstLine="288"/>
      </w:pPr>
      <w:r>
        <w:rPr>
          <w:rFonts w:cs="Times New Roman"/>
        </w:rPr>
        <w:t>Something remained.</w:t>
      </w:r>
    </w:p>
    <w:p w14:paraId="3ECC845D" w14:textId="77777777" w:rsidR="007D7487" w:rsidRDefault="00E6407B">
      <w:pPr>
        <w:ind w:firstLine="288"/>
      </w:pPr>
      <w:r>
        <w:rPr>
          <w:rFonts w:cs="Times New Roman"/>
        </w:rPr>
        <w:t>Jesus still held the two sticks.</w:t>
      </w:r>
    </w:p>
    <w:p w14:paraId="46FEA858" w14:textId="77777777" w:rsidR="007D7487" w:rsidRDefault="00E6407B">
      <w:pPr>
        <w:ind w:firstLine="288"/>
      </w:pPr>
      <w:r>
        <w:rPr>
          <w:rFonts w:cs="Times New Roman"/>
        </w:rPr>
        <w:t>He laid them beside Him.</w:t>
      </w:r>
    </w:p>
    <w:p w14:paraId="328D1987" w14:textId="77777777" w:rsidR="007D7487" w:rsidRDefault="00E6407B">
      <w:pPr>
        <w:ind w:firstLine="288"/>
      </w:pPr>
      <w:r>
        <w:rPr>
          <w:rFonts w:cs="Times New Roman"/>
        </w:rPr>
        <w:t>Then He turned toward Peter.</w:t>
      </w:r>
    </w:p>
    <w:p w14:paraId="6A19168C" w14:textId="77777777" w:rsidR="007D7487" w:rsidRDefault="00E6407B">
      <w:pPr>
        <w:ind w:firstLine="288"/>
      </w:pPr>
      <w:r>
        <w:rPr>
          <w:rFonts w:cs="Times New Roman"/>
          <w:i/>
        </w:rPr>
        <w:t>"David said, The LORD said unto my Lord, Sit thou at my right hand, until I make thine enemies thy footstool."</w:t>
      </w:r>
    </w:p>
    <w:p w14:paraId="5F82F623" w14:textId="77777777" w:rsidR="007D7487" w:rsidRDefault="00E6407B">
      <w:pPr>
        <w:ind w:firstLine="288"/>
      </w:pPr>
      <w:r>
        <w:rPr>
          <w:rFonts w:cs="Times New Roman"/>
        </w:rPr>
        <w:t>Nicodemus knew the Hebrew distinction in the Psalm.</w:t>
      </w:r>
    </w:p>
    <w:p w14:paraId="3E299187" w14:textId="77777777" w:rsidR="007D7487" w:rsidRDefault="00E6407B">
      <w:pPr>
        <w:ind w:firstLine="288"/>
      </w:pPr>
      <w:r>
        <w:rPr>
          <w:rFonts w:cs="Times New Roman"/>
        </w:rPr>
        <w:t>YHWH spoke to David's lord.</w:t>
      </w:r>
    </w:p>
    <w:p w14:paraId="5BC0C8B3" w14:textId="77777777" w:rsidR="007D7487" w:rsidRDefault="00E6407B">
      <w:pPr>
        <w:ind w:firstLine="288"/>
      </w:pPr>
      <w:r>
        <w:rPr>
          <w:rFonts w:cs="Times New Roman"/>
        </w:rPr>
        <w:t>The verse did not say David was speaking to himself.</w:t>
      </w:r>
    </w:p>
    <w:p w14:paraId="0DE06102" w14:textId="77777777" w:rsidR="007D7487" w:rsidRDefault="00E6407B">
      <w:pPr>
        <w:ind w:firstLine="288"/>
      </w:pPr>
      <w:r>
        <w:rPr>
          <w:rFonts w:cs="Times New Roman"/>
        </w:rPr>
        <w:t>Peter supplied the rest.</w:t>
      </w:r>
    </w:p>
    <w:p w14:paraId="73F6455E" w14:textId="77777777" w:rsidR="007D7487" w:rsidRDefault="00E6407B">
      <w:pPr>
        <w:ind w:firstLine="288"/>
      </w:pPr>
      <w:r>
        <w:rPr>
          <w:rFonts w:cs="Times New Roman"/>
        </w:rPr>
        <w:t>"Until I make thine enemies thy footstool."</w:t>
      </w:r>
    </w:p>
    <w:p w14:paraId="49D01777" w14:textId="77777777" w:rsidR="007D7487" w:rsidRDefault="00E6407B">
      <w:pPr>
        <w:ind w:firstLine="288"/>
      </w:pPr>
      <w:r>
        <w:rPr>
          <w:rFonts w:cs="Times New Roman"/>
        </w:rPr>
        <w:t>Jesus nodded.</w:t>
      </w:r>
    </w:p>
    <w:p w14:paraId="4F2114DC" w14:textId="77777777" w:rsidR="007D7487" w:rsidRDefault="00E6407B">
      <w:pPr>
        <w:ind w:firstLine="288"/>
      </w:pPr>
      <w:r>
        <w:rPr>
          <w:rFonts w:cs="Times New Roman"/>
        </w:rPr>
        <w:t>"Until."</w:t>
      </w:r>
    </w:p>
    <w:p w14:paraId="432A1397" w14:textId="77777777" w:rsidR="007D7487" w:rsidRDefault="00E6407B">
      <w:pPr>
        <w:ind w:firstLine="288"/>
      </w:pPr>
      <w:r>
        <w:rPr>
          <w:rFonts w:cs="Times New Roman"/>
        </w:rPr>
        <w:t>The single word seemed to hang between them.</w:t>
      </w:r>
    </w:p>
    <w:p w14:paraId="403E4F43" w14:textId="77777777" w:rsidR="007D7487" w:rsidRDefault="00E6407B">
      <w:pPr>
        <w:ind w:firstLine="288"/>
      </w:pPr>
      <w:r>
        <w:rPr>
          <w:rFonts w:cs="Times New Roman"/>
        </w:rPr>
        <w:t>Nicodemus whispered it.</w:t>
      </w:r>
    </w:p>
    <w:p w14:paraId="31739B27" w14:textId="77777777" w:rsidR="007D7487" w:rsidRDefault="00E6407B">
      <w:pPr>
        <w:ind w:firstLine="288"/>
      </w:pPr>
      <w:r>
        <w:rPr>
          <w:rFonts w:cs="Times New Roman"/>
        </w:rPr>
        <w:t>"Until."</w:t>
      </w:r>
    </w:p>
    <w:p w14:paraId="3B13EA87" w14:textId="77777777" w:rsidR="007D7487" w:rsidRDefault="00E6407B">
      <w:pPr>
        <w:ind w:firstLine="288"/>
      </w:pPr>
      <w:r>
        <w:rPr>
          <w:rFonts w:cs="Times New Roman"/>
        </w:rPr>
        <w:t>Jesus looked upward.</w:t>
      </w:r>
    </w:p>
    <w:p w14:paraId="06192233" w14:textId="77777777" w:rsidR="007D7487" w:rsidRDefault="00E6407B">
      <w:pPr>
        <w:ind w:firstLine="288"/>
      </w:pPr>
      <w:r>
        <w:rPr>
          <w:rFonts w:cs="Times New Roman"/>
        </w:rPr>
        <w:t>"I have risen."</w:t>
      </w:r>
    </w:p>
    <w:p w14:paraId="0D41BA40" w14:textId="77777777" w:rsidR="007D7487" w:rsidRDefault="00E6407B">
      <w:pPr>
        <w:ind w:firstLine="288"/>
      </w:pPr>
      <w:r>
        <w:rPr>
          <w:rFonts w:cs="Times New Roman"/>
        </w:rPr>
        <w:t>John's eyes followed His gaze.</w:t>
      </w:r>
    </w:p>
    <w:p w14:paraId="2D92D3D0" w14:textId="77777777" w:rsidR="007D7487" w:rsidRDefault="00E6407B">
      <w:pPr>
        <w:ind w:firstLine="288"/>
      </w:pPr>
      <w:r>
        <w:rPr>
          <w:rFonts w:cs="Times New Roman"/>
        </w:rPr>
        <w:t>"I have not yet ascended."</w:t>
      </w:r>
    </w:p>
    <w:p w14:paraId="74D48CA1" w14:textId="77777777" w:rsidR="007D7487" w:rsidRDefault="00E6407B">
      <w:pPr>
        <w:ind w:firstLine="288"/>
      </w:pPr>
      <w:r>
        <w:rPr>
          <w:rFonts w:cs="Times New Roman"/>
        </w:rPr>
        <w:t>Psalm 110 remained ahead.</w:t>
      </w:r>
    </w:p>
    <w:p w14:paraId="1923F3ED" w14:textId="77777777" w:rsidR="007D7487" w:rsidRDefault="00E6407B">
      <w:pPr>
        <w:ind w:firstLine="288"/>
      </w:pPr>
      <w:r>
        <w:rPr>
          <w:rFonts w:cs="Times New Roman"/>
        </w:rPr>
        <w:t>"Yet David's word does not end merely because the King sits."</w:t>
      </w:r>
    </w:p>
    <w:p w14:paraId="13519342" w14:textId="77777777" w:rsidR="007D7487" w:rsidRDefault="00E6407B">
      <w:pPr>
        <w:ind w:firstLine="288"/>
      </w:pPr>
      <w:r>
        <w:rPr>
          <w:rFonts w:cs="Times New Roman"/>
        </w:rPr>
        <w:t>Jesus looked back at Peter.</w:t>
      </w:r>
    </w:p>
    <w:p w14:paraId="3B8AFB61" w14:textId="77777777" w:rsidR="007D7487" w:rsidRDefault="00E6407B">
      <w:pPr>
        <w:ind w:firstLine="288"/>
      </w:pPr>
      <w:r>
        <w:rPr>
          <w:rFonts w:cs="Times New Roman"/>
        </w:rPr>
        <w:t>"What remains in the sentence?"</w:t>
      </w:r>
    </w:p>
    <w:p w14:paraId="5DDA9F1D" w14:textId="77777777" w:rsidR="007D7487" w:rsidRDefault="00E6407B">
      <w:pPr>
        <w:ind w:firstLine="288"/>
      </w:pPr>
      <w:r>
        <w:rPr>
          <w:rFonts w:cs="Times New Roman"/>
        </w:rPr>
        <w:t>Peter answered.</w:t>
      </w:r>
    </w:p>
    <w:p w14:paraId="27170470" w14:textId="77777777" w:rsidR="007D7487" w:rsidRDefault="00E6407B">
      <w:pPr>
        <w:ind w:firstLine="288"/>
      </w:pPr>
      <w:r>
        <w:rPr>
          <w:rFonts w:cs="Times New Roman"/>
        </w:rPr>
        <w:t>"Until."</w:t>
      </w:r>
    </w:p>
    <w:p w14:paraId="3911FB8E" w14:textId="77777777" w:rsidR="007D7487" w:rsidRDefault="00E6407B">
      <w:pPr>
        <w:ind w:firstLine="288"/>
      </w:pPr>
      <w:r>
        <w:rPr>
          <w:rFonts w:cs="Times New Roman"/>
        </w:rPr>
        <w:t>"Until the enemies are made His footstool."</w:t>
      </w:r>
    </w:p>
    <w:p w14:paraId="01EC3947" w14:textId="77777777" w:rsidR="007D7487" w:rsidRDefault="00E6407B">
      <w:pPr>
        <w:ind w:firstLine="288"/>
      </w:pPr>
      <w:r>
        <w:rPr>
          <w:rFonts w:cs="Times New Roman"/>
        </w:rPr>
        <w:t>John thought back through everything Jesus had shown them.</w:t>
      </w:r>
    </w:p>
    <w:p w14:paraId="5E5DFF3B" w14:textId="77777777" w:rsidR="007D7487" w:rsidRDefault="00E6407B">
      <w:pPr>
        <w:ind w:firstLine="288"/>
      </w:pPr>
      <w:r>
        <w:rPr>
          <w:rFonts w:cs="Times New Roman"/>
        </w:rPr>
        <w:t>The serpent.</w:t>
      </w:r>
    </w:p>
    <w:p w14:paraId="57155B3E" w14:textId="77777777" w:rsidR="007D7487" w:rsidRDefault="00E6407B">
      <w:pPr>
        <w:ind w:firstLine="288"/>
      </w:pPr>
      <w:r>
        <w:rPr>
          <w:rFonts w:cs="Times New Roman"/>
        </w:rPr>
        <w:t>Sin.</w:t>
      </w:r>
    </w:p>
    <w:p w14:paraId="695A3E13" w14:textId="77777777" w:rsidR="007D7487" w:rsidRDefault="00E6407B">
      <w:pPr>
        <w:ind w:firstLine="288"/>
      </w:pPr>
      <w:r>
        <w:rPr>
          <w:rFonts w:cs="Times New Roman"/>
        </w:rPr>
        <w:t>Death.</w:t>
      </w:r>
    </w:p>
    <w:p w14:paraId="460C55F7" w14:textId="77777777" w:rsidR="007D7487" w:rsidRDefault="00E6407B">
      <w:pPr>
        <w:ind w:firstLine="288"/>
      </w:pPr>
      <w:r>
        <w:rPr>
          <w:rFonts w:cs="Times New Roman"/>
        </w:rPr>
        <w:t>Unclean powers.</w:t>
      </w:r>
    </w:p>
    <w:p w14:paraId="624AB042" w14:textId="77777777" w:rsidR="007D7487" w:rsidRDefault="00E6407B">
      <w:pPr>
        <w:ind w:firstLine="288"/>
      </w:pPr>
      <w:r>
        <w:rPr>
          <w:rFonts w:cs="Times New Roman"/>
        </w:rPr>
        <w:lastRenderedPageBreak/>
        <w:t>Human rulers who opposed God.</w:t>
      </w:r>
    </w:p>
    <w:p w14:paraId="6658B169" w14:textId="77777777" w:rsidR="007D7487" w:rsidRDefault="00E6407B">
      <w:pPr>
        <w:ind w:firstLine="288"/>
      </w:pPr>
      <w:r>
        <w:rPr>
          <w:rFonts w:cs="Times New Roman"/>
        </w:rPr>
        <w:t>Every enemy did not have to be the same kind of enemy for David's word to hold them beneath the same final sovereignty.</w:t>
      </w:r>
    </w:p>
    <w:p w14:paraId="739AF663" w14:textId="77777777" w:rsidR="007D7487" w:rsidRDefault="00E6407B">
      <w:pPr>
        <w:ind w:firstLine="288"/>
      </w:pPr>
      <w:r>
        <w:rPr>
          <w:rFonts w:cs="Times New Roman"/>
        </w:rPr>
        <w:t>Jesus nodded.</w:t>
      </w:r>
    </w:p>
    <w:p w14:paraId="1AEB2DBA" w14:textId="77777777" w:rsidR="007D7487" w:rsidRDefault="00E6407B">
      <w:pPr>
        <w:ind w:firstLine="288"/>
      </w:pPr>
      <w:r>
        <w:rPr>
          <w:rFonts w:cs="Times New Roman"/>
        </w:rPr>
        <w:t>"Then can a promise be truly underway while an appointed completion still remains?"</w:t>
      </w:r>
    </w:p>
    <w:p w14:paraId="4B45F27D" w14:textId="77777777" w:rsidR="007D7487" w:rsidRDefault="00E6407B">
      <w:pPr>
        <w:ind w:firstLine="288"/>
      </w:pPr>
      <w:r>
        <w:rPr>
          <w:rFonts w:cs="Times New Roman"/>
        </w:rPr>
        <w:t>"Yes."</w:t>
      </w:r>
    </w:p>
    <w:p w14:paraId="55748EE9" w14:textId="77777777" w:rsidR="007D7487" w:rsidRDefault="00E6407B">
      <w:pPr>
        <w:ind w:firstLine="288"/>
      </w:pPr>
      <w:r>
        <w:rPr>
          <w:rFonts w:cs="Times New Roman"/>
        </w:rPr>
        <w:t>Thomas leaned forward.</w:t>
      </w:r>
    </w:p>
    <w:p w14:paraId="739B50E4" w14:textId="77777777" w:rsidR="007D7487" w:rsidRDefault="00E6407B">
      <w:pPr>
        <w:ind w:firstLine="288"/>
      </w:pPr>
      <w:r>
        <w:rPr>
          <w:rFonts w:cs="Times New Roman"/>
        </w:rPr>
        <w:t>Thomas looked at the risen body in front of him.</w:t>
      </w:r>
    </w:p>
    <w:p w14:paraId="287B2946" w14:textId="77777777" w:rsidR="007D7487" w:rsidRDefault="00E6407B">
      <w:pPr>
        <w:ind w:firstLine="288"/>
      </w:pPr>
      <w:r>
        <w:rPr>
          <w:rFonts w:cs="Times New Roman"/>
        </w:rPr>
        <w:t>Resurrection itself was not a theory about future victory.</w:t>
      </w:r>
    </w:p>
    <w:p w14:paraId="17EB3262" w14:textId="77777777" w:rsidR="007D7487" w:rsidRDefault="00E6407B">
      <w:pPr>
        <w:ind w:firstLine="288"/>
      </w:pPr>
      <w:r>
        <w:rPr>
          <w:rFonts w:cs="Times New Roman"/>
        </w:rPr>
        <w:t>It was already a conquered grave standing among them.</w:t>
      </w:r>
    </w:p>
    <w:p w14:paraId="34F885CF" w14:textId="77777777" w:rsidR="007D7487" w:rsidRDefault="00E6407B">
      <w:pPr>
        <w:ind w:firstLine="288"/>
      </w:pPr>
      <w:r>
        <w:rPr>
          <w:rFonts w:cs="Times New Roman"/>
        </w:rPr>
        <w:t>"Then resurrection can be victory..."</w:t>
      </w:r>
    </w:p>
    <w:p w14:paraId="3D32367C" w14:textId="77777777" w:rsidR="007D7487" w:rsidRDefault="00E6407B">
      <w:pPr>
        <w:ind w:firstLine="288"/>
      </w:pPr>
      <w:r>
        <w:rPr>
          <w:rFonts w:cs="Times New Roman"/>
        </w:rPr>
        <w:t>"And yet death still exists."</w:t>
      </w:r>
    </w:p>
    <w:p w14:paraId="4A60F62F" w14:textId="77777777" w:rsidR="007D7487" w:rsidRDefault="00E6407B">
      <w:pPr>
        <w:ind w:firstLine="288"/>
      </w:pPr>
      <w:r>
        <w:rPr>
          <w:rFonts w:cs="Times New Roman"/>
        </w:rPr>
        <w:t>Jesus looked toward him.</w:t>
      </w:r>
    </w:p>
    <w:p w14:paraId="04D13954" w14:textId="77777777" w:rsidR="007D7487" w:rsidRDefault="00E6407B">
      <w:pPr>
        <w:ind w:firstLine="288"/>
      </w:pPr>
      <w:r>
        <w:rPr>
          <w:rFonts w:cs="Times New Roman"/>
        </w:rPr>
        <w:t>"Yes."</w:t>
      </w:r>
    </w:p>
    <w:p w14:paraId="6990ED3B" w14:textId="77777777" w:rsidR="007D7487" w:rsidRDefault="00E6407B">
      <w:pPr>
        <w:ind w:firstLine="288"/>
      </w:pPr>
      <w:r>
        <w:rPr>
          <w:rFonts w:cs="Times New Roman"/>
        </w:rPr>
        <w:t>"Your enemies can be judged in purpose..."</w:t>
      </w:r>
    </w:p>
    <w:p w14:paraId="77E9E698" w14:textId="77777777" w:rsidR="007D7487" w:rsidRDefault="00E6407B">
      <w:pPr>
        <w:ind w:firstLine="288"/>
      </w:pPr>
      <w:r>
        <w:rPr>
          <w:rFonts w:cs="Times New Roman"/>
        </w:rPr>
        <w:t>"And yet not every enemy has been visibly placed underfoot."</w:t>
      </w:r>
    </w:p>
    <w:p w14:paraId="63404037" w14:textId="77777777" w:rsidR="007D7487" w:rsidRDefault="00E6407B">
      <w:pPr>
        <w:ind w:firstLine="288"/>
      </w:pPr>
      <w:r>
        <w:rPr>
          <w:rFonts w:cs="Times New Roman"/>
        </w:rPr>
        <w:t>"Yes."</w:t>
      </w:r>
    </w:p>
    <w:p w14:paraId="32EC6682" w14:textId="77777777" w:rsidR="007D7487" w:rsidRDefault="00E6407B">
      <w:pPr>
        <w:ind w:firstLine="288"/>
      </w:pPr>
      <w:r>
        <w:rPr>
          <w:rFonts w:cs="Times New Roman"/>
        </w:rPr>
        <w:t>Simon the Zealot looked toward the road.</w:t>
      </w:r>
    </w:p>
    <w:p w14:paraId="32254B9D" w14:textId="77777777" w:rsidR="007D7487" w:rsidRDefault="00E6407B">
      <w:pPr>
        <w:ind w:firstLine="288"/>
      </w:pPr>
      <w:r>
        <w:rPr>
          <w:rFonts w:cs="Times New Roman"/>
        </w:rPr>
        <w:t>"Then Rome still standing does not prove nothing happened."</w:t>
      </w:r>
    </w:p>
    <w:p w14:paraId="5BD29D53" w14:textId="77777777" w:rsidR="007D7487" w:rsidRDefault="00E6407B">
      <w:pPr>
        <w:ind w:firstLine="288"/>
      </w:pPr>
      <w:r>
        <w:rPr>
          <w:rFonts w:cs="Times New Roman"/>
        </w:rPr>
        <w:t>Jesus held his gaze.</w:t>
      </w:r>
    </w:p>
    <w:p w14:paraId="39EA6A72" w14:textId="77777777" w:rsidR="007D7487" w:rsidRDefault="00E6407B">
      <w:pPr>
        <w:ind w:firstLine="288"/>
      </w:pPr>
      <w:r>
        <w:rPr>
          <w:rFonts w:cs="Times New Roman"/>
        </w:rPr>
        <w:t>"No."</w:t>
      </w:r>
    </w:p>
    <w:p w14:paraId="71026377" w14:textId="77777777" w:rsidR="007D7487" w:rsidRDefault="00E6407B">
      <w:pPr>
        <w:ind w:firstLine="288"/>
      </w:pPr>
      <w:r>
        <w:rPr>
          <w:rFonts w:cs="Times New Roman"/>
        </w:rPr>
        <w:t>Simon swallowed.</w:t>
      </w:r>
    </w:p>
    <w:p w14:paraId="03AEB416" w14:textId="77777777" w:rsidR="007D7487" w:rsidRDefault="00E6407B">
      <w:pPr>
        <w:ind w:firstLine="288"/>
      </w:pPr>
      <w:r>
        <w:rPr>
          <w:rFonts w:cs="Times New Roman"/>
        </w:rPr>
        <w:t>"And it does not prove Rome is the final enemy."</w:t>
      </w:r>
    </w:p>
    <w:p w14:paraId="603F5A2D" w14:textId="77777777" w:rsidR="007D7487" w:rsidRDefault="00E6407B">
      <w:pPr>
        <w:ind w:firstLine="288"/>
      </w:pPr>
      <w:r>
        <w:rPr>
          <w:rFonts w:cs="Times New Roman"/>
        </w:rPr>
        <w:t>"No."</w:t>
      </w:r>
    </w:p>
    <w:p w14:paraId="7973544C" w14:textId="77777777" w:rsidR="007D7487" w:rsidRDefault="00E6407B">
      <w:pPr>
        <w:ind w:firstLine="288"/>
      </w:pPr>
      <w:r>
        <w:rPr>
          <w:rFonts w:cs="Times New Roman"/>
        </w:rPr>
        <w:t>Peter looked at Jesus' wounds.</w:t>
      </w:r>
    </w:p>
    <w:p w14:paraId="5875F3A6" w14:textId="77777777" w:rsidR="007D7487" w:rsidRDefault="00E6407B">
      <w:pPr>
        <w:ind w:firstLine="288"/>
      </w:pPr>
      <w:r>
        <w:rPr>
          <w:rFonts w:cs="Times New Roman"/>
        </w:rPr>
        <w:t>"Now..."</w:t>
      </w:r>
    </w:p>
    <w:p w14:paraId="401113E0" w14:textId="77777777" w:rsidR="007D7487" w:rsidRDefault="00E6407B">
      <w:pPr>
        <w:ind w:firstLine="288"/>
      </w:pPr>
      <w:r>
        <w:rPr>
          <w:rFonts w:cs="Times New Roman"/>
        </w:rPr>
        <w:t>He paused.</w:t>
      </w:r>
    </w:p>
    <w:p w14:paraId="6A3459C8" w14:textId="77777777" w:rsidR="007D7487" w:rsidRDefault="00E6407B">
      <w:pPr>
        <w:ind w:firstLine="288"/>
      </w:pPr>
      <w:r>
        <w:rPr>
          <w:rFonts w:cs="Times New Roman"/>
        </w:rPr>
        <w:t>"Until."</w:t>
      </w:r>
    </w:p>
    <w:p w14:paraId="75652C96" w14:textId="77777777" w:rsidR="007D7487" w:rsidRDefault="00E6407B">
      <w:pPr>
        <w:ind w:firstLine="288"/>
      </w:pPr>
      <w:r>
        <w:rPr>
          <w:rFonts w:cs="Times New Roman"/>
        </w:rPr>
        <w:t>Jesus nodded.</w:t>
      </w:r>
    </w:p>
    <w:p w14:paraId="456C7C04" w14:textId="77777777" w:rsidR="007D7487" w:rsidRDefault="00E6407B">
      <w:pPr>
        <w:ind w:firstLine="288"/>
      </w:pPr>
      <w:r>
        <w:rPr>
          <w:rFonts w:cs="Times New Roman"/>
        </w:rPr>
        <w:t>"Learn to hear both."</w:t>
      </w:r>
    </w:p>
    <w:p w14:paraId="6DDE734D" w14:textId="77777777" w:rsidR="007D7487" w:rsidRDefault="00E6407B">
      <w:pPr>
        <w:ind w:firstLine="288"/>
      </w:pPr>
      <w:r>
        <w:rPr>
          <w:rFonts w:cs="Times New Roman"/>
        </w:rPr>
        <w:t>The present act of God.</w:t>
      </w:r>
    </w:p>
    <w:p w14:paraId="09FA469D" w14:textId="77777777" w:rsidR="007D7487" w:rsidRDefault="00E6407B">
      <w:pPr>
        <w:ind w:firstLine="288"/>
      </w:pPr>
      <w:r>
        <w:rPr>
          <w:rFonts w:cs="Times New Roman"/>
        </w:rPr>
        <w:t>The future completion of God.</w:t>
      </w:r>
    </w:p>
    <w:p w14:paraId="6173AF67" w14:textId="77777777" w:rsidR="007D7487" w:rsidRDefault="00E6407B">
      <w:pPr>
        <w:ind w:firstLine="288"/>
      </w:pPr>
      <w:r>
        <w:rPr>
          <w:rFonts w:cs="Times New Roman"/>
        </w:rPr>
        <w:t>Neither erased the other.</w:t>
      </w:r>
    </w:p>
    <w:p w14:paraId="2E1CEF5D" w14:textId="77777777" w:rsidR="007D7487" w:rsidRDefault="00E6407B">
      <w:pPr>
        <w:suppressLineNumbers/>
        <w:spacing w:before="100" w:after="100"/>
        <w:jc w:val="center"/>
      </w:pPr>
      <w:r>
        <w:rPr>
          <w:rFonts w:cs="Times New Roman"/>
          <w:sz w:val="20"/>
        </w:rPr>
        <w:t>* * *</w:t>
      </w:r>
    </w:p>
    <w:p w14:paraId="2717A0AC" w14:textId="77777777" w:rsidR="007D7487" w:rsidRDefault="00E6407B">
      <w:pPr>
        <w:ind w:firstLine="288"/>
      </w:pPr>
      <w:r>
        <w:rPr>
          <w:rFonts w:cs="Times New Roman"/>
        </w:rPr>
        <w:t>Jesus looked toward the women.</w:t>
      </w:r>
    </w:p>
    <w:p w14:paraId="507BB0D0" w14:textId="77777777" w:rsidR="007D7487" w:rsidRDefault="00E6407B">
      <w:pPr>
        <w:ind w:firstLine="288"/>
      </w:pPr>
      <w:r>
        <w:rPr>
          <w:rFonts w:cs="Times New Roman"/>
        </w:rPr>
        <w:t>"Do you remember what I read in the synagogue at Nazareth?"</w:t>
      </w:r>
    </w:p>
    <w:p w14:paraId="343AFC98" w14:textId="77777777" w:rsidR="007D7487" w:rsidRDefault="00E6407B">
      <w:pPr>
        <w:ind w:firstLine="288"/>
      </w:pPr>
      <w:r>
        <w:rPr>
          <w:rFonts w:cs="Times New Roman"/>
        </w:rPr>
        <w:t>Nazareth.</w:t>
      </w:r>
    </w:p>
    <w:p w14:paraId="55F935AC" w14:textId="77777777" w:rsidR="007D7487" w:rsidRDefault="00E6407B">
      <w:pPr>
        <w:ind w:firstLine="288"/>
      </w:pPr>
      <w:r>
        <w:rPr>
          <w:rFonts w:cs="Times New Roman"/>
        </w:rPr>
        <w:t>Not Capernaum.</w:t>
      </w:r>
    </w:p>
    <w:p w14:paraId="548CFB3F" w14:textId="77777777" w:rsidR="007D7487" w:rsidRDefault="00E6407B">
      <w:pPr>
        <w:ind w:firstLine="288"/>
      </w:pPr>
      <w:r>
        <w:rPr>
          <w:rFonts w:cs="Times New Roman"/>
        </w:rPr>
        <w:lastRenderedPageBreak/>
        <w:t>His own town.</w:t>
      </w:r>
    </w:p>
    <w:p w14:paraId="3F8F9214" w14:textId="77777777" w:rsidR="007D7487" w:rsidRDefault="00E6407B">
      <w:pPr>
        <w:ind w:firstLine="288"/>
      </w:pPr>
      <w:r>
        <w:rPr>
          <w:rFonts w:cs="Times New Roman"/>
        </w:rPr>
        <w:t>The synagogue in which familiar people had heard familiar Isaiah words from a man they thought they already knew.</w:t>
      </w:r>
    </w:p>
    <w:p w14:paraId="01E3DC37" w14:textId="77777777" w:rsidR="007D7487" w:rsidRDefault="00E6407B">
      <w:pPr>
        <w:ind w:firstLine="288"/>
      </w:pPr>
      <w:r>
        <w:rPr>
          <w:rFonts w:cs="Times New Roman"/>
        </w:rPr>
        <w:t>Several nodded.</w:t>
      </w:r>
    </w:p>
    <w:p w14:paraId="1D83E061" w14:textId="77777777" w:rsidR="007D7487" w:rsidRDefault="00E6407B">
      <w:pPr>
        <w:ind w:firstLine="288"/>
      </w:pPr>
      <w:r>
        <w:rPr>
          <w:rFonts w:cs="Times New Roman"/>
        </w:rPr>
        <w:t>Mary, His mother, spoke softly.</w:t>
      </w:r>
    </w:p>
    <w:p w14:paraId="6743BE22" w14:textId="77777777" w:rsidR="007D7487" w:rsidRDefault="00E6407B">
      <w:pPr>
        <w:ind w:firstLine="288"/>
      </w:pPr>
      <w:r>
        <w:rPr>
          <w:rFonts w:cs="Times New Roman"/>
        </w:rPr>
        <w:t>"The Spirit of the Lord is upon me."</w:t>
      </w:r>
    </w:p>
    <w:p w14:paraId="2CE2077A" w14:textId="77777777" w:rsidR="007D7487" w:rsidRDefault="00E6407B">
      <w:pPr>
        <w:ind w:firstLine="288"/>
      </w:pPr>
      <w:r>
        <w:rPr>
          <w:rFonts w:cs="Times New Roman"/>
        </w:rPr>
        <w:t>Jesus continued with them.</w:t>
      </w:r>
    </w:p>
    <w:p w14:paraId="7645A716" w14:textId="77777777" w:rsidR="007D7487" w:rsidRDefault="00E6407B">
      <w:pPr>
        <w:ind w:firstLine="288"/>
      </w:pPr>
      <w:r>
        <w:rPr>
          <w:rFonts w:cs="Times New Roman"/>
        </w:rPr>
        <w:t>"Because he hath anointed me to preach the gospel to the poor."</w:t>
      </w:r>
    </w:p>
    <w:p w14:paraId="6927FA0A" w14:textId="77777777" w:rsidR="007D7487" w:rsidRDefault="00E6407B">
      <w:pPr>
        <w:ind w:firstLine="288"/>
      </w:pPr>
      <w:r>
        <w:rPr>
          <w:rFonts w:cs="Times New Roman"/>
        </w:rPr>
        <w:t>Joanna added:</w:t>
      </w:r>
    </w:p>
    <w:p w14:paraId="3DB045FF" w14:textId="77777777" w:rsidR="007D7487" w:rsidRDefault="00E6407B">
      <w:pPr>
        <w:ind w:firstLine="288"/>
      </w:pPr>
      <w:r>
        <w:rPr>
          <w:rFonts w:cs="Times New Roman"/>
        </w:rPr>
        <w:t>"He hath sent me to heal the brokenhearted."</w:t>
      </w:r>
    </w:p>
    <w:p w14:paraId="2E7A24D9" w14:textId="77777777" w:rsidR="007D7487" w:rsidRDefault="00E6407B">
      <w:pPr>
        <w:ind w:firstLine="288"/>
      </w:pPr>
      <w:r>
        <w:rPr>
          <w:rFonts w:cs="Times New Roman"/>
        </w:rPr>
        <w:t>Another disciple:</w:t>
      </w:r>
    </w:p>
    <w:p w14:paraId="1EE4712D" w14:textId="77777777" w:rsidR="007D7487" w:rsidRDefault="00E6407B">
      <w:pPr>
        <w:ind w:firstLine="288"/>
      </w:pPr>
      <w:r>
        <w:rPr>
          <w:rFonts w:cs="Times New Roman"/>
        </w:rPr>
        <w:t>"To preach deliverance to the captives."</w:t>
      </w:r>
    </w:p>
    <w:p w14:paraId="3CD684BE" w14:textId="77777777" w:rsidR="007D7487" w:rsidRDefault="00E6407B">
      <w:pPr>
        <w:ind w:firstLine="288"/>
      </w:pPr>
      <w:r>
        <w:rPr>
          <w:rFonts w:cs="Times New Roman"/>
        </w:rPr>
        <w:t>Mary Magdalene:</w:t>
      </w:r>
    </w:p>
    <w:p w14:paraId="0CAF4C1C" w14:textId="77777777" w:rsidR="007D7487" w:rsidRDefault="00E6407B">
      <w:pPr>
        <w:ind w:firstLine="288"/>
      </w:pPr>
      <w:r>
        <w:rPr>
          <w:rFonts w:cs="Times New Roman"/>
        </w:rPr>
        <w:t>"And recovering of sight to the blind."</w:t>
      </w:r>
    </w:p>
    <w:p w14:paraId="3C0794E8" w14:textId="77777777" w:rsidR="007D7487" w:rsidRDefault="00E6407B">
      <w:pPr>
        <w:ind w:firstLine="288"/>
      </w:pPr>
      <w:r>
        <w:rPr>
          <w:rFonts w:cs="Times New Roman"/>
        </w:rPr>
        <w:t>Jesus continued:</w:t>
      </w:r>
    </w:p>
    <w:p w14:paraId="09E84DBE" w14:textId="77777777" w:rsidR="007D7487" w:rsidRDefault="00E6407B">
      <w:pPr>
        <w:ind w:firstLine="288"/>
      </w:pPr>
      <w:r>
        <w:rPr>
          <w:rFonts w:cs="Times New Roman"/>
        </w:rPr>
        <w:t>"To set at liberty them that are bruised."</w:t>
      </w:r>
    </w:p>
    <w:p w14:paraId="2FFB341D" w14:textId="77777777" w:rsidR="007D7487" w:rsidRDefault="00E6407B">
      <w:pPr>
        <w:ind w:firstLine="288"/>
      </w:pPr>
      <w:r>
        <w:rPr>
          <w:rFonts w:cs="Times New Roman"/>
        </w:rPr>
        <w:t>Then:</w:t>
      </w:r>
    </w:p>
    <w:p w14:paraId="530AF7F4" w14:textId="77777777" w:rsidR="007D7487" w:rsidRDefault="00E6407B">
      <w:pPr>
        <w:ind w:firstLine="288"/>
      </w:pPr>
      <w:r>
        <w:rPr>
          <w:rFonts w:cs="Times New Roman"/>
        </w:rPr>
        <w:t>"To preach the acceptable year of the Lord."</w:t>
      </w:r>
    </w:p>
    <w:p w14:paraId="66D7270D" w14:textId="77777777" w:rsidR="007D7487" w:rsidRDefault="00E6407B">
      <w:pPr>
        <w:ind w:firstLine="288"/>
      </w:pPr>
      <w:r>
        <w:rPr>
          <w:rFonts w:cs="Times New Roman"/>
        </w:rPr>
        <w:t>Nicodemus looked up sharply.</w:t>
      </w:r>
    </w:p>
    <w:p w14:paraId="67020EA3" w14:textId="77777777" w:rsidR="007D7487" w:rsidRDefault="00E6407B">
      <w:pPr>
        <w:ind w:firstLine="288"/>
      </w:pPr>
      <w:r>
        <w:rPr>
          <w:rFonts w:cs="Times New Roman"/>
        </w:rPr>
        <w:t>"Liberty."</w:t>
      </w:r>
    </w:p>
    <w:p w14:paraId="54F87927" w14:textId="77777777" w:rsidR="007D7487" w:rsidRDefault="00E6407B">
      <w:pPr>
        <w:ind w:firstLine="288"/>
      </w:pPr>
      <w:r>
        <w:rPr>
          <w:rFonts w:cs="Times New Roman"/>
        </w:rPr>
        <w:t>Jesus turned toward him.</w:t>
      </w:r>
    </w:p>
    <w:p w14:paraId="5B4CA342" w14:textId="77777777" w:rsidR="007D7487" w:rsidRDefault="00E6407B">
      <w:pPr>
        <w:ind w:firstLine="288"/>
      </w:pPr>
      <w:r>
        <w:rPr>
          <w:rFonts w:cs="Times New Roman"/>
        </w:rPr>
        <w:t>"Where had Moses commanded Israel to proclaim liberty in the land?"</w:t>
      </w:r>
    </w:p>
    <w:p w14:paraId="26200FDE" w14:textId="77777777" w:rsidR="007D7487" w:rsidRDefault="00E6407B">
      <w:pPr>
        <w:ind w:firstLine="288"/>
      </w:pPr>
      <w:r>
        <w:rPr>
          <w:rFonts w:cs="Times New Roman"/>
        </w:rPr>
        <w:t>The old teacher was already there.</w:t>
      </w:r>
    </w:p>
    <w:p w14:paraId="370D78E9" w14:textId="77777777" w:rsidR="007D7487" w:rsidRDefault="00E6407B">
      <w:pPr>
        <w:ind w:firstLine="288"/>
      </w:pPr>
      <w:r>
        <w:rPr>
          <w:rFonts w:cs="Times New Roman"/>
        </w:rPr>
        <w:t>"Jubilee."</w:t>
      </w:r>
    </w:p>
    <w:p w14:paraId="1AE46481" w14:textId="77777777" w:rsidR="007D7487" w:rsidRDefault="00E6407B">
      <w:pPr>
        <w:ind w:firstLine="288"/>
      </w:pPr>
      <w:r>
        <w:rPr>
          <w:rFonts w:cs="Times New Roman"/>
        </w:rPr>
        <w:t>"Let Moses speak."</w:t>
      </w:r>
    </w:p>
    <w:p w14:paraId="46F064E1" w14:textId="77777777" w:rsidR="007D7487" w:rsidRDefault="00E6407B">
      <w:pPr>
        <w:ind w:firstLine="288"/>
      </w:pPr>
      <w:r>
        <w:rPr>
          <w:rFonts w:cs="Times New Roman"/>
          <w:i/>
        </w:rPr>
        <w:t>"And ye shall hallow the fiftieth year, and proclaim liberty throughout all the land unto all the inhabitants thereof: it shall be a jubile unto you; and ye shall return every man unto his possession, and ye shall return every man unto his family."</w:t>
      </w:r>
    </w:p>
    <w:p w14:paraId="0F5AF88A" w14:textId="77777777" w:rsidR="007D7487" w:rsidRDefault="00E6407B">
      <w:pPr>
        <w:ind w:firstLine="288"/>
      </w:pPr>
      <w:r>
        <w:rPr>
          <w:rFonts w:cs="Times New Roman"/>
        </w:rPr>
        <w:t>Peter looked toward the two branches that had represented divided inheritance only a short time earlier.</w:t>
      </w:r>
    </w:p>
    <w:p w14:paraId="2FFD6FB8" w14:textId="77777777" w:rsidR="007D7487" w:rsidRDefault="00E6407B">
      <w:pPr>
        <w:ind w:firstLine="288"/>
      </w:pPr>
      <w:r>
        <w:rPr>
          <w:rFonts w:cs="Times New Roman"/>
        </w:rPr>
        <w:t>"Return to possession."</w:t>
      </w:r>
    </w:p>
    <w:p w14:paraId="28B3B86B" w14:textId="77777777" w:rsidR="007D7487" w:rsidRDefault="00E6407B">
      <w:pPr>
        <w:ind w:firstLine="288"/>
      </w:pPr>
      <w:r>
        <w:rPr>
          <w:rFonts w:cs="Times New Roman"/>
        </w:rPr>
        <w:t>"Yes," Nicodemus said.</w:t>
      </w:r>
    </w:p>
    <w:p w14:paraId="11B69ACB" w14:textId="77777777" w:rsidR="007D7487" w:rsidRDefault="00E6407B">
      <w:pPr>
        <w:ind w:firstLine="288"/>
      </w:pPr>
      <w:r>
        <w:rPr>
          <w:rFonts w:cs="Times New Roman"/>
        </w:rPr>
        <w:t>"Return to family."</w:t>
      </w:r>
    </w:p>
    <w:p w14:paraId="255D20E2" w14:textId="77777777" w:rsidR="007D7487" w:rsidRDefault="00E6407B">
      <w:pPr>
        <w:ind w:firstLine="288"/>
      </w:pPr>
      <w:r>
        <w:rPr>
          <w:rFonts w:cs="Times New Roman"/>
        </w:rPr>
        <w:t>Jesus nodded.</w:t>
      </w:r>
    </w:p>
    <w:p w14:paraId="00C34E5B" w14:textId="77777777" w:rsidR="007D7487" w:rsidRDefault="00E6407B">
      <w:pPr>
        <w:ind w:firstLine="288"/>
      </w:pPr>
      <w:r>
        <w:rPr>
          <w:rFonts w:cs="Times New Roman"/>
        </w:rPr>
        <w:t>The acceptable year did not become identical to every detail of Leviticus 25 merely because Isaiah used Jubilee language.</w:t>
      </w:r>
    </w:p>
    <w:p w14:paraId="5FA19AC6" w14:textId="77777777" w:rsidR="007D7487" w:rsidRDefault="00E6407B">
      <w:pPr>
        <w:ind w:firstLine="288"/>
      </w:pPr>
      <w:r>
        <w:rPr>
          <w:rFonts w:cs="Times New Roman"/>
        </w:rPr>
        <w:t>But Isaiah had deliberately reached into Israel's vocabulary of release.</w:t>
      </w:r>
    </w:p>
    <w:p w14:paraId="55BB9417" w14:textId="77777777" w:rsidR="007D7487" w:rsidRDefault="00E6407B">
      <w:pPr>
        <w:ind w:firstLine="288"/>
      </w:pPr>
      <w:r>
        <w:rPr>
          <w:rFonts w:cs="Times New Roman"/>
        </w:rPr>
        <w:t>Liberty.</w:t>
      </w:r>
    </w:p>
    <w:p w14:paraId="182D2CD2" w14:textId="77777777" w:rsidR="007D7487" w:rsidRDefault="00E6407B">
      <w:pPr>
        <w:ind w:firstLine="288"/>
      </w:pPr>
      <w:r>
        <w:rPr>
          <w:rFonts w:cs="Times New Roman"/>
        </w:rPr>
        <w:t>Possession restored.</w:t>
      </w:r>
    </w:p>
    <w:p w14:paraId="181D2E70" w14:textId="77777777" w:rsidR="007D7487" w:rsidRDefault="00E6407B">
      <w:pPr>
        <w:ind w:firstLine="288"/>
      </w:pPr>
      <w:r>
        <w:rPr>
          <w:rFonts w:cs="Times New Roman"/>
        </w:rPr>
        <w:lastRenderedPageBreak/>
        <w:t>Family restored.</w:t>
      </w:r>
    </w:p>
    <w:p w14:paraId="328B305E" w14:textId="77777777" w:rsidR="007D7487" w:rsidRDefault="00E6407B">
      <w:pPr>
        <w:ind w:firstLine="288"/>
      </w:pPr>
      <w:r>
        <w:rPr>
          <w:rFonts w:cs="Times New Roman"/>
        </w:rPr>
        <w:t>Debts, servitude, land, and inheritance placed under YHWH's ownership and timing.</w:t>
      </w:r>
    </w:p>
    <w:p w14:paraId="20CB4A09" w14:textId="77777777" w:rsidR="007D7487" w:rsidRDefault="00E6407B">
      <w:pPr>
        <w:ind w:firstLine="288"/>
      </w:pPr>
      <w:r>
        <w:rPr>
          <w:rFonts w:cs="Times New Roman"/>
        </w:rPr>
        <w:t>Simon the Zealot looked toward Jesus.</w:t>
      </w:r>
    </w:p>
    <w:p w14:paraId="31E4047A" w14:textId="77777777" w:rsidR="007D7487" w:rsidRDefault="00E6407B">
      <w:pPr>
        <w:ind w:firstLine="288"/>
      </w:pPr>
      <w:r>
        <w:rPr>
          <w:rFonts w:cs="Times New Roman"/>
        </w:rPr>
        <w:t>"Then when You read liberty in Nazareth, You were not inventing a new hope."</w:t>
      </w:r>
    </w:p>
    <w:p w14:paraId="138C818F" w14:textId="77777777" w:rsidR="007D7487" w:rsidRDefault="00E6407B">
      <w:pPr>
        <w:ind w:firstLine="288"/>
      </w:pPr>
      <w:r>
        <w:rPr>
          <w:rFonts w:cs="Times New Roman"/>
        </w:rPr>
        <w:t>"No."</w:t>
      </w:r>
    </w:p>
    <w:p w14:paraId="1052F822" w14:textId="77777777" w:rsidR="007D7487" w:rsidRDefault="00E6407B">
      <w:pPr>
        <w:ind w:firstLine="288"/>
      </w:pPr>
      <w:r>
        <w:rPr>
          <w:rFonts w:cs="Times New Roman"/>
        </w:rPr>
        <w:t>"You were announcing fulfillment through words Israel already knew."</w:t>
      </w:r>
    </w:p>
    <w:p w14:paraId="5A05F822" w14:textId="77777777" w:rsidR="007D7487" w:rsidRDefault="00E6407B">
      <w:pPr>
        <w:ind w:firstLine="288"/>
      </w:pPr>
      <w:r>
        <w:rPr>
          <w:rFonts w:cs="Times New Roman"/>
        </w:rPr>
        <w:t>"Yes."</w:t>
      </w:r>
    </w:p>
    <w:p w14:paraId="320D0AA4" w14:textId="77777777" w:rsidR="007D7487" w:rsidRDefault="00E6407B">
      <w:pPr>
        <w:ind w:firstLine="288"/>
      </w:pPr>
      <w:r>
        <w:rPr>
          <w:rFonts w:cs="Times New Roman"/>
        </w:rPr>
        <w:t>Nicodemus whispered:</w:t>
      </w:r>
    </w:p>
    <w:p w14:paraId="395E0AB3" w14:textId="77777777" w:rsidR="007D7487" w:rsidRDefault="00E6407B">
      <w:pPr>
        <w:ind w:firstLine="288"/>
      </w:pPr>
      <w:r>
        <w:rPr>
          <w:rFonts w:cs="Times New Roman"/>
        </w:rPr>
        <w:t>"And yet even Jubilee repeated."</w:t>
      </w:r>
    </w:p>
    <w:p w14:paraId="67CD35B0" w14:textId="77777777" w:rsidR="007D7487" w:rsidRDefault="00E6407B">
      <w:pPr>
        <w:ind w:firstLine="288"/>
      </w:pPr>
      <w:r>
        <w:rPr>
          <w:rFonts w:cs="Times New Roman"/>
        </w:rPr>
        <w:t>Jesus looked at him.</w:t>
      </w:r>
    </w:p>
    <w:p w14:paraId="469197C6" w14:textId="77777777" w:rsidR="007D7487" w:rsidRDefault="00E6407B">
      <w:pPr>
        <w:ind w:firstLine="288"/>
      </w:pPr>
      <w:r>
        <w:rPr>
          <w:rFonts w:cs="Times New Roman"/>
        </w:rPr>
        <w:t>"Every appointed cycle came again."</w:t>
      </w:r>
    </w:p>
    <w:p w14:paraId="5A7863EA" w14:textId="77777777" w:rsidR="007D7487" w:rsidRDefault="00E6407B">
      <w:pPr>
        <w:ind w:firstLine="288"/>
      </w:pPr>
      <w:r>
        <w:rPr>
          <w:rFonts w:cs="Times New Roman"/>
        </w:rPr>
        <w:t>"Yes."</w:t>
      </w:r>
    </w:p>
    <w:p w14:paraId="579DF1CE" w14:textId="77777777" w:rsidR="007D7487" w:rsidRDefault="00E6407B">
      <w:pPr>
        <w:ind w:firstLine="288"/>
      </w:pPr>
      <w:r>
        <w:rPr>
          <w:rFonts w:cs="Times New Roman"/>
        </w:rPr>
        <w:t>The old teacher understood the question.</w:t>
      </w:r>
    </w:p>
    <w:p w14:paraId="615257F5" w14:textId="77777777" w:rsidR="007D7487" w:rsidRDefault="00E6407B">
      <w:pPr>
        <w:ind w:firstLine="288"/>
      </w:pPr>
      <w:r>
        <w:rPr>
          <w:rFonts w:cs="Times New Roman"/>
        </w:rPr>
        <w:t>A recurring year of release could teach restoration without itself exhausting every captivity Israel, or humanity, would ever know.</w:t>
      </w:r>
    </w:p>
    <w:p w14:paraId="2F052FF7" w14:textId="77777777" w:rsidR="007D7487" w:rsidRDefault="00E6407B">
      <w:pPr>
        <w:ind w:firstLine="288"/>
      </w:pPr>
      <w:r>
        <w:rPr>
          <w:rFonts w:cs="Times New Roman"/>
        </w:rPr>
        <w:t>The pattern could be real, commanded, economic, familial, and covenantal—and still leave Israel waiting for the deepest liberty the prophets announced.</w:t>
      </w:r>
    </w:p>
    <w:p w14:paraId="750DE806" w14:textId="77777777" w:rsidR="007D7487" w:rsidRDefault="00E6407B">
      <w:pPr>
        <w:ind w:firstLine="288"/>
      </w:pPr>
      <w:r>
        <w:rPr>
          <w:rFonts w:cs="Times New Roman"/>
        </w:rPr>
        <w:t>He stopped.</w:t>
      </w:r>
    </w:p>
    <w:p w14:paraId="318B3175" w14:textId="77777777" w:rsidR="007D7487" w:rsidRDefault="00E6407B">
      <w:pPr>
        <w:ind w:firstLine="288"/>
      </w:pPr>
      <w:r>
        <w:rPr>
          <w:rFonts w:cs="Times New Roman"/>
        </w:rPr>
        <w:t>Just as He had stopped in Nazareth.</w:t>
      </w:r>
    </w:p>
    <w:p w14:paraId="43F511F9" w14:textId="77777777" w:rsidR="007D7487" w:rsidRDefault="00E6407B">
      <w:pPr>
        <w:ind w:firstLine="288"/>
      </w:pPr>
      <w:r>
        <w:rPr>
          <w:rFonts w:cs="Times New Roman"/>
        </w:rPr>
        <w:t>John noticed.</w:t>
      </w:r>
    </w:p>
    <w:p w14:paraId="2BBF4757" w14:textId="77777777" w:rsidR="007D7487" w:rsidRDefault="00E6407B">
      <w:pPr>
        <w:ind w:firstLine="288"/>
      </w:pPr>
      <w:r>
        <w:rPr>
          <w:rFonts w:cs="Times New Roman"/>
        </w:rPr>
        <w:t>So did Nicodemus.</w:t>
      </w:r>
    </w:p>
    <w:p w14:paraId="64208BD3" w14:textId="77777777" w:rsidR="007D7487" w:rsidRDefault="00E6407B">
      <w:pPr>
        <w:ind w:firstLine="288"/>
      </w:pPr>
      <w:r>
        <w:rPr>
          <w:rFonts w:cs="Times New Roman"/>
        </w:rPr>
        <w:t>The old teacher's lips parted.</w:t>
      </w:r>
    </w:p>
    <w:p w14:paraId="4FA118D5" w14:textId="77777777" w:rsidR="007D7487" w:rsidRDefault="00E6407B">
      <w:pPr>
        <w:ind w:firstLine="288"/>
      </w:pPr>
      <w:r>
        <w:rPr>
          <w:rFonts w:cs="Times New Roman"/>
        </w:rPr>
        <w:t>"The prophet did not stop there."</w:t>
      </w:r>
    </w:p>
    <w:p w14:paraId="724294E4" w14:textId="77777777" w:rsidR="007D7487" w:rsidRDefault="00E6407B">
      <w:pPr>
        <w:ind w:firstLine="288"/>
      </w:pPr>
      <w:r>
        <w:rPr>
          <w:rFonts w:cs="Times New Roman"/>
        </w:rPr>
        <w:t>"No."</w:t>
      </w:r>
    </w:p>
    <w:p w14:paraId="7F56F625" w14:textId="77777777" w:rsidR="007D7487" w:rsidRDefault="00E6407B">
      <w:pPr>
        <w:ind w:firstLine="288"/>
      </w:pPr>
      <w:r>
        <w:rPr>
          <w:rFonts w:cs="Times New Roman"/>
        </w:rPr>
        <w:t>Joanna looked toward him.</w:t>
      </w:r>
    </w:p>
    <w:p w14:paraId="462DEB71" w14:textId="77777777" w:rsidR="007D7487" w:rsidRDefault="00E6407B">
      <w:pPr>
        <w:ind w:firstLine="288"/>
      </w:pPr>
      <w:r>
        <w:rPr>
          <w:rFonts w:cs="Times New Roman"/>
        </w:rPr>
        <w:t>"What comes next?"</w:t>
      </w:r>
    </w:p>
    <w:p w14:paraId="6AAE2D95" w14:textId="77777777" w:rsidR="007D7487" w:rsidRDefault="00E6407B">
      <w:pPr>
        <w:ind w:firstLine="288"/>
      </w:pPr>
      <w:r>
        <w:rPr>
          <w:rFonts w:cs="Times New Roman"/>
        </w:rPr>
        <w:t>Nicodemus hesitated.</w:t>
      </w:r>
    </w:p>
    <w:p w14:paraId="37179DAC" w14:textId="77777777" w:rsidR="007D7487" w:rsidRDefault="00E6407B">
      <w:pPr>
        <w:ind w:firstLine="288"/>
      </w:pPr>
      <w:r>
        <w:rPr>
          <w:rFonts w:cs="Times New Roman"/>
        </w:rPr>
        <w:t>The next words had a different weight now.</w:t>
      </w:r>
    </w:p>
    <w:p w14:paraId="2008A295" w14:textId="77777777" w:rsidR="007D7487" w:rsidRDefault="00E6407B">
      <w:pPr>
        <w:ind w:firstLine="288"/>
      </w:pPr>
      <w:r>
        <w:rPr>
          <w:rFonts w:cs="Times New Roman"/>
        </w:rPr>
        <w:t>"The day of vengeance of our God."</w:t>
      </w:r>
    </w:p>
    <w:p w14:paraId="0651F278" w14:textId="77777777" w:rsidR="007D7487" w:rsidRDefault="00E6407B">
      <w:pPr>
        <w:ind w:firstLine="288"/>
      </w:pPr>
      <w:r>
        <w:rPr>
          <w:rFonts w:cs="Times New Roman"/>
        </w:rPr>
        <w:t>And Isaiah continued beyond even that:</w:t>
      </w:r>
    </w:p>
    <w:p w14:paraId="10CF8BE3" w14:textId="77777777" w:rsidR="007D7487" w:rsidRDefault="00E6407B">
      <w:pPr>
        <w:ind w:firstLine="288"/>
      </w:pPr>
      <w:r>
        <w:rPr>
          <w:rFonts w:cs="Times New Roman"/>
        </w:rPr>
        <w:t>comfort for those who mourned;</w:t>
      </w:r>
    </w:p>
    <w:p w14:paraId="05362FFA" w14:textId="77777777" w:rsidR="007D7487" w:rsidRDefault="00E6407B">
      <w:pPr>
        <w:ind w:firstLine="288"/>
      </w:pPr>
      <w:r>
        <w:rPr>
          <w:rFonts w:cs="Times New Roman"/>
        </w:rPr>
        <w:t>beauty for ashes;</w:t>
      </w:r>
    </w:p>
    <w:p w14:paraId="0ADB3941" w14:textId="77777777" w:rsidR="007D7487" w:rsidRDefault="00E6407B">
      <w:pPr>
        <w:ind w:firstLine="288"/>
      </w:pPr>
      <w:r>
        <w:rPr>
          <w:rFonts w:cs="Times New Roman"/>
        </w:rPr>
        <w:t>the oil of joy for mourning;</w:t>
      </w:r>
    </w:p>
    <w:p w14:paraId="17302545" w14:textId="77777777" w:rsidR="007D7487" w:rsidRDefault="00E6407B">
      <w:pPr>
        <w:ind w:firstLine="288"/>
      </w:pPr>
      <w:r>
        <w:rPr>
          <w:rFonts w:cs="Times New Roman"/>
        </w:rPr>
        <w:t>the garment of praise for the spirit of heaviness;</w:t>
      </w:r>
    </w:p>
    <w:p w14:paraId="2D127374" w14:textId="77777777" w:rsidR="007D7487" w:rsidRDefault="00E6407B">
      <w:pPr>
        <w:ind w:firstLine="288"/>
      </w:pPr>
      <w:r>
        <w:rPr>
          <w:rFonts w:cs="Times New Roman"/>
        </w:rPr>
        <w:t>rebuilding;</w:t>
      </w:r>
    </w:p>
    <w:p w14:paraId="37E3E323" w14:textId="77777777" w:rsidR="007D7487" w:rsidRDefault="00E6407B">
      <w:pPr>
        <w:ind w:firstLine="288"/>
      </w:pPr>
      <w:r>
        <w:rPr>
          <w:rFonts w:cs="Times New Roman"/>
        </w:rPr>
        <w:t>restoration.</w:t>
      </w:r>
    </w:p>
    <w:p w14:paraId="3C8D7FD2" w14:textId="77777777" w:rsidR="007D7487" w:rsidRDefault="00E6407B">
      <w:pPr>
        <w:ind w:firstLine="288"/>
      </w:pPr>
      <w:r>
        <w:rPr>
          <w:rFonts w:cs="Times New Roman"/>
        </w:rPr>
        <w:t>The prophet's scroll did not become exhausted merely because Jesus had stopped reading at one appointed point in Nazareth.</w:t>
      </w:r>
    </w:p>
    <w:p w14:paraId="1B6D676B" w14:textId="77777777" w:rsidR="007D7487" w:rsidRDefault="00E6407B">
      <w:pPr>
        <w:ind w:firstLine="288"/>
      </w:pPr>
      <w:r>
        <w:rPr>
          <w:rFonts w:cs="Times New Roman"/>
        </w:rPr>
        <w:lastRenderedPageBreak/>
        <w:t>The warmth seemed to leave the conversation.</w:t>
      </w:r>
    </w:p>
    <w:p w14:paraId="4F253C53" w14:textId="77777777" w:rsidR="007D7487" w:rsidRDefault="00E6407B">
      <w:pPr>
        <w:ind w:firstLine="288"/>
      </w:pPr>
      <w:r>
        <w:rPr>
          <w:rFonts w:cs="Times New Roman"/>
        </w:rPr>
        <w:t>Simon looked from Nicodemus to Jesus.</w:t>
      </w:r>
    </w:p>
    <w:p w14:paraId="62882ECA" w14:textId="77777777" w:rsidR="007D7487" w:rsidRDefault="00E6407B">
      <w:pPr>
        <w:ind w:firstLine="288"/>
      </w:pPr>
      <w:r>
        <w:rPr>
          <w:rFonts w:cs="Times New Roman"/>
        </w:rPr>
        <w:t>"You stopped before that."</w:t>
      </w:r>
    </w:p>
    <w:p w14:paraId="1D77F824" w14:textId="77777777" w:rsidR="007D7487" w:rsidRDefault="00E6407B">
      <w:pPr>
        <w:ind w:firstLine="288"/>
      </w:pPr>
      <w:r>
        <w:rPr>
          <w:rFonts w:cs="Times New Roman"/>
        </w:rPr>
        <w:t>"Yes."</w:t>
      </w:r>
    </w:p>
    <w:p w14:paraId="1E77411E" w14:textId="77777777" w:rsidR="007D7487" w:rsidRDefault="00E6407B">
      <w:pPr>
        <w:ind w:firstLine="288"/>
      </w:pPr>
      <w:r>
        <w:rPr>
          <w:rFonts w:cs="Times New Roman"/>
        </w:rPr>
        <w:t>"Why?"</w:t>
      </w:r>
    </w:p>
    <w:p w14:paraId="6009CCAD" w14:textId="77777777" w:rsidR="007D7487" w:rsidRDefault="00E6407B">
      <w:pPr>
        <w:ind w:firstLine="288"/>
      </w:pPr>
      <w:r>
        <w:rPr>
          <w:rFonts w:cs="Times New Roman"/>
        </w:rPr>
        <w:t>Jesus answered with a question.</w:t>
      </w:r>
    </w:p>
    <w:p w14:paraId="72FDEC33" w14:textId="77777777" w:rsidR="007D7487" w:rsidRDefault="00E6407B">
      <w:pPr>
        <w:ind w:firstLine="288"/>
      </w:pPr>
      <w:r>
        <w:rPr>
          <w:rFonts w:cs="Times New Roman"/>
        </w:rPr>
        <w:t>"What did I say after reading?"</w:t>
      </w:r>
    </w:p>
    <w:p w14:paraId="125B5B30" w14:textId="77777777" w:rsidR="007D7487" w:rsidRDefault="00E6407B">
      <w:pPr>
        <w:ind w:firstLine="288"/>
      </w:pPr>
      <w:r>
        <w:rPr>
          <w:rFonts w:cs="Times New Roman"/>
        </w:rPr>
        <w:t>"That the Scripture was fulfilled in their ears."</w:t>
      </w:r>
    </w:p>
    <w:p w14:paraId="55C60140" w14:textId="77777777" w:rsidR="007D7487" w:rsidRDefault="00E6407B">
      <w:pPr>
        <w:ind w:firstLine="288"/>
      </w:pPr>
      <w:r>
        <w:rPr>
          <w:rFonts w:cs="Times New Roman"/>
        </w:rPr>
        <w:t>"Yes."</w:t>
      </w:r>
    </w:p>
    <w:p w14:paraId="282AD2A9" w14:textId="77777777" w:rsidR="007D7487" w:rsidRDefault="00E6407B">
      <w:pPr>
        <w:ind w:firstLine="288"/>
      </w:pPr>
      <w:r>
        <w:rPr>
          <w:rFonts w:cs="Times New Roman"/>
        </w:rPr>
        <w:t>"Did I say every line of every surrounding prophecy had reached its final completion that morning?"</w:t>
      </w:r>
    </w:p>
    <w:p w14:paraId="0DE07224" w14:textId="77777777" w:rsidR="007D7487" w:rsidRDefault="00E6407B">
      <w:pPr>
        <w:ind w:firstLine="288"/>
      </w:pPr>
      <w:r>
        <w:rPr>
          <w:rFonts w:cs="Times New Roman"/>
        </w:rPr>
        <w:t>Simon thought.</w:t>
      </w:r>
    </w:p>
    <w:p w14:paraId="76879343" w14:textId="77777777" w:rsidR="007D7487" w:rsidRDefault="00E6407B">
      <w:pPr>
        <w:ind w:firstLine="288"/>
      </w:pPr>
      <w:r>
        <w:rPr>
          <w:rFonts w:cs="Times New Roman"/>
        </w:rPr>
        <w:t>"No."</w:t>
      </w:r>
    </w:p>
    <w:p w14:paraId="4A29566B" w14:textId="77777777" w:rsidR="007D7487" w:rsidRDefault="00E6407B">
      <w:pPr>
        <w:ind w:firstLine="288"/>
      </w:pPr>
      <w:r>
        <w:rPr>
          <w:rFonts w:cs="Times New Roman"/>
        </w:rPr>
        <w:t>Jesus nodded.</w:t>
      </w:r>
    </w:p>
    <w:p w14:paraId="2EE5220F" w14:textId="77777777" w:rsidR="007D7487" w:rsidRDefault="00E6407B">
      <w:pPr>
        <w:ind w:firstLine="288"/>
      </w:pPr>
      <w:r>
        <w:rPr>
          <w:rFonts w:cs="Times New Roman"/>
        </w:rPr>
        <w:t>"I announced what the Father had sent Me to announce."</w:t>
      </w:r>
    </w:p>
    <w:p w14:paraId="27587577" w14:textId="77777777" w:rsidR="007D7487" w:rsidRDefault="00E6407B">
      <w:pPr>
        <w:ind w:firstLine="288"/>
      </w:pPr>
      <w:r>
        <w:rPr>
          <w:rFonts w:cs="Times New Roman"/>
        </w:rPr>
        <w:t>The fulfillment statement belonged to the proclamation Jesus had just made in their hearing.</w:t>
      </w:r>
    </w:p>
    <w:p w14:paraId="079F0BCF" w14:textId="77777777" w:rsidR="007D7487" w:rsidRDefault="00E6407B">
      <w:pPr>
        <w:ind w:firstLine="288"/>
      </w:pPr>
      <w:r>
        <w:rPr>
          <w:rFonts w:cs="Times New Roman"/>
        </w:rPr>
        <w:t>It did not require every surrounding line of Isaiah's long horizon to have reached its terminal historical state on that Sabbath.</w:t>
      </w:r>
    </w:p>
    <w:p w14:paraId="7B94B2CD" w14:textId="77777777" w:rsidR="007D7487" w:rsidRDefault="00E6407B">
      <w:pPr>
        <w:ind w:firstLine="288"/>
      </w:pPr>
      <w:r>
        <w:rPr>
          <w:rFonts w:cs="Times New Roman"/>
        </w:rPr>
        <w:t>"Good tidings."</w:t>
      </w:r>
    </w:p>
    <w:p w14:paraId="129C61EE" w14:textId="77777777" w:rsidR="007D7487" w:rsidRDefault="00E6407B">
      <w:pPr>
        <w:ind w:firstLine="288"/>
      </w:pPr>
      <w:r>
        <w:rPr>
          <w:rFonts w:cs="Times New Roman"/>
        </w:rPr>
        <w:t>"Liberty."</w:t>
      </w:r>
    </w:p>
    <w:p w14:paraId="146599E4" w14:textId="77777777" w:rsidR="007D7487" w:rsidRDefault="00E6407B">
      <w:pPr>
        <w:ind w:firstLine="288"/>
      </w:pPr>
      <w:r>
        <w:rPr>
          <w:rFonts w:cs="Times New Roman"/>
        </w:rPr>
        <w:t>"Recovery."</w:t>
      </w:r>
    </w:p>
    <w:p w14:paraId="18CD7CAC" w14:textId="77777777" w:rsidR="007D7487" w:rsidRDefault="00E6407B">
      <w:pPr>
        <w:ind w:firstLine="288"/>
      </w:pPr>
      <w:r>
        <w:rPr>
          <w:rFonts w:cs="Times New Roman"/>
        </w:rPr>
        <w:t>"The acceptable year."</w:t>
      </w:r>
    </w:p>
    <w:p w14:paraId="1E3498D8" w14:textId="77777777" w:rsidR="007D7487" w:rsidRDefault="00E6407B">
      <w:pPr>
        <w:ind w:firstLine="288"/>
      </w:pPr>
      <w:r>
        <w:rPr>
          <w:rFonts w:cs="Times New Roman"/>
        </w:rPr>
        <w:t>Peter looked toward Him.</w:t>
      </w:r>
    </w:p>
    <w:p w14:paraId="62D85F72" w14:textId="77777777" w:rsidR="007D7487" w:rsidRDefault="00E6407B">
      <w:pPr>
        <w:ind w:firstLine="288"/>
      </w:pPr>
      <w:r>
        <w:rPr>
          <w:rFonts w:cs="Times New Roman"/>
        </w:rPr>
        <w:t>"Then the vengeance remains."</w:t>
      </w:r>
    </w:p>
    <w:p w14:paraId="21D29579" w14:textId="77777777" w:rsidR="007D7487" w:rsidRDefault="00E6407B">
      <w:pPr>
        <w:ind w:firstLine="288"/>
      </w:pPr>
      <w:r>
        <w:rPr>
          <w:rFonts w:cs="Times New Roman"/>
        </w:rPr>
        <w:t>Jesus did not give Peter more certainty than the text allowed.</w:t>
      </w:r>
    </w:p>
    <w:p w14:paraId="26BCFC81" w14:textId="77777777" w:rsidR="007D7487" w:rsidRDefault="00E6407B">
      <w:pPr>
        <w:ind w:firstLine="288"/>
      </w:pPr>
      <w:r>
        <w:rPr>
          <w:rFonts w:cs="Times New Roman"/>
        </w:rPr>
        <w:t>"Do you see the day of vengeance completed?"</w:t>
      </w:r>
    </w:p>
    <w:p w14:paraId="3B2FA785" w14:textId="77777777" w:rsidR="007D7487" w:rsidRDefault="00E6407B">
      <w:pPr>
        <w:ind w:firstLine="288"/>
      </w:pPr>
      <w:r>
        <w:rPr>
          <w:rFonts w:cs="Times New Roman"/>
        </w:rPr>
        <w:t>Peter looked around.</w:t>
      </w:r>
    </w:p>
    <w:p w14:paraId="2E3A7E2C" w14:textId="77777777" w:rsidR="007D7487" w:rsidRDefault="00E6407B">
      <w:pPr>
        <w:ind w:firstLine="288"/>
      </w:pPr>
      <w:r>
        <w:rPr>
          <w:rFonts w:cs="Times New Roman"/>
        </w:rPr>
        <w:t>"No."</w:t>
      </w:r>
    </w:p>
    <w:p w14:paraId="15072432" w14:textId="77777777" w:rsidR="007D7487" w:rsidRDefault="00E6407B">
      <w:pPr>
        <w:ind w:firstLine="288"/>
      </w:pPr>
      <w:r>
        <w:rPr>
          <w:rFonts w:cs="Times New Roman"/>
        </w:rPr>
        <w:t>"Then do not call it completed."</w:t>
      </w:r>
    </w:p>
    <w:p w14:paraId="4E044D35" w14:textId="77777777" w:rsidR="007D7487" w:rsidRDefault="00E6407B">
      <w:pPr>
        <w:ind w:firstLine="288"/>
      </w:pPr>
      <w:r>
        <w:rPr>
          <w:rFonts w:cs="Times New Roman"/>
        </w:rPr>
        <w:t>The answer matched Jeremiah.</w:t>
      </w:r>
    </w:p>
    <w:p w14:paraId="1612C931" w14:textId="77777777" w:rsidR="007D7487" w:rsidRDefault="00E6407B">
      <w:pPr>
        <w:ind w:firstLine="288"/>
      </w:pPr>
      <w:r>
        <w:rPr>
          <w:rFonts w:cs="Times New Roman"/>
        </w:rPr>
        <w:t>Do not call finished what the Father has begun.</w:t>
      </w:r>
    </w:p>
    <w:p w14:paraId="69BD1598" w14:textId="77777777" w:rsidR="007D7487" w:rsidRDefault="00E6407B">
      <w:pPr>
        <w:ind w:firstLine="288"/>
      </w:pPr>
      <w:r>
        <w:rPr>
          <w:rFonts w:cs="Times New Roman"/>
        </w:rPr>
        <w:t>Thomas spoke.</w:t>
      </w:r>
    </w:p>
    <w:p w14:paraId="15F25C49" w14:textId="77777777" w:rsidR="007D7487" w:rsidRDefault="00E6407B">
      <w:pPr>
        <w:ind w:firstLine="288"/>
      </w:pPr>
      <w:r>
        <w:rPr>
          <w:rFonts w:cs="Times New Roman"/>
        </w:rPr>
        <w:t>"But You said judgment is coming."</w:t>
      </w:r>
    </w:p>
    <w:p w14:paraId="0DCB1DDC" w14:textId="77777777" w:rsidR="007D7487" w:rsidRDefault="00E6407B">
      <w:pPr>
        <w:ind w:firstLine="288"/>
      </w:pPr>
      <w:r>
        <w:rPr>
          <w:rFonts w:cs="Times New Roman"/>
        </w:rPr>
        <w:t>"Yes."</w:t>
      </w:r>
    </w:p>
    <w:p w14:paraId="44454362" w14:textId="77777777" w:rsidR="007D7487" w:rsidRDefault="00E6407B">
      <w:pPr>
        <w:ind w:firstLine="288"/>
      </w:pPr>
      <w:r>
        <w:rPr>
          <w:rFonts w:cs="Times New Roman"/>
        </w:rPr>
        <w:t>"And the serpent's head..."</w:t>
      </w:r>
    </w:p>
    <w:p w14:paraId="3036E4DD" w14:textId="77777777" w:rsidR="007D7487" w:rsidRDefault="00E6407B">
      <w:pPr>
        <w:ind w:firstLine="288"/>
      </w:pPr>
      <w:r>
        <w:rPr>
          <w:rFonts w:cs="Times New Roman"/>
        </w:rPr>
        <w:t>Jesus looked toward His wounded foot.</w:t>
      </w:r>
    </w:p>
    <w:p w14:paraId="44F6B918" w14:textId="77777777" w:rsidR="007D7487" w:rsidRDefault="00E6407B">
      <w:pPr>
        <w:ind w:firstLine="288"/>
      </w:pPr>
      <w:r>
        <w:rPr>
          <w:rFonts w:cs="Times New Roman"/>
        </w:rPr>
        <w:t>"The promise has not been forgotten."</w:t>
      </w:r>
    </w:p>
    <w:p w14:paraId="48279A25" w14:textId="77777777" w:rsidR="007D7487" w:rsidRDefault="00E6407B">
      <w:pPr>
        <w:ind w:firstLine="288"/>
      </w:pPr>
      <w:r>
        <w:rPr>
          <w:rFonts w:cs="Times New Roman"/>
        </w:rPr>
        <w:t>The bruised heel had been seen.</w:t>
      </w:r>
    </w:p>
    <w:p w14:paraId="325161C6" w14:textId="77777777" w:rsidR="007D7487" w:rsidRDefault="00E6407B">
      <w:pPr>
        <w:ind w:firstLine="288"/>
      </w:pPr>
      <w:r>
        <w:rPr>
          <w:rFonts w:cs="Times New Roman"/>
        </w:rPr>
        <w:lastRenderedPageBreak/>
        <w:t>The risen Son stood before them.</w:t>
      </w:r>
    </w:p>
    <w:p w14:paraId="7720A4B8" w14:textId="77777777" w:rsidR="007D7487" w:rsidRDefault="00E6407B">
      <w:pPr>
        <w:ind w:firstLine="288"/>
      </w:pPr>
      <w:r>
        <w:rPr>
          <w:rFonts w:cs="Times New Roman"/>
        </w:rPr>
        <w:t>But serpentine hostility had not disappeared from the world.</w:t>
      </w:r>
    </w:p>
    <w:p w14:paraId="3A5C2519" w14:textId="77777777" w:rsidR="007D7487" w:rsidRDefault="00E6407B">
      <w:pPr>
        <w:ind w:firstLine="288"/>
      </w:pPr>
      <w:r>
        <w:rPr>
          <w:rFonts w:cs="Times New Roman"/>
        </w:rPr>
        <w:t>Death still took men.</w:t>
      </w:r>
    </w:p>
    <w:p w14:paraId="7C080C77" w14:textId="77777777" w:rsidR="007D7487" w:rsidRDefault="00E6407B">
      <w:pPr>
        <w:ind w:firstLine="288"/>
      </w:pPr>
      <w:r>
        <w:rPr>
          <w:rFonts w:cs="Times New Roman"/>
        </w:rPr>
        <w:t>Judgment still remained.</w:t>
      </w:r>
    </w:p>
    <w:p w14:paraId="5BD33002" w14:textId="77777777" w:rsidR="007D7487" w:rsidRDefault="00E6407B">
      <w:pPr>
        <w:ind w:firstLine="288"/>
      </w:pPr>
      <w:r>
        <w:rPr>
          <w:rFonts w:cs="Times New Roman"/>
        </w:rPr>
        <w:t>The nations had not yet all learned the Name.</w:t>
      </w:r>
    </w:p>
    <w:p w14:paraId="4FE5A374" w14:textId="77777777" w:rsidR="007D7487" w:rsidRDefault="00E6407B">
      <w:pPr>
        <w:ind w:firstLine="288"/>
      </w:pPr>
      <w:r>
        <w:rPr>
          <w:rFonts w:cs="Times New Roman"/>
        </w:rPr>
        <w:t>Simon asked:</w:t>
      </w:r>
    </w:p>
    <w:p w14:paraId="37BC741B" w14:textId="77777777" w:rsidR="007D7487" w:rsidRDefault="00E6407B">
      <w:pPr>
        <w:ind w:firstLine="288"/>
      </w:pPr>
      <w:r>
        <w:rPr>
          <w:rFonts w:cs="Times New Roman"/>
        </w:rPr>
        <w:t>"Then when?"</w:t>
      </w:r>
    </w:p>
    <w:p w14:paraId="53BEF6EA" w14:textId="77777777" w:rsidR="007D7487" w:rsidRDefault="00E6407B">
      <w:pPr>
        <w:ind w:firstLine="288"/>
      </w:pPr>
      <w:r>
        <w:rPr>
          <w:rFonts w:cs="Times New Roman"/>
        </w:rPr>
        <w:t>Several people looked relieved that he had said it.</w:t>
      </w:r>
    </w:p>
    <w:p w14:paraId="6013574E" w14:textId="77777777" w:rsidR="007D7487" w:rsidRDefault="00E6407B">
      <w:pPr>
        <w:ind w:firstLine="288"/>
      </w:pPr>
      <w:r>
        <w:rPr>
          <w:rFonts w:cs="Times New Roman"/>
        </w:rPr>
        <w:t>Peter immediately joined him.</w:t>
      </w:r>
    </w:p>
    <w:p w14:paraId="6109458B" w14:textId="77777777" w:rsidR="007D7487" w:rsidRDefault="00E6407B">
      <w:pPr>
        <w:ind w:firstLine="288"/>
      </w:pPr>
      <w:r>
        <w:rPr>
          <w:rFonts w:cs="Times New Roman"/>
        </w:rPr>
        <w:t>"When will Judah and Israel be completely gathered?"</w:t>
      </w:r>
    </w:p>
    <w:p w14:paraId="3BBDC927" w14:textId="77777777" w:rsidR="007D7487" w:rsidRDefault="00E6407B">
      <w:pPr>
        <w:ind w:firstLine="288"/>
      </w:pPr>
      <w:r>
        <w:rPr>
          <w:rFonts w:cs="Times New Roman"/>
        </w:rPr>
        <w:t>Another disciple called:</w:t>
      </w:r>
    </w:p>
    <w:p w14:paraId="7ADAA6F8" w14:textId="77777777" w:rsidR="007D7487" w:rsidRDefault="00E6407B">
      <w:pPr>
        <w:ind w:firstLine="288"/>
      </w:pPr>
      <w:r>
        <w:rPr>
          <w:rFonts w:cs="Times New Roman"/>
        </w:rPr>
        <w:t>"When will all the nations come to the Name?"</w:t>
      </w:r>
    </w:p>
    <w:p w14:paraId="31447513" w14:textId="77777777" w:rsidR="007D7487" w:rsidRDefault="00E6407B">
      <w:pPr>
        <w:ind w:firstLine="288"/>
      </w:pPr>
      <w:r>
        <w:rPr>
          <w:rFonts w:cs="Times New Roman"/>
        </w:rPr>
        <w:t>Thomas:</w:t>
      </w:r>
    </w:p>
    <w:p w14:paraId="2A4C32D8" w14:textId="77777777" w:rsidR="007D7487" w:rsidRDefault="00E6407B">
      <w:pPr>
        <w:ind w:firstLine="288"/>
      </w:pPr>
      <w:r>
        <w:rPr>
          <w:rFonts w:cs="Times New Roman"/>
        </w:rPr>
        <w:t>"When will death be gone?"</w:t>
      </w:r>
    </w:p>
    <w:p w14:paraId="4847533F" w14:textId="77777777" w:rsidR="007D7487" w:rsidRDefault="00E6407B">
      <w:pPr>
        <w:ind w:firstLine="288"/>
      </w:pPr>
      <w:r>
        <w:rPr>
          <w:rFonts w:cs="Times New Roman"/>
        </w:rPr>
        <w:t>Peter continued.</w:t>
      </w:r>
    </w:p>
    <w:p w14:paraId="73517C5D" w14:textId="77777777" w:rsidR="007D7487" w:rsidRDefault="00E6407B">
      <w:pPr>
        <w:ind w:firstLine="288"/>
      </w:pPr>
      <w:r>
        <w:rPr>
          <w:rFonts w:cs="Times New Roman"/>
        </w:rPr>
        <w:t>"When will every enemy be beneath Your feet?"</w:t>
      </w:r>
    </w:p>
    <w:p w14:paraId="181CEBE1" w14:textId="77777777" w:rsidR="007D7487" w:rsidRDefault="00E6407B">
      <w:pPr>
        <w:ind w:firstLine="288"/>
      </w:pPr>
      <w:r>
        <w:rPr>
          <w:rFonts w:cs="Times New Roman"/>
        </w:rPr>
        <w:t>Joanna asked:</w:t>
      </w:r>
    </w:p>
    <w:p w14:paraId="2891E664" w14:textId="77777777" w:rsidR="007D7487" w:rsidRDefault="00E6407B">
      <w:pPr>
        <w:ind w:firstLine="288"/>
      </w:pPr>
      <w:r>
        <w:rPr>
          <w:rFonts w:cs="Times New Roman"/>
        </w:rPr>
        <w:t>"When will the rest of Isaiah be fulfilled?"</w:t>
      </w:r>
    </w:p>
    <w:p w14:paraId="00404108" w14:textId="77777777" w:rsidR="007D7487" w:rsidRDefault="00E6407B">
      <w:pPr>
        <w:ind w:firstLine="288"/>
      </w:pPr>
      <w:r>
        <w:rPr>
          <w:rFonts w:cs="Times New Roman"/>
        </w:rPr>
        <w:t>The questions came faster.</w:t>
      </w:r>
    </w:p>
    <w:p w14:paraId="3C0B73F3" w14:textId="77777777" w:rsidR="007D7487" w:rsidRDefault="00E6407B">
      <w:pPr>
        <w:ind w:firstLine="288"/>
      </w:pPr>
      <w:r>
        <w:rPr>
          <w:rFonts w:cs="Times New Roman"/>
        </w:rPr>
        <w:t>Jerusalem.</w:t>
      </w:r>
    </w:p>
    <w:p w14:paraId="1E6BF2EB" w14:textId="77777777" w:rsidR="007D7487" w:rsidRDefault="00E6407B">
      <w:pPr>
        <w:ind w:firstLine="288"/>
      </w:pPr>
      <w:r>
        <w:rPr>
          <w:rFonts w:cs="Times New Roman"/>
        </w:rPr>
        <w:t>Kingdom.</w:t>
      </w:r>
    </w:p>
    <w:p w14:paraId="2E52E7BB" w14:textId="77777777" w:rsidR="007D7487" w:rsidRDefault="00E6407B">
      <w:pPr>
        <w:ind w:firstLine="288"/>
      </w:pPr>
      <w:r>
        <w:rPr>
          <w:rFonts w:cs="Times New Roman"/>
        </w:rPr>
        <w:t>Restoration.</w:t>
      </w:r>
    </w:p>
    <w:p w14:paraId="3D90B9EA" w14:textId="77777777" w:rsidR="007D7487" w:rsidRDefault="00E6407B">
      <w:pPr>
        <w:ind w:firstLine="288"/>
      </w:pPr>
      <w:r>
        <w:rPr>
          <w:rFonts w:cs="Times New Roman"/>
        </w:rPr>
        <w:t>Nations.</w:t>
      </w:r>
    </w:p>
    <w:p w14:paraId="74391CB2" w14:textId="77777777" w:rsidR="007D7487" w:rsidRDefault="00E6407B">
      <w:pPr>
        <w:ind w:firstLine="288"/>
      </w:pPr>
      <w:r>
        <w:rPr>
          <w:rFonts w:cs="Times New Roman"/>
        </w:rPr>
        <w:t>Judgment.</w:t>
      </w:r>
    </w:p>
    <w:p w14:paraId="4E0EDEEF" w14:textId="77777777" w:rsidR="007D7487" w:rsidRDefault="00E6407B">
      <w:pPr>
        <w:ind w:firstLine="288"/>
      </w:pPr>
      <w:r>
        <w:rPr>
          <w:rFonts w:cs="Times New Roman"/>
        </w:rPr>
        <w:t>Inheritance.</w:t>
      </w:r>
    </w:p>
    <w:p w14:paraId="2B8B63D9" w14:textId="77777777" w:rsidR="007D7487" w:rsidRDefault="00E6407B">
      <w:pPr>
        <w:ind w:firstLine="288"/>
      </w:pPr>
      <w:r>
        <w:rPr>
          <w:rFonts w:cs="Times New Roman"/>
        </w:rPr>
        <w:t>Jesus let them ask.</w:t>
      </w:r>
    </w:p>
    <w:p w14:paraId="1D823A53" w14:textId="77777777" w:rsidR="007D7487" w:rsidRDefault="00E6407B">
      <w:pPr>
        <w:ind w:firstLine="288"/>
      </w:pPr>
      <w:r>
        <w:rPr>
          <w:rFonts w:cs="Times New Roman"/>
        </w:rPr>
        <w:t>Then He raised one hand.</w:t>
      </w:r>
    </w:p>
    <w:p w14:paraId="2804485D" w14:textId="77777777" w:rsidR="007D7487" w:rsidRDefault="00E6407B">
      <w:pPr>
        <w:ind w:firstLine="288"/>
      </w:pPr>
      <w:r>
        <w:rPr>
          <w:rFonts w:cs="Times New Roman"/>
        </w:rPr>
        <w:t>The gathering quieted.</w:t>
      </w:r>
    </w:p>
    <w:p w14:paraId="4758D2D4" w14:textId="77777777" w:rsidR="007D7487" w:rsidRDefault="00E6407B">
      <w:pPr>
        <w:ind w:firstLine="288"/>
      </w:pPr>
      <w:r>
        <w:rPr>
          <w:rFonts w:cs="Times New Roman"/>
        </w:rPr>
        <w:t>He looked at Peter with affection.</w:t>
      </w:r>
    </w:p>
    <w:p w14:paraId="359CEDF3" w14:textId="77777777" w:rsidR="007D7487" w:rsidRDefault="00E6407B">
      <w:pPr>
        <w:ind w:firstLine="288"/>
      </w:pPr>
      <w:r>
        <w:rPr>
          <w:rFonts w:cs="Times New Roman"/>
        </w:rPr>
        <w:t>"The Father has not given you every day and hour to know."</w:t>
      </w:r>
    </w:p>
    <w:p w14:paraId="6061626F" w14:textId="77777777" w:rsidR="007D7487" w:rsidRDefault="00E6407B">
      <w:pPr>
        <w:ind w:firstLine="288"/>
      </w:pPr>
      <w:r>
        <w:rPr>
          <w:rFonts w:cs="Times New Roman"/>
        </w:rPr>
        <w:t>Peter's shoulders fell slightly.</w:t>
      </w:r>
    </w:p>
    <w:p w14:paraId="130A3064" w14:textId="77777777" w:rsidR="007D7487" w:rsidRDefault="00E6407B">
      <w:pPr>
        <w:ind w:firstLine="288"/>
      </w:pPr>
      <w:r>
        <w:rPr>
          <w:rFonts w:cs="Times New Roman"/>
        </w:rPr>
        <w:t>Jesus stepped closer.</w:t>
      </w:r>
    </w:p>
    <w:p w14:paraId="08EF2DAB" w14:textId="77777777" w:rsidR="007D7487" w:rsidRDefault="00E6407B">
      <w:pPr>
        <w:ind w:firstLine="288"/>
      </w:pPr>
      <w:r>
        <w:rPr>
          <w:rFonts w:cs="Times New Roman"/>
        </w:rPr>
        <w:t>"You are asking about the end while I am teaching you what must be done at the beginning."</w:t>
      </w:r>
    </w:p>
    <w:p w14:paraId="5AB7BB95" w14:textId="77777777" w:rsidR="007D7487" w:rsidRDefault="00E6407B">
      <w:pPr>
        <w:ind w:firstLine="288"/>
      </w:pPr>
      <w:r>
        <w:rPr>
          <w:rFonts w:cs="Times New Roman"/>
        </w:rPr>
        <w:t>Peter stared at Him.</w:t>
      </w:r>
    </w:p>
    <w:p w14:paraId="55A42163" w14:textId="77777777" w:rsidR="007D7487" w:rsidRDefault="00E6407B">
      <w:pPr>
        <w:ind w:firstLine="288"/>
      </w:pPr>
      <w:r>
        <w:rPr>
          <w:rFonts w:cs="Times New Roman"/>
        </w:rPr>
        <w:t>They wanted a calendar.</w:t>
      </w:r>
    </w:p>
    <w:p w14:paraId="14A1C023" w14:textId="77777777" w:rsidR="007D7487" w:rsidRDefault="00E6407B">
      <w:pPr>
        <w:ind w:firstLine="288"/>
      </w:pPr>
      <w:r>
        <w:rPr>
          <w:rFonts w:cs="Times New Roman"/>
        </w:rPr>
        <w:t>Jesus was preparing witnesses.</w:t>
      </w:r>
    </w:p>
    <w:p w14:paraId="1C54CB25" w14:textId="77777777" w:rsidR="007D7487" w:rsidRDefault="00E6407B">
      <w:pPr>
        <w:ind w:firstLine="288"/>
      </w:pPr>
      <w:r>
        <w:rPr>
          <w:rFonts w:cs="Times New Roman"/>
        </w:rPr>
        <w:t>They wanted the last page.</w:t>
      </w:r>
    </w:p>
    <w:p w14:paraId="7C020867" w14:textId="77777777" w:rsidR="007D7487" w:rsidRDefault="00E6407B">
      <w:pPr>
        <w:ind w:firstLine="288"/>
      </w:pPr>
      <w:r>
        <w:rPr>
          <w:rFonts w:cs="Times New Roman"/>
        </w:rPr>
        <w:t>He was teaching them how to carry the first announcement beyond Galilee.</w:t>
      </w:r>
    </w:p>
    <w:p w14:paraId="75095FEF" w14:textId="77777777" w:rsidR="007D7487" w:rsidRDefault="00E6407B">
      <w:pPr>
        <w:ind w:firstLine="288"/>
      </w:pPr>
      <w:r>
        <w:rPr>
          <w:rFonts w:cs="Times New Roman"/>
        </w:rPr>
        <w:lastRenderedPageBreak/>
        <w:t>That caught them.</w:t>
      </w:r>
    </w:p>
    <w:p w14:paraId="03B2523B" w14:textId="77777777" w:rsidR="007D7487" w:rsidRDefault="00E6407B">
      <w:pPr>
        <w:ind w:firstLine="288"/>
      </w:pPr>
      <w:r>
        <w:rPr>
          <w:rFonts w:cs="Times New Roman"/>
        </w:rPr>
        <w:t>Jesus pointed toward the two sticks lying together.</w:t>
      </w:r>
    </w:p>
    <w:p w14:paraId="6B096564" w14:textId="77777777" w:rsidR="007D7487" w:rsidRDefault="00E6407B">
      <w:pPr>
        <w:ind w:firstLine="288"/>
      </w:pPr>
      <w:r>
        <w:rPr>
          <w:rFonts w:cs="Times New Roman"/>
        </w:rPr>
        <w:t>"What does God do with what has been divided?"</w:t>
      </w:r>
    </w:p>
    <w:p w14:paraId="6283A3DD" w14:textId="77777777" w:rsidR="007D7487" w:rsidRDefault="00E6407B">
      <w:pPr>
        <w:ind w:firstLine="288"/>
      </w:pPr>
      <w:r>
        <w:rPr>
          <w:rFonts w:cs="Times New Roman"/>
        </w:rPr>
        <w:t>Peter answered.</w:t>
      </w:r>
    </w:p>
    <w:p w14:paraId="6F323CE9" w14:textId="77777777" w:rsidR="007D7487" w:rsidRDefault="00E6407B">
      <w:pPr>
        <w:ind w:firstLine="288"/>
      </w:pPr>
      <w:r>
        <w:rPr>
          <w:rFonts w:cs="Times New Roman"/>
        </w:rPr>
        <w:t>"Gathers it."</w:t>
      </w:r>
    </w:p>
    <w:p w14:paraId="7557987F" w14:textId="77777777" w:rsidR="007D7487" w:rsidRDefault="00E6407B">
      <w:pPr>
        <w:ind w:firstLine="288"/>
      </w:pPr>
      <w:r>
        <w:rPr>
          <w:rFonts w:cs="Times New Roman"/>
        </w:rPr>
        <w:t>Jesus nodded.</w:t>
      </w:r>
    </w:p>
    <w:p w14:paraId="3C824908" w14:textId="77777777" w:rsidR="007D7487" w:rsidRDefault="00E6407B">
      <w:pPr>
        <w:ind w:firstLine="288"/>
      </w:pPr>
      <w:r>
        <w:rPr>
          <w:rFonts w:cs="Times New Roman"/>
        </w:rPr>
        <w:t>He looked toward the south, toward Jerusalem far beyond the hills.</w:t>
      </w:r>
    </w:p>
    <w:p w14:paraId="6D388C59" w14:textId="77777777" w:rsidR="007D7487" w:rsidRDefault="00E6407B">
      <w:pPr>
        <w:ind w:firstLine="288"/>
      </w:pPr>
      <w:r>
        <w:rPr>
          <w:rFonts w:cs="Times New Roman"/>
        </w:rPr>
        <w:t>"Is the Holy One confined to an ark?"</w:t>
      </w:r>
    </w:p>
    <w:p w14:paraId="2D6D275F" w14:textId="77777777" w:rsidR="007D7487" w:rsidRDefault="00E6407B">
      <w:pPr>
        <w:ind w:firstLine="288"/>
      </w:pPr>
      <w:r>
        <w:rPr>
          <w:rFonts w:cs="Times New Roman"/>
        </w:rPr>
        <w:t>"No."</w:t>
      </w:r>
    </w:p>
    <w:p w14:paraId="4F8C36DC" w14:textId="77777777" w:rsidR="007D7487" w:rsidRDefault="00E6407B">
      <w:pPr>
        <w:ind w:firstLine="288"/>
      </w:pPr>
      <w:r>
        <w:rPr>
          <w:rFonts w:cs="Times New Roman"/>
        </w:rPr>
        <w:t>"Has His Name been forgotten because the ark is absent?"</w:t>
      </w:r>
    </w:p>
    <w:p w14:paraId="51217D79" w14:textId="77777777" w:rsidR="007D7487" w:rsidRDefault="00E6407B">
      <w:pPr>
        <w:ind w:firstLine="288"/>
      </w:pPr>
      <w:r>
        <w:rPr>
          <w:rFonts w:cs="Times New Roman"/>
        </w:rPr>
        <w:t>"No."</w:t>
      </w:r>
    </w:p>
    <w:p w14:paraId="0CD765D9" w14:textId="77777777" w:rsidR="007D7487" w:rsidRDefault="00E6407B">
      <w:pPr>
        <w:ind w:firstLine="288"/>
      </w:pPr>
      <w:r>
        <w:rPr>
          <w:rFonts w:cs="Times New Roman"/>
        </w:rPr>
        <w:t>Jesus touched His chest.</w:t>
      </w:r>
    </w:p>
    <w:p w14:paraId="3E6AF5F9" w14:textId="77777777" w:rsidR="007D7487" w:rsidRDefault="00E6407B">
      <w:pPr>
        <w:ind w:firstLine="288"/>
      </w:pPr>
      <w:r>
        <w:rPr>
          <w:rFonts w:cs="Times New Roman"/>
        </w:rPr>
        <w:t>"Has the Father left you without His presence?"</w:t>
      </w:r>
    </w:p>
    <w:p w14:paraId="286B1784" w14:textId="77777777" w:rsidR="007D7487" w:rsidRDefault="00E6407B">
      <w:pPr>
        <w:ind w:firstLine="288"/>
      </w:pPr>
      <w:r>
        <w:rPr>
          <w:rFonts w:cs="Times New Roman"/>
        </w:rPr>
        <w:t>No one answered immediately.</w:t>
      </w:r>
    </w:p>
    <w:p w14:paraId="2F71F66D" w14:textId="77777777" w:rsidR="007D7487" w:rsidRDefault="00E6407B">
      <w:pPr>
        <w:ind w:firstLine="288"/>
      </w:pPr>
      <w:r>
        <w:rPr>
          <w:rFonts w:cs="Times New Roman"/>
        </w:rPr>
        <w:t>John remembered the Spirit at Jordan.</w:t>
      </w:r>
    </w:p>
    <w:p w14:paraId="42077469" w14:textId="77777777" w:rsidR="007D7487" w:rsidRDefault="00E6407B">
      <w:pPr>
        <w:ind w:firstLine="288"/>
      </w:pPr>
      <w:r>
        <w:rPr>
          <w:rFonts w:cs="Times New Roman"/>
        </w:rPr>
        <w:t>The glory on the mountain.</w:t>
      </w:r>
    </w:p>
    <w:p w14:paraId="3309BE8E" w14:textId="77777777" w:rsidR="007D7487" w:rsidRDefault="00E6407B">
      <w:pPr>
        <w:ind w:firstLine="288"/>
      </w:pPr>
      <w:r>
        <w:rPr>
          <w:rFonts w:cs="Times New Roman"/>
        </w:rPr>
        <w:t>The risen body standing in front of them.</w:t>
      </w:r>
    </w:p>
    <w:p w14:paraId="17E02255" w14:textId="77777777" w:rsidR="007D7487" w:rsidRDefault="00E6407B">
      <w:pPr>
        <w:ind w:firstLine="288"/>
      </w:pPr>
      <w:r>
        <w:rPr>
          <w:rFonts w:cs="Times New Roman"/>
        </w:rPr>
        <w:t>Jesus did not yet open the full Temple mystery.</w:t>
      </w:r>
    </w:p>
    <w:p w14:paraId="0C91DB11" w14:textId="77777777" w:rsidR="007D7487" w:rsidRDefault="00E6407B">
      <w:pPr>
        <w:ind w:firstLine="288"/>
      </w:pPr>
      <w:r>
        <w:rPr>
          <w:rFonts w:cs="Times New Roman"/>
        </w:rPr>
        <w:t>He let it wait.</w:t>
      </w:r>
    </w:p>
    <w:p w14:paraId="528DD9E4" w14:textId="77777777" w:rsidR="007D7487" w:rsidRDefault="00E6407B">
      <w:pPr>
        <w:ind w:firstLine="288"/>
      </w:pPr>
      <w:r>
        <w:rPr>
          <w:rFonts w:cs="Times New Roman"/>
        </w:rPr>
        <w:t>Then He swept His hand toward Galilee.</w:t>
      </w:r>
    </w:p>
    <w:p w14:paraId="26ECDAF1" w14:textId="77777777" w:rsidR="007D7487" w:rsidRDefault="00E6407B">
      <w:pPr>
        <w:ind w:firstLine="288"/>
      </w:pPr>
      <w:r>
        <w:rPr>
          <w:rFonts w:cs="Times New Roman"/>
        </w:rPr>
        <w:t>"And does the light stop here?"</w:t>
      </w:r>
    </w:p>
    <w:p w14:paraId="67982498" w14:textId="77777777" w:rsidR="007D7487" w:rsidRDefault="00E6407B">
      <w:pPr>
        <w:ind w:firstLine="288"/>
      </w:pPr>
      <w:r>
        <w:rPr>
          <w:rFonts w:cs="Times New Roman"/>
        </w:rPr>
        <w:t>John remembered the priestly blessing and the Psalm they had opened.</w:t>
      </w:r>
    </w:p>
    <w:p w14:paraId="52C0BB47" w14:textId="77777777" w:rsidR="007D7487" w:rsidRDefault="00E6407B">
      <w:pPr>
        <w:ind w:firstLine="288"/>
      </w:pPr>
      <w:r>
        <w:rPr>
          <w:rFonts w:cs="Times New Roman"/>
        </w:rPr>
        <w:t>Cause His face to shine upon us.</w:t>
      </w:r>
    </w:p>
    <w:p w14:paraId="46DD6763" w14:textId="77777777" w:rsidR="007D7487" w:rsidRDefault="00E6407B">
      <w:pPr>
        <w:ind w:firstLine="288"/>
      </w:pPr>
      <w:r>
        <w:rPr>
          <w:rFonts w:cs="Times New Roman"/>
        </w:rPr>
        <w:t>That Thy way may be known upon earth.</w:t>
      </w:r>
    </w:p>
    <w:p w14:paraId="36D41D94" w14:textId="77777777" w:rsidR="007D7487" w:rsidRDefault="00E6407B">
      <w:pPr>
        <w:ind w:firstLine="288"/>
      </w:pPr>
      <w:r>
        <w:rPr>
          <w:rFonts w:cs="Times New Roman"/>
        </w:rPr>
        <w:t>Thy saving health among all nations.</w:t>
      </w:r>
    </w:p>
    <w:p w14:paraId="027F7DBA" w14:textId="77777777" w:rsidR="007D7487" w:rsidRDefault="00E6407B">
      <w:pPr>
        <w:ind w:firstLine="288"/>
      </w:pPr>
      <w:r>
        <w:rPr>
          <w:rFonts w:cs="Times New Roman"/>
        </w:rPr>
        <w:t>The Face had never been meant to shine upon Israel so that Israel could hide the light.</w:t>
      </w:r>
    </w:p>
    <w:p w14:paraId="7006FC91" w14:textId="77777777" w:rsidR="007D7487" w:rsidRDefault="00E6407B">
      <w:pPr>
        <w:ind w:firstLine="288"/>
      </w:pPr>
      <w:r>
        <w:rPr>
          <w:rFonts w:cs="Times New Roman"/>
        </w:rPr>
        <w:t>John followed the gesture.</w:t>
      </w:r>
    </w:p>
    <w:p w14:paraId="57144921" w14:textId="77777777" w:rsidR="007D7487" w:rsidRDefault="00E6407B">
      <w:pPr>
        <w:ind w:firstLine="288"/>
      </w:pPr>
      <w:r>
        <w:rPr>
          <w:rFonts w:cs="Times New Roman"/>
        </w:rPr>
        <w:t>Villages.</w:t>
      </w:r>
    </w:p>
    <w:p w14:paraId="40464A89" w14:textId="77777777" w:rsidR="007D7487" w:rsidRDefault="00E6407B">
      <w:pPr>
        <w:ind w:firstLine="288"/>
      </w:pPr>
      <w:r>
        <w:rPr>
          <w:rFonts w:cs="Times New Roman"/>
        </w:rPr>
        <w:t>Roads.</w:t>
      </w:r>
    </w:p>
    <w:p w14:paraId="63A6318D" w14:textId="77777777" w:rsidR="007D7487" w:rsidRDefault="00E6407B">
      <w:pPr>
        <w:ind w:firstLine="288"/>
      </w:pPr>
      <w:r>
        <w:rPr>
          <w:rFonts w:cs="Times New Roman"/>
        </w:rPr>
        <w:t>Territory where Israel and the nations had lived beside one another for generations.</w:t>
      </w:r>
    </w:p>
    <w:p w14:paraId="79C7C882" w14:textId="77777777" w:rsidR="007D7487" w:rsidRDefault="00E6407B">
      <w:pPr>
        <w:ind w:firstLine="288"/>
      </w:pPr>
      <w:r>
        <w:rPr>
          <w:rFonts w:cs="Times New Roman"/>
        </w:rPr>
        <w:t>Isaiah's words returned.</w:t>
      </w:r>
    </w:p>
    <w:p w14:paraId="00641EB6" w14:textId="77777777" w:rsidR="007D7487" w:rsidRDefault="00E6407B">
      <w:pPr>
        <w:ind w:firstLine="288"/>
      </w:pPr>
      <w:r>
        <w:rPr>
          <w:rFonts w:cs="Times New Roman"/>
        </w:rPr>
        <w:t>Galilee of the nations.</w:t>
      </w:r>
    </w:p>
    <w:p w14:paraId="1BFAECC8" w14:textId="77777777" w:rsidR="007D7487" w:rsidRDefault="00E6407B">
      <w:pPr>
        <w:ind w:firstLine="288"/>
      </w:pPr>
      <w:r>
        <w:rPr>
          <w:rFonts w:cs="Times New Roman"/>
        </w:rPr>
        <w:t>The people which sat in darkness saw great light.</w:t>
      </w:r>
    </w:p>
    <w:p w14:paraId="045A8522" w14:textId="77777777" w:rsidR="007D7487" w:rsidRDefault="00E6407B">
      <w:pPr>
        <w:ind w:firstLine="288"/>
      </w:pPr>
      <w:r>
        <w:rPr>
          <w:rFonts w:cs="Times New Roman"/>
        </w:rPr>
        <w:t>Jesus continued.</w:t>
      </w:r>
    </w:p>
    <w:p w14:paraId="1FB22E5D" w14:textId="77777777" w:rsidR="007D7487" w:rsidRDefault="00E6407B">
      <w:pPr>
        <w:ind w:firstLine="288"/>
      </w:pPr>
      <w:r>
        <w:rPr>
          <w:rFonts w:cs="Times New Roman"/>
        </w:rPr>
        <w:t>"You need not understand every season before you obey what has already been shown to you."</w:t>
      </w:r>
    </w:p>
    <w:p w14:paraId="11A9646E" w14:textId="77777777" w:rsidR="007D7487" w:rsidRDefault="00E6407B">
      <w:pPr>
        <w:ind w:firstLine="288"/>
      </w:pPr>
      <w:r>
        <w:rPr>
          <w:rFonts w:cs="Times New Roman"/>
        </w:rPr>
        <w:t>Nicodemus's eyes were wet.</w:t>
      </w:r>
    </w:p>
    <w:p w14:paraId="2A7E7DBE" w14:textId="77777777" w:rsidR="007D7487" w:rsidRDefault="00E6407B">
      <w:pPr>
        <w:ind w:firstLine="288"/>
      </w:pPr>
      <w:r>
        <w:rPr>
          <w:rFonts w:cs="Times New Roman"/>
        </w:rPr>
        <w:t>The old teacher looked toward the two sticks.</w:t>
      </w:r>
    </w:p>
    <w:p w14:paraId="51AABB30" w14:textId="77777777" w:rsidR="007D7487" w:rsidRDefault="00E6407B">
      <w:pPr>
        <w:ind w:firstLine="288"/>
      </w:pPr>
      <w:r>
        <w:rPr>
          <w:rFonts w:cs="Times New Roman"/>
        </w:rPr>
        <w:t>Then toward Jesus.</w:t>
      </w:r>
    </w:p>
    <w:p w14:paraId="1DDC0020" w14:textId="77777777" w:rsidR="007D7487" w:rsidRDefault="00E6407B">
      <w:pPr>
        <w:ind w:firstLine="288"/>
      </w:pPr>
      <w:r>
        <w:rPr>
          <w:rFonts w:cs="Times New Roman"/>
        </w:rPr>
        <w:lastRenderedPageBreak/>
        <w:t>"The Servant restores Jacob," he whispered.</w:t>
      </w:r>
    </w:p>
    <w:p w14:paraId="1BFD7D61" w14:textId="77777777" w:rsidR="007D7487" w:rsidRDefault="00E6407B">
      <w:pPr>
        <w:ind w:firstLine="288"/>
      </w:pPr>
      <w:r>
        <w:rPr>
          <w:rFonts w:cs="Times New Roman"/>
        </w:rPr>
        <w:t>Jesus looked at him.</w:t>
      </w:r>
    </w:p>
    <w:p w14:paraId="66BFBD17" w14:textId="77777777" w:rsidR="007D7487" w:rsidRDefault="00E6407B">
      <w:pPr>
        <w:ind w:firstLine="288"/>
      </w:pPr>
      <w:r>
        <w:rPr>
          <w:rFonts w:cs="Times New Roman"/>
        </w:rPr>
        <w:t>"And?"</w:t>
      </w:r>
    </w:p>
    <w:p w14:paraId="64C606CD" w14:textId="77777777" w:rsidR="007D7487" w:rsidRDefault="00E6407B">
      <w:pPr>
        <w:ind w:firstLine="288"/>
      </w:pPr>
      <w:r>
        <w:rPr>
          <w:rFonts w:cs="Times New Roman"/>
        </w:rPr>
        <w:t>Nicodemus understood the question.</w:t>
      </w:r>
    </w:p>
    <w:p w14:paraId="1BFFD272" w14:textId="77777777" w:rsidR="007D7487" w:rsidRDefault="00E6407B">
      <w:pPr>
        <w:ind w:firstLine="288"/>
      </w:pPr>
      <w:r>
        <w:rPr>
          <w:rFonts w:cs="Times New Roman"/>
        </w:rPr>
        <w:t>He drew in a breath.</w:t>
      </w:r>
    </w:p>
    <w:p w14:paraId="40392F70" w14:textId="77777777" w:rsidR="007D7487" w:rsidRDefault="00E6407B">
      <w:pPr>
        <w:ind w:firstLine="288"/>
      </w:pPr>
      <w:r>
        <w:rPr>
          <w:rFonts w:cs="Times New Roman"/>
        </w:rPr>
        <w:t>"And He is a light to the nations."</w:t>
      </w:r>
    </w:p>
    <w:p w14:paraId="6CDDB539" w14:textId="77777777" w:rsidR="007D7487" w:rsidRDefault="00E6407B">
      <w:pPr>
        <w:ind w:firstLine="288"/>
      </w:pPr>
      <w:r>
        <w:rPr>
          <w:rFonts w:cs="Times New Roman"/>
        </w:rPr>
        <w:t>Jesus smiled.</w:t>
      </w:r>
    </w:p>
    <w:p w14:paraId="107E4E3C" w14:textId="77777777" w:rsidR="007D7487" w:rsidRDefault="00E6407B">
      <w:pPr>
        <w:ind w:firstLine="288"/>
      </w:pPr>
      <w:r>
        <w:rPr>
          <w:rFonts w:cs="Times New Roman"/>
        </w:rPr>
        <w:t>"Then begin there."</w:t>
      </w:r>
    </w:p>
    <w:p w14:paraId="588C1775" w14:textId="77777777" w:rsidR="007D7487" w:rsidRDefault="00E6407B">
      <w:pPr>
        <w:ind w:firstLine="288"/>
      </w:pPr>
      <w:r>
        <w:rPr>
          <w:rFonts w:cs="Times New Roman"/>
        </w:rPr>
        <w:t>The great questions did not disappear.</w:t>
      </w:r>
    </w:p>
    <w:p w14:paraId="116CBE2C" w14:textId="77777777" w:rsidR="007D7487" w:rsidRDefault="00E6407B">
      <w:pPr>
        <w:ind w:firstLine="288"/>
      </w:pPr>
      <w:r>
        <w:rPr>
          <w:rFonts w:cs="Times New Roman"/>
        </w:rPr>
        <w:t>They were placed under obedience.</w:t>
      </w:r>
    </w:p>
    <w:p w14:paraId="13C84939" w14:textId="77777777" w:rsidR="007D7487" w:rsidRDefault="00E6407B">
      <w:pPr>
        <w:ind w:firstLine="288"/>
      </w:pPr>
      <w:r>
        <w:rPr>
          <w:rFonts w:cs="Times New Roman"/>
        </w:rPr>
        <w:t>Until.</w:t>
      </w:r>
    </w:p>
    <w:p w14:paraId="05ADBBC5" w14:textId="77777777" w:rsidR="007D7487" w:rsidRDefault="00E6407B">
      <w:pPr>
        <w:ind w:firstLine="288"/>
      </w:pPr>
      <w:r>
        <w:rPr>
          <w:rFonts w:cs="Times New Roman"/>
        </w:rPr>
        <w:t>Vengeance still ahead.</w:t>
      </w:r>
    </w:p>
    <w:p w14:paraId="7509208C" w14:textId="77777777" w:rsidR="007D7487" w:rsidRDefault="00E6407B">
      <w:pPr>
        <w:ind w:firstLine="288"/>
      </w:pPr>
      <w:r>
        <w:rPr>
          <w:rFonts w:cs="Times New Roman"/>
        </w:rPr>
        <w:t>Enemies not yet visibly underfoot.</w:t>
      </w:r>
    </w:p>
    <w:p w14:paraId="7A328C99" w14:textId="77777777" w:rsidR="007D7487" w:rsidRDefault="00E6407B">
      <w:pPr>
        <w:ind w:firstLine="288"/>
      </w:pPr>
      <w:r>
        <w:rPr>
          <w:rFonts w:cs="Times New Roman"/>
        </w:rPr>
        <w:t>Israel's gathering not yet exhausted.</w:t>
      </w:r>
    </w:p>
    <w:p w14:paraId="0048BF99" w14:textId="77777777" w:rsidR="007D7487" w:rsidRDefault="00E6407B">
      <w:pPr>
        <w:ind w:firstLine="288"/>
      </w:pPr>
      <w:r>
        <w:rPr>
          <w:rFonts w:cs="Times New Roman"/>
        </w:rPr>
        <w:t>The nations still to hear.</w:t>
      </w:r>
    </w:p>
    <w:p w14:paraId="01EB075C" w14:textId="77777777" w:rsidR="007D7487" w:rsidRDefault="00E6407B">
      <w:pPr>
        <w:ind w:firstLine="288"/>
      </w:pPr>
      <w:r>
        <w:rPr>
          <w:rFonts w:cs="Times New Roman"/>
        </w:rPr>
        <w:t>And yet the risen Jesus had given them something to do before they possessed every timetable.</w:t>
      </w:r>
    </w:p>
    <w:p w14:paraId="3085FF6F" w14:textId="77777777" w:rsidR="007D7487" w:rsidRDefault="00E6407B">
      <w:pPr>
        <w:ind w:firstLine="288"/>
      </w:pPr>
      <w:r>
        <w:rPr>
          <w:rFonts w:cs="Times New Roman"/>
        </w:rPr>
        <w:t>"Then begin there."</w:t>
      </w:r>
    </w:p>
    <w:p w14:paraId="1FA51138" w14:textId="77777777" w:rsidR="007D7487" w:rsidRDefault="00E6407B">
      <w:pPr>
        <w:ind w:firstLine="288"/>
      </w:pPr>
      <w:r>
        <w:rPr>
          <w:rFonts w:cs="Times New Roman"/>
        </w:rPr>
        <w:t>For a while no one moved.</w:t>
      </w:r>
    </w:p>
    <w:p w14:paraId="1A924502" w14:textId="77777777" w:rsidR="007D7487" w:rsidRDefault="00E6407B">
      <w:pPr>
        <w:suppressLineNumbers/>
      </w:pPr>
      <w:r>
        <w:br w:type="page"/>
      </w:r>
    </w:p>
    <w:p w14:paraId="786E2DA2" w14:textId="77777777" w:rsidR="007D7487" w:rsidRDefault="00E6407B">
      <w:pPr>
        <w:pStyle w:val="Heading1"/>
        <w:suppressLineNumbers/>
      </w:pPr>
      <w:r>
        <w:rPr>
          <w:rFonts w:ascii="Times New Roman" w:hAnsi="Times New Roman" w:cs="Times New Roman"/>
        </w:rPr>
        <w:lastRenderedPageBreak/>
        <w:t>Section 15B — Shoreline, Charcoal, and Follow Me</w:t>
      </w:r>
    </w:p>
    <w:p w14:paraId="35D9A87C" w14:textId="77777777" w:rsidR="007D7487" w:rsidRDefault="00E6407B">
      <w:pPr>
        <w:ind w:firstLine="288"/>
      </w:pPr>
      <w:r>
        <w:rPr>
          <w:rFonts w:cs="Times New Roman"/>
        </w:rPr>
        <w:t>Questions had become commands to begin.</w:t>
      </w:r>
    </w:p>
    <w:p w14:paraId="7A216C3E" w14:textId="77777777" w:rsidR="007D7487" w:rsidRDefault="00E6407B">
      <w:pPr>
        <w:ind w:firstLine="288"/>
      </w:pPr>
      <w:r>
        <w:rPr>
          <w:rFonts w:cs="Times New Roman"/>
        </w:rPr>
        <w:t>But Peter still had to wake up the next morning inside his own skin.</w:t>
      </w:r>
    </w:p>
    <w:p w14:paraId="6F428680" w14:textId="77777777" w:rsidR="007D7487" w:rsidRDefault="00E6407B">
      <w:pPr>
        <w:ind w:firstLine="288"/>
      </w:pPr>
      <w:r>
        <w:rPr>
          <w:rFonts w:cs="Times New Roman"/>
        </w:rPr>
        <w:t>Peter remained seated longer than most.</w:t>
      </w:r>
    </w:p>
    <w:p w14:paraId="662EBFA1" w14:textId="77777777" w:rsidR="007D7487" w:rsidRDefault="00E6407B">
      <w:pPr>
        <w:ind w:firstLine="288"/>
      </w:pPr>
      <w:r>
        <w:rPr>
          <w:rFonts w:cs="Times New Roman"/>
        </w:rPr>
        <w:t>The gathering loosened around him. Some went for water. Some found shade. Children who had been forced into stillness for too long began moving again. Nicodemus immediately found Joseph and resumed a conversation that apparently had never ended. Joanna and Susanna joined the women. Matthew walked away slowly with his head bent, still arranging kingdoms, genealogies, priests, and promises.</w:t>
      </w:r>
    </w:p>
    <w:p w14:paraId="2A7A6951" w14:textId="77777777" w:rsidR="007D7487" w:rsidRDefault="00E6407B">
      <w:pPr>
        <w:ind w:firstLine="288"/>
      </w:pPr>
      <w:r>
        <w:rPr>
          <w:rFonts w:cs="Times New Roman"/>
        </w:rPr>
        <w:t>John stayed near Peter.</w:t>
      </w:r>
    </w:p>
    <w:p w14:paraId="35271C7F" w14:textId="77777777" w:rsidR="007D7487" w:rsidRDefault="00E6407B">
      <w:pPr>
        <w:ind w:firstLine="288"/>
      </w:pPr>
      <w:r>
        <w:rPr>
          <w:rFonts w:cs="Times New Roman"/>
        </w:rPr>
        <w:t>For several minutes Peter said nothing.</w:t>
      </w:r>
    </w:p>
    <w:p w14:paraId="387D0655" w14:textId="77777777" w:rsidR="007D7487" w:rsidRDefault="00E6407B">
      <w:pPr>
        <w:ind w:firstLine="288"/>
      </w:pPr>
      <w:r>
        <w:rPr>
          <w:rFonts w:cs="Times New Roman"/>
        </w:rPr>
        <w:t>His hands rested loosely between his knees.</w:t>
      </w:r>
    </w:p>
    <w:p w14:paraId="2F68CEAF" w14:textId="77777777" w:rsidR="007D7487" w:rsidRDefault="00E6407B">
      <w:pPr>
        <w:ind w:firstLine="288"/>
      </w:pPr>
      <w:r>
        <w:rPr>
          <w:rFonts w:cs="Times New Roman"/>
        </w:rPr>
        <w:t>Then his right thumb moved across his left palm.</w:t>
      </w:r>
    </w:p>
    <w:p w14:paraId="62CDE750" w14:textId="77777777" w:rsidR="007D7487" w:rsidRDefault="00E6407B">
      <w:pPr>
        <w:ind w:firstLine="288"/>
      </w:pPr>
      <w:r>
        <w:rPr>
          <w:rFonts w:cs="Times New Roman"/>
        </w:rPr>
        <w:t>Once.</w:t>
      </w:r>
    </w:p>
    <w:p w14:paraId="102FDCCE" w14:textId="77777777" w:rsidR="007D7487" w:rsidRDefault="00E6407B">
      <w:pPr>
        <w:ind w:firstLine="288"/>
      </w:pPr>
      <w:r>
        <w:rPr>
          <w:rFonts w:cs="Times New Roman"/>
        </w:rPr>
        <w:t>Again.</w:t>
      </w:r>
    </w:p>
    <w:p w14:paraId="17367E2A" w14:textId="77777777" w:rsidR="007D7487" w:rsidRDefault="00E6407B">
      <w:pPr>
        <w:ind w:firstLine="288"/>
      </w:pPr>
      <w:r>
        <w:rPr>
          <w:rFonts w:cs="Times New Roman"/>
        </w:rPr>
        <w:t>John had seen the motion on the road.</w:t>
      </w:r>
    </w:p>
    <w:p w14:paraId="2092D4FF" w14:textId="77777777" w:rsidR="007D7487" w:rsidRDefault="00E6407B">
      <w:pPr>
        <w:ind w:firstLine="288"/>
      </w:pPr>
      <w:r>
        <w:rPr>
          <w:rFonts w:cs="Times New Roman"/>
        </w:rPr>
        <w:t>A remembered rope.</w:t>
      </w:r>
    </w:p>
    <w:p w14:paraId="3C01F5E8" w14:textId="77777777" w:rsidR="007D7487" w:rsidRDefault="00E6407B">
      <w:pPr>
        <w:ind w:firstLine="288"/>
      </w:pPr>
      <w:r>
        <w:rPr>
          <w:rFonts w:cs="Times New Roman"/>
        </w:rPr>
        <w:t>A net.</w:t>
      </w:r>
    </w:p>
    <w:p w14:paraId="324392C2" w14:textId="77777777" w:rsidR="007D7487" w:rsidRDefault="00E6407B">
      <w:pPr>
        <w:ind w:firstLine="288"/>
      </w:pPr>
      <w:r>
        <w:rPr>
          <w:rFonts w:cs="Times New Roman"/>
        </w:rPr>
        <w:t>Peter looked toward the lake.</w:t>
      </w:r>
    </w:p>
    <w:p w14:paraId="6561EF45" w14:textId="77777777" w:rsidR="007D7487" w:rsidRDefault="00E6407B">
      <w:pPr>
        <w:ind w:firstLine="288"/>
      </w:pPr>
      <w:r>
        <w:rPr>
          <w:rFonts w:cs="Times New Roman"/>
        </w:rPr>
        <w:t>"I know He's alive."</w:t>
      </w:r>
    </w:p>
    <w:p w14:paraId="79251F40" w14:textId="77777777" w:rsidR="007D7487" w:rsidRDefault="00E6407B">
      <w:pPr>
        <w:ind w:firstLine="288"/>
      </w:pPr>
      <w:r>
        <w:rPr>
          <w:rFonts w:cs="Times New Roman"/>
        </w:rPr>
        <w:t>John waited.</w:t>
      </w:r>
    </w:p>
    <w:p w14:paraId="202CDDC0" w14:textId="77777777" w:rsidR="007D7487" w:rsidRDefault="00E6407B">
      <w:pPr>
        <w:ind w:firstLine="288"/>
      </w:pPr>
      <w:r>
        <w:rPr>
          <w:rFonts w:cs="Times New Roman"/>
        </w:rPr>
        <w:t>Peter gave a short laugh with no humor in it.</w:t>
      </w:r>
    </w:p>
    <w:p w14:paraId="7443E032" w14:textId="77777777" w:rsidR="007D7487" w:rsidRDefault="00E6407B">
      <w:pPr>
        <w:ind w:firstLine="288"/>
      </w:pPr>
      <w:r>
        <w:rPr>
          <w:rFonts w:cs="Times New Roman"/>
        </w:rPr>
        <w:t>"That sounds like it ought to answer everything."</w:t>
      </w:r>
    </w:p>
    <w:p w14:paraId="6AFCC902" w14:textId="77777777" w:rsidR="007D7487" w:rsidRDefault="00E6407B">
      <w:pPr>
        <w:ind w:firstLine="288"/>
      </w:pPr>
      <w:r>
        <w:rPr>
          <w:rFonts w:cs="Times New Roman"/>
        </w:rPr>
        <w:t>"It doesn't."</w:t>
      </w:r>
    </w:p>
    <w:p w14:paraId="7EB852D3" w14:textId="77777777" w:rsidR="007D7487" w:rsidRDefault="00E6407B">
      <w:pPr>
        <w:ind w:firstLine="288"/>
      </w:pPr>
      <w:r>
        <w:rPr>
          <w:rFonts w:cs="Times New Roman"/>
        </w:rPr>
        <w:t>Peter looked at him.</w:t>
      </w:r>
    </w:p>
    <w:p w14:paraId="004E67A9" w14:textId="77777777" w:rsidR="007D7487" w:rsidRDefault="00E6407B">
      <w:pPr>
        <w:ind w:firstLine="288"/>
      </w:pPr>
      <w:r>
        <w:rPr>
          <w:rFonts w:cs="Times New Roman"/>
        </w:rPr>
        <w:t>"No."</w:t>
      </w:r>
    </w:p>
    <w:p w14:paraId="5AEB6D60" w14:textId="77777777" w:rsidR="007D7487" w:rsidRDefault="00E6407B">
      <w:pPr>
        <w:ind w:firstLine="288"/>
      </w:pPr>
      <w:r>
        <w:rPr>
          <w:rFonts w:cs="Times New Roman"/>
        </w:rPr>
        <w:t>The fisherman drew in a long breath.</w:t>
      </w:r>
    </w:p>
    <w:p w14:paraId="14CFD173" w14:textId="77777777" w:rsidR="007D7487" w:rsidRDefault="00E6407B">
      <w:pPr>
        <w:ind w:firstLine="288"/>
      </w:pPr>
      <w:r>
        <w:rPr>
          <w:rFonts w:cs="Times New Roman"/>
        </w:rPr>
        <w:t>"I know He's alive."</w:t>
      </w:r>
    </w:p>
    <w:p w14:paraId="03A2D4EA" w14:textId="77777777" w:rsidR="007D7487" w:rsidRDefault="00E6407B">
      <w:pPr>
        <w:ind w:firstLine="288"/>
      </w:pPr>
      <w:r>
        <w:rPr>
          <w:rFonts w:cs="Times New Roman"/>
        </w:rPr>
        <w:t>"I know Rome did not win what I thought Rome won."</w:t>
      </w:r>
    </w:p>
    <w:p w14:paraId="18CEC7F6" w14:textId="77777777" w:rsidR="007D7487" w:rsidRDefault="00E6407B">
      <w:pPr>
        <w:ind w:firstLine="288"/>
      </w:pPr>
      <w:r>
        <w:rPr>
          <w:rFonts w:cs="Times New Roman"/>
        </w:rPr>
        <w:t>"I know I misunderstood the war."</w:t>
      </w:r>
    </w:p>
    <w:p w14:paraId="4FD9EFA0" w14:textId="77777777" w:rsidR="007D7487" w:rsidRDefault="00E6407B">
      <w:pPr>
        <w:ind w:firstLine="288"/>
      </w:pPr>
      <w:r>
        <w:rPr>
          <w:rFonts w:cs="Times New Roman"/>
        </w:rPr>
        <w:t>"I know the prophets were saying things I did not know how to hear."</w:t>
      </w:r>
    </w:p>
    <w:p w14:paraId="76CA9CFF" w14:textId="77777777" w:rsidR="007D7487" w:rsidRDefault="00E6407B">
      <w:pPr>
        <w:ind w:firstLine="288"/>
      </w:pPr>
      <w:r>
        <w:rPr>
          <w:rFonts w:cs="Times New Roman"/>
        </w:rPr>
        <w:t>His jaw tightened.</w:t>
      </w:r>
    </w:p>
    <w:p w14:paraId="55F5D49A" w14:textId="77777777" w:rsidR="007D7487" w:rsidRDefault="00E6407B">
      <w:pPr>
        <w:ind w:firstLine="288"/>
      </w:pPr>
      <w:r>
        <w:rPr>
          <w:rFonts w:cs="Times New Roman"/>
        </w:rPr>
        <w:t>"I know He knew I would run before I knew I would run."</w:t>
      </w:r>
    </w:p>
    <w:p w14:paraId="52E9FC6C" w14:textId="77777777" w:rsidR="007D7487" w:rsidRDefault="00E6407B">
      <w:pPr>
        <w:ind w:firstLine="288"/>
      </w:pPr>
      <w:r>
        <w:rPr>
          <w:rFonts w:cs="Times New Roman"/>
        </w:rPr>
        <w:t>John said nothing.</w:t>
      </w:r>
    </w:p>
    <w:p w14:paraId="7585AB53" w14:textId="77777777" w:rsidR="007D7487" w:rsidRDefault="00E6407B">
      <w:pPr>
        <w:ind w:firstLine="288"/>
      </w:pPr>
      <w:r>
        <w:rPr>
          <w:rFonts w:cs="Times New Roman"/>
        </w:rPr>
        <w:t>Peter's thumb crossed his palm again.</w:t>
      </w:r>
    </w:p>
    <w:p w14:paraId="240A852B" w14:textId="77777777" w:rsidR="007D7487" w:rsidRDefault="00E6407B">
      <w:pPr>
        <w:ind w:firstLine="288"/>
      </w:pPr>
      <w:r>
        <w:rPr>
          <w:rFonts w:cs="Times New Roman"/>
        </w:rPr>
        <w:t>"I know more than I knew yesterday."</w:t>
      </w:r>
    </w:p>
    <w:p w14:paraId="42A37965" w14:textId="77777777" w:rsidR="007D7487" w:rsidRDefault="00E6407B">
      <w:pPr>
        <w:ind w:firstLine="288"/>
      </w:pPr>
      <w:r>
        <w:rPr>
          <w:rFonts w:cs="Times New Roman"/>
        </w:rPr>
        <w:t>A pause.</w:t>
      </w:r>
    </w:p>
    <w:p w14:paraId="1474E911" w14:textId="77777777" w:rsidR="007D7487" w:rsidRDefault="00E6407B">
      <w:pPr>
        <w:ind w:firstLine="288"/>
      </w:pPr>
      <w:r>
        <w:rPr>
          <w:rFonts w:cs="Times New Roman"/>
        </w:rPr>
        <w:t>"I still don't know what I am supposed to do with tomorrow."</w:t>
      </w:r>
    </w:p>
    <w:p w14:paraId="641DEEB1" w14:textId="77777777" w:rsidR="007D7487" w:rsidRDefault="00E6407B">
      <w:pPr>
        <w:ind w:firstLine="288"/>
      </w:pPr>
      <w:r>
        <w:rPr>
          <w:rFonts w:cs="Times New Roman"/>
        </w:rPr>
        <w:lastRenderedPageBreak/>
        <w:t>John looked toward the water.</w:t>
      </w:r>
    </w:p>
    <w:p w14:paraId="6B5ADB02" w14:textId="77777777" w:rsidR="007D7487" w:rsidRDefault="00E6407B">
      <w:pPr>
        <w:ind w:firstLine="288"/>
      </w:pPr>
      <w:r>
        <w:rPr>
          <w:rFonts w:cs="Times New Roman"/>
        </w:rPr>
        <w:t>Peter did too.</w:t>
      </w:r>
    </w:p>
    <w:p w14:paraId="1790CC59" w14:textId="77777777" w:rsidR="007D7487" w:rsidRDefault="00E6407B">
      <w:pPr>
        <w:ind w:firstLine="288"/>
      </w:pPr>
      <w:r>
        <w:rPr>
          <w:rFonts w:cs="Times New Roman"/>
        </w:rPr>
        <w:t>At last the faintest trace of his old expression returned.</w:t>
      </w:r>
    </w:p>
    <w:p w14:paraId="28FC261C" w14:textId="77777777" w:rsidR="007D7487" w:rsidRDefault="00E6407B">
      <w:pPr>
        <w:ind w:firstLine="288"/>
      </w:pPr>
      <w:r>
        <w:rPr>
          <w:rFonts w:cs="Times New Roman"/>
        </w:rPr>
        <w:t>"I know how to fish."</w:t>
      </w:r>
    </w:p>
    <w:p w14:paraId="6C4EC75A" w14:textId="77777777" w:rsidR="007D7487" w:rsidRDefault="00E6407B">
      <w:pPr>
        <w:ind w:firstLine="288"/>
      </w:pPr>
      <w:r>
        <w:rPr>
          <w:rFonts w:cs="Times New Roman"/>
        </w:rPr>
        <w:t>John smiled.</w:t>
      </w:r>
    </w:p>
    <w:p w14:paraId="2542B6F7" w14:textId="77777777" w:rsidR="007D7487" w:rsidRDefault="00E6407B">
      <w:pPr>
        <w:ind w:firstLine="288"/>
      </w:pPr>
      <w:r>
        <w:rPr>
          <w:rFonts w:cs="Times New Roman"/>
        </w:rPr>
        <w:t>"Then I'll fish with you."</w:t>
      </w:r>
    </w:p>
    <w:p w14:paraId="0B71F188" w14:textId="77777777" w:rsidR="007D7487" w:rsidRDefault="00E6407B">
      <w:pPr>
        <w:ind w:firstLine="288"/>
      </w:pPr>
      <w:r>
        <w:rPr>
          <w:rFonts w:cs="Times New Roman"/>
        </w:rPr>
        <w:t>Peter glanced toward him.</w:t>
      </w:r>
    </w:p>
    <w:p w14:paraId="2D4BB30B" w14:textId="77777777" w:rsidR="007D7487" w:rsidRDefault="00E6407B">
      <w:pPr>
        <w:ind w:firstLine="288"/>
      </w:pPr>
      <w:r>
        <w:rPr>
          <w:rFonts w:cs="Times New Roman"/>
        </w:rPr>
        <w:t>"You do know I am better at it."</w:t>
      </w:r>
    </w:p>
    <w:p w14:paraId="4C206F28" w14:textId="77777777" w:rsidR="007D7487" w:rsidRDefault="00E6407B">
      <w:pPr>
        <w:ind w:firstLine="288"/>
      </w:pPr>
      <w:r>
        <w:rPr>
          <w:rFonts w:cs="Times New Roman"/>
        </w:rPr>
        <w:t>John laughed.</w:t>
      </w:r>
    </w:p>
    <w:p w14:paraId="13553A49" w14:textId="77777777" w:rsidR="007D7487" w:rsidRDefault="00E6407B">
      <w:pPr>
        <w:ind w:firstLine="288"/>
      </w:pPr>
      <w:r>
        <w:rPr>
          <w:rFonts w:cs="Times New Roman"/>
        </w:rPr>
        <w:t>"At fishing?"</w:t>
      </w:r>
    </w:p>
    <w:p w14:paraId="47A9B373" w14:textId="77777777" w:rsidR="007D7487" w:rsidRDefault="00E6407B">
      <w:pPr>
        <w:ind w:firstLine="288"/>
      </w:pPr>
      <w:r>
        <w:rPr>
          <w:rFonts w:cs="Times New Roman"/>
        </w:rPr>
        <w:t>"At most things involving boats."</w:t>
      </w:r>
    </w:p>
    <w:p w14:paraId="54560DB4" w14:textId="77777777" w:rsidR="007D7487" w:rsidRDefault="00E6407B">
      <w:pPr>
        <w:ind w:firstLine="288"/>
      </w:pPr>
      <w:r>
        <w:rPr>
          <w:rFonts w:cs="Times New Roman"/>
        </w:rPr>
        <w:t>"Except remaining in them."</w:t>
      </w:r>
    </w:p>
    <w:p w14:paraId="0458A4CF" w14:textId="77777777" w:rsidR="007D7487" w:rsidRDefault="00E6407B">
      <w:pPr>
        <w:ind w:firstLine="288"/>
      </w:pPr>
      <w:r>
        <w:rPr>
          <w:rFonts w:cs="Times New Roman"/>
        </w:rPr>
        <w:t>Peter looked offended.</w:t>
      </w:r>
    </w:p>
    <w:p w14:paraId="57B75AAF" w14:textId="77777777" w:rsidR="007D7487" w:rsidRDefault="00E6407B">
      <w:pPr>
        <w:ind w:firstLine="288"/>
      </w:pPr>
      <w:r>
        <w:rPr>
          <w:rFonts w:cs="Times New Roman"/>
        </w:rPr>
        <w:t>"I have left boats for excellent reasons."</w:t>
      </w:r>
    </w:p>
    <w:p w14:paraId="301EE256" w14:textId="77777777" w:rsidR="007D7487" w:rsidRDefault="00E6407B">
      <w:pPr>
        <w:ind w:firstLine="288"/>
      </w:pPr>
      <w:r>
        <w:rPr>
          <w:rFonts w:cs="Times New Roman"/>
        </w:rPr>
        <w:t>John looked toward Jesus in the distance.</w:t>
      </w:r>
    </w:p>
    <w:p w14:paraId="2BDDD343" w14:textId="77777777" w:rsidR="007D7487" w:rsidRDefault="00E6407B">
      <w:pPr>
        <w:ind w:firstLine="288"/>
      </w:pPr>
      <w:r>
        <w:rPr>
          <w:rFonts w:cs="Times New Roman"/>
        </w:rPr>
        <w:t>"That is true."</w:t>
      </w:r>
    </w:p>
    <w:p w14:paraId="77FE78E5" w14:textId="77777777" w:rsidR="007D7487" w:rsidRDefault="00E6407B">
      <w:pPr>
        <w:ind w:firstLine="288"/>
      </w:pPr>
      <w:r>
        <w:rPr>
          <w:rFonts w:cs="Times New Roman"/>
        </w:rPr>
        <w:t>Several others joined them before nightfall.</w:t>
      </w:r>
    </w:p>
    <w:p w14:paraId="7870D4EF" w14:textId="77777777" w:rsidR="007D7487" w:rsidRDefault="00E6407B">
      <w:pPr>
        <w:ind w:firstLine="288"/>
      </w:pPr>
      <w:r>
        <w:rPr>
          <w:rFonts w:cs="Times New Roman"/>
        </w:rPr>
        <w:t>Thomas came.</w:t>
      </w:r>
    </w:p>
    <w:p w14:paraId="1BA5DCD2" w14:textId="77777777" w:rsidR="007D7487" w:rsidRDefault="00E6407B">
      <w:pPr>
        <w:ind w:firstLine="288"/>
      </w:pPr>
      <w:r>
        <w:rPr>
          <w:rFonts w:cs="Times New Roman"/>
        </w:rPr>
        <w:t>Nathanael.</w:t>
      </w:r>
    </w:p>
    <w:p w14:paraId="451531D7" w14:textId="77777777" w:rsidR="007D7487" w:rsidRDefault="00E6407B">
      <w:pPr>
        <w:ind w:firstLine="288"/>
      </w:pPr>
      <w:r>
        <w:rPr>
          <w:rFonts w:cs="Times New Roman"/>
        </w:rPr>
        <w:t>Two more of the disciples.</w:t>
      </w:r>
    </w:p>
    <w:p w14:paraId="5925DEDE" w14:textId="77777777" w:rsidR="007D7487" w:rsidRDefault="00E6407B">
      <w:pPr>
        <w:ind w:firstLine="288"/>
      </w:pPr>
      <w:r>
        <w:rPr>
          <w:rFonts w:cs="Times New Roman"/>
        </w:rPr>
        <w:t>Nobody declared the fishing expedition a theological decision.</w:t>
      </w:r>
    </w:p>
    <w:p w14:paraId="1CE3DBB8" w14:textId="77777777" w:rsidR="007D7487" w:rsidRDefault="00E6407B">
      <w:pPr>
        <w:ind w:firstLine="288"/>
      </w:pPr>
      <w:r>
        <w:rPr>
          <w:rFonts w:cs="Times New Roman"/>
        </w:rPr>
        <w:t>Nobody called it abandonment.</w:t>
      </w:r>
    </w:p>
    <w:p w14:paraId="6C70D8FD" w14:textId="77777777" w:rsidR="007D7487" w:rsidRDefault="00E6407B">
      <w:pPr>
        <w:ind w:firstLine="288"/>
      </w:pPr>
      <w:r>
        <w:rPr>
          <w:rFonts w:cs="Times New Roman"/>
        </w:rPr>
        <w:t>Jesus had not forbidden them to use the skills by which they had lived.</w:t>
      </w:r>
    </w:p>
    <w:p w14:paraId="40415620" w14:textId="77777777" w:rsidR="007D7487" w:rsidRDefault="00E6407B">
      <w:pPr>
        <w:ind w:firstLine="288"/>
      </w:pPr>
      <w:r>
        <w:rPr>
          <w:rFonts w:cs="Times New Roman"/>
        </w:rPr>
        <w:t>The problem was not that Peter knew how to fish.</w:t>
      </w:r>
    </w:p>
    <w:p w14:paraId="2591D8FA" w14:textId="77777777" w:rsidR="007D7487" w:rsidRDefault="00E6407B">
      <w:pPr>
        <w:ind w:firstLine="288"/>
      </w:pPr>
      <w:r>
        <w:rPr>
          <w:rFonts w:cs="Times New Roman"/>
        </w:rPr>
        <w:t>The unresolved question was what the risen Lord intended to do with the fisherman.</w:t>
      </w:r>
    </w:p>
    <w:p w14:paraId="673DB002" w14:textId="77777777" w:rsidR="007D7487" w:rsidRDefault="00E6407B">
      <w:pPr>
        <w:ind w:firstLine="288"/>
      </w:pPr>
      <w:r>
        <w:rPr>
          <w:rFonts w:cs="Times New Roman"/>
        </w:rPr>
        <w:t>They were men in Galilee with a boat, nets, hands trained by years of work, and minds too full to sleep.</w:t>
      </w:r>
    </w:p>
    <w:p w14:paraId="4496179D" w14:textId="77777777" w:rsidR="007D7487" w:rsidRDefault="00E6407B">
      <w:pPr>
        <w:ind w:firstLine="288"/>
      </w:pPr>
      <w:r>
        <w:rPr>
          <w:rFonts w:cs="Times New Roman"/>
        </w:rPr>
        <w:t>Sometimes when a man does not know what to do with tomorrow, he returns for a few hours to something his body remembers.</w:t>
      </w:r>
    </w:p>
    <w:p w14:paraId="4D14C889" w14:textId="77777777" w:rsidR="007D7487" w:rsidRDefault="00E6407B">
      <w:pPr>
        <w:ind w:firstLine="288"/>
      </w:pPr>
      <w:r>
        <w:rPr>
          <w:rFonts w:cs="Times New Roman"/>
        </w:rPr>
        <w:t>They pushed away from shore.</w:t>
      </w:r>
    </w:p>
    <w:p w14:paraId="315E1C31" w14:textId="77777777" w:rsidR="007D7487" w:rsidRDefault="00E6407B">
      <w:pPr>
        <w:suppressLineNumbers/>
        <w:spacing w:before="100" w:after="100"/>
        <w:jc w:val="center"/>
      </w:pPr>
      <w:r>
        <w:rPr>
          <w:rFonts w:cs="Times New Roman"/>
          <w:sz w:val="20"/>
        </w:rPr>
        <w:t>* * *</w:t>
      </w:r>
    </w:p>
    <w:p w14:paraId="026C5746" w14:textId="77777777" w:rsidR="007D7487" w:rsidRDefault="00E6407B">
      <w:pPr>
        <w:ind w:firstLine="288"/>
      </w:pPr>
      <w:r>
        <w:rPr>
          <w:rFonts w:cs="Times New Roman"/>
        </w:rPr>
        <w:t>The lake darkened.</w:t>
      </w:r>
    </w:p>
    <w:p w14:paraId="115CD93F" w14:textId="77777777" w:rsidR="007D7487" w:rsidRDefault="00E6407B">
      <w:pPr>
        <w:ind w:firstLine="288"/>
      </w:pPr>
      <w:r>
        <w:rPr>
          <w:rFonts w:cs="Times New Roman"/>
        </w:rPr>
        <w:t>The work took over.</w:t>
      </w:r>
    </w:p>
    <w:p w14:paraId="3206FDF0" w14:textId="77777777" w:rsidR="007D7487" w:rsidRDefault="00E6407B">
      <w:pPr>
        <w:ind w:firstLine="288"/>
      </w:pPr>
      <w:r>
        <w:rPr>
          <w:rFonts w:cs="Times New Roman"/>
        </w:rPr>
        <w:t>Hands remembered before thought had to.</w:t>
      </w:r>
    </w:p>
    <w:p w14:paraId="5148A592" w14:textId="77777777" w:rsidR="007D7487" w:rsidRDefault="00E6407B">
      <w:pPr>
        <w:ind w:firstLine="288"/>
      </w:pPr>
      <w:r>
        <w:rPr>
          <w:rFonts w:cs="Times New Roman"/>
        </w:rPr>
        <w:t>Rope.</w:t>
      </w:r>
    </w:p>
    <w:p w14:paraId="6B04B385" w14:textId="77777777" w:rsidR="007D7487" w:rsidRDefault="00E6407B">
      <w:pPr>
        <w:ind w:firstLine="288"/>
      </w:pPr>
      <w:r>
        <w:rPr>
          <w:rFonts w:cs="Times New Roman"/>
        </w:rPr>
        <w:t>Net.</w:t>
      </w:r>
    </w:p>
    <w:p w14:paraId="2E67DB38" w14:textId="77777777" w:rsidR="007D7487" w:rsidRDefault="00E6407B">
      <w:pPr>
        <w:ind w:firstLine="288"/>
      </w:pPr>
      <w:r>
        <w:rPr>
          <w:rFonts w:cs="Times New Roman"/>
        </w:rPr>
        <w:t>Weight.</w:t>
      </w:r>
    </w:p>
    <w:p w14:paraId="6151CE61" w14:textId="77777777" w:rsidR="007D7487" w:rsidRDefault="00E6407B">
      <w:pPr>
        <w:ind w:firstLine="288"/>
      </w:pPr>
      <w:r>
        <w:rPr>
          <w:rFonts w:cs="Times New Roman"/>
        </w:rPr>
        <w:t>Balance.</w:t>
      </w:r>
    </w:p>
    <w:p w14:paraId="1A6753AE" w14:textId="77777777" w:rsidR="007D7487" w:rsidRDefault="00E6407B">
      <w:pPr>
        <w:ind w:firstLine="288"/>
      </w:pPr>
      <w:r>
        <w:rPr>
          <w:rFonts w:cs="Times New Roman"/>
        </w:rPr>
        <w:lastRenderedPageBreak/>
        <w:t>The changing feel of water beneath the boat.</w:t>
      </w:r>
    </w:p>
    <w:p w14:paraId="0901F808" w14:textId="77777777" w:rsidR="007D7487" w:rsidRDefault="00E6407B">
      <w:pPr>
        <w:ind w:firstLine="288"/>
      </w:pPr>
      <w:r>
        <w:rPr>
          <w:rFonts w:cs="Times New Roman"/>
        </w:rPr>
        <w:t>Cast.</w:t>
      </w:r>
    </w:p>
    <w:p w14:paraId="2B94F8C4" w14:textId="77777777" w:rsidR="007D7487" w:rsidRDefault="00E6407B">
      <w:pPr>
        <w:ind w:firstLine="288"/>
      </w:pPr>
      <w:r>
        <w:rPr>
          <w:rFonts w:cs="Times New Roman"/>
        </w:rPr>
        <w:t>Wait.</w:t>
      </w:r>
    </w:p>
    <w:p w14:paraId="0D1830FA" w14:textId="77777777" w:rsidR="007D7487" w:rsidRDefault="00E6407B">
      <w:pPr>
        <w:ind w:firstLine="288"/>
      </w:pPr>
      <w:r>
        <w:rPr>
          <w:rFonts w:cs="Times New Roman"/>
        </w:rPr>
        <w:t>Pull.</w:t>
      </w:r>
    </w:p>
    <w:p w14:paraId="741B9C04" w14:textId="77777777" w:rsidR="007D7487" w:rsidRDefault="00E6407B">
      <w:pPr>
        <w:ind w:firstLine="288"/>
      </w:pPr>
      <w:r>
        <w:rPr>
          <w:rFonts w:cs="Times New Roman"/>
        </w:rPr>
        <w:t>Nothing.</w:t>
      </w:r>
    </w:p>
    <w:p w14:paraId="623D444E" w14:textId="77777777" w:rsidR="007D7487" w:rsidRDefault="00E6407B">
      <w:pPr>
        <w:ind w:firstLine="288"/>
      </w:pPr>
      <w:r>
        <w:rPr>
          <w:rFonts w:cs="Times New Roman"/>
        </w:rPr>
        <w:t>Reset.</w:t>
      </w:r>
    </w:p>
    <w:p w14:paraId="6372521B" w14:textId="77777777" w:rsidR="007D7487" w:rsidRDefault="00E6407B">
      <w:pPr>
        <w:ind w:firstLine="288"/>
      </w:pPr>
      <w:r>
        <w:rPr>
          <w:rFonts w:cs="Times New Roman"/>
        </w:rPr>
        <w:t>Again.</w:t>
      </w:r>
    </w:p>
    <w:p w14:paraId="33C4B39F" w14:textId="77777777" w:rsidR="007D7487" w:rsidRDefault="00E6407B">
      <w:pPr>
        <w:ind w:firstLine="288"/>
      </w:pPr>
      <w:r>
        <w:rPr>
          <w:rFonts w:cs="Times New Roman"/>
        </w:rPr>
        <w:t>Nothing.</w:t>
      </w:r>
    </w:p>
    <w:p w14:paraId="1C2B9E20" w14:textId="77777777" w:rsidR="007D7487" w:rsidRDefault="00E6407B">
      <w:pPr>
        <w:ind w:firstLine="288"/>
      </w:pPr>
      <w:r>
        <w:rPr>
          <w:rFonts w:cs="Times New Roman"/>
        </w:rPr>
        <w:t>Peter's irritation grew with each empty net.</w:t>
      </w:r>
    </w:p>
    <w:p w14:paraId="505DF06A" w14:textId="77777777" w:rsidR="007D7487" w:rsidRDefault="00E6407B">
      <w:pPr>
        <w:ind w:firstLine="288"/>
      </w:pPr>
      <w:r>
        <w:rPr>
          <w:rFonts w:cs="Times New Roman"/>
        </w:rPr>
        <w:t>John found it strangely comforting.</w:t>
      </w:r>
    </w:p>
    <w:p w14:paraId="3EDCF497" w14:textId="77777777" w:rsidR="007D7487" w:rsidRDefault="00E6407B">
      <w:pPr>
        <w:ind w:firstLine="288"/>
      </w:pPr>
      <w:r>
        <w:rPr>
          <w:rFonts w:cs="Times New Roman"/>
        </w:rPr>
        <w:t>A frustrated Peter in a boat felt familiar.</w:t>
      </w:r>
    </w:p>
    <w:p w14:paraId="3DA015C7" w14:textId="77777777" w:rsidR="007D7487" w:rsidRDefault="00E6407B">
      <w:pPr>
        <w:ind w:firstLine="288"/>
      </w:pPr>
      <w:r>
        <w:rPr>
          <w:rFonts w:cs="Times New Roman"/>
        </w:rPr>
        <w:t>By the middle of the night Peter had stopped making theological observations.</w:t>
      </w:r>
    </w:p>
    <w:p w14:paraId="417053BA" w14:textId="77777777" w:rsidR="007D7487" w:rsidRDefault="00E6407B">
      <w:pPr>
        <w:ind w:firstLine="288"/>
      </w:pPr>
      <w:r>
        <w:rPr>
          <w:rFonts w:cs="Times New Roman"/>
        </w:rPr>
        <w:t>By morning he had stopped making polite ones.</w:t>
      </w:r>
    </w:p>
    <w:p w14:paraId="0D48D7A5" w14:textId="77777777" w:rsidR="007D7487" w:rsidRDefault="00E6407B">
      <w:pPr>
        <w:ind w:firstLine="288"/>
      </w:pPr>
      <w:r>
        <w:rPr>
          <w:rFonts w:cs="Times New Roman"/>
        </w:rPr>
        <w:t>The eastern sky began to brighten.</w:t>
      </w:r>
    </w:p>
    <w:p w14:paraId="3E859CF3" w14:textId="77777777" w:rsidR="007D7487" w:rsidRDefault="00E6407B">
      <w:pPr>
        <w:ind w:firstLine="288"/>
      </w:pPr>
      <w:r>
        <w:rPr>
          <w:rFonts w:cs="Times New Roman"/>
        </w:rPr>
        <w:t>A figure stood on the shore.</w:t>
      </w:r>
    </w:p>
    <w:p w14:paraId="26E2DF1C" w14:textId="77777777" w:rsidR="007D7487" w:rsidRDefault="00E6407B">
      <w:pPr>
        <w:ind w:firstLine="288"/>
      </w:pPr>
      <w:r>
        <w:rPr>
          <w:rFonts w:cs="Times New Roman"/>
        </w:rPr>
        <w:t>At that distance they could not make out His face.</w:t>
      </w:r>
    </w:p>
    <w:p w14:paraId="6895FDED" w14:textId="77777777" w:rsidR="007D7487" w:rsidRDefault="00E6407B">
      <w:pPr>
        <w:ind w:firstLine="288"/>
      </w:pPr>
      <w:r>
        <w:rPr>
          <w:rFonts w:cs="Times New Roman"/>
        </w:rPr>
        <w:t>A voice carried over the water.</w:t>
      </w:r>
    </w:p>
    <w:p w14:paraId="5D3B553F" w14:textId="77777777" w:rsidR="007D7487" w:rsidRDefault="00E6407B">
      <w:pPr>
        <w:ind w:firstLine="288"/>
      </w:pPr>
      <w:r>
        <w:rPr>
          <w:rFonts w:cs="Times New Roman"/>
        </w:rPr>
        <w:t>"Children, have ye any meat?"</w:t>
      </w:r>
    </w:p>
    <w:p w14:paraId="48423E28" w14:textId="77777777" w:rsidR="007D7487" w:rsidRDefault="00E6407B">
      <w:pPr>
        <w:ind w:firstLine="288"/>
      </w:pPr>
      <w:r>
        <w:rPr>
          <w:rFonts w:cs="Times New Roman"/>
        </w:rPr>
        <w:t>Peter muttered something.</w:t>
      </w:r>
    </w:p>
    <w:p w14:paraId="3057706E" w14:textId="77777777" w:rsidR="007D7487" w:rsidRDefault="00E6407B">
      <w:pPr>
        <w:ind w:firstLine="288"/>
      </w:pPr>
      <w:r>
        <w:rPr>
          <w:rFonts w:cs="Times New Roman"/>
        </w:rPr>
        <w:t>John turned toward him.</w:t>
      </w:r>
    </w:p>
    <w:p w14:paraId="2580F505" w14:textId="77777777" w:rsidR="007D7487" w:rsidRDefault="00E6407B">
      <w:pPr>
        <w:ind w:firstLine="288"/>
      </w:pPr>
      <w:r>
        <w:rPr>
          <w:rFonts w:cs="Times New Roman"/>
        </w:rPr>
        <w:t>"What?"</w:t>
      </w:r>
    </w:p>
    <w:p w14:paraId="5F44781D" w14:textId="77777777" w:rsidR="007D7487" w:rsidRDefault="00E6407B">
      <w:pPr>
        <w:ind w:firstLine="288"/>
      </w:pPr>
      <w:r>
        <w:rPr>
          <w:rFonts w:cs="Times New Roman"/>
        </w:rPr>
        <w:t>"Nothing worth preserving."</w:t>
      </w:r>
    </w:p>
    <w:p w14:paraId="60C0CC52" w14:textId="77777777" w:rsidR="007D7487" w:rsidRDefault="00E6407B">
      <w:pPr>
        <w:ind w:firstLine="288"/>
      </w:pPr>
      <w:r>
        <w:rPr>
          <w:rFonts w:cs="Times New Roman"/>
        </w:rPr>
        <w:t>They called back that they had caught nothing.</w:t>
      </w:r>
    </w:p>
    <w:p w14:paraId="5F6B532F" w14:textId="77777777" w:rsidR="007D7487" w:rsidRDefault="00E6407B">
      <w:pPr>
        <w:ind w:firstLine="288"/>
      </w:pPr>
      <w:r>
        <w:rPr>
          <w:rFonts w:cs="Times New Roman"/>
        </w:rPr>
        <w:t>The figure answered:</w:t>
      </w:r>
    </w:p>
    <w:p w14:paraId="33631368" w14:textId="77777777" w:rsidR="007D7487" w:rsidRDefault="00E6407B">
      <w:pPr>
        <w:ind w:firstLine="288"/>
      </w:pPr>
      <w:r>
        <w:rPr>
          <w:rFonts w:cs="Times New Roman"/>
        </w:rPr>
        <w:t>"Cast the net on the right side of the ship, and ye shall find."</w:t>
      </w:r>
    </w:p>
    <w:p w14:paraId="7AEC54BE" w14:textId="77777777" w:rsidR="007D7487" w:rsidRDefault="00E6407B">
      <w:pPr>
        <w:ind w:firstLine="288"/>
      </w:pPr>
      <w:r>
        <w:rPr>
          <w:rFonts w:cs="Times New Roman"/>
        </w:rPr>
        <w:t>Peter stared toward shore.</w:t>
      </w:r>
    </w:p>
    <w:p w14:paraId="577C06AA" w14:textId="77777777" w:rsidR="007D7487" w:rsidRDefault="00E6407B">
      <w:pPr>
        <w:ind w:firstLine="288"/>
      </w:pPr>
      <w:r>
        <w:rPr>
          <w:rFonts w:cs="Times New Roman"/>
        </w:rPr>
        <w:t>Then at John.</w:t>
      </w:r>
    </w:p>
    <w:p w14:paraId="4C189B86" w14:textId="77777777" w:rsidR="007D7487" w:rsidRDefault="00E6407B">
      <w:pPr>
        <w:ind w:firstLine="288"/>
      </w:pPr>
      <w:r>
        <w:rPr>
          <w:rFonts w:cs="Times New Roman"/>
        </w:rPr>
        <w:t>John shrugged.</w:t>
      </w:r>
    </w:p>
    <w:p w14:paraId="67132F81" w14:textId="77777777" w:rsidR="007D7487" w:rsidRDefault="00E6407B">
      <w:pPr>
        <w:ind w:firstLine="288"/>
      </w:pPr>
      <w:r>
        <w:rPr>
          <w:rFonts w:cs="Times New Roman"/>
        </w:rPr>
        <w:t>It was not as though their present method had produced anything.</w:t>
      </w:r>
    </w:p>
    <w:p w14:paraId="6612612C" w14:textId="77777777" w:rsidR="007D7487" w:rsidRDefault="00E6407B">
      <w:pPr>
        <w:ind w:firstLine="288"/>
      </w:pPr>
      <w:r>
        <w:rPr>
          <w:rFonts w:cs="Times New Roman"/>
        </w:rPr>
        <w:t>They cast.</w:t>
      </w:r>
    </w:p>
    <w:p w14:paraId="6A26B1BE" w14:textId="77777777" w:rsidR="007D7487" w:rsidRDefault="00E6407B">
      <w:pPr>
        <w:ind w:firstLine="288"/>
      </w:pPr>
      <w:r>
        <w:rPr>
          <w:rFonts w:cs="Times New Roman"/>
        </w:rPr>
        <w:t>The water came alive.</w:t>
      </w:r>
    </w:p>
    <w:p w14:paraId="697DC147" w14:textId="77777777" w:rsidR="007D7487" w:rsidRDefault="00E6407B">
      <w:pPr>
        <w:ind w:firstLine="288"/>
      </w:pPr>
      <w:r>
        <w:rPr>
          <w:rFonts w:cs="Times New Roman"/>
        </w:rPr>
        <w:t>The net jerked hard enough to pull men off balance.</w:t>
      </w:r>
    </w:p>
    <w:p w14:paraId="186CB948" w14:textId="77777777" w:rsidR="007D7487" w:rsidRDefault="00E6407B">
      <w:pPr>
        <w:ind w:firstLine="288"/>
      </w:pPr>
      <w:r>
        <w:rPr>
          <w:rFonts w:cs="Times New Roman"/>
        </w:rPr>
        <w:t>Fish struck against one another beneath the surface.</w:t>
      </w:r>
    </w:p>
    <w:p w14:paraId="1E0CB5A2" w14:textId="77777777" w:rsidR="007D7487" w:rsidRDefault="00E6407B">
      <w:pPr>
        <w:ind w:firstLine="288"/>
      </w:pPr>
      <w:r>
        <w:rPr>
          <w:rFonts w:cs="Times New Roman"/>
        </w:rPr>
        <w:t>Hands grabbed rope.</w:t>
      </w:r>
    </w:p>
    <w:p w14:paraId="68A0BD59" w14:textId="77777777" w:rsidR="007D7487" w:rsidRDefault="00E6407B">
      <w:pPr>
        <w:ind w:firstLine="288"/>
      </w:pPr>
      <w:r>
        <w:rPr>
          <w:rFonts w:cs="Times New Roman"/>
        </w:rPr>
        <w:t>The familiar work suddenly became impossible work.</w:t>
      </w:r>
    </w:p>
    <w:p w14:paraId="798CF3B1" w14:textId="77777777" w:rsidR="007D7487" w:rsidRDefault="00E6407B">
      <w:pPr>
        <w:ind w:firstLine="288"/>
      </w:pPr>
      <w:r>
        <w:rPr>
          <w:rFonts w:cs="Times New Roman"/>
        </w:rPr>
        <w:t>Too much weight.</w:t>
      </w:r>
    </w:p>
    <w:p w14:paraId="2F6DD0E0" w14:textId="77777777" w:rsidR="007D7487" w:rsidRDefault="00E6407B">
      <w:pPr>
        <w:ind w:firstLine="288"/>
      </w:pPr>
      <w:r>
        <w:rPr>
          <w:rFonts w:cs="Times New Roman"/>
        </w:rPr>
        <w:t>Too many fish.</w:t>
      </w:r>
    </w:p>
    <w:p w14:paraId="22F2F9B8" w14:textId="77777777" w:rsidR="007D7487" w:rsidRDefault="00E6407B">
      <w:pPr>
        <w:ind w:firstLine="288"/>
      </w:pPr>
      <w:r>
        <w:rPr>
          <w:rFonts w:cs="Times New Roman"/>
        </w:rPr>
        <w:t>John froze.</w:t>
      </w:r>
    </w:p>
    <w:p w14:paraId="5E62C13D" w14:textId="77777777" w:rsidR="007D7487" w:rsidRDefault="00E6407B">
      <w:pPr>
        <w:ind w:firstLine="288"/>
      </w:pPr>
      <w:r>
        <w:rPr>
          <w:rFonts w:cs="Times New Roman"/>
        </w:rPr>
        <w:lastRenderedPageBreak/>
        <w:t>A command from shore.</w:t>
      </w:r>
    </w:p>
    <w:p w14:paraId="0D9C203F" w14:textId="77777777" w:rsidR="007D7487" w:rsidRDefault="00E6407B">
      <w:pPr>
        <w:ind w:firstLine="288"/>
      </w:pPr>
      <w:r>
        <w:rPr>
          <w:rFonts w:cs="Times New Roman"/>
        </w:rPr>
        <w:t>An impossible catch.</w:t>
      </w:r>
    </w:p>
    <w:p w14:paraId="398DD79F" w14:textId="77777777" w:rsidR="007D7487" w:rsidRDefault="00E6407B">
      <w:pPr>
        <w:ind w:firstLine="288"/>
      </w:pPr>
      <w:r>
        <w:rPr>
          <w:rFonts w:cs="Times New Roman"/>
        </w:rPr>
        <w:t>A memory from years earlier.</w:t>
      </w:r>
    </w:p>
    <w:p w14:paraId="1195B439" w14:textId="77777777" w:rsidR="007D7487" w:rsidRDefault="00E6407B">
      <w:pPr>
        <w:ind w:firstLine="288"/>
      </w:pPr>
      <w:r>
        <w:rPr>
          <w:rFonts w:cs="Times New Roman"/>
        </w:rPr>
        <w:t>Another impossible catch.</w:t>
      </w:r>
    </w:p>
    <w:p w14:paraId="372FB0CB" w14:textId="77777777" w:rsidR="007D7487" w:rsidRDefault="00E6407B">
      <w:pPr>
        <w:ind w:firstLine="288"/>
      </w:pPr>
      <w:r>
        <w:rPr>
          <w:rFonts w:cs="Times New Roman"/>
        </w:rPr>
        <w:t>Another command that made little practical sense until the net answered it.</w:t>
      </w:r>
    </w:p>
    <w:p w14:paraId="3B9E3D87" w14:textId="77777777" w:rsidR="007D7487" w:rsidRDefault="00E6407B">
      <w:pPr>
        <w:ind w:firstLine="288"/>
      </w:pPr>
      <w:r>
        <w:rPr>
          <w:rFonts w:cs="Times New Roman"/>
        </w:rPr>
        <w:t>John did not need the two scenes to be identical.</w:t>
      </w:r>
    </w:p>
    <w:p w14:paraId="40AB3F75" w14:textId="77777777" w:rsidR="007D7487" w:rsidRDefault="00E6407B">
      <w:pPr>
        <w:ind w:firstLine="288"/>
      </w:pPr>
      <w:r>
        <w:rPr>
          <w:rFonts w:cs="Times New Roman"/>
        </w:rPr>
        <w:t>The resemblance was enough to wake recognition.</w:t>
      </w:r>
    </w:p>
    <w:p w14:paraId="04AE3610" w14:textId="77777777" w:rsidR="007D7487" w:rsidRDefault="00E6407B">
      <w:pPr>
        <w:ind w:firstLine="288"/>
      </w:pPr>
      <w:r>
        <w:rPr>
          <w:rFonts w:cs="Times New Roman"/>
        </w:rPr>
        <w:t>Not identical.</w:t>
      </w:r>
    </w:p>
    <w:p w14:paraId="2A5CAD06" w14:textId="77777777" w:rsidR="007D7487" w:rsidRDefault="00E6407B">
      <w:pPr>
        <w:ind w:firstLine="288"/>
      </w:pPr>
      <w:r>
        <w:rPr>
          <w:rFonts w:cs="Times New Roman"/>
        </w:rPr>
        <w:t>Enough.</w:t>
      </w:r>
    </w:p>
    <w:p w14:paraId="40669546" w14:textId="77777777" w:rsidR="007D7487" w:rsidRDefault="00E6407B">
      <w:pPr>
        <w:ind w:firstLine="288"/>
      </w:pPr>
      <w:r>
        <w:rPr>
          <w:rFonts w:cs="Times New Roman"/>
        </w:rPr>
        <w:t>He looked toward the figure.</w:t>
      </w:r>
    </w:p>
    <w:p w14:paraId="3A796CF5" w14:textId="77777777" w:rsidR="007D7487" w:rsidRDefault="00E6407B">
      <w:pPr>
        <w:ind w:firstLine="288"/>
      </w:pPr>
      <w:r>
        <w:rPr>
          <w:rFonts w:cs="Times New Roman"/>
        </w:rPr>
        <w:t>Recognition came all at once.</w:t>
      </w:r>
    </w:p>
    <w:p w14:paraId="5F55B444" w14:textId="77777777" w:rsidR="007D7487" w:rsidRDefault="00E6407B">
      <w:pPr>
        <w:ind w:firstLine="288"/>
      </w:pPr>
      <w:r>
        <w:rPr>
          <w:rFonts w:cs="Times New Roman"/>
        </w:rPr>
        <w:t>"It is the Lord."</w:t>
      </w:r>
    </w:p>
    <w:p w14:paraId="75F1768E" w14:textId="77777777" w:rsidR="007D7487" w:rsidRDefault="00E6407B">
      <w:pPr>
        <w:ind w:firstLine="288"/>
      </w:pPr>
      <w:r>
        <w:rPr>
          <w:rFonts w:cs="Times New Roman"/>
        </w:rPr>
        <w:t>Peter did not ask how John knew.</w:t>
      </w:r>
    </w:p>
    <w:p w14:paraId="4B5E2E54" w14:textId="77777777" w:rsidR="007D7487" w:rsidRDefault="00E6407B">
      <w:pPr>
        <w:ind w:firstLine="288"/>
      </w:pPr>
      <w:r>
        <w:rPr>
          <w:rFonts w:cs="Times New Roman"/>
        </w:rPr>
        <w:t>He grabbed his outer garment, secured it around himself, and went over the side.</w:t>
      </w:r>
    </w:p>
    <w:p w14:paraId="77243962" w14:textId="77777777" w:rsidR="007D7487" w:rsidRDefault="00E6407B">
      <w:pPr>
        <w:ind w:firstLine="288"/>
      </w:pPr>
      <w:r>
        <w:rPr>
          <w:rFonts w:cs="Times New Roman"/>
        </w:rPr>
        <w:t>John burst out laughing.</w:t>
      </w:r>
    </w:p>
    <w:p w14:paraId="43BA61E2" w14:textId="77777777" w:rsidR="007D7487" w:rsidRDefault="00E6407B">
      <w:pPr>
        <w:ind w:firstLine="288"/>
      </w:pPr>
      <w:r>
        <w:rPr>
          <w:rFonts w:cs="Times New Roman"/>
        </w:rPr>
        <w:t>"Peter!"</w:t>
      </w:r>
    </w:p>
    <w:p w14:paraId="6049E98D" w14:textId="77777777" w:rsidR="007D7487" w:rsidRDefault="00E6407B">
      <w:pPr>
        <w:ind w:firstLine="288"/>
      </w:pPr>
      <w:r>
        <w:rPr>
          <w:rFonts w:cs="Times New Roman"/>
        </w:rPr>
        <w:t>Peter was already swimming.</w:t>
      </w:r>
    </w:p>
    <w:p w14:paraId="0E91A6E2" w14:textId="77777777" w:rsidR="007D7487" w:rsidRDefault="00E6407B">
      <w:pPr>
        <w:ind w:firstLine="288"/>
      </w:pPr>
      <w:r>
        <w:rPr>
          <w:rFonts w:cs="Times New Roman"/>
        </w:rPr>
        <w:t>Thomas stared after him.</w:t>
      </w:r>
    </w:p>
    <w:p w14:paraId="04BBEBB8" w14:textId="77777777" w:rsidR="007D7487" w:rsidRDefault="00E6407B">
      <w:pPr>
        <w:ind w:firstLine="288"/>
      </w:pPr>
      <w:r>
        <w:rPr>
          <w:rFonts w:cs="Times New Roman"/>
        </w:rPr>
        <w:t>"Was that necessary?"</w:t>
      </w:r>
    </w:p>
    <w:p w14:paraId="384EAD7D" w14:textId="77777777" w:rsidR="007D7487" w:rsidRDefault="00E6407B">
      <w:pPr>
        <w:ind w:firstLine="288"/>
      </w:pPr>
      <w:r>
        <w:rPr>
          <w:rFonts w:cs="Times New Roman"/>
        </w:rPr>
        <w:t>John watched Peter attack the water as though the boat had personally offended him by remaining too far from shore.</w:t>
      </w:r>
    </w:p>
    <w:p w14:paraId="3D625E5D" w14:textId="77777777" w:rsidR="007D7487" w:rsidRDefault="00E6407B">
      <w:pPr>
        <w:ind w:firstLine="288"/>
      </w:pPr>
      <w:r>
        <w:rPr>
          <w:rFonts w:cs="Times New Roman"/>
        </w:rPr>
        <w:t>"For Peter?"</w:t>
      </w:r>
    </w:p>
    <w:p w14:paraId="01CAFA58" w14:textId="77777777" w:rsidR="007D7487" w:rsidRDefault="00E6407B">
      <w:pPr>
        <w:ind w:firstLine="288"/>
      </w:pPr>
      <w:r>
        <w:rPr>
          <w:rFonts w:cs="Times New Roman"/>
        </w:rPr>
        <w:t>Thomas considered.</w:t>
      </w:r>
    </w:p>
    <w:p w14:paraId="62F2AC4D" w14:textId="77777777" w:rsidR="007D7487" w:rsidRDefault="00E6407B">
      <w:pPr>
        <w:ind w:firstLine="288"/>
      </w:pPr>
      <w:r>
        <w:rPr>
          <w:rFonts w:cs="Times New Roman"/>
        </w:rPr>
        <w:t>"Yes."</w:t>
      </w:r>
    </w:p>
    <w:p w14:paraId="12C8F7DE" w14:textId="77777777" w:rsidR="007D7487" w:rsidRDefault="00E6407B">
      <w:pPr>
        <w:ind w:firstLine="288"/>
      </w:pPr>
      <w:r>
        <w:rPr>
          <w:rFonts w:cs="Times New Roman"/>
        </w:rPr>
        <w:t>They dragged the net behind the boat.</w:t>
      </w:r>
    </w:p>
    <w:p w14:paraId="42D9CDB9" w14:textId="77777777" w:rsidR="007D7487" w:rsidRDefault="00E6407B">
      <w:pPr>
        <w:ind w:firstLine="288"/>
      </w:pPr>
      <w:r>
        <w:rPr>
          <w:rFonts w:cs="Times New Roman"/>
        </w:rPr>
        <w:t>By the time they reached land, Peter was already near Jesus.</w:t>
      </w:r>
    </w:p>
    <w:p w14:paraId="38B61663" w14:textId="77777777" w:rsidR="007D7487" w:rsidRDefault="00E6407B">
      <w:pPr>
        <w:ind w:firstLine="288"/>
      </w:pPr>
      <w:r>
        <w:rPr>
          <w:rFonts w:cs="Times New Roman"/>
        </w:rPr>
        <w:t>John stepped out.</w:t>
      </w:r>
    </w:p>
    <w:p w14:paraId="3C85A82F" w14:textId="77777777" w:rsidR="007D7487" w:rsidRDefault="00E6407B">
      <w:pPr>
        <w:ind w:firstLine="288"/>
      </w:pPr>
      <w:r>
        <w:rPr>
          <w:rFonts w:cs="Times New Roman"/>
        </w:rPr>
        <w:t>Then stopped.</w:t>
      </w:r>
    </w:p>
    <w:p w14:paraId="6E91F334" w14:textId="77777777" w:rsidR="007D7487" w:rsidRDefault="00E6407B">
      <w:pPr>
        <w:ind w:firstLine="288"/>
      </w:pPr>
      <w:r>
        <w:rPr>
          <w:rFonts w:cs="Times New Roman"/>
        </w:rPr>
        <w:t>Charcoal.</w:t>
      </w:r>
    </w:p>
    <w:p w14:paraId="702C13D0" w14:textId="77777777" w:rsidR="007D7487" w:rsidRDefault="00E6407B">
      <w:pPr>
        <w:ind w:firstLine="288"/>
      </w:pPr>
      <w:r>
        <w:rPr>
          <w:rFonts w:cs="Times New Roman"/>
        </w:rPr>
        <w:t>The smell reached him before the whole scene did.</w:t>
      </w:r>
    </w:p>
    <w:p w14:paraId="66011190" w14:textId="77777777" w:rsidR="007D7487" w:rsidRDefault="00E6407B">
      <w:pPr>
        <w:ind w:firstLine="288"/>
      </w:pPr>
      <w:r>
        <w:rPr>
          <w:rFonts w:cs="Times New Roman"/>
        </w:rPr>
        <w:t>A small fire.</w:t>
      </w:r>
    </w:p>
    <w:p w14:paraId="520BBD05" w14:textId="77777777" w:rsidR="007D7487" w:rsidRDefault="00E6407B">
      <w:pPr>
        <w:ind w:firstLine="288"/>
      </w:pPr>
      <w:r>
        <w:rPr>
          <w:rFonts w:cs="Times New Roman"/>
        </w:rPr>
        <w:t>Fish.</w:t>
      </w:r>
    </w:p>
    <w:p w14:paraId="275F3E63" w14:textId="77777777" w:rsidR="007D7487" w:rsidRDefault="00E6407B">
      <w:pPr>
        <w:ind w:firstLine="288"/>
      </w:pPr>
      <w:r>
        <w:rPr>
          <w:rFonts w:cs="Times New Roman"/>
        </w:rPr>
        <w:t>Bread.</w:t>
      </w:r>
    </w:p>
    <w:p w14:paraId="0BE92014" w14:textId="77777777" w:rsidR="007D7487" w:rsidRDefault="00E6407B">
      <w:pPr>
        <w:ind w:firstLine="288"/>
      </w:pPr>
      <w:r>
        <w:rPr>
          <w:rFonts w:cs="Times New Roman"/>
        </w:rPr>
        <w:t>Morning air.</w:t>
      </w:r>
    </w:p>
    <w:p w14:paraId="09805704" w14:textId="77777777" w:rsidR="007D7487" w:rsidRDefault="00E6407B">
      <w:pPr>
        <w:ind w:firstLine="288"/>
      </w:pPr>
      <w:r>
        <w:rPr>
          <w:rFonts w:cs="Times New Roman"/>
        </w:rPr>
        <w:t>And charcoal.</w:t>
      </w:r>
    </w:p>
    <w:p w14:paraId="1B96ED54" w14:textId="77777777" w:rsidR="007D7487" w:rsidRDefault="00E6407B">
      <w:pPr>
        <w:ind w:firstLine="288"/>
      </w:pPr>
      <w:r>
        <w:rPr>
          <w:rFonts w:cs="Times New Roman"/>
        </w:rPr>
        <w:t>John knew the smell before he needed a word for it.</w:t>
      </w:r>
    </w:p>
    <w:p w14:paraId="081B5DD3" w14:textId="77777777" w:rsidR="007D7487" w:rsidRDefault="00E6407B">
      <w:pPr>
        <w:ind w:firstLine="288"/>
      </w:pPr>
      <w:r>
        <w:rPr>
          <w:rFonts w:cs="Times New Roman"/>
        </w:rPr>
        <w:t>The same kind of charcoal fire had burned in the high priest's courtyard.</w:t>
      </w:r>
    </w:p>
    <w:p w14:paraId="1CEB24DF" w14:textId="77777777" w:rsidR="007D7487" w:rsidRDefault="00E6407B">
      <w:pPr>
        <w:ind w:firstLine="288"/>
      </w:pPr>
      <w:r>
        <w:rPr>
          <w:rFonts w:cs="Times New Roman"/>
        </w:rPr>
        <w:lastRenderedPageBreak/>
        <w:t>John did not need to explain the correspondence. The two charcoal fires stood in memory together.</w:t>
      </w:r>
    </w:p>
    <w:p w14:paraId="03F241DA" w14:textId="77777777" w:rsidR="007D7487" w:rsidRDefault="00E6407B">
      <w:pPr>
        <w:ind w:firstLine="288"/>
      </w:pPr>
      <w:r>
        <w:rPr>
          <w:rFonts w:cs="Times New Roman"/>
        </w:rPr>
        <w:t>John looked toward Peter.</w:t>
      </w:r>
    </w:p>
    <w:p w14:paraId="7FD4FC91" w14:textId="77777777" w:rsidR="007D7487" w:rsidRDefault="00E6407B">
      <w:pPr>
        <w:ind w:firstLine="288"/>
      </w:pPr>
      <w:r>
        <w:rPr>
          <w:rFonts w:cs="Times New Roman"/>
        </w:rPr>
        <w:t>Peter had smelled it too.</w:t>
      </w:r>
    </w:p>
    <w:p w14:paraId="28EA459B" w14:textId="77777777" w:rsidR="007D7487" w:rsidRDefault="00E6407B">
      <w:pPr>
        <w:ind w:firstLine="288"/>
      </w:pPr>
      <w:r>
        <w:rPr>
          <w:rFonts w:cs="Times New Roman"/>
        </w:rPr>
        <w:t>The change in him was immediate.</w:t>
      </w:r>
    </w:p>
    <w:p w14:paraId="3E7D19C2" w14:textId="77777777" w:rsidR="007D7487" w:rsidRDefault="00E6407B">
      <w:pPr>
        <w:ind w:firstLine="288"/>
      </w:pPr>
      <w:r>
        <w:rPr>
          <w:rFonts w:cs="Times New Roman"/>
        </w:rPr>
        <w:t>His shoulders stopped.</w:t>
      </w:r>
    </w:p>
    <w:p w14:paraId="60520822" w14:textId="77777777" w:rsidR="007D7487" w:rsidRDefault="00E6407B">
      <w:pPr>
        <w:ind w:firstLine="288"/>
      </w:pPr>
      <w:r>
        <w:rPr>
          <w:rFonts w:cs="Times New Roman"/>
        </w:rPr>
        <w:t>His breath caught.</w:t>
      </w:r>
    </w:p>
    <w:p w14:paraId="460EE654" w14:textId="77777777" w:rsidR="007D7487" w:rsidRDefault="00E6407B">
      <w:pPr>
        <w:ind w:firstLine="288"/>
      </w:pPr>
      <w:r>
        <w:rPr>
          <w:rFonts w:cs="Times New Roman"/>
        </w:rPr>
        <w:t>Another charcoal fire.</w:t>
      </w:r>
    </w:p>
    <w:p w14:paraId="44A70686" w14:textId="77777777" w:rsidR="007D7487" w:rsidRDefault="00E6407B">
      <w:pPr>
        <w:ind w:firstLine="288"/>
      </w:pPr>
      <w:r>
        <w:rPr>
          <w:rFonts w:cs="Times New Roman"/>
        </w:rPr>
        <w:t>Another night.</w:t>
      </w:r>
    </w:p>
    <w:p w14:paraId="56B20CA2" w14:textId="77777777" w:rsidR="007D7487" w:rsidRDefault="00E6407B">
      <w:pPr>
        <w:ind w:firstLine="288"/>
      </w:pPr>
      <w:r>
        <w:rPr>
          <w:rFonts w:cs="Times New Roman"/>
        </w:rPr>
        <w:t>A courtyard.</w:t>
      </w:r>
    </w:p>
    <w:p w14:paraId="079B8769" w14:textId="77777777" w:rsidR="007D7487" w:rsidRDefault="00E6407B">
      <w:pPr>
        <w:ind w:firstLine="288"/>
      </w:pPr>
      <w:r>
        <w:rPr>
          <w:rFonts w:cs="Times New Roman"/>
        </w:rPr>
        <w:t>A servant girl.</w:t>
      </w:r>
    </w:p>
    <w:p w14:paraId="74A6717A" w14:textId="77777777" w:rsidR="007D7487" w:rsidRDefault="00E6407B">
      <w:pPr>
        <w:ind w:firstLine="288"/>
      </w:pPr>
      <w:r>
        <w:rPr>
          <w:rFonts w:cs="Times New Roman"/>
        </w:rPr>
        <w:t>Questions.</w:t>
      </w:r>
    </w:p>
    <w:p w14:paraId="305C4736" w14:textId="77777777" w:rsidR="007D7487" w:rsidRDefault="00E6407B">
      <w:pPr>
        <w:ind w:firstLine="288"/>
      </w:pPr>
      <w:r>
        <w:rPr>
          <w:rFonts w:cs="Times New Roman"/>
        </w:rPr>
        <w:t>Denials.</w:t>
      </w:r>
    </w:p>
    <w:p w14:paraId="5F24C00D" w14:textId="77777777" w:rsidR="007D7487" w:rsidRDefault="00E6407B">
      <w:pPr>
        <w:ind w:firstLine="288"/>
      </w:pPr>
      <w:r>
        <w:rPr>
          <w:rFonts w:cs="Times New Roman"/>
        </w:rPr>
        <w:t>"I know not the man."</w:t>
      </w:r>
    </w:p>
    <w:p w14:paraId="1FE89FF8" w14:textId="77777777" w:rsidR="007D7487" w:rsidRDefault="00E6407B">
      <w:pPr>
        <w:ind w:firstLine="288"/>
      </w:pPr>
      <w:r>
        <w:rPr>
          <w:rFonts w:cs="Times New Roman"/>
        </w:rPr>
        <w:t>John had not heard every word from where he had been, but everyone knew enough now.</w:t>
      </w:r>
    </w:p>
    <w:p w14:paraId="3A4DC07D" w14:textId="77777777" w:rsidR="007D7487" w:rsidRDefault="00E6407B">
      <w:pPr>
        <w:ind w:firstLine="288"/>
      </w:pPr>
      <w:r>
        <w:rPr>
          <w:rFonts w:cs="Times New Roman"/>
        </w:rPr>
        <w:t>Peter stood in morning light beside the risen Jesus and smelled the night in which he had failed Him.</w:t>
      </w:r>
    </w:p>
    <w:p w14:paraId="53DE5B9E" w14:textId="77777777" w:rsidR="007D7487" w:rsidRDefault="00E6407B">
      <w:pPr>
        <w:ind w:firstLine="288"/>
      </w:pPr>
      <w:r>
        <w:rPr>
          <w:rFonts w:cs="Times New Roman"/>
        </w:rPr>
        <w:t>Jesus did not begin with accusation.</w:t>
      </w:r>
    </w:p>
    <w:p w14:paraId="146D9EEF" w14:textId="77777777" w:rsidR="007D7487" w:rsidRDefault="00E6407B">
      <w:pPr>
        <w:ind w:firstLine="288"/>
      </w:pPr>
      <w:r>
        <w:rPr>
          <w:rFonts w:cs="Times New Roman"/>
        </w:rPr>
        <w:t>He fed them.</w:t>
      </w:r>
    </w:p>
    <w:p w14:paraId="4C76E4D4" w14:textId="77777777" w:rsidR="007D7487" w:rsidRDefault="00E6407B">
      <w:pPr>
        <w:ind w:firstLine="288"/>
      </w:pPr>
      <w:r>
        <w:rPr>
          <w:rFonts w:cs="Times New Roman"/>
        </w:rPr>
        <w:t>"Come and dine."</w:t>
      </w:r>
    </w:p>
    <w:p w14:paraId="08358717" w14:textId="77777777" w:rsidR="007D7487" w:rsidRDefault="00E6407B">
      <w:pPr>
        <w:ind w:firstLine="288"/>
      </w:pPr>
      <w:r>
        <w:rPr>
          <w:rFonts w:cs="Times New Roman"/>
        </w:rPr>
        <w:t>No one asked who He was.</w:t>
      </w:r>
    </w:p>
    <w:p w14:paraId="088C2A51" w14:textId="77777777" w:rsidR="007D7487" w:rsidRDefault="00E6407B">
      <w:pPr>
        <w:ind w:firstLine="288"/>
      </w:pPr>
      <w:r>
        <w:rPr>
          <w:rFonts w:cs="Times New Roman"/>
        </w:rPr>
        <w:t>They knew.</w:t>
      </w:r>
    </w:p>
    <w:p w14:paraId="0440184E" w14:textId="77777777" w:rsidR="007D7487" w:rsidRDefault="00E6407B">
      <w:pPr>
        <w:ind w:firstLine="288"/>
      </w:pPr>
      <w:r>
        <w:rPr>
          <w:rFonts w:cs="Times New Roman"/>
        </w:rPr>
        <w:t>Bread passed from His hands.</w:t>
      </w:r>
    </w:p>
    <w:p w14:paraId="29F128A0" w14:textId="77777777" w:rsidR="007D7487" w:rsidRDefault="00E6407B">
      <w:pPr>
        <w:ind w:firstLine="288"/>
      </w:pPr>
      <w:r>
        <w:rPr>
          <w:rFonts w:cs="Times New Roman"/>
        </w:rPr>
        <w:t>Fish.</w:t>
      </w:r>
    </w:p>
    <w:p w14:paraId="23B0561F" w14:textId="77777777" w:rsidR="007D7487" w:rsidRDefault="00E6407B">
      <w:pPr>
        <w:ind w:firstLine="288"/>
      </w:pPr>
      <w:r>
        <w:rPr>
          <w:rFonts w:cs="Times New Roman"/>
        </w:rPr>
        <w:t>Warmth after a useless night.</w:t>
      </w:r>
    </w:p>
    <w:p w14:paraId="3EE4AE7D" w14:textId="77777777" w:rsidR="007D7487" w:rsidRDefault="00E6407B">
      <w:pPr>
        <w:ind w:firstLine="288"/>
      </w:pPr>
      <w:r>
        <w:rPr>
          <w:rFonts w:cs="Times New Roman"/>
        </w:rPr>
        <w:t>Peter tried to behave normally.</w:t>
      </w:r>
    </w:p>
    <w:p w14:paraId="6606D955" w14:textId="77777777" w:rsidR="007D7487" w:rsidRDefault="00E6407B">
      <w:pPr>
        <w:ind w:firstLine="288"/>
      </w:pPr>
      <w:r>
        <w:rPr>
          <w:rFonts w:cs="Times New Roman"/>
        </w:rPr>
        <w:t>John watched him try.</w:t>
      </w:r>
    </w:p>
    <w:p w14:paraId="2FCC8F9C" w14:textId="77777777" w:rsidR="007D7487" w:rsidRDefault="00E6407B">
      <w:pPr>
        <w:ind w:firstLine="288"/>
      </w:pPr>
      <w:r>
        <w:rPr>
          <w:rFonts w:cs="Times New Roman"/>
        </w:rPr>
        <w:t>The strong public posture returned.</w:t>
      </w:r>
    </w:p>
    <w:p w14:paraId="55AE2591" w14:textId="77777777" w:rsidR="007D7487" w:rsidRDefault="00E6407B">
      <w:pPr>
        <w:ind w:firstLine="288"/>
      </w:pPr>
      <w:r>
        <w:rPr>
          <w:rFonts w:cs="Times New Roman"/>
        </w:rPr>
        <w:t>Shoulders back.</w:t>
      </w:r>
    </w:p>
    <w:p w14:paraId="14E419F9" w14:textId="77777777" w:rsidR="007D7487" w:rsidRDefault="00E6407B">
      <w:pPr>
        <w:ind w:firstLine="288"/>
      </w:pPr>
      <w:r>
        <w:rPr>
          <w:rFonts w:cs="Times New Roman"/>
        </w:rPr>
        <w:t>Voice level.</w:t>
      </w:r>
    </w:p>
    <w:p w14:paraId="0DC52753" w14:textId="77777777" w:rsidR="007D7487" w:rsidRDefault="00E6407B">
      <w:pPr>
        <w:ind w:firstLine="288"/>
      </w:pPr>
      <w:r>
        <w:rPr>
          <w:rFonts w:cs="Times New Roman"/>
        </w:rPr>
        <w:t>Eyes moving anywhere except toward the fire for too long.</w:t>
      </w:r>
    </w:p>
    <w:p w14:paraId="5F8241AA" w14:textId="77777777" w:rsidR="007D7487" w:rsidRDefault="00E6407B">
      <w:pPr>
        <w:ind w:firstLine="288"/>
      </w:pPr>
      <w:r>
        <w:rPr>
          <w:rFonts w:cs="Times New Roman"/>
        </w:rPr>
        <w:t>Jesus let him eat.</w:t>
      </w:r>
    </w:p>
    <w:p w14:paraId="231DFE89" w14:textId="77777777" w:rsidR="007D7487" w:rsidRDefault="00E6407B">
      <w:pPr>
        <w:ind w:firstLine="288"/>
      </w:pPr>
      <w:r>
        <w:rPr>
          <w:rFonts w:cs="Times New Roman"/>
        </w:rPr>
        <w:t>Afterward He looked at Peter.</w:t>
      </w:r>
    </w:p>
    <w:p w14:paraId="50BA9733" w14:textId="77777777" w:rsidR="007D7487" w:rsidRDefault="00E6407B">
      <w:pPr>
        <w:ind w:firstLine="288"/>
      </w:pPr>
      <w:r>
        <w:rPr>
          <w:rFonts w:cs="Times New Roman"/>
        </w:rPr>
        <w:t>"Simon, son of Jonas, lovest thou me more than these?"</w:t>
      </w:r>
    </w:p>
    <w:p w14:paraId="214759AB" w14:textId="77777777" w:rsidR="007D7487" w:rsidRDefault="00E6407B">
      <w:pPr>
        <w:ind w:firstLine="288"/>
      </w:pPr>
      <w:r>
        <w:rPr>
          <w:rFonts w:cs="Times New Roman"/>
        </w:rPr>
        <w:t>Peter straightened as though someone had called him before an assembly.</w:t>
      </w:r>
    </w:p>
    <w:p w14:paraId="4947BC4D" w14:textId="77777777" w:rsidR="007D7487" w:rsidRDefault="00E6407B">
      <w:pPr>
        <w:ind w:firstLine="288"/>
      </w:pPr>
      <w:r>
        <w:rPr>
          <w:rFonts w:cs="Times New Roman"/>
        </w:rPr>
        <w:t>"Yea, Lord; thou knowest that I love thee."</w:t>
      </w:r>
    </w:p>
    <w:p w14:paraId="600FC53D" w14:textId="77777777" w:rsidR="007D7487" w:rsidRDefault="00E6407B">
      <w:pPr>
        <w:ind w:firstLine="288"/>
      </w:pPr>
      <w:r>
        <w:rPr>
          <w:rFonts w:cs="Times New Roman"/>
        </w:rPr>
        <w:t>"Feed my lambs."</w:t>
      </w:r>
    </w:p>
    <w:p w14:paraId="580EAB3F" w14:textId="77777777" w:rsidR="007D7487" w:rsidRDefault="00E6407B">
      <w:pPr>
        <w:ind w:firstLine="288"/>
      </w:pPr>
      <w:r>
        <w:rPr>
          <w:rFonts w:cs="Times New Roman"/>
        </w:rPr>
        <w:t>Peter nodded.</w:t>
      </w:r>
    </w:p>
    <w:p w14:paraId="45CC73EA" w14:textId="77777777" w:rsidR="007D7487" w:rsidRDefault="00E6407B">
      <w:pPr>
        <w:ind w:firstLine="288"/>
      </w:pPr>
      <w:r>
        <w:rPr>
          <w:rFonts w:cs="Times New Roman"/>
        </w:rPr>
        <w:lastRenderedPageBreak/>
        <w:t>The second question came.</w:t>
      </w:r>
    </w:p>
    <w:p w14:paraId="4F87C4A7" w14:textId="77777777" w:rsidR="007D7487" w:rsidRDefault="00E6407B">
      <w:pPr>
        <w:ind w:firstLine="288"/>
      </w:pPr>
      <w:r>
        <w:rPr>
          <w:rFonts w:cs="Times New Roman"/>
        </w:rPr>
        <w:t>"Simon, son of Jonas, lovest thou me?"</w:t>
      </w:r>
    </w:p>
    <w:p w14:paraId="2690230C" w14:textId="77777777" w:rsidR="007D7487" w:rsidRDefault="00E6407B">
      <w:pPr>
        <w:ind w:firstLine="288"/>
      </w:pPr>
      <w:r>
        <w:rPr>
          <w:rFonts w:cs="Times New Roman"/>
        </w:rPr>
        <w:t>The public voice remained, but it was thinner now.</w:t>
      </w:r>
    </w:p>
    <w:p w14:paraId="029D37D0" w14:textId="77777777" w:rsidR="007D7487" w:rsidRDefault="00E6407B">
      <w:pPr>
        <w:ind w:firstLine="288"/>
      </w:pPr>
      <w:r>
        <w:rPr>
          <w:rFonts w:cs="Times New Roman"/>
        </w:rPr>
        <w:t>"Yea, Lord; thou knowest that I love thee."</w:t>
      </w:r>
    </w:p>
    <w:p w14:paraId="6472DFBB" w14:textId="77777777" w:rsidR="007D7487" w:rsidRDefault="00E6407B">
      <w:pPr>
        <w:ind w:firstLine="288"/>
      </w:pPr>
      <w:r>
        <w:rPr>
          <w:rFonts w:cs="Times New Roman"/>
        </w:rPr>
        <w:t>"Feed my sheep."</w:t>
      </w:r>
    </w:p>
    <w:p w14:paraId="25FDF97B" w14:textId="77777777" w:rsidR="007D7487" w:rsidRDefault="00E6407B">
      <w:pPr>
        <w:ind w:firstLine="288"/>
      </w:pPr>
      <w:r>
        <w:rPr>
          <w:rFonts w:cs="Times New Roman"/>
        </w:rPr>
        <w:t>Peter swallowed.</w:t>
      </w:r>
    </w:p>
    <w:p w14:paraId="1B58A76C" w14:textId="77777777" w:rsidR="007D7487" w:rsidRDefault="00E6407B">
      <w:pPr>
        <w:ind w:firstLine="288"/>
      </w:pPr>
      <w:r>
        <w:rPr>
          <w:rFonts w:cs="Times New Roman"/>
        </w:rPr>
        <w:t>John saw him glance once toward the charcoal.</w:t>
      </w:r>
    </w:p>
    <w:p w14:paraId="331B9581" w14:textId="77777777" w:rsidR="007D7487" w:rsidRDefault="00E6407B">
      <w:pPr>
        <w:ind w:firstLine="288"/>
      </w:pPr>
      <w:r>
        <w:rPr>
          <w:rFonts w:cs="Times New Roman"/>
        </w:rPr>
        <w:t>No one counted aloud.</w:t>
      </w:r>
    </w:p>
    <w:p w14:paraId="44434357" w14:textId="77777777" w:rsidR="007D7487" w:rsidRDefault="00E6407B">
      <w:pPr>
        <w:ind w:firstLine="288"/>
      </w:pPr>
      <w:r>
        <w:rPr>
          <w:rFonts w:cs="Times New Roman"/>
        </w:rPr>
        <w:t>No one needed to tell Peter what the repetition was doing to him.</w:t>
      </w:r>
    </w:p>
    <w:p w14:paraId="637B3366" w14:textId="77777777" w:rsidR="007D7487" w:rsidRDefault="00E6407B">
      <w:pPr>
        <w:ind w:firstLine="288"/>
      </w:pPr>
      <w:r>
        <w:rPr>
          <w:rFonts w:cs="Times New Roman"/>
        </w:rPr>
        <w:t>The three questions stood beside the remembered denials without Jesus turning restoration into a mechanical formula.</w:t>
      </w:r>
    </w:p>
    <w:p w14:paraId="086FC53F" w14:textId="77777777" w:rsidR="007D7487" w:rsidRDefault="00E6407B">
      <w:pPr>
        <w:ind w:firstLine="288"/>
      </w:pPr>
      <w:r>
        <w:rPr>
          <w:rFonts w:cs="Times New Roman"/>
        </w:rPr>
        <w:t>Then the third question.</w:t>
      </w:r>
    </w:p>
    <w:p w14:paraId="42EEB8A9" w14:textId="77777777" w:rsidR="007D7487" w:rsidRDefault="00E6407B">
      <w:pPr>
        <w:ind w:firstLine="288"/>
      </w:pPr>
      <w:r>
        <w:rPr>
          <w:rFonts w:cs="Times New Roman"/>
        </w:rPr>
        <w:t>"Simon, son of Jonas, lovest thou me?"</w:t>
      </w:r>
    </w:p>
    <w:p w14:paraId="5B2EFCC4" w14:textId="77777777" w:rsidR="007D7487" w:rsidRDefault="00E6407B">
      <w:pPr>
        <w:ind w:firstLine="288"/>
      </w:pPr>
      <w:r>
        <w:rPr>
          <w:rFonts w:cs="Times New Roman"/>
        </w:rPr>
        <w:t>The strength left Peter's face.</w:t>
      </w:r>
    </w:p>
    <w:p w14:paraId="34A3CF15" w14:textId="77777777" w:rsidR="007D7487" w:rsidRDefault="00E6407B">
      <w:pPr>
        <w:ind w:firstLine="288"/>
      </w:pPr>
      <w:r>
        <w:rPr>
          <w:rFonts w:cs="Times New Roman"/>
        </w:rPr>
        <w:t>Not all at once.</w:t>
      </w:r>
    </w:p>
    <w:p w14:paraId="0B4C3758" w14:textId="77777777" w:rsidR="007D7487" w:rsidRDefault="00E6407B">
      <w:pPr>
        <w:ind w:firstLine="288"/>
      </w:pPr>
      <w:r>
        <w:rPr>
          <w:rFonts w:cs="Times New Roman"/>
        </w:rPr>
        <w:t>His shoulders remained broad.</w:t>
      </w:r>
    </w:p>
    <w:p w14:paraId="05F3CEDD" w14:textId="77777777" w:rsidR="007D7487" w:rsidRDefault="00E6407B">
      <w:pPr>
        <w:ind w:firstLine="288"/>
      </w:pPr>
      <w:r>
        <w:rPr>
          <w:rFonts w:cs="Times New Roman"/>
        </w:rPr>
        <w:t>His back remained straight.</w:t>
      </w:r>
    </w:p>
    <w:p w14:paraId="7553A7FC" w14:textId="77777777" w:rsidR="007D7487" w:rsidRDefault="00E6407B">
      <w:pPr>
        <w:ind w:firstLine="288"/>
      </w:pPr>
      <w:r>
        <w:rPr>
          <w:rFonts w:cs="Times New Roman"/>
        </w:rPr>
        <w:t>But his head turned slightly away from the others.</w:t>
      </w:r>
    </w:p>
    <w:p w14:paraId="25605520" w14:textId="77777777" w:rsidR="007D7487" w:rsidRDefault="00E6407B">
      <w:pPr>
        <w:ind w:firstLine="288"/>
      </w:pPr>
      <w:r>
        <w:rPr>
          <w:rFonts w:cs="Times New Roman"/>
        </w:rPr>
        <w:t>Those farther behind could see mostly the back of him.</w:t>
      </w:r>
    </w:p>
    <w:p w14:paraId="7BAE79B9" w14:textId="77777777" w:rsidR="007D7487" w:rsidRDefault="00E6407B">
      <w:pPr>
        <w:ind w:firstLine="288"/>
      </w:pPr>
      <w:r>
        <w:rPr>
          <w:rFonts w:cs="Times New Roman"/>
        </w:rPr>
        <w:t>John was close enough to see the muscles in Peter's jaw tighten.</w:t>
      </w:r>
    </w:p>
    <w:p w14:paraId="6F80AAE3" w14:textId="77777777" w:rsidR="007D7487" w:rsidRDefault="00E6407B">
      <w:pPr>
        <w:ind w:firstLine="288"/>
      </w:pPr>
      <w:r>
        <w:rPr>
          <w:rFonts w:cs="Times New Roman"/>
        </w:rPr>
        <w:t>His throat moved.</w:t>
      </w:r>
    </w:p>
    <w:p w14:paraId="3628A9E5" w14:textId="77777777" w:rsidR="007D7487" w:rsidRDefault="00E6407B">
      <w:pPr>
        <w:ind w:firstLine="288"/>
      </w:pPr>
      <w:r>
        <w:rPr>
          <w:rFonts w:cs="Times New Roman"/>
        </w:rPr>
        <w:t>No words came.</w:t>
      </w:r>
    </w:p>
    <w:p w14:paraId="510A9187" w14:textId="77777777" w:rsidR="007D7487" w:rsidRDefault="00E6407B">
      <w:pPr>
        <w:ind w:firstLine="288"/>
      </w:pPr>
      <w:r>
        <w:rPr>
          <w:rFonts w:cs="Times New Roman"/>
        </w:rPr>
        <w:t>Peter lifted his chin a little, trying to open enough space for breath.</w:t>
      </w:r>
    </w:p>
    <w:p w14:paraId="1D7DD1FE" w14:textId="77777777" w:rsidR="007D7487" w:rsidRDefault="00E6407B">
      <w:pPr>
        <w:ind w:firstLine="288"/>
      </w:pPr>
      <w:r>
        <w:rPr>
          <w:rFonts w:cs="Times New Roman"/>
        </w:rPr>
        <w:t>He swallowed.</w:t>
      </w:r>
    </w:p>
    <w:p w14:paraId="7EEDD0F7" w14:textId="77777777" w:rsidR="007D7487" w:rsidRDefault="00E6407B">
      <w:pPr>
        <w:ind w:firstLine="288"/>
      </w:pPr>
      <w:r>
        <w:rPr>
          <w:rFonts w:cs="Times New Roman"/>
        </w:rPr>
        <w:t>Tried again.</w:t>
      </w:r>
    </w:p>
    <w:p w14:paraId="04768FD1" w14:textId="77777777" w:rsidR="007D7487" w:rsidRDefault="00E6407B">
      <w:pPr>
        <w:ind w:firstLine="288"/>
      </w:pPr>
      <w:r>
        <w:rPr>
          <w:rFonts w:cs="Times New Roman"/>
        </w:rPr>
        <w:t>"Lord..."</w:t>
      </w:r>
    </w:p>
    <w:p w14:paraId="5377F09C" w14:textId="77777777" w:rsidR="007D7487" w:rsidRDefault="00E6407B">
      <w:pPr>
        <w:ind w:firstLine="288"/>
      </w:pPr>
      <w:r>
        <w:rPr>
          <w:rFonts w:cs="Times New Roman"/>
        </w:rPr>
        <w:t>The word broke.</w:t>
      </w:r>
    </w:p>
    <w:p w14:paraId="3B56668A" w14:textId="77777777" w:rsidR="007D7487" w:rsidRDefault="00E6407B">
      <w:pPr>
        <w:ind w:firstLine="288"/>
      </w:pPr>
      <w:r>
        <w:rPr>
          <w:rFonts w:cs="Times New Roman"/>
        </w:rPr>
        <w:t>He stopped.</w:t>
      </w:r>
    </w:p>
    <w:p w14:paraId="7CA89C1D" w14:textId="77777777" w:rsidR="007D7487" w:rsidRDefault="00E6407B">
      <w:pPr>
        <w:ind w:firstLine="288"/>
      </w:pPr>
      <w:r>
        <w:rPr>
          <w:rFonts w:cs="Times New Roman"/>
        </w:rPr>
        <w:t>Jesus waited.</w:t>
      </w:r>
    </w:p>
    <w:p w14:paraId="6B79F886" w14:textId="77777777" w:rsidR="007D7487" w:rsidRDefault="00E6407B">
      <w:pPr>
        <w:ind w:firstLine="288"/>
      </w:pPr>
      <w:r>
        <w:rPr>
          <w:rFonts w:cs="Times New Roman"/>
        </w:rPr>
        <w:t>Peter's eyes filled.</w:t>
      </w:r>
    </w:p>
    <w:p w14:paraId="41400D6A" w14:textId="77777777" w:rsidR="007D7487" w:rsidRDefault="00E6407B">
      <w:pPr>
        <w:ind w:firstLine="288"/>
      </w:pPr>
      <w:r>
        <w:rPr>
          <w:rFonts w:cs="Times New Roman"/>
        </w:rPr>
        <w:t>There was no way to keep the strong face now.</w:t>
      </w:r>
    </w:p>
    <w:p w14:paraId="514F622A" w14:textId="77777777" w:rsidR="007D7487" w:rsidRDefault="00E6407B">
      <w:pPr>
        <w:ind w:firstLine="288"/>
      </w:pPr>
      <w:r>
        <w:rPr>
          <w:rFonts w:cs="Times New Roman"/>
        </w:rPr>
        <w:t>"Thou knowest all things."</w:t>
      </w:r>
    </w:p>
    <w:p w14:paraId="6D75CA1C" w14:textId="77777777" w:rsidR="007D7487" w:rsidRDefault="00E6407B">
      <w:pPr>
        <w:ind w:firstLine="288"/>
      </w:pPr>
      <w:r>
        <w:rPr>
          <w:rFonts w:cs="Times New Roman"/>
        </w:rPr>
        <w:t>Another breath.</w:t>
      </w:r>
    </w:p>
    <w:p w14:paraId="5AD780BE" w14:textId="77777777" w:rsidR="007D7487" w:rsidRDefault="00E6407B">
      <w:pPr>
        <w:ind w:firstLine="288"/>
      </w:pPr>
      <w:r>
        <w:rPr>
          <w:rFonts w:cs="Times New Roman"/>
        </w:rPr>
        <w:t>"Thou knowest that I love thee."</w:t>
      </w:r>
    </w:p>
    <w:p w14:paraId="1872DA82" w14:textId="77777777" w:rsidR="007D7487" w:rsidRDefault="00E6407B">
      <w:pPr>
        <w:ind w:firstLine="288"/>
      </w:pPr>
      <w:r>
        <w:rPr>
          <w:rFonts w:cs="Times New Roman"/>
        </w:rPr>
        <w:t>Jesus did not shame him.</w:t>
      </w:r>
    </w:p>
    <w:p w14:paraId="09356CC5" w14:textId="77777777" w:rsidR="007D7487" w:rsidRDefault="00E6407B">
      <w:pPr>
        <w:ind w:firstLine="288"/>
      </w:pPr>
      <w:r>
        <w:rPr>
          <w:rFonts w:cs="Times New Roman"/>
        </w:rPr>
        <w:t>"Feed my sheep."</w:t>
      </w:r>
    </w:p>
    <w:p w14:paraId="619A763D" w14:textId="77777777" w:rsidR="007D7487" w:rsidRDefault="00E6407B">
      <w:pPr>
        <w:ind w:firstLine="288"/>
      </w:pPr>
      <w:r>
        <w:rPr>
          <w:rFonts w:cs="Times New Roman"/>
        </w:rPr>
        <w:t>Restoration did not return Peter merely to private comfort.</w:t>
      </w:r>
    </w:p>
    <w:p w14:paraId="7DB6F698" w14:textId="77777777" w:rsidR="007D7487" w:rsidRDefault="00E6407B">
      <w:pPr>
        <w:ind w:firstLine="288"/>
      </w:pPr>
      <w:r>
        <w:rPr>
          <w:rFonts w:cs="Times New Roman"/>
        </w:rPr>
        <w:t>Mercy became responsibility.</w:t>
      </w:r>
    </w:p>
    <w:p w14:paraId="6F1F2FC2" w14:textId="77777777" w:rsidR="007D7487" w:rsidRDefault="00E6407B">
      <w:pPr>
        <w:ind w:firstLine="288"/>
      </w:pPr>
      <w:r>
        <w:rPr>
          <w:rFonts w:cs="Times New Roman"/>
        </w:rPr>
        <w:lastRenderedPageBreak/>
        <w:t>The man who had failed publicly was still being entrusted with care for people who belonged to Jesus.</w:t>
      </w:r>
    </w:p>
    <w:p w14:paraId="1A782023" w14:textId="77777777" w:rsidR="007D7487" w:rsidRDefault="00E6407B">
      <w:pPr>
        <w:ind w:firstLine="288"/>
      </w:pPr>
      <w:r>
        <w:rPr>
          <w:rFonts w:cs="Times New Roman"/>
        </w:rPr>
        <w:t>The commission was not ownership.</w:t>
      </w:r>
    </w:p>
    <w:p w14:paraId="0D759F88" w14:textId="77777777" w:rsidR="007D7487" w:rsidRDefault="00E6407B">
      <w:pPr>
        <w:ind w:firstLine="288"/>
      </w:pPr>
      <w:r>
        <w:rPr>
          <w:rFonts w:cs="Times New Roman"/>
        </w:rPr>
        <w:t>They remained His sheep.</w:t>
      </w:r>
    </w:p>
    <w:p w14:paraId="7475DC73" w14:textId="77777777" w:rsidR="007D7487" w:rsidRDefault="00E6407B">
      <w:pPr>
        <w:ind w:firstLine="288"/>
      </w:pPr>
      <w:r>
        <w:rPr>
          <w:rFonts w:cs="Times New Roman"/>
        </w:rPr>
        <w:t>Peter closed his eyes.</w:t>
      </w:r>
    </w:p>
    <w:p w14:paraId="689722E2" w14:textId="77777777" w:rsidR="007D7487" w:rsidRDefault="00E6407B">
      <w:pPr>
        <w:ind w:firstLine="288"/>
      </w:pPr>
      <w:r>
        <w:rPr>
          <w:rFonts w:cs="Times New Roman"/>
        </w:rPr>
        <w:t>John looked away.</w:t>
      </w:r>
    </w:p>
    <w:p w14:paraId="092222BA" w14:textId="77777777" w:rsidR="007D7487" w:rsidRDefault="00E6407B">
      <w:pPr>
        <w:ind w:firstLine="288"/>
      </w:pPr>
      <w:r>
        <w:rPr>
          <w:rFonts w:cs="Times New Roman"/>
        </w:rPr>
        <w:t>There were times when looking away was not indifference.</w:t>
      </w:r>
    </w:p>
    <w:p w14:paraId="7D9AFF40" w14:textId="77777777" w:rsidR="007D7487" w:rsidRDefault="00E6407B">
      <w:pPr>
        <w:ind w:firstLine="288"/>
      </w:pPr>
      <w:r>
        <w:rPr>
          <w:rFonts w:cs="Times New Roman"/>
        </w:rPr>
        <w:t>It was kindness.</w:t>
      </w:r>
    </w:p>
    <w:p w14:paraId="3E3F379B" w14:textId="77777777" w:rsidR="007D7487" w:rsidRDefault="00E6407B">
      <w:pPr>
        <w:ind w:firstLine="288"/>
      </w:pPr>
      <w:r>
        <w:rPr>
          <w:rFonts w:cs="Times New Roman"/>
        </w:rPr>
        <w:t>The wind moved across the water.</w:t>
      </w:r>
    </w:p>
    <w:p w14:paraId="1A450ACE" w14:textId="77777777" w:rsidR="007D7487" w:rsidRDefault="00E6407B">
      <w:pPr>
        <w:ind w:firstLine="288"/>
      </w:pPr>
      <w:r>
        <w:rPr>
          <w:rFonts w:cs="Times New Roman"/>
        </w:rPr>
        <w:t>After a while Peter gave a weak laugh through tears.</w:t>
      </w:r>
    </w:p>
    <w:p w14:paraId="65BC3DFA" w14:textId="77777777" w:rsidR="007D7487" w:rsidRDefault="00E6407B">
      <w:pPr>
        <w:ind w:firstLine="288"/>
      </w:pPr>
      <w:r>
        <w:rPr>
          <w:rFonts w:cs="Times New Roman"/>
        </w:rPr>
        <w:t>"At least the fish were easier."</w:t>
      </w:r>
    </w:p>
    <w:p w14:paraId="01A2820E" w14:textId="77777777" w:rsidR="007D7487" w:rsidRDefault="00E6407B">
      <w:pPr>
        <w:ind w:firstLine="288"/>
      </w:pPr>
      <w:r>
        <w:rPr>
          <w:rFonts w:cs="Times New Roman"/>
        </w:rPr>
        <w:t>Jesus smiled.</w:t>
      </w:r>
    </w:p>
    <w:p w14:paraId="52640B95" w14:textId="77777777" w:rsidR="007D7487" w:rsidRDefault="00E6407B">
      <w:pPr>
        <w:ind w:firstLine="288"/>
      </w:pPr>
      <w:r>
        <w:rPr>
          <w:rFonts w:cs="Times New Roman"/>
        </w:rPr>
        <w:t>"For a while."</w:t>
      </w:r>
    </w:p>
    <w:p w14:paraId="631D2B52" w14:textId="77777777" w:rsidR="007D7487" w:rsidRDefault="00E6407B">
      <w:pPr>
        <w:ind w:firstLine="288"/>
      </w:pPr>
      <w:r>
        <w:rPr>
          <w:rFonts w:cs="Times New Roman"/>
        </w:rPr>
        <w:t>John laughed.</w:t>
      </w:r>
    </w:p>
    <w:p w14:paraId="7113C612" w14:textId="77777777" w:rsidR="007D7487" w:rsidRDefault="00E6407B">
      <w:pPr>
        <w:ind w:firstLine="288"/>
      </w:pPr>
      <w:r>
        <w:rPr>
          <w:rFonts w:cs="Times New Roman"/>
        </w:rPr>
        <w:t>Peter wiped his face and gave him a warning look.</w:t>
      </w:r>
    </w:p>
    <w:p w14:paraId="1EA2A637" w14:textId="77777777" w:rsidR="007D7487" w:rsidRDefault="00E6407B">
      <w:pPr>
        <w:ind w:firstLine="288"/>
      </w:pPr>
      <w:r>
        <w:rPr>
          <w:rFonts w:cs="Times New Roman"/>
        </w:rPr>
        <w:t>John immediately became interested in the lake.</w:t>
      </w:r>
    </w:p>
    <w:p w14:paraId="60CF4141" w14:textId="77777777" w:rsidR="007D7487" w:rsidRDefault="00E6407B">
      <w:pPr>
        <w:suppressLineNumbers/>
        <w:spacing w:before="100" w:after="100"/>
        <w:jc w:val="center"/>
      </w:pPr>
      <w:r>
        <w:rPr>
          <w:rFonts w:cs="Times New Roman"/>
          <w:sz w:val="20"/>
        </w:rPr>
        <w:t>* * *</w:t>
      </w:r>
    </w:p>
    <w:p w14:paraId="0A073A13" w14:textId="77777777" w:rsidR="007D7487" w:rsidRDefault="00E6407B">
      <w:pPr>
        <w:ind w:firstLine="288"/>
      </w:pPr>
      <w:r>
        <w:rPr>
          <w:rFonts w:cs="Times New Roman"/>
        </w:rPr>
        <w:t>Jesus did not finish with Peter at the fire.</w:t>
      </w:r>
    </w:p>
    <w:p w14:paraId="524BAE1D" w14:textId="77777777" w:rsidR="007D7487" w:rsidRDefault="00E6407B">
      <w:pPr>
        <w:ind w:firstLine="288"/>
      </w:pPr>
      <w:r>
        <w:rPr>
          <w:rFonts w:cs="Times New Roman"/>
        </w:rPr>
        <w:t>The others began gathering nets and food.</w:t>
      </w:r>
    </w:p>
    <w:p w14:paraId="3C6365C1" w14:textId="77777777" w:rsidR="007D7487" w:rsidRDefault="00E6407B">
      <w:pPr>
        <w:ind w:firstLine="288"/>
      </w:pPr>
      <w:r>
        <w:rPr>
          <w:rFonts w:cs="Times New Roman"/>
        </w:rPr>
        <w:t>Peter walked a little distance with Jesus.</w:t>
      </w:r>
    </w:p>
    <w:p w14:paraId="4C436113" w14:textId="77777777" w:rsidR="007D7487" w:rsidRDefault="00E6407B">
      <w:pPr>
        <w:ind w:firstLine="288"/>
      </w:pPr>
      <w:r>
        <w:rPr>
          <w:rFonts w:cs="Times New Roman"/>
        </w:rPr>
        <w:t>John followed, not close enough to intrude, close enough that Peter eventually noticed him.</w:t>
      </w:r>
    </w:p>
    <w:p w14:paraId="4FEFE613" w14:textId="77777777" w:rsidR="007D7487" w:rsidRDefault="00E6407B">
      <w:pPr>
        <w:ind w:firstLine="288"/>
      </w:pPr>
      <w:r>
        <w:rPr>
          <w:rFonts w:cs="Times New Roman"/>
        </w:rPr>
        <w:t>Jesus spoke to Peter about a future Peter did not want to imagine.</w:t>
      </w:r>
    </w:p>
    <w:p w14:paraId="415A4E61" w14:textId="77777777" w:rsidR="007D7487" w:rsidRDefault="00E6407B">
      <w:pPr>
        <w:ind w:firstLine="288"/>
      </w:pPr>
      <w:r>
        <w:rPr>
          <w:rFonts w:cs="Times New Roman"/>
        </w:rPr>
        <w:t>About youth.</w:t>
      </w:r>
    </w:p>
    <w:p w14:paraId="407DB329" w14:textId="77777777" w:rsidR="007D7487" w:rsidRDefault="00E6407B">
      <w:pPr>
        <w:ind w:firstLine="288"/>
      </w:pPr>
      <w:r>
        <w:rPr>
          <w:rFonts w:cs="Times New Roman"/>
        </w:rPr>
        <w:t>About growing old.</w:t>
      </w:r>
    </w:p>
    <w:p w14:paraId="314EF028" w14:textId="77777777" w:rsidR="007D7487" w:rsidRDefault="00E6407B">
      <w:pPr>
        <w:ind w:firstLine="288"/>
      </w:pPr>
      <w:r>
        <w:rPr>
          <w:rFonts w:cs="Times New Roman"/>
        </w:rPr>
        <w:t>About hands stretched out.</w:t>
      </w:r>
    </w:p>
    <w:p w14:paraId="3C5FF437" w14:textId="77777777" w:rsidR="007D7487" w:rsidRDefault="00E6407B">
      <w:pPr>
        <w:ind w:firstLine="288"/>
      </w:pPr>
      <w:r>
        <w:rPr>
          <w:rFonts w:cs="Times New Roman"/>
        </w:rPr>
        <w:t>About another girding him and carrying him where he would not choose.</w:t>
      </w:r>
    </w:p>
    <w:p w14:paraId="4828B8F9" w14:textId="77777777" w:rsidR="007D7487" w:rsidRDefault="00E6407B">
      <w:pPr>
        <w:ind w:firstLine="288"/>
      </w:pPr>
      <w:r>
        <w:rPr>
          <w:rFonts w:cs="Times New Roman"/>
        </w:rPr>
        <w:t>The words pointed toward the kind of death by which Peter would glorify God.</w:t>
      </w:r>
    </w:p>
    <w:p w14:paraId="5D4CFDE0" w14:textId="77777777" w:rsidR="007D7487" w:rsidRDefault="00E6407B">
      <w:pPr>
        <w:ind w:firstLine="288"/>
      </w:pPr>
      <w:r>
        <w:rPr>
          <w:rFonts w:cs="Times New Roman"/>
        </w:rPr>
        <w:t>At the shoreline, Peter heard the future as something that would happen to his own body.</w:t>
      </w:r>
    </w:p>
    <w:p w14:paraId="6DB456E9" w14:textId="77777777" w:rsidR="007D7487" w:rsidRDefault="00E6407B">
      <w:pPr>
        <w:ind w:firstLine="288"/>
      </w:pPr>
      <w:r>
        <w:rPr>
          <w:rFonts w:cs="Times New Roman"/>
        </w:rPr>
        <w:t>The humor left Peter completely.</w:t>
      </w:r>
    </w:p>
    <w:p w14:paraId="3A770EFF" w14:textId="77777777" w:rsidR="007D7487" w:rsidRDefault="00E6407B">
      <w:pPr>
        <w:ind w:firstLine="288"/>
      </w:pPr>
      <w:r>
        <w:rPr>
          <w:rFonts w:cs="Times New Roman"/>
        </w:rPr>
        <w:t>Jesus looked at him.</w:t>
      </w:r>
    </w:p>
    <w:p w14:paraId="04872B46" w14:textId="77777777" w:rsidR="007D7487" w:rsidRDefault="00E6407B">
      <w:pPr>
        <w:ind w:firstLine="288"/>
      </w:pPr>
      <w:r>
        <w:rPr>
          <w:rFonts w:cs="Times New Roman"/>
        </w:rPr>
        <w:t>"Follow me."</w:t>
      </w:r>
    </w:p>
    <w:p w14:paraId="5093DFB7" w14:textId="77777777" w:rsidR="007D7487" w:rsidRDefault="00E6407B">
      <w:pPr>
        <w:ind w:firstLine="288"/>
      </w:pPr>
      <w:r>
        <w:rPr>
          <w:rFonts w:cs="Times New Roman"/>
        </w:rPr>
        <w:t>Peter breathed slowly.</w:t>
      </w:r>
    </w:p>
    <w:p w14:paraId="53FA4DAA" w14:textId="77777777" w:rsidR="007D7487" w:rsidRDefault="00E6407B">
      <w:pPr>
        <w:ind w:firstLine="288"/>
      </w:pPr>
      <w:r>
        <w:rPr>
          <w:rFonts w:cs="Times New Roman"/>
        </w:rPr>
        <w:t>The same command.</w:t>
      </w:r>
    </w:p>
    <w:p w14:paraId="448258F6" w14:textId="77777777" w:rsidR="007D7487" w:rsidRDefault="00E6407B">
      <w:pPr>
        <w:ind w:firstLine="288"/>
      </w:pPr>
      <w:r>
        <w:rPr>
          <w:rFonts w:cs="Times New Roman"/>
        </w:rPr>
        <w:t>Years earlier beside water.</w:t>
      </w:r>
    </w:p>
    <w:p w14:paraId="579BA5EA" w14:textId="77777777" w:rsidR="007D7487" w:rsidRDefault="00E6407B">
      <w:pPr>
        <w:ind w:firstLine="288"/>
      </w:pPr>
      <w:r>
        <w:rPr>
          <w:rFonts w:cs="Times New Roman"/>
        </w:rPr>
        <w:t>Now after denial.</w:t>
      </w:r>
    </w:p>
    <w:p w14:paraId="0938E5F7" w14:textId="77777777" w:rsidR="007D7487" w:rsidRDefault="00E6407B">
      <w:pPr>
        <w:ind w:firstLine="288"/>
      </w:pPr>
      <w:r>
        <w:rPr>
          <w:rFonts w:cs="Times New Roman"/>
        </w:rPr>
        <w:t>After cross.</w:t>
      </w:r>
    </w:p>
    <w:p w14:paraId="66DAF40B" w14:textId="77777777" w:rsidR="007D7487" w:rsidRDefault="00E6407B">
      <w:pPr>
        <w:ind w:firstLine="288"/>
      </w:pPr>
      <w:r>
        <w:rPr>
          <w:rFonts w:cs="Times New Roman"/>
        </w:rPr>
        <w:t>After resurrection.</w:t>
      </w:r>
    </w:p>
    <w:p w14:paraId="78D1367D" w14:textId="77777777" w:rsidR="007D7487" w:rsidRDefault="00E6407B">
      <w:pPr>
        <w:ind w:firstLine="288"/>
      </w:pPr>
      <w:r>
        <w:rPr>
          <w:rFonts w:cs="Times New Roman"/>
        </w:rPr>
        <w:t>After restoration.</w:t>
      </w:r>
    </w:p>
    <w:p w14:paraId="0D245A37" w14:textId="77777777" w:rsidR="007D7487" w:rsidRDefault="00E6407B">
      <w:pPr>
        <w:ind w:firstLine="288"/>
      </w:pPr>
      <w:r>
        <w:rPr>
          <w:rFonts w:cs="Times New Roman"/>
        </w:rPr>
        <w:lastRenderedPageBreak/>
        <w:t>Follow Me.</w:t>
      </w:r>
    </w:p>
    <w:p w14:paraId="46A5ACBF" w14:textId="77777777" w:rsidR="007D7487" w:rsidRDefault="00E6407B">
      <w:pPr>
        <w:ind w:firstLine="288"/>
      </w:pPr>
      <w:r>
        <w:rPr>
          <w:rFonts w:cs="Times New Roman"/>
        </w:rPr>
        <w:t>Peter turned.</w:t>
      </w:r>
    </w:p>
    <w:p w14:paraId="5CE10123" w14:textId="77777777" w:rsidR="007D7487" w:rsidRDefault="00E6407B">
      <w:pPr>
        <w:ind w:firstLine="288"/>
      </w:pPr>
      <w:r>
        <w:rPr>
          <w:rFonts w:cs="Times New Roman"/>
        </w:rPr>
        <w:t>He saw John behind them.</w:t>
      </w:r>
    </w:p>
    <w:p w14:paraId="3EF58F2E" w14:textId="77777777" w:rsidR="007D7487" w:rsidRDefault="00E6407B">
      <w:pPr>
        <w:ind w:firstLine="288"/>
      </w:pPr>
      <w:r>
        <w:rPr>
          <w:rFonts w:cs="Times New Roman"/>
        </w:rPr>
        <w:t>Perhaps the old instinct returned - the need to know where everyone else stood before he took one more difficult step.</w:t>
      </w:r>
    </w:p>
    <w:p w14:paraId="6D82AE07" w14:textId="77777777" w:rsidR="007D7487" w:rsidRDefault="00E6407B">
      <w:pPr>
        <w:ind w:firstLine="288"/>
      </w:pPr>
      <w:r>
        <w:rPr>
          <w:rFonts w:cs="Times New Roman"/>
        </w:rPr>
        <w:t>He pointed with his chin.</w:t>
      </w:r>
    </w:p>
    <w:p w14:paraId="495B25F9" w14:textId="77777777" w:rsidR="007D7487" w:rsidRDefault="00E6407B">
      <w:pPr>
        <w:ind w:firstLine="288"/>
      </w:pPr>
      <w:r>
        <w:rPr>
          <w:rFonts w:cs="Times New Roman"/>
        </w:rPr>
        <w:t>"And what of him, Lord?"</w:t>
      </w:r>
    </w:p>
    <w:p w14:paraId="48CC9CCB" w14:textId="77777777" w:rsidR="007D7487" w:rsidRDefault="00E6407B">
      <w:pPr>
        <w:ind w:firstLine="288"/>
      </w:pPr>
      <w:r>
        <w:rPr>
          <w:rFonts w:cs="Times New Roman"/>
        </w:rPr>
        <w:t>Jesus glanced toward John.</w:t>
      </w:r>
    </w:p>
    <w:p w14:paraId="6CA801B1" w14:textId="77777777" w:rsidR="007D7487" w:rsidRDefault="00E6407B">
      <w:pPr>
        <w:ind w:firstLine="288"/>
      </w:pPr>
      <w:r>
        <w:rPr>
          <w:rFonts w:cs="Times New Roman"/>
        </w:rPr>
        <w:t>"If I will that he tarry till I come, what is that to thee?"</w:t>
      </w:r>
    </w:p>
    <w:p w14:paraId="0455DD5D" w14:textId="77777777" w:rsidR="007D7487" w:rsidRDefault="00E6407B">
      <w:pPr>
        <w:ind w:firstLine="288"/>
      </w:pPr>
      <w:r>
        <w:rPr>
          <w:rFonts w:cs="Times New Roman"/>
        </w:rPr>
        <w:t>Jesus did not say John would remain alive until His coming.</w:t>
      </w:r>
    </w:p>
    <w:p w14:paraId="6D19E836" w14:textId="77777777" w:rsidR="007D7487" w:rsidRDefault="00E6407B">
      <w:pPr>
        <w:ind w:firstLine="288"/>
      </w:pPr>
      <w:r>
        <w:rPr>
          <w:rFonts w:cs="Times New Roman"/>
        </w:rPr>
        <w:t>He answered Peter's comparison by refusing to make John's path Peter's assignment.</w:t>
      </w:r>
    </w:p>
    <w:p w14:paraId="15EE5F00" w14:textId="77777777" w:rsidR="007D7487" w:rsidRDefault="00E6407B">
      <w:pPr>
        <w:ind w:firstLine="288"/>
      </w:pPr>
      <w:r>
        <w:rPr>
          <w:rFonts w:cs="Times New Roman"/>
        </w:rPr>
        <w:t>Then He looked back at Peter.</w:t>
      </w:r>
    </w:p>
    <w:p w14:paraId="74BF2E61" w14:textId="77777777" w:rsidR="007D7487" w:rsidRDefault="00E6407B">
      <w:pPr>
        <w:ind w:firstLine="288"/>
      </w:pPr>
      <w:r>
        <w:rPr>
          <w:rFonts w:cs="Times New Roman"/>
        </w:rPr>
        <w:t>"Follow thou me."</w:t>
      </w:r>
    </w:p>
    <w:p w14:paraId="656345F5" w14:textId="77777777" w:rsidR="007D7487" w:rsidRDefault="00E6407B">
      <w:pPr>
        <w:ind w:firstLine="288"/>
      </w:pPr>
      <w:r>
        <w:rPr>
          <w:rFonts w:cs="Times New Roman"/>
        </w:rPr>
        <w:t>Peter looked as though he wanted to ask another question.</w:t>
      </w:r>
    </w:p>
    <w:p w14:paraId="2C7FB89F" w14:textId="77777777" w:rsidR="007D7487" w:rsidRDefault="00E6407B">
      <w:pPr>
        <w:ind w:firstLine="288"/>
      </w:pPr>
      <w:r>
        <w:rPr>
          <w:rFonts w:cs="Times New Roman"/>
        </w:rPr>
        <w:t>Jesus had already turned away.</w:t>
      </w:r>
    </w:p>
    <w:p w14:paraId="3ADA85D3" w14:textId="77777777" w:rsidR="007D7487" w:rsidRDefault="00E6407B">
      <w:pPr>
        <w:ind w:firstLine="288"/>
      </w:pPr>
      <w:r>
        <w:rPr>
          <w:rFonts w:cs="Times New Roman"/>
        </w:rPr>
        <w:t>John froze.</w:t>
      </w:r>
    </w:p>
    <w:p w14:paraId="6C4CD63A" w14:textId="77777777" w:rsidR="007D7487" w:rsidRDefault="00E6407B">
      <w:pPr>
        <w:ind w:firstLine="288"/>
      </w:pPr>
      <w:r>
        <w:rPr>
          <w:rFonts w:cs="Times New Roman"/>
        </w:rPr>
        <w:t>At the time, I understood no more of those words than Peter did.</w:t>
      </w:r>
    </w:p>
    <w:p w14:paraId="5AC36275" w14:textId="77777777" w:rsidR="007D7487" w:rsidRDefault="00E6407B">
      <w:pPr>
        <w:ind w:firstLine="288"/>
      </w:pPr>
      <w:r>
        <w:rPr>
          <w:rFonts w:cs="Times New Roman"/>
        </w:rPr>
        <w:t>The words remained unresolved.</w:t>
      </w:r>
    </w:p>
    <w:p w14:paraId="14A51838" w14:textId="77777777" w:rsidR="007D7487" w:rsidRDefault="00E6407B">
      <w:pPr>
        <w:ind w:firstLine="288"/>
      </w:pPr>
      <w:r>
        <w:rPr>
          <w:rFonts w:cs="Times New Roman"/>
        </w:rPr>
        <w:t>Follow thou Me.</w:t>
      </w:r>
    </w:p>
    <w:p w14:paraId="1C9EDD89" w14:textId="77777777" w:rsidR="007D7487" w:rsidRDefault="00E6407B">
      <w:pPr>
        <w:ind w:firstLine="288"/>
      </w:pPr>
      <w:r>
        <w:rPr>
          <w:rFonts w:cs="Times New Roman"/>
        </w:rPr>
        <w:t>The morning had restored Peter without answering every future question.</w:t>
      </w:r>
    </w:p>
    <w:p w14:paraId="15A5854C" w14:textId="77777777" w:rsidR="007D7487" w:rsidRDefault="00E6407B">
      <w:pPr>
        <w:ind w:firstLine="288"/>
      </w:pPr>
      <w:r>
        <w:rPr>
          <w:rFonts w:cs="Times New Roman"/>
        </w:rPr>
        <w:t>Later, when the disciples gathered again, Jesus would move from a charcoal fire beside the lake to another kind of dwelling entirely.</w:t>
      </w:r>
    </w:p>
    <w:p w14:paraId="09F774C0" w14:textId="77777777" w:rsidR="007D7487" w:rsidRDefault="00E6407B">
      <w:pPr>
        <w:ind w:firstLine="288"/>
      </w:pPr>
      <w:r>
        <w:rPr>
          <w:rFonts w:cs="Times New Roman"/>
        </w:rPr>
        <w:t>A house Solomon knew could never contain the God whose glory truly filled it.</w:t>
      </w:r>
    </w:p>
    <w:p w14:paraId="7546AFCE" w14:textId="77777777" w:rsidR="007D7487" w:rsidRDefault="00E6407B">
      <w:pPr>
        <w:suppressLineNumbers/>
      </w:pPr>
      <w:r>
        <w:br w:type="page"/>
      </w:r>
    </w:p>
    <w:p w14:paraId="33D36BAC" w14:textId="77777777" w:rsidR="007D7487" w:rsidRDefault="00E6407B">
      <w:pPr>
        <w:pStyle w:val="Heading1"/>
        <w:suppressLineNumbers/>
      </w:pPr>
      <w:r>
        <w:rPr>
          <w:rFonts w:ascii="Times New Roman" w:hAnsi="Times New Roman" w:cs="Times New Roman"/>
        </w:rPr>
        <w:lastRenderedPageBreak/>
        <w:t>Section 16A — Solomon, Temple, and the Name</w:t>
      </w:r>
    </w:p>
    <w:p w14:paraId="50D66672" w14:textId="77777777" w:rsidR="007D7487" w:rsidRDefault="00E6407B">
      <w:pPr>
        <w:ind w:firstLine="288"/>
      </w:pPr>
      <w:r>
        <w:rPr>
          <w:rFonts w:cs="Times New Roman"/>
        </w:rPr>
        <w:t>The shoreline question remained where Jesus had left it.</w:t>
      </w:r>
    </w:p>
    <w:p w14:paraId="4C250FC3" w14:textId="77777777" w:rsidR="007D7487" w:rsidRDefault="00E6407B">
      <w:pPr>
        <w:ind w:firstLine="288"/>
      </w:pPr>
      <w:r>
        <w:rPr>
          <w:rFonts w:cs="Times New Roman"/>
        </w:rPr>
        <w:t>Peter had been restored.</w:t>
      </w:r>
    </w:p>
    <w:p w14:paraId="44DA7857" w14:textId="77777777" w:rsidR="007D7487" w:rsidRDefault="00E6407B">
      <w:pPr>
        <w:ind w:firstLine="288"/>
      </w:pPr>
      <w:r>
        <w:rPr>
          <w:rFonts w:cs="Times New Roman"/>
        </w:rPr>
        <w:t>The word follow still belonged to him.</w:t>
      </w:r>
    </w:p>
    <w:p w14:paraId="0C478CE8" w14:textId="77777777" w:rsidR="007D7487" w:rsidRDefault="00E6407B">
      <w:pPr>
        <w:ind w:firstLine="288"/>
      </w:pPr>
      <w:r>
        <w:rPr>
          <w:rFonts w:cs="Times New Roman"/>
        </w:rPr>
        <w:t>Now the conversation widened from one fisherman to the place where Israel had learned to think about God's dwelling.</w:t>
      </w:r>
    </w:p>
    <w:p w14:paraId="2FF557F4" w14:textId="77777777" w:rsidR="007D7487" w:rsidRDefault="00E6407B">
      <w:pPr>
        <w:ind w:firstLine="288"/>
      </w:pPr>
      <w:r>
        <w:rPr>
          <w:rFonts w:cs="Times New Roman"/>
        </w:rPr>
        <w:t>The question stayed unanswered.</w:t>
      </w:r>
    </w:p>
    <w:p w14:paraId="723C03E7" w14:textId="77777777" w:rsidR="007D7487" w:rsidRDefault="00E6407B">
      <w:pPr>
        <w:ind w:firstLine="288"/>
      </w:pPr>
      <w:r>
        <w:rPr>
          <w:rFonts w:cs="Times New Roman"/>
        </w:rPr>
        <w:t>Jesus did not explain it.</w:t>
      </w:r>
    </w:p>
    <w:p w14:paraId="036EB413" w14:textId="77777777" w:rsidR="007D7487" w:rsidRDefault="00E6407B">
      <w:pPr>
        <w:ind w:firstLine="288"/>
      </w:pPr>
      <w:r>
        <w:rPr>
          <w:rFonts w:cs="Times New Roman"/>
        </w:rPr>
        <w:t>John did not ask Him to.</w:t>
      </w:r>
    </w:p>
    <w:p w14:paraId="48FEF9D2" w14:textId="77777777" w:rsidR="007D7487" w:rsidRDefault="00E6407B">
      <w:pPr>
        <w:ind w:firstLine="288"/>
      </w:pPr>
      <w:r>
        <w:rPr>
          <w:rFonts w:cs="Times New Roman"/>
        </w:rPr>
        <w:t>Not then.</w:t>
      </w:r>
    </w:p>
    <w:p w14:paraId="78C2BA9D" w14:textId="77777777" w:rsidR="007D7487" w:rsidRDefault="00E6407B">
      <w:pPr>
        <w:ind w:firstLine="288"/>
      </w:pPr>
      <w:r>
        <w:rPr>
          <w:rFonts w:cs="Times New Roman"/>
        </w:rPr>
        <w:t>The disciples gathered again later.</w:t>
      </w:r>
    </w:p>
    <w:p w14:paraId="617E0441" w14:textId="77777777" w:rsidR="007D7487" w:rsidRDefault="00E6407B">
      <w:pPr>
        <w:ind w:firstLine="288"/>
      </w:pPr>
      <w:r>
        <w:rPr>
          <w:rFonts w:cs="Times New Roman"/>
        </w:rPr>
        <w:t>The morning by the lake had changed Peter.</w:t>
      </w:r>
    </w:p>
    <w:p w14:paraId="3A762F1E" w14:textId="77777777" w:rsidR="007D7487" w:rsidRDefault="00E6407B">
      <w:pPr>
        <w:ind w:firstLine="288"/>
      </w:pPr>
      <w:r>
        <w:rPr>
          <w:rFonts w:cs="Times New Roman"/>
        </w:rPr>
        <w:t>Not into another man.</w:t>
      </w:r>
    </w:p>
    <w:p w14:paraId="62FA7540" w14:textId="77777777" w:rsidR="007D7487" w:rsidRDefault="00E6407B">
      <w:pPr>
        <w:ind w:firstLine="288"/>
      </w:pPr>
      <w:r>
        <w:rPr>
          <w:rFonts w:cs="Times New Roman"/>
        </w:rPr>
        <w:t>Into Peter without quite as much need to pretend he was unbreakable.</w:t>
      </w:r>
    </w:p>
    <w:p w14:paraId="3D7112E8" w14:textId="77777777" w:rsidR="007D7487" w:rsidRDefault="00E6407B">
      <w:pPr>
        <w:ind w:firstLine="288"/>
      </w:pPr>
      <w:r>
        <w:rPr>
          <w:rFonts w:cs="Times New Roman"/>
        </w:rPr>
        <w:t>He still spoke first sometimes.</w:t>
      </w:r>
    </w:p>
    <w:p w14:paraId="35EF3562" w14:textId="77777777" w:rsidR="007D7487" w:rsidRDefault="00E6407B">
      <w:pPr>
        <w:ind w:firstLine="288"/>
      </w:pPr>
      <w:r>
        <w:rPr>
          <w:rFonts w:cs="Times New Roman"/>
        </w:rPr>
        <w:t>He still moved before thinking.</w:t>
      </w:r>
    </w:p>
    <w:p w14:paraId="34DFC80B" w14:textId="77777777" w:rsidR="007D7487" w:rsidRDefault="00E6407B">
      <w:pPr>
        <w:ind w:firstLine="288"/>
      </w:pPr>
      <w:r>
        <w:rPr>
          <w:rFonts w:cs="Times New Roman"/>
        </w:rPr>
        <w:t>He still had opinions about nearly everything.</w:t>
      </w:r>
    </w:p>
    <w:p w14:paraId="080A26DD" w14:textId="77777777" w:rsidR="007D7487" w:rsidRDefault="00E6407B">
      <w:pPr>
        <w:ind w:firstLine="288"/>
      </w:pPr>
      <w:r>
        <w:rPr>
          <w:rFonts w:cs="Times New Roman"/>
        </w:rPr>
        <w:t>But John noticed that after the charcoal fire Peter was less afraid of being seen as a man who needed mercy.</w:t>
      </w:r>
    </w:p>
    <w:p w14:paraId="0881B019" w14:textId="77777777" w:rsidR="007D7487" w:rsidRDefault="00E6407B">
      <w:pPr>
        <w:ind w:firstLine="288"/>
      </w:pPr>
      <w:r>
        <w:rPr>
          <w:rFonts w:cs="Times New Roman"/>
        </w:rPr>
        <w:t>That mattered.</w:t>
      </w:r>
    </w:p>
    <w:p w14:paraId="724D7151" w14:textId="77777777" w:rsidR="007D7487" w:rsidRDefault="00E6407B">
      <w:pPr>
        <w:ind w:firstLine="288"/>
      </w:pPr>
      <w:r>
        <w:rPr>
          <w:rFonts w:cs="Times New Roman"/>
        </w:rPr>
        <w:t>The next great conversation began not with Rome, but with a house.</w:t>
      </w:r>
    </w:p>
    <w:p w14:paraId="20012025" w14:textId="77777777" w:rsidR="007D7487" w:rsidRDefault="00E6407B">
      <w:pPr>
        <w:ind w:firstLine="288"/>
      </w:pPr>
      <w:r>
        <w:rPr>
          <w:rFonts w:cs="Times New Roman"/>
        </w:rPr>
        <w:t>Jesus looked toward Nicodemus.</w:t>
      </w:r>
    </w:p>
    <w:p w14:paraId="663AFEAF" w14:textId="77777777" w:rsidR="007D7487" w:rsidRDefault="00E6407B">
      <w:pPr>
        <w:ind w:firstLine="288"/>
      </w:pPr>
      <w:r>
        <w:rPr>
          <w:rFonts w:cs="Times New Roman"/>
        </w:rPr>
        <w:t>"When Solomon finished the house, what happened when the priests came out of the holy place?"</w:t>
      </w:r>
    </w:p>
    <w:p w14:paraId="00497837" w14:textId="77777777" w:rsidR="007D7487" w:rsidRDefault="00E6407B">
      <w:pPr>
        <w:ind w:firstLine="288"/>
      </w:pPr>
      <w:r>
        <w:rPr>
          <w:rFonts w:cs="Times New Roman"/>
        </w:rPr>
        <w:t>Nicodemus answered almost immediately.</w:t>
      </w:r>
    </w:p>
    <w:p w14:paraId="1D957407" w14:textId="77777777" w:rsidR="007D7487" w:rsidRDefault="00E6407B">
      <w:pPr>
        <w:ind w:firstLine="288"/>
      </w:pPr>
      <w:r>
        <w:rPr>
          <w:rFonts w:cs="Times New Roman"/>
        </w:rPr>
        <w:t>"The cloud filled the house of the LORD."</w:t>
      </w:r>
    </w:p>
    <w:p w14:paraId="0991042B" w14:textId="77777777" w:rsidR="007D7487" w:rsidRDefault="00E6407B">
      <w:pPr>
        <w:ind w:firstLine="288"/>
      </w:pPr>
      <w:r>
        <w:rPr>
          <w:rFonts w:cs="Times New Roman"/>
        </w:rPr>
        <w:t>Jesus waited.</w:t>
      </w:r>
    </w:p>
    <w:p w14:paraId="1B599C65" w14:textId="77777777" w:rsidR="007D7487" w:rsidRDefault="00E6407B">
      <w:pPr>
        <w:ind w:firstLine="288"/>
      </w:pPr>
      <w:r>
        <w:rPr>
          <w:rFonts w:cs="Times New Roman"/>
        </w:rPr>
        <w:t>Nicodemus continued, quieter.</w:t>
      </w:r>
    </w:p>
    <w:p w14:paraId="57D1A010" w14:textId="77777777" w:rsidR="007D7487" w:rsidRDefault="00E6407B">
      <w:pPr>
        <w:ind w:firstLine="288"/>
      </w:pPr>
      <w:r>
        <w:rPr>
          <w:rFonts w:cs="Times New Roman"/>
        </w:rPr>
        <w:t>"So that the priests could not stand to minister because of the cloud."</w:t>
      </w:r>
    </w:p>
    <w:p w14:paraId="1FF669B2" w14:textId="77777777" w:rsidR="007D7487" w:rsidRDefault="00E6407B">
      <w:pPr>
        <w:ind w:firstLine="288"/>
      </w:pPr>
      <w:r>
        <w:rPr>
          <w:rFonts w:cs="Times New Roman"/>
        </w:rPr>
        <w:t>John remembered the words.</w:t>
      </w:r>
    </w:p>
    <w:p w14:paraId="4B418A03" w14:textId="77777777" w:rsidR="007D7487" w:rsidRDefault="00E6407B">
      <w:pPr>
        <w:ind w:firstLine="288"/>
      </w:pPr>
      <w:r>
        <w:rPr>
          <w:rFonts w:cs="Times New Roman"/>
        </w:rPr>
        <w:t>"For the glory of the LORD had filled the house of the LORD."</w:t>
      </w:r>
    </w:p>
    <w:p w14:paraId="2C585F58" w14:textId="77777777" w:rsidR="007D7487" w:rsidRDefault="00E6407B">
      <w:pPr>
        <w:ind w:firstLine="288"/>
      </w:pPr>
      <w:r>
        <w:rPr>
          <w:rFonts w:cs="Times New Roman"/>
          <w:i/>
        </w:rPr>
        <w:t>"And it came to pass, when the priests were come out of the holy place, that the cloud filled the house of the LORD, So that the priests could not stand to minister because of the cloud: for the glory of the LORD had filled the house of the LORD."</w:t>
      </w:r>
    </w:p>
    <w:p w14:paraId="554E8D08" w14:textId="77777777" w:rsidR="007D7487" w:rsidRDefault="00E6407B">
      <w:pPr>
        <w:ind w:firstLine="288"/>
      </w:pPr>
      <w:r>
        <w:rPr>
          <w:rFonts w:cs="Times New Roman"/>
        </w:rPr>
        <w:t>Solomon's Temple was not a failed attempt to house God.</w:t>
      </w:r>
    </w:p>
    <w:p w14:paraId="4185527C" w14:textId="77777777" w:rsidR="007D7487" w:rsidRDefault="00E6407B">
      <w:pPr>
        <w:ind w:firstLine="288"/>
      </w:pPr>
      <w:r>
        <w:rPr>
          <w:rFonts w:cs="Times New Roman"/>
        </w:rPr>
        <w:t>The glory truly filled the house God had appointed.</w:t>
      </w:r>
    </w:p>
    <w:p w14:paraId="32BA2C13" w14:textId="77777777" w:rsidR="007D7487" w:rsidRDefault="00E6407B">
      <w:pPr>
        <w:ind w:firstLine="288"/>
      </w:pPr>
      <w:r>
        <w:rPr>
          <w:rFonts w:cs="Times New Roman"/>
        </w:rPr>
        <w:t>Jesus nodded.</w:t>
      </w:r>
    </w:p>
    <w:p w14:paraId="2B39A441" w14:textId="77777777" w:rsidR="007D7487" w:rsidRDefault="00E6407B">
      <w:pPr>
        <w:ind w:firstLine="288"/>
      </w:pPr>
      <w:r>
        <w:rPr>
          <w:rFonts w:cs="Times New Roman"/>
        </w:rPr>
        <w:t>"And afterward, when Solomon stood before the altar and prayed, what did he understand about the house he had built?"</w:t>
      </w:r>
    </w:p>
    <w:p w14:paraId="5D5F12CD" w14:textId="77777777" w:rsidR="007D7487" w:rsidRDefault="00E6407B">
      <w:pPr>
        <w:ind w:firstLine="288"/>
      </w:pPr>
      <w:r>
        <w:rPr>
          <w:rFonts w:cs="Times New Roman"/>
        </w:rPr>
        <w:lastRenderedPageBreak/>
        <w:t>Nicodemus looked at Him.</w:t>
      </w:r>
    </w:p>
    <w:p w14:paraId="23611D5D" w14:textId="77777777" w:rsidR="007D7487" w:rsidRDefault="00E6407B">
      <w:pPr>
        <w:ind w:firstLine="288"/>
      </w:pPr>
      <w:r>
        <w:rPr>
          <w:rFonts w:cs="Times New Roman"/>
        </w:rPr>
        <w:t>Then recited:</w:t>
      </w:r>
    </w:p>
    <w:p w14:paraId="5FB038EC" w14:textId="77777777" w:rsidR="007D7487" w:rsidRDefault="00E6407B">
      <w:pPr>
        <w:ind w:firstLine="288"/>
      </w:pPr>
      <w:r>
        <w:rPr>
          <w:rFonts w:cs="Times New Roman"/>
          <w:i/>
        </w:rPr>
        <w:t>"But will God indeed dwell on the earth?"</w:t>
      </w:r>
    </w:p>
    <w:p w14:paraId="0684A229" w14:textId="77777777" w:rsidR="007D7487" w:rsidRDefault="00E6407B">
      <w:pPr>
        <w:ind w:firstLine="288"/>
      </w:pPr>
      <w:r>
        <w:rPr>
          <w:rFonts w:cs="Times New Roman"/>
        </w:rPr>
        <w:t>His voice deepened.</w:t>
      </w:r>
    </w:p>
    <w:p w14:paraId="294DAC01" w14:textId="77777777" w:rsidR="007D7487" w:rsidRDefault="00E6407B">
      <w:pPr>
        <w:ind w:firstLine="288"/>
      </w:pPr>
      <w:r>
        <w:rPr>
          <w:rFonts w:cs="Times New Roman"/>
        </w:rPr>
        <w:t>"Behold, the heaven and heaven of heavens cannot contain thee; how much less this house that I have builded?"</w:t>
      </w:r>
    </w:p>
    <w:p w14:paraId="23CC632E" w14:textId="77777777" w:rsidR="007D7487" w:rsidRDefault="00E6407B">
      <w:pPr>
        <w:ind w:firstLine="288"/>
      </w:pPr>
      <w:r>
        <w:rPr>
          <w:rFonts w:cs="Times New Roman"/>
          <w:i/>
        </w:rPr>
        <w:t>"But will God indeed dwell on the earth? behold, the heaven and heaven of heavens cannot contain thee; how much less this house that I have builded?"</w:t>
      </w:r>
    </w:p>
    <w:p w14:paraId="730593C1" w14:textId="77777777" w:rsidR="007D7487" w:rsidRDefault="00E6407B">
      <w:pPr>
        <w:ind w:firstLine="288"/>
      </w:pPr>
      <w:r>
        <w:rPr>
          <w:rFonts w:cs="Times New Roman"/>
        </w:rPr>
        <w:t>The same Solomon who honored the house refused to shrink God to the dimensions of the house.</w:t>
      </w:r>
    </w:p>
    <w:p w14:paraId="38024E39" w14:textId="77777777" w:rsidR="007D7487" w:rsidRDefault="00E6407B">
      <w:pPr>
        <w:ind w:firstLine="288"/>
      </w:pPr>
      <w:r>
        <w:rPr>
          <w:rFonts w:cs="Times New Roman"/>
        </w:rPr>
        <w:t>No one answered.</w:t>
      </w:r>
    </w:p>
    <w:p w14:paraId="4B7FA4F7" w14:textId="77777777" w:rsidR="007D7487" w:rsidRDefault="00E6407B">
      <w:pPr>
        <w:ind w:firstLine="288"/>
      </w:pPr>
      <w:r>
        <w:rPr>
          <w:rFonts w:cs="Times New Roman"/>
        </w:rPr>
        <w:t>Peter looked toward Jesus.</w:t>
      </w:r>
    </w:p>
    <w:p w14:paraId="7AE883C6" w14:textId="77777777" w:rsidR="007D7487" w:rsidRDefault="00E6407B">
      <w:pPr>
        <w:ind w:firstLine="288"/>
      </w:pPr>
      <w:r>
        <w:rPr>
          <w:rFonts w:cs="Times New Roman"/>
        </w:rPr>
        <w:t>Then back toward Nicodemus.</w:t>
      </w:r>
    </w:p>
    <w:p w14:paraId="45144049" w14:textId="77777777" w:rsidR="007D7487" w:rsidRDefault="00E6407B">
      <w:pPr>
        <w:ind w:firstLine="288"/>
      </w:pPr>
      <w:r>
        <w:rPr>
          <w:rFonts w:cs="Times New Roman"/>
        </w:rPr>
        <w:t>"Then Solomon knew."</w:t>
      </w:r>
    </w:p>
    <w:p w14:paraId="34F30604" w14:textId="77777777" w:rsidR="007D7487" w:rsidRDefault="00E6407B">
      <w:pPr>
        <w:ind w:firstLine="288"/>
      </w:pPr>
      <w:r>
        <w:rPr>
          <w:rFonts w:cs="Times New Roman"/>
        </w:rPr>
        <w:t>Nicodemus glanced at him.</w:t>
      </w:r>
    </w:p>
    <w:p w14:paraId="6A3A8498" w14:textId="77777777" w:rsidR="007D7487" w:rsidRDefault="00E6407B">
      <w:pPr>
        <w:ind w:firstLine="288"/>
      </w:pPr>
      <w:r>
        <w:rPr>
          <w:rFonts w:cs="Times New Roman"/>
        </w:rPr>
        <w:t>"Knew what?"</w:t>
      </w:r>
    </w:p>
    <w:p w14:paraId="61FD9D73" w14:textId="77777777" w:rsidR="007D7487" w:rsidRDefault="00E6407B">
      <w:pPr>
        <w:ind w:firstLine="288"/>
      </w:pPr>
      <w:r>
        <w:rPr>
          <w:rFonts w:cs="Times New Roman"/>
        </w:rPr>
        <w:t>"That the house was not large enough."</w:t>
      </w:r>
    </w:p>
    <w:p w14:paraId="598E23A3" w14:textId="77777777" w:rsidR="007D7487" w:rsidRDefault="00E6407B">
      <w:pPr>
        <w:ind w:firstLine="288"/>
      </w:pPr>
      <w:r>
        <w:rPr>
          <w:rFonts w:cs="Times New Roman"/>
        </w:rPr>
        <w:t>A slight smile crossed Nicodemus's face.</w:t>
      </w:r>
    </w:p>
    <w:p w14:paraId="3CF9FC68" w14:textId="77777777" w:rsidR="007D7487" w:rsidRDefault="00E6407B">
      <w:pPr>
        <w:ind w:firstLine="288"/>
      </w:pPr>
      <w:r>
        <w:rPr>
          <w:rFonts w:cs="Times New Roman"/>
        </w:rPr>
        <w:t>"No house could be."</w:t>
      </w:r>
    </w:p>
    <w:p w14:paraId="5D54F39A" w14:textId="77777777" w:rsidR="007D7487" w:rsidRDefault="00E6407B">
      <w:pPr>
        <w:ind w:firstLine="288"/>
      </w:pPr>
      <w:r>
        <w:rPr>
          <w:rFonts w:cs="Times New Roman"/>
        </w:rPr>
        <w:t>Jesus looked around the group.</w:t>
      </w:r>
    </w:p>
    <w:p w14:paraId="1F124246" w14:textId="77777777" w:rsidR="007D7487" w:rsidRDefault="00E6407B">
      <w:pPr>
        <w:ind w:firstLine="288"/>
      </w:pPr>
      <w:r>
        <w:rPr>
          <w:rFonts w:cs="Times New Roman"/>
        </w:rPr>
        <w:t>"Yet did the glory truly fill it?"</w:t>
      </w:r>
    </w:p>
    <w:p w14:paraId="1A853D6A" w14:textId="77777777" w:rsidR="007D7487" w:rsidRDefault="00E6407B">
      <w:pPr>
        <w:ind w:firstLine="288"/>
      </w:pPr>
      <w:r>
        <w:rPr>
          <w:rFonts w:cs="Times New Roman"/>
        </w:rPr>
        <w:t>"Yes."</w:t>
      </w:r>
    </w:p>
    <w:p w14:paraId="0491D803" w14:textId="77777777" w:rsidR="007D7487" w:rsidRDefault="00E6407B">
      <w:pPr>
        <w:ind w:firstLine="288"/>
      </w:pPr>
      <w:r>
        <w:rPr>
          <w:rFonts w:cs="Times New Roman"/>
        </w:rPr>
        <w:t>"Was the house truly holy?"</w:t>
      </w:r>
    </w:p>
    <w:p w14:paraId="6A18B006" w14:textId="77777777" w:rsidR="007D7487" w:rsidRDefault="00E6407B">
      <w:pPr>
        <w:ind w:firstLine="288"/>
      </w:pPr>
      <w:r>
        <w:rPr>
          <w:rFonts w:cs="Times New Roman"/>
        </w:rPr>
        <w:t>"Yes."</w:t>
      </w:r>
    </w:p>
    <w:p w14:paraId="5025B437" w14:textId="77777777" w:rsidR="007D7487" w:rsidRDefault="00E6407B">
      <w:pPr>
        <w:ind w:firstLine="288"/>
      </w:pPr>
      <w:r>
        <w:rPr>
          <w:rFonts w:cs="Times New Roman"/>
        </w:rPr>
        <w:t>"Was the Name truly placed there?"</w:t>
      </w:r>
    </w:p>
    <w:p w14:paraId="517F7A3F" w14:textId="77777777" w:rsidR="007D7487" w:rsidRDefault="00E6407B">
      <w:pPr>
        <w:ind w:firstLine="288"/>
      </w:pPr>
      <w:r>
        <w:rPr>
          <w:rFonts w:cs="Times New Roman"/>
        </w:rPr>
        <w:t>"Yes."</w:t>
      </w:r>
    </w:p>
    <w:p w14:paraId="22819BAE" w14:textId="77777777" w:rsidR="007D7487" w:rsidRDefault="00E6407B">
      <w:pPr>
        <w:ind w:firstLine="288"/>
      </w:pPr>
      <w:r>
        <w:rPr>
          <w:rFonts w:cs="Times New Roman"/>
        </w:rPr>
        <w:t>"Then do not despise the house because Solomon knew God was greater than the house."</w:t>
      </w:r>
    </w:p>
    <w:p w14:paraId="613E1F0D" w14:textId="77777777" w:rsidR="007D7487" w:rsidRDefault="00E6407B">
      <w:pPr>
        <w:ind w:firstLine="288"/>
      </w:pPr>
      <w:r>
        <w:rPr>
          <w:rFonts w:cs="Times New Roman"/>
        </w:rPr>
        <w:t>Peter nodded.</w:t>
      </w:r>
    </w:p>
    <w:p w14:paraId="273A2272" w14:textId="77777777" w:rsidR="007D7487" w:rsidRDefault="00E6407B">
      <w:pPr>
        <w:ind w:firstLine="288"/>
      </w:pPr>
      <w:r>
        <w:rPr>
          <w:rFonts w:cs="Times New Roman"/>
        </w:rPr>
        <w:t>The Temple was not being mocked.</w:t>
      </w:r>
    </w:p>
    <w:p w14:paraId="7C483864" w14:textId="77777777" w:rsidR="007D7487" w:rsidRDefault="00E6407B">
      <w:pPr>
        <w:ind w:firstLine="288"/>
      </w:pPr>
      <w:r>
        <w:rPr>
          <w:rFonts w:cs="Times New Roman"/>
        </w:rPr>
        <w:t>The question was becoming larger than architecture.</w:t>
      </w:r>
    </w:p>
    <w:p w14:paraId="79A85161" w14:textId="77777777" w:rsidR="007D7487" w:rsidRDefault="00E6407B">
      <w:pPr>
        <w:ind w:firstLine="288"/>
      </w:pPr>
      <w:r>
        <w:rPr>
          <w:rFonts w:cs="Times New Roman"/>
        </w:rPr>
        <w:t>Jesus turned toward the women.</w:t>
      </w:r>
    </w:p>
    <w:p w14:paraId="4946FC96" w14:textId="77777777" w:rsidR="007D7487" w:rsidRDefault="00E6407B">
      <w:pPr>
        <w:ind w:firstLine="288"/>
      </w:pPr>
      <w:r>
        <w:rPr>
          <w:rFonts w:cs="Times New Roman"/>
        </w:rPr>
        <w:t>"What else did Solomon pray?"</w:t>
      </w:r>
    </w:p>
    <w:p w14:paraId="4354D431" w14:textId="77777777" w:rsidR="007D7487" w:rsidRDefault="00E6407B">
      <w:pPr>
        <w:ind w:firstLine="288"/>
      </w:pPr>
      <w:r>
        <w:rPr>
          <w:rFonts w:cs="Times New Roman"/>
        </w:rPr>
        <w:t>Joanna looked uncertain.</w:t>
      </w:r>
    </w:p>
    <w:p w14:paraId="285D4381" w14:textId="77777777" w:rsidR="007D7487" w:rsidRDefault="00E6407B">
      <w:pPr>
        <w:ind w:firstLine="288"/>
      </w:pPr>
      <w:r>
        <w:rPr>
          <w:rFonts w:cs="Times New Roman"/>
        </w:rPr>
        <w:t>"Concerning Israel?"</w:t>
      </w:r>
    </w:p>
    <w:p w14:paraId="1CF36E54" w14:textId="77777777" w:rsidR="007D7487" w:rsidRDefault="00E6407B">
      <w:pPr>
        <w:ind w:firstLine="288"/>
      </w:pPr>
      <w:r>
        <w:rPr>
          <w:rFonts w:cs="Times New Roman"/>
        </w:rPr>
        <w:t>"Concerning someone who was not Israel."</w:t>
      </w:r>
    </w:p>
    <w:p w14:paraId="41DC446A" w14:textId="77777777" w:rsidR="007D7487" w:rsidRDefault="00E6407B">
      <w:pPr>
        <w:ind w:firstLine="288"/>
      </w:pPr>
      <w:r>
        <w:rPr>
          <w:rFonts w:cs="Times New Roman"/>
        </w:rPr>
        <w:t>That caught Nicodemus immediately.</w:t>
      </w:r>
    </w:p>
    <w:p w14:paraId="3A395D51" w14:textId="77777777" w:rsidR="007D7487" w:rsidRDefault="00E6407B">
      <w:pPr>
        <w:ind w:firstLine="288"/>
      </w:pPr>
      <w:r>
        <w:rPr>
          <w:rFonts w:cs="Times New Roman"/>
        </w:rPr>
        <w:t>"The stranger."</w:t>
      </w:r>
    </w:p>
    <w:p w14:paraId="45BDB8DA" w14:textId="77777777" w:rsidR="007D7487" w:rsidRDefault="00E6407B">
      <w:pPr>
        <w:ind w:firstLine="288"/>
      </w:pPr>
      <w:r>
        <w:rPr>
          <w:rFonts w:cs="Times New Roman"/>
        </w:rPr>
        <w:t>Jesus nodded.</w:t>
      </w:r>
    </w:p>
    <w:p w14:paraId="1A696787" w14:textId="77777777" w:rsidR="007D7487" w:rsidRDefault="00E6407B">
      <w:pPr>
        <w:ind w:firstLine="288"/>
      </w:pPr>
      <w:r>
        <w:rPr>
          <w:rFonts w:cs="Times New Roman"/>
        </w:rPr>
        <w:t>Nicodemus searched the dedication prayer.</w:t>
      </w:r>
    </w:p>
    <w:p w14:paraId="58B561D6" w14:textId="77777777" w:rsidR="007D7487" w:rsidRDefault="00E6407B">
      <w:pPr>
        <w:ind w:firstLine="288"/>
      </w:pPr>
      <w:r>
        <w:rPr>
          <w:rFonts w:cs="Times New Roman"/>
        </w:rPr>
        <w:lastRenderedPageBreak/>
        <w:t>"Moreover concerning a stranger, that is not of thy people Israel, but cometh out of a far country..."</w:t>
      </w:r>
    </w:p>
    <w:p w14:paraId="417726A2" w14:textId="77777777" w:rsidR="007D7487" w:rsidRDefault="00E6407B">
      <w:pPr>
        <w:ind w:firstLine="288"/>
      </w:pPr>
      <w:r>
        <w:rPr>
          <w:rFonts w:cs="Times New Roman"/>
          <w:i/>
        </w:rPr>
        <w:t>"(For they shall hear of thy great name, and of thy strong hand, and of thy stretched out arm;) when he shall come and pray toward this house; Hear thou in heaven thy dwelling place, and do according to all that the stranger calleth to thee for: that all people of the earth may know thy name, to fear thee, as do thy people Israel."</w:t>
      </w:r>
    </w:p>
    <w:p w14:paraId="1311F12B" w14:textId="77777777" w:rsidR="007D7487" w:rsidRDefault="00E6407B">
      <w:pPr>
        <w:ind w:firstLine="288"/>
      </w:pPr>
      <w:r>
        <w:rPr>
          <w:rFonts w:cs="Times New Roman"/>
        </w:rPr>
        <w:t>The prayer kept the distinction visible:</w:t>
      </w:r>
    </w:p>
    <w:p w14:paraId="325DA9B5" w14:textId="77777777" w:rsidR="007D7487" w:rsidRDefault="00E6407B">
      <w:pPr>
        <w:ind w:firstLine="288"/>
      </w:pPr>
      <w:r>
        <w:rPr>
          <w:rFonts w:cs="Times New Roman"/>
        </w:rPr>
        <w:t>the stranger was not called Israel in the sentence.</w:t>
      </w:r>
    </w:p>
    <w:p w14:paraId="4E44493D" w14:textId="77777777" w:rsidR="007D7487" w:rsidRDefault="00E6407B">
      <w:pPr>
        <w:ind w:firstLine="288"/>
      </w:pPr>
      <w:r>
        <w:rPr>
          <w:rFonts w:cs="Times New Roman"/>
        </w:rPr>
        <w:t>Yet the stranger heard the Name, came near, prayed, and was included in Solomon's request that all peoples know YHWH.</w:t>
      </w:r>
    </w:p>
    <w:p w14:paraId="2CBA83C0" w14:textId="77777777" w:rsidR="007D7487" w:rsidRDefault="00E6407B">
      <w:pPr>
        <w:ind w:firstLine="288"/>
      </w:pPr>
      <w:r>
        <w:rPr>
          <w:rFonts w:cs="Times New Roman"/>
        </w:rPr>
        <w:t>Mary, Jesus' mother, continued softly:</w:t>
      </w:r>
    </w:p>
    <w:p w14:paraId="0A5D2762" w14:textId="77777777" w:rsidR="007D7487" w:rsidRDefault="00E6407B">
      <w:pPr>
        <w:ind w:firstLine="288"/>
      </w:pPr>
      <w:r>
        <w:rPr>
          <w:rFonts w:cs="Times New Roman"/>
        </w:rPr>
        <w:t>"For thy name's sake."</w:t>
      </w:r>
    </w:p>
    <w:p w14:paraId="32BC8AC8" w14:textId="77777777" w:rsidR="007D7487" w:rsidRDefault="00E6407B">
      <w:pPr>
        <w:ind w:firstLine="288"/>
      </w:pPr>
      <w:r>
        <w:rPr>
          <w:rFonts w:cs="Times New Roman"/>
        </w:rPr>
        <w:t>Nicodemus looked toward her.</w:t>
      </w:r>
    </w:p>
    <w:p w14:paraId="0624ECA2" w14:textId="77777777" w:rsidR="007D7487" w:rsidRDefault="00E6407B">
      <w:pPr>
        <w:ind w:firstLine="288"/>
      </w:pPr>
      <w:r>
        <w:rPr>
          <w:rFonts w:cs="Times New Roman"/>
        </w:rPr>
        <w:t>"For they shall hear of thy great name."</w:t>
      </w:r>
    </w:p>
    <w:p w14:paraId="5196AB63" w14:textId="77777777" w:rsidR="007D7487" w:rsidRDefault="00E6407B">
      <w:pPr>
        <w:ind w:firstLine="288"/>
      </w:pPr>
      <w:r>
        <w:rPr>
          <w:rFonts w:cs="Times New Roman"/>
        </w:rPr>
        <w:t>"And of thy strong hand."</w:t>
      </w:r>
    </w:p>
    <w:p w14:paraId="1C39D912" w14:textId="77777777" w:rsidR="007D7487" w:rsidRDefault="00E6407B">
      <w:pPr>
        <w:ind w:firstLine="288"/>
      </w:pPr>
      <w:r>
        <w:rPr>
          <w:rFonts w:cs="Times New Roman"/>
        </w:rPr>
        <w:t>"And of thy stretched out arm."</w:t>
      </w:r>
    </w:p>
    <w:p w14:paraId="724954CA" w14:textId="77777777" w:rsidR="007D7487" w:rsidRDefault="00E6407B">
      <w:pPr>
        <w:ind w:firstLine="288"/>
      </w:pPr>
      <w:r>
        <w:rPr>
          <w:rFonts w:cs="Times New Roman"/>
        </w:rPr>
        <w:t>Jesus asked:</w:t>
      </w:r>
    </w:p>
    <w:p w14:paraId="0246ADA4" w14:textId="77777777" w:rsidR="007D7487" w:rsidRDefault="00E6407B">
      <w:pPr>
        <w:ind w:firstLine="288"/>
      </w:pPr>
      <w:r>
        <w:rPr>
          <w:rFonts w:cs="Times New Roman"/>
        </w:rPr>
        <w:t>"And when the stranger came?"</w:t>
      </w:r>
    </w:p>
    <w:p w14:paraId="6C80218D" w14:textId="77777777" w:rsidR="007D7487" w:rsidRDefault="00E6407B">
      <w:pPr>
        <w:ind w:firstLine="288"/>
      </w:pPr>
      <w:r>
        <w:rPr>
          <w:rFonts w:cs="Times New Roman"/>
        </w:rPr>
        <w:t>Nicodemus answered:</w:t>
      </w:r>
    </w:p>
    <w:p w14:paraId="0A94082D" w14:textId="77777777" w:rsidR="007D7487" w:rsidRDefault="00E6407B">
      <w:pPr>
        <w:ind w:firstLine="288"/>
      </w:pPr>
      <w:r>
        <w:rPr>
          <w:rFonts w:cs="Times New Roman"/>
        </w:rPr>
        <w:t>"Solomon asked God to hear him."</w:t>
      </w:r>
    </w:p>
    <w:p w14:paraId="6C0A6AC1" w14:textId="77777777" w:rsidR="007D7487" w:rsidRDefault="00E6407B">
      <w:pPr>
        <w:ind w:firstLine="288"/>
      </w:pPr>
      <w:r>
        <w:rPr>
          <w:rFonts w:cs="Times New Roman"/>
        </w:rPr>
        <w:t>"From where?"</w:t>
      </w:r>
    </w:p>
    <w:p w14:paraId="66AE6818" w14:textId="77777777" w:rsidR="007D7487" w:rsidRDefault="00E6407B">
      <w:pPr>
        <w:ind w:firstLine="288"/>
      </w:pPr>
      <w:r>
        <w:rPr>
          <w:rFonts w:cs="Times New Roman"/>
        </w:rPr>
        <w:t>Nicodemus paused.</w:t>
      </w:r>
    </w:p>
    <w:p w14:paraId="4BDC55D5" w14:textId="77777777" w:rsidR="007D7487" w:rsidRDefault="00E6407B">
      <w:pPr>
        <w:ind w:firstLine="288"/>
      </w:pPr>
      <w:r>
        <w:rPr>
          <w:rFonts w:cs="Times New Roman"/>
        </w:rPr>
        <w:t>"From heaven."</w:t>
      </w:r>
    </w:p>
    <w:p w14:paraId="5ED5A28B" w14:textId="77777777" w:rsidR="007D7487" w:rsidRDefault="00E6407B">
      <w:pPr>
        <w:ind w:firstLine="288"/>
      </w:pPr>
      <w:r>
        <w:rPr>
          <w:rFonts w:cs="Times New Roman"/>
        </w:rPr>
        <w:t>Peter caught it.</w:t>
      </w:r>
    </w:p>
    <w:p w14:paraId="44C9AA5A" w14:textId="77777777" w:rsidR="007D7487" w:rsidRDefault="00E6407B">
      <w:pPr>
        <w:ind w:firstLine="288"/>
      </w:pPr>
      <w:r>
        <w:rPr>
          <w:rFonts w:cs="Times New Roman"/>
        </w:rPr>
        <w:t>"Not from the house."</w:t>
      </w:r>
    </w:p>
    <w:p w14:paraId="07992234" w14:textId="77777777" w:rsidR="007D7487" w:rsidRDefault="00E6407B">
      <w:pPr>
        <w:ind w:firstLine="288"/>
      </w:pPr>
      <w:r>
        <w:rPr>
          <w:rFonts w:cs="Times New Roman"/>
        </w:rPr>
        <w:t>Nicodemus turned toward him.</w:t>
      </w:r>
    </w:p>
    <w:p w14:paraId="18C1E0C3" w14:textId="77777777" w:rsidR="007D7487" w:rsidRDefault="00E6407B">
      <w:pPr>
        <w:ind w:firstLine="288"/>
      </w:pPr>
      <w:r>
        <w:rPr>
          <w:rFonts w:cs="Times New Roman"/>
        </w:rPr>
        <w:t>"No."</w:t>
      </w:r>
    </w:p>
    <w:p w14:paraId="60D85156" w14:textId="77777777" w:rsidR="007D7487" w:rsidRDefault="00E6407B">
      <w:pPr>
        <w:ind w:firstLine="288"/>
      </w:pPr>
      <w:r>
        <w:rPr>
          <w:rFonts w:cs="Times New Roman"/>
        </w:rPr>
        <w:t>"From heaven, His dwelling place."</w:t>
      </w:r>
    </w:p>
    <w:p w14:paraId="65B5286E" w14:textId="77777777" w:rsidR="007D7487" w:rsidRDefault="00E6407B">
      <w:pPr>
        <w:ind w:firstLine="288"/>
      </w:pPr>
      <w:r>
        <w:rPr>
          <w:rFonts w:cs="Times New Roman"/>
        </w:rPr>
        <w:t>Jesus smiled.</w:t>
      </w:r>
    </w:p>
    <w:p w14:paraId="71DCFC25" w14:textId="77777777" w:rsidR="007D7487" w:rsidRDefault="00E6407B">
      <w:pPr>
        <w:ind w:firstLine="288"/>
      </w:pPr>
      <w:r>
        <w:rPr>
          <w:rFonts w:cs="Times New Roman"/>
        </w:rPr>
        <w:t>"And why did Solomon ask the Father to hear the stranger?"</w:t>
      </w:r>
    </w:p>
    <w:p w14:paraId="45C1FEC4" w14:textId="77777777" w:rsidR="007D7487" w:rsidRDefault="00E6407B">
      <w:pPr>
        <w:ind w:firstLine="288"/>
      </w:pPr>
      <w:r>
        <w:rPr>
          <w:rFonts w:cs="Times New Roman"/>
        </w:rPr>
        <w:t>Silence.</w:t>
      </w:r>
    </w:p>
    <w:p w14:paraId="3E5791A0" w14:textId="77777777" w:rsidR="007D7487" w:rsidRDefault="00E6407B">
      <w:pPr>
        <w:ind w:firstLine="288"/>
      </w:pPr>
      <w:r>
        <w:rPr>
          <w:rFonts w:cs="Times New Roman"/>
        </w:rPr>
        <w:t>John remembered the end of the prayer.</w:t>
      </w:r>
    </w:p>
    <w:p w14:paraId="407A7A98" w14:textId="77777777" w:rsidR="007D7487" w:rsidRDefault="00E6407B">
      <w:pPr>
        <w:ind w:firstLine="288"/>
      </w:pPr>
      <w:r>
        <w:rPr>
          <w:rFonts w:cs="Times New Roman"/>
        </w:rPr>
        <w:t>"That all people of the earth may know thy name."</w:t>
      </w:r>
    </w:p>
    <w:p w14:paraId="35BE0065" w14:textId="77777777" w:rsidR="007D7487" w:rsidRDefault="00E6407B">
      <w:pPr>
        <w:ind w:firstLine="288"/>
      </w:pPr>
      <w:r>
        <w:rPr>
          <w:rFonts w:cs="Times New Roman"/>
        </w:rPr>
        <w:t>Jesus looked at him.</w:t>
      </w:r>
    </w:p>
    <w:p w14:paraId="5522011A" w14:textId="77777777" w:rsidR="007D7487" w:rsidRDefault="00E6407B">
      <w:pPr>
        <w:ind w:firstLine="288"/>
      </w:pPr>
      <w:r>
        <w:rPr>
          <w:rFonts w:cs="Times New Roman"/>
        </w:rPr>
        <w:t>John stopped.</w:t>
      </w:r>
    </w:p>
    <w:p w14:paraId="14911731" w14:textId="77777777" w:rsidR="007D7487" w:rsidRDefault="00E6407B">
      <w:pPr>
        <w:ind w:firstLine="288"/>
      </w:pPr>
      <w:r>
        <w:rPr>
          <w:rFonts w:cs="Times New Roman"/>
        </w:rPr>
        <w:t>All people of the earth.</w:t>
      </w:r>
    </w:p>
    <w:p w14:paraId="1D3376FD" w14:textId="77777777" w:rsidR="007D7487" w:rsidRDefault="00E6407B">
      <w:pPr>
        <w:ind w:firstLine="288"/>
      </w:pPr>
      <w:r>
        <w:rPr>
          <w:rFonts w:cs="Times New Roman"/>
        </w:rPr>
        <w:t>He looked across the hills.</w:t>
      </w:r>
    </w:p>
    <w:p w14:paraId="5A6886A0" w14:textId="77777777" w:rsidR="007D7487" w:rsidRDefault="00E6407B">
      <w:pPr>
        <w:ind w:firstLine="288"/>
      </w:pPr>
      <w:r>
        <w:rPr>
          <w:rFonts w:cs="Times New Roman"/>
        </w:rPr>
        <w:t>Joanna whispered:</w:t>
      </w:r>
    </w:p>
    <w:p w14:paraId="7701833C" w14:textId="77777777" w:rsidR="007D7487" w:rsidRDefault="00E6407B">
      <w:pPr>
        <w:ind w:firstLine="288"/>
      </w:pPr>
      <w:r>
        <w:rPr>
          <w:rFonts w:cs="Times New Roman"/>
        </w:rPr>
        <w:t>"Galilee of the nations."</w:t>
      </w:r>
    </w:p>
    <w:p w14:paraId="10149035" w14:textId="77777777" w:rsidR="007D7487" w:rsidRDefault="00E6407B">
      <w:pPr>
        <w:ind w:firstLine="288"/>
      </w:pPr>
      <w:r>
        <w:rPr>
          <w:rFonts w:cs="Times New Roman"/>
        </w:rPr>
        <w:lastRenderedPageBreak/>
        <w:t>Another disciple completed Isaiah's memory.</w:t>
      </w:r>
    </w:p>
    <w:p w14:paraId="7FECFB05" w14:textId="77777777" w:rsidR="007D7487" w:rsidRDefault="00E6407B">
      <w:pPr>
        <w:ind w:firstLine="288"/>
      </w:pPr>
      <w:r>
        <w:rPr>
          <w:rFonts w:cs="Times New Roman"/>
        </w:rPr>
        <w:t>"The people which sat in darkness saw great light."</w:t>
      </w:r>
    </w:p>
    <w:p w14:paraId="4166F0BE" w14:textId="77777777" w:rsidR="007D7487" w:rsidRDefault="00E6407B">
      <w:pPr>
        <w:ind w:firstLine="288"/>
      </w:pPr>
      <w:r>
        <w:rPr>
          <w:rFonts w:cs="Times New Roman"/>
        </w:rPr>
        <w:t>Jesus let the words remain.</w:t>
      </w:r>
    </w:p>
    <w:p w14:paraId="252E81AA" w14:textId="77777777" w:rsidR="007D7487" w:rsidRDefault="00E6407B">
      <w:pPr>
        <w:ind w:firstLine="288"/>
      </w:pPr>
      <w:r>
        <w:rPr>
          <w:rFonts w:cs="Times New Roman"/>
        </w:rPr>
        <w:t>The stranger from afar.</w:t>
      </w:r>
    </w:p>
    <w:p w14:paraId="04312C08" w14:textId="77777777" w:rsidR="007D7487" w:rsidRDefault="00E6407B">
      <w:pPr>
        <w:ind w:firstLine="288"/>
      </w:pPr>
      <w:r>
        <w:rPr>
          <w:rFonts w:cs="Times New Roman"/>
        </w:rPr>
        <w:t>The Name.</w:t>
      </w:r>
    </w:p>
    <w:p w14:paraId="6D72D724" w14:textId="77777777" w:rsidR="007D7487" w:rsidRDefault="00E6407B">
      <w:pPr>
        <w:ind w:firstLine="288"/>
      </w:pPr>
      <w:r>
        <w:rPr>
          <w:rFonts w:cs="Times New Roman"/>
        </w:rPr>
        <w:t>The house.</w:t>
      </w:r>
    </w:p>
    <w:p w14:paraId="69B46EAC" w14:textId="77777777" w:rsidR="007D7487" w:rsidRDefault="00E6407B">
      <w:pPr>
        <w:ind w:firstLine="288"/>
      </w:pPr>
      <w:r>
        <w:rPr>
          <w:rFonts w:cs="Times New Roman"/>
        </w:rPr>
        <w:t>The God who heard from heaven.</w:t>
      </w:r>
    </w:p>
    <w:p w14:paraId="4A069A38" w14:textId="77777777" w:rsidR="007D7487" w:rsidRDefault="00E6407B">
      <w:pPr>
        <w:ind w:firstLine="288"/>
      </w:pPr>
      <w:r>
        <w:rPr>
          <w:rFonts w:cs="Times New Roman"/>
        </w:rPr>
        <w:t>All peoples of the earth.</w:t>
      </w:r>
    </w:p>
    <w:p w14:paraId="7A573919" w14:textId="77777777" w:rsidR="007D7487" w:rsidRDefault="00E6407B">
      <w:pPr>
        <w:ind w:firstLine="288"/>
      </w:pPr>
      <w:r>
        <w:rPr>
          <w:rFonts w:cs="Times New Roman"/>
        </w:rPr>
        <w:t>Galilee.</w:t>
      </w:r>
    </w:p>
    <w:p w14:paraId="7F365D5A" w14:textId="77777777" w:rsidR="007D7487" w:rsidRDefault="00E6407B">
      <w:pPr>
        <w:ind w:firstLine="288"/>
      </w:pPr>
      <w:r>
        <w:rPr>
          <w:rFonts w:cs="Times New Roman"/>
        </w:rPr>
        <w:t>Light.</w:t>
      </w:r>
    </w:p>
    <w:p w14:paraId="63A84DD7" w14:textId="77777777" w:rsidR="007D7487" w:rsidRDefault="00E6407B">
      <w:pPr>
        <w:suppressLineNumbers/>
        <w:spacing w:before="100" w:after="100"/>
        <w:jc w:val="center"/>
      </w:pPr>
      <w:r>
        <w:rPr>
          <w:rFonts w:cs="Times New Roman"/>
          <w:sz w:val="20"/>
        </w:rPr>
        <w:t>* * *</w:t>
      </w:r>
    </w:p>
    <w:p w14:paraId="4ABF0C98" w14:textId="77777777" w:rsidR="007D7487" w:rsidRDefault="00E6407B">
      <w:pPr>
        <w:ind w:firstLine="288"/>
      </w:pPr>
      <w:r>
        <w:rPr>
          <w:rFonts w:cs="Times New Roman"/>
        </w:rPr>
        <w:t>Jesus looked directly at John.</w:t>
      </w:r>
    </w:p>
    <w:p w14:paraId="1E52F4BE" w14:textId="77777777" w:rsidR="007D7487" w:rsidRDefault="00E6407B">
      <w:pPr>
        <w:ind w:firstLine="288"/>
      </w:pPr>
      <w:r>
        <w:rPr>
          <w:rFonts w:cs="Times New Roman"/>
        </w:rPr>
        <w:t>"What did I say in Jerusalem when they asked Me for a sign?"</w:t>
      </w:r>
    </w:p>
    <w:p w14:paraId="6F83E879" w14:textId="77777777" w:rsidR="007D7487" w:rsidRDefault="00E6407B">
      <w:pPr>
        <w:ind w:firstLine="288"/>
      </w:pPr>
      <w:r>
        <w:rPr>
          <w:rFonts w:cs="Times New Roman"/>
        </w:rPr>
        <w:t>John knew the moment.</w:t>
      </w:r>
    </w:p>
    <w:p w14:paraId="327A66CA" w14:textId="77777777" w:rsidR="007D7487" w:rsidRDefault="00E6407B">
      <w:pPr>
        <w:ind w:firstLine="288"/>
      </w:pPr>
      <w:r>
        <w:rPr>
          <w:rFonts w:cs="Times New Roman"/>
        </w:rPr>
        <w:t>The Temple courts.</w:t>
      </w:r>
    </w:p>
    <w:p w14:paraId="1CC61E8A" w14:textId="77777777" w:rsidR="007D7487" w:rsidRDefault="00E6407B">
      <w:pPr>
        <w:ind w:firstLine="288"/>
      </w:pPr>
      <w:r>
        <w:rPr>
          <w:rFonts w:cs="Times New Roman"/>
        </w:rPr>
        <w:t>Tables.</w:t>
      </w:r>
    </w:p>
    <w:p w14:paraId="778E4EB9" w14:textId="77777777" w:rsidR="007D7487" w:rsidRDefault="00E6407B">
      <w:pPr>
        <w:ind w:firstLine="288"/>
      </w:pPr>
      <w:r>
        <w:rPr>
          <w:rFonts w:cs="Times New Roman"/>
        </w:rPr>
        <w:t>Animals.</w:t>
      </w:r>
    </w:p>
    <w:p w14:paraId="296F110F" w14:textId="77777777" w:rsidR="007D7487" w:rsidRDefault="00E6407B">
      <w:pPr>
        <w:ind w:firstLine="288"/>
      </w:pPr>
      <w:r>
        <w:rPr>
          <w:rFonts w:cs="Times New Roman"/>
        </w:rPr>
        <w:t>A challenge.</w:t>
      </w:r>
    </w:p>
    <w:p w14:paraId="24EE3E0C" w14:textId="77777777" w:rsidR="007D7487" w:rsidRDefault="00E6407B">
      <w:pPr>
        <w:ind w:firstLine="288"/>
      </w:pPr>
      <w:r>
        <w:rPr>
          <w:rFonts w:cs="Times New Roman"/>
        </w:rPr>
        <w:t>"What sign shewest thou unto us, seeing that thou doest these things?"</w:t>
      </w:r>
    </w:p>
    <w:p w14:paraId="62CF24C7" w14:textId="77777777" w:rsidR="007D7487" w:rsidRDefault="00E6407B">
      <w:pPr>
        <w:ind w:firstLine="288"/>
      </w:pPr>
      <w:r>
        <w:rPr>
          <w:rFonts w:cs="Times New Roman"/>
        </w:rPr>
        <w:t>Jesus had answered with a sentence no one understood.</w:t>
      </w:r>
    </w:p>
    <w:p w14:paraId="3FC2DF01" w14:textId="77777777" w:rsidR="007D7487" w:rsidRDefault="00E6407B">
      <w:pPr>
        <w:ind w:firstLine="288"/>
      </w:pPr>
      <w:r>
        <w:rPr>
          <w:rFonts w:cs="Times New Roman"/>
        </w:rPr>
        <w:t>John spoke it.</w:t>
      </w:r>
    </w:p>
    <w:p w14:paraId="31F1F4BE" w14:textId="77777777" w:rsidR="007D7487" w:rsidRDefault="00E6407B">
      <w:pPr>
        <w:ind w:firstLine="288"/>
      </w:pPr>
      <w:r>
        <w:rPr>
          <w:rFonts w:cs="Times New Roman"/>
        </w:rPr>
        <w:t>"Destroy this temple..."</w:t>
      </w:r>
    </w:p>
    <w:p w14:paraId="2A46EC86" w14:textId="77777777" w:rsidR="007D7487" w:rsidRDefault="00E6407B">
      <w:pPr>
        <w:ind w:firstLine="288"/>
      </w:pPr>
      <w:r>
        <w:rPr>
          <w:rFonts w:cs="Times New Roman"/>
        </w:rPr>
        <w:t>His voice trailed.</w:t>
      </w:r>
    </w:p>
    <w:p w14:paraId="7DEC9FCD" w14:textId="77777777" w:rsidR="007D7487" w:rsidRDefault="00E6407B">
      <w:pPr>
        <w:ind w:firstLine="288"/>
      </w:pPr>
      <w:r>
        <w:rPr>
          <w:rFonts w:cs="Times New Roman"/>
        </w:rPr>
        <w:t>Jesus waited.</w:t>
      </w:r>
    </w:p>
    <w:p w14:paraId="79BB747B" w14:textId="77777777" w:rsidR="007D7487" w:rsidRDefault="00E6407B">
      <w:pPr>
        <w:ind w:firstLine="288"/>
      </w:pPr>
      <w:r>
        <w:rPr>
          <w:rFonts w:cs="Times New Roman"/>
        </w:rPr>
        <w:t>John looked at Him.</w:t>
      </w:r>
    </w:p>
    <w:p w14:paraId="27707A03" w14:textId="77777777" w:rsidR="007D7487" w:rsidRDefault="00E6407B">
      <w:pPr>
        <w:ind w:firstLine="288"/>
      </w:pPr>
      <w:r>
        <w:rPr>
          <w:rFonts w:cs="Times New Roman"/>
        </w:rPr>
        <w:t>Alive.</w:t>
      </w:r>
    </w:p>
    <w:p w14:paraId="21058B26" w14:textId="77777777" w:rsidR="007D7487" w:rsidRDefault="00E6407B">
      <w:pPr>
        <w:ind w:firstLine="288"/>
      </w:pPr>
      <w:r>
        <w:rPr>
          <w:rFonts w:cs="Times New Roman"/>
        </w:rPr>
        <w:t>Standing before him.</w:t>
      </w:r>
    </w:p>
    <w:p w14:paraId="6CB80446" w14:textId="77777777" w:rsidR="007D7487" w:rsidRDefault="00E6407B">
      <w:pPr>
        <w:ind w:firstLine="288"/>
      </w:pPr>
      <w:r>
        <w:rPr>
          <w:rFonts w:cs="Times New Roman"/>
        </w:rPr>
        <w:t>"And in three days I will raise it up."</w:t>
      </w:r>
    </w:p>
    <w:p w14:paraId="6A88D89B" w14:textId="77777777" w:rsidR="007D7487" w:rsidRDefault="00E6407B">
      <w:pPr>
        <w:ind w:firstLine="288"/>
      </w:pPr>
      <w:r>
        <w:rPr>
          <w:rFonts w:cs="Times New Roman"/>
          <w:i/>
        </w:rPr>
        <w:t>"Then said the Jews, Forty and six years was this temple in building, and wilt thou rear it up in three days? But he spake of the temple of his body."</w:t>
      </w:r>
    </w:p>
    <w:p w14:paraId="1EEA90CC" w14:textId="77777777" w:rsidR="007D7487" w:rsidRDefault="00E6407B">
      <w:pPr>
        <w:ind w:firstLine="288"/>
      </w:pPr>
      <w:r>
        <w:rPr>
          <w:rFonts w:cs="Times New Roman"/>
        </w:rPr>
        <w:t>John did not need to manufacture the interpretation now.</w:t>
      </w:r>
    </w:p>
    <w:p w14:paraId="27C19776" w14:textId="77777777" w:rsidR="007D7487" w:rsidRDefault="00E6407B">
      <w:pPr>
        <w:ind w:firstLine="288"/>
      </w:pPr>
      <w:r>
        <w:rPr>
          <w:rFonts w:cs="Times New Roman"/>
        </w:rPr>
        <w:t>The risen body standing before him had supplied it.</w:t>
      </w:r>
    </w:p>
    <w:p w14:paraId="48DC49EE" w14:textId="77777777" w:rsidR="007D7487" w:rsidRDefault="00E6407B">
      <w:pPr>
        <w:ind w:firstLine="288"/>
      </w:pPr>
      <w:r>
        <w:rPr>
          <w:rFonts w:cs="Times New Roman"/>
        </w:rPr>
        <w:t>The silence changed.</w:t>
      </w:r>
    </w:p>
    <w:p w14:paraId="460D14EA" w14:textId="77777777" w:rsidR="007D7487" w:rsidRDefault="00E6407B">
      <w:pPr>
        <w:ind w:firstLine="288"/>
      </w:pPr>
      <w:r>
        <w:rPr>
          <w:rFonts w:cs="Times New Roman"/>
        </w:rPr>
        <w:t>John stared at Jesus' body.</w:t>
      </w:r>
    </w:p>
    <w:p w14:paraId="7EE82C98" w14:textId="77777777" w:rsidR="007D7487" w:rsidRDefault="00E6407B">
      <w:pPr>
        <w:ind w:firstLine="288"/>
      </w:pPr>
      <w:r>
        <w:rPr>
          <w:rFonts w:cs="Times New Roman"/>
        </w:rPr>
        <w:t>The wounds.</w:t>
      </w:r>
    </w:p>
    <w:p w14:paraId="2C03D063" w14:textId="77777777" w:rsidR="007D7487" w:rsidRDefault="00E6407B">
      <w:pPr>
        <w:ind w:firstLine="288"/>
      </w:pPr>
      <w:r>
        <w:rPr>
          <w:rFonts w:cs="Times New Roman"/>
        </w:rPr>
        <w:t>The living chest rising with breath.</w:t>
      </w:r>
    </w:p>
    <w:p w14:paraId="295E2189" w14:textId="77777777" w:rsidR="007D7487" w:rsidRDefault="00E6407B">
      <w:pPr>
        <w:ind w:firstLine="288"/>
      </w:pPr>
      <w:r>
        <w:rPr>
          <w:rFonts w:cs="Times New Roman"/>
        </w:rPr>
        <w:t>"Your body."</w:t>
      </w:r>
    </w:p>
    <w:p w14:paraId="1B3947C2" w14:textId="77777777" w:rsidR="007D7487" w:rsidRDefault="00E6407B">
      <w:pPr>
        <w:ind w:firstLine="288"/>
      </w:pPr>
      <w:r>
        <w:rPr>
          <w:rFonts w:cs="Times New Roman"/>
        </w:rPr>
        <w:t>Jesus held his gaze.</w:t>
      </w:r>
    </w:p>
    <w:p w14:paraId="7F829FC9" w14:textId="77777777" w:rsidR="007D7487" w:rsidRDefault="00E6407B">
      <w:pPr>
        <w:ind w:firstLine="288"/>
      </w:pPr>
      <w:r>
        <w:rPr>
          <w:rFonts w:cs="Times New Roman"/>
        </w:rPr>
        <w:lastRenderedPageBreak/>
        <w:t>"The temple I spoke of."</w:t>
      </w:r>
    </w:p>
    <w:p w14:paraId="5138D8B5" w14:textId="77777777" w:rsidR="007D7487" w:rsidRDefault="00E6407B">
      <w:pPr>
        <w:ind w:firstLine="288"/>
      </w:pPr>
      <w:r>
        <w:rPr>
          <w:rFonts w:cs="Times New Roman"/>
        </w:rPr>
        <w:t>John's mouth opened.</w:t>
      </w:r>
    </w:p>
    <w:p w14:paraId="0CDE66CF" w14:textId="77777777" w:rsidR="007D7487" w:rsidRDefault="00E6407B">
      <w:pPr>
        <w:ind w:firstLine="288"/>
      </w:pPr>
      <w:r>
        <w:rPr>
          <w:rFonts w:cs="Times New Roman"/>
        </w:rPr>
        <w:t>Nothing came.</w:t>
      </w:r>
    </w:p>
    <w:p w14:paraId="4B1AB883" w14:textId="77777777" w:rsidR="007D7487" w:rsidRDefault="00E6407B">
      <w:pPr>
        <w:ind w:firstLine="288"/>
      </w:pPr>
      <w:r>
        <w:rPr>
          <w:rFonts w:cs="Times New Roman"/>
        </w:rPr>
        <w:t>Three years earlier he had heard the words and stored them without understanding.</w:t>
      </w:r>
    </w:p>
    <w:p w14:paraId="5B2564F6" w14:textId="77777777" w:rsidR="007D7487" w:rsidRDefault="00E6407B">
      <w:pPr>
        <w:ind w:firstLine="288"/>
      </w:pPr>
      <w:r>
        <w:rPr>
          <w:rFonts w:cs="Times New Roman"/>
        </w:rPr>
        <w:t>Now he was standing inside their explanation.</w:t>
      </w:r>
    </w:p>
    <w:p w14:paraId="449F165F" w14:textId="77777777" w:rsidR="007D7487" w:rsidRDefault="00E6407B">
      <w:pPr>
        <w:ind w:firstLine="288"/>
      </w:pPr>
      <w:r>
        <w:rPr>
          <w:rFonts w:cs="Times New Roman"/>
        </w:rPr>
        <w:t>Destroy.</w:t>
      </w:r>
    </w:p>
    <w:p w14:paraId="262A0EA8" w14:textId="77777777" w:rsidR="007D7487" w:rsidRDefault="00E6407B">
      <w:pPr>
        <w:ind w:firstLine="288"/>
      </w:pPr>
      <w:r>
        <w:rPr>
          <w:rFonts w:cs="Times New Roman"/>
        </w:rPr>
        <w:t>Three days.</w:t>
      </w:r>
    </w:p>
    <w:p w14:paraId="36811C32" w14:textId="77777777" w:rsidR="007D7487" w:rsidRDefault="00E6407B">
      <w:pPr>
        <w:ind w:firstLine="288"/>
      </w:pPr>
      <w:r>
        <w:rPr>
          <w:rFonts w:cs="Times New Roman"/>
        </w:rPr>
        <w:t>Raise.</w:t>
      </w:r>
    </w:p>
    <w:p w14:paraId="122389DA" w14:textId="77777777" w:rsidR="007D7487" w:rsidRDefault="00E6407B">
      <w:pPr>
        <w:ind w:firstLine="288"/>
      </w:pPr>
      <w:r>
        <w:rPr>
          <w:rFonts w:cs="Times New Roman"/>
        </w:rPr>
        <w:t>Temple.</w:t>
      </w:r>
    </w:p>
    <w:p w14:paraId="786C21F2" w14:textId="77777777" w:rsidR="007D7487" w:rsidRDefault="00E6407B">
      <w:pPr>
        <w:ind w:firstLine="288"/>
      </w:pPr>
      <w:r>
        <w:rPr>
          <w:rFonts w:cs="Times New Roman"/>
        </w:rPr>
        <w:t>Body.</w:t>
      </w:r>
    </w:p>
    <w:p w14:paraId="675F3221" w14:textId="77777777" w:rsidR="007D7487" w:rsidRDefault="00E6407B">
      <w:pPr>
        <w:ind w:firstLine="288"/>
      </w:pPr>
      <w:r>
        <w:rPr>
          <w:rFonts w:cs="Times New Roman"/>
        </w:rPr>
        <w:t>Jesus continued.</w:t>
      </w:r>
    </w:p>
    <w:p w14:paraId="4A130783" w14:textId="77777777" w:rsidR="007D7487" w:rsidRDefault="00E6407B">
      <w:pPr>
        <w:ind w:firstLine="288"/>
      </w:pPr>
      <w:r>
        <w:rPr>
          <w:rFonts w:cs="Times New Roman"/>
        </w:rPr>
        <w:t>"What did the Baptist testify that he saw when I came to him at Jordan?"</w:t>
      </w:r>
    </w:p>
    <w:p w14:paraId="5713F92A" w14:textId="77777777" w:rsidR="007D7487" w:rsidRDefault="00E6407B">
      <w:pPr>
        <w:ind w:firstLine="288"/>
      </w:pPr>
      <w:r>
        <w:rPr>
          <w:rFonts w:cs="Times New Roman"/>
        </w:rPr>
        <w:t>John blinked.</w:t>
      </w:r>
    </w:p>
    <w:p w14:paraId="344AB286" w14:textId="77777777" w:rsidR="007D7487" w:rsidRDefault="00E6407B">
      <w:pPr>
        <w:ind w:firstLine="288"/>
      </w:pPr>
      <w:r>
        <w:rPr>
          <w:rFonts w:cs="Times New Roman"/>
        </w:rPr>
        <w:t>The wilderness returned.</w:t>
      </w:r>
    </w:p>
    <w:p w14:paraId="30AF9898" w14:textId="77777777" w:rsidR="007D7487" w:rsidRDefault="00E6407B">
      <w:pPr>
        <w:ind w:firstLine="288"/>
      </w:pPr>
      <w:r>
        <w:rPr>
          <w:rFonts w:cs="Times New Roman"/>
        </w:rPr>
        <w:t>Andrew answered first.</w:t>
      </w:r>
    </w:p>
    <w:p w14:paraId="5B7DD7DC" w14:textId="77777777" w:rsidR="007D7487" w:rsidRDefault="00E6407B">
      <w:pPr>
        <w:ind w:firstLine="288"/>
      </w:pPr>
      <w:r>
        <w:rPr>
          <w:rFonts w:cs="Times New Roman"/>
        </w:rPr>
        <w:t>"The Spirit descending from heaven like a dove."</w:t>
      </w:r>
    </w:p>
    <w:p w14:paraId="05CEE832" w14:textId="77777777" w:rsidR="007D7487" w:rsidRDefault="00E6407B">
      <w:pPr>
        <w:ind w:firstLine="288"/>
      </w:pPr>
      <w:r>
        <w:rPr>
          <w:rFonts w:cs="Times New Roman"/>
        </w:rPr>
        <w:t>Jesus waited.</w:t>
      </w:r>
    </w:p>
    <w:p w14:paraId="6DAE6E66" w14:textId="77777777" w:rsidR="007D7487" w:rsidRDefault="00E6407B">
      <w:pPr>
        <w:ind w:firstLine="288"/>
      </w:pPr>
      <w:r>
        <w:rPr>
          <w:rFonts w:cs="Times New Roman"/>
        </w:rPr>
        <w:t>John finished.</w:t>
      </w:r>
    </w:p>
    <w:p w14:paraId="57CE2DA6" w14:textId="77777777" w:rsidR="007D7487" w:rsidRDefault="00E6407B">
      <w:pPr>
        <w:ind w:firstLine="288"/>
      </w:pPr>
      <w:r>
        <w:rPr>
          <w:rFonts w:cs="Times New Roman"/>
        </w:rPr>
        <w:t>"And it remained upon You."</w:t>
      </w:r>
    </w:p>
    <w:p w14:paraId="1BBA170B" w14:textId="77777777" w:rsidR="007D7487" w:rsidRDefault="00E6407B">
      <w:pPr>
        <w:ind w:firstLine="288"/>
      </w:pPr>
      <w:r>
        <w:rPr>
          <w:rFonts w:cs="Times New Roman"/>
        </w:rPr>
        <w:t>Andrew kept the testimony with the man to whom it belonged.</w:t>
      </w:r>
    </w:p>
    <w:p w14:paraId="4D12BD63" w14:textId="77777777" w:rsidR="007D7487" w:rsidRDefault="00E6407B">
      <w:pPr>
        <w:ind w:firstLine="288"/>
      </w:pPr>
      <w:r>
        <w:rPr>
          <w:rFonts w:cs="Times New Roman"/>
        </w:rPr>
        <w:t>The Baptist had explicitly said he saw the Spirit descend and remain.</w:t>
      </w:r>
    </w:p>
    <w:p w14:paraId="62F8683D" w14:textId="77777777" w:rsidR="007D7487" w:rsidRDefault="00E6407B">
      <w:pPr>
        <w:ind w:firstLine="288"/>
      </w:pPr>
      <w:r>
        <w:rPr>
          <w:rFonts w:cs="Times New Roman"/>
        </w:rPr>
        <w:t>No one needed to claim every person at Jordan perceived everything the Baptist perceived.</w:t>
      </w:r>
    </w:p>
    <w:p w14:paraId="6EC3CDDD" w14:textId="77777777" w:rsidR="007D7487" w:rsidRDefault="00E6407B">
      <w:pPr>
        <w:ind w:firstLine="288"/>
      </w:pPr>
      <w:r>
        <w:rPr>
          <w:rFonts w:cs="Times New Roman"/>
        </w:rPr>
        <w:t>Nicodemus slowly turned toward Jesus.</w:t>
      </w:r>
    </w:p>
    <w:p w14:paraId="68BD9217" w14:textId="77777777" w:rsidR="007D7487" w:rsidRDefault="00E6407B">
      <w:pPr>
        <w:ind w:firstLine="288"/>
      </w:pPr>
      <w:r>
        <w:rPr>
          <w:rFonts w:cs="Times New Roman"/>
        </w:rPr>
        <w:t>His eyes moved from Him to John and back again.</w:t>
      </w:r>
    </w:p>
    <w:p w14:paraId="4B9A7178" w14:textId="77777777" w:rsidR="007D7487" w:rsidRDefault="00E6407B">
      <w:pPr>
        <w:ind w:firstLine="288"/>
      </w:pPr>
      <w:r>
        <w:rPr>
          <w:rFonts w:cs="Times New Roman"/>
        </w:rPr>
        <w:t>"The glory filled the house."</w:t>
      </w:r>
    </w:p>
    <w:p w14:paraId="7EFFDEC2" w14:textId="77777777" w:rsidR="007D7487" w:rsidRDefault="00E6407B">
      <w:pPr>
        <w:ind w:firstLine="288"/>
      </w:pPr>
      <w:r>
        <w:rPr>
          <w:rFonts w:cs="Times New Roman"/>
        </w:rPr>
        <w:t>John answered without taking his eyes from Jesus.</w:t>
      </w:r>
    </w:p>
    <w:p w14:paraId="3911B455" w14:textId="77777777" w:rsidR="007D7487" w:rsidRDefault="00E6407B">
      <w:pPr>
        <w:ind w:firstLine="288"/>
      </w:pPr>
      <w:r>
        <w:rPr>
          <w:rFonts w:cs="Times New Roman"/>
        </w:rPr>
        <w:t>"And the Spirit remained upon Him."</w:t>
      </w:r>
    </w:p>
    <w:p w14:paraId="77400475" w14:textId="77777777" w:rsidR="007D7487" w:rsidRDefault="00E6407B">
      <w:pPr>
        <w:ind w:firstLine="288"/>
      </w:pPr>
      <w:r>
        <w:rPr>
          <w:rFonts w:cs="Times New Roman"/>
        </w:rPr>
        <w:t>Jesus allowed silence to do what explanation could not.</w:t>
      </w:r>
    </w:p>
    <w:p w14:paraId="6DF7E5B3" w14:textId="77777777" w:rsidR="007D7487" w:rsidRDefault="00E6407B">
      <w:pPr>
        <w:ind w:firstLine="288"/>
      </w:pPr>
      <w:r>
        <w:rPr>
          <w:rFonts w:cs="Times New Roman"/>
        </w:rPr>
        <w:t>Peter finally spoke.</w:t>
      </w:r>
    </w:p>
    <w:p w14:paraId="5A340521" w14:textId="77777777" w:rsidR="007D7487" w:rsidRDefault="00E6407B">
      <w:pPr>
        <w:ind w:firstLine="288"/>
      </w:pPr>
      <w:r>
        <w:rPr>
          <w:rFonts w:cs="Times New Roman"/>
        </w:rPr>
        <w:t>"Then the Temple is standing in front of us."</w:t>
      </w:r>
    </w:p>
    <w:p w14:paraId="18B59BA2" w14:textId="77777777" w:rsidR="007D7487" w:rsidRDefault="00E6407B">
      <w:pPr>
        <w:ind w:firstLine="288"/>
      </w:pPr>
      <w:r>
        <w:rPr>
          <w:rFonts w:cs="Times New Roman"/>
        </w:rPr>
        <w:t>Jesus looked toward him.</w:t>
      </w:r>
    </w:p>
    <w:p w14:paraId="0A2044C3" w14:textId="77777777" w:rsidR="007D7487" w:rsidRDefault="00E6407B">
      <w:pPr>
        <w:ind w:firstLine="288"/>
      </w:pPr>
      <w:r>
        <w:rPr>
          <w:rFonts w:cs="Times New Roman"/>
        </w:rPr>
        <w:t>Peter almost laughed at the simplicity.</w:t>
      </w:r>
    </w:p>
    <w:p w14:paraId="12FA9514" w14:textId="77777777" w:rsidR="007D7487" w:rsidRDefault="00E6407B">
      <w:pPr>
        <w:ind w:firstLine="288"/>
      </w:pPr>
      <w:r>
        <w:rPr>
          <w:rFonts w:cs="Times New Roman"/>
        </w:rPr>
        <w:t>"They destroyed it."</w:t>
      </w:r>
    </w:p>
    <w:p w14:paraId="3235E87F" w14:textId="77777777" w:rsidR="007D7487" w:rsidRDefault="00E6407B">
      <w:pPr>
        <w:ind w:firstLine="288"/>
      </w:pPr>
      <w:r>
        <w:rPr>
          <w:rFonts w:cs="Times New Roman"/>
        </w:rPr>
        <w:t>His eyes moved over Jesus as if he were seeing Him again.</w:t>
      </w:r>
    </w:p>
    <w:p w14:paraId="59252DDF" w14:textId="77777777" w:rsidR="007D7487" w:rsidRDefault="00E6407B">
      <w:pPr>
        <w:ind w:firstLine="288"/>
      </w:pPr>
      <w:r>
        <w:rPr>
          <w:rFonts w:cs="Times New Roman"/>
        </w:rPr>
        <w:t>"And God raised it."</w:t>
      </w:r>
    </w:p>
    <w:p w14:paraId="025DA6C5" w14:textId="77777777" w:rsidR="007D7487" w:rsidRDefault="00E6407B">
      <w:pPr>
        <w:ind w:firstLine="288"/>
      </w:pPr>
      <w:r>
        <w:rPr>
          <w:rFonts w:cs="Times New Roman"/>
        </w:rPr>
        <w:t>No one spoke.</w:t>
      </w:r>
    </w:p>
    <w:p w14:paraId="5DD3967A" w14:textId="77777777" w:rsidR="007D7487" w:rsidRDefault="00E6407B">
      <w:pPr>
        <w:ind w:firstLine="288"/>
      </w:pPr>
      <w:r>
        <w:rPr>
          <w:rFonts w:cs="Times New Roman"/>
        </w:rPr>
        <w:t>John felt language gathering in him.</w:t>
      </w:r>
    </w:p>
    <w:p w14:paraId="1940A808" w14:textId="77777777" w:rsidR="007D7487" w:rsidRDefault="00E6407B">
      <w:pPr>
        <w:ind w:firstLine="288"/>
      </w:pPr>
      <w:r>
        <w:rPr>
          <w:rFonts w:cs="Times New Roman"/>
        </w:rPr>
        <w:t>Not yet a finished sentence.</w:t>
      </w:r>
    </w:p>
    <w:p w14:paraId="607AFFFD" w14:textId="77777777" w:rsidR="007D7487" w:rsidRDefault="00E6407B">
      <w:pPr>
        <w:ind w:firstLine="288"/>
      </w:pPr>
      <w:r>
        <w:rPr>
          <w:rFonts w:cs="Times New Roman"/>
        </w:rPr>
        <w:lastRenderedPageBreak/>
        <w:t>Something about God among men.</w:t>
      </w:r>
    </w:p>
    <w:p w14:paraId="69BB78E1" w14:textId="77777777" w:rsidR="007D7487" w:rsidRDefault="00E6407B">
      <w:pPr>
        <w:ind w:firstLine="288"/>
      </w:pPr>
      <w:r>
        <w:rPr>
          <w:rFonts w:cs="Times New Roman"/>
        </w:rPr>
        <w:t>Something about glory no stone house could contain and yet could truly manifest.</w:t>
      </w:r>
    </w:p>
    <w:p w14:paraId="58194620" w14:textId="77777777" w:rsidR="007D7487" w:rsidRDefault="00E6407B">
      <w:pPr>
        <w:ind w:firstLine="288"/>
      </w:pPr>
      <w:r>
        <w:rPr>
          <w:rFonts w:cs="Times New Roman"/>
        </w:rPr>
        <w:t>Something about the One through whom all things had come into being stepping into the world He had made.</w:t>
      </w:r>
    </w:p>
    <w:p w14:paraId="5CA4132A" w14:textId="77777777" w:rsidR="007D7487" w:rsidRDefault="00E6407B">
      <w:pPr>
        <w:ind w:firstLine="288"/>
      </w:pPr>
      <w:r>
        <w:rPr>
          <w:rFonts w:cs="Times New Roman"/>
        </w:rPr>
        <w:t>The thought was too large.</w:t>
      </w:r>
    </w:p>
    <w:p w14:paraId="1D800E6C" w14:textId="77777777" w:rsidR="007D7487" w:rsidRDefault="00E6407B">
      <w:pPr>
        <w:ind w:firstLine="288"/>
      </w:pPr>
      <w:r>
        <w:rPr>
          <w:rFonts w:cs="Times New Roman"/>
        </w:rPr>
        <w:t>Word.</w:t>
      </w:r>
    </w:p>
    <w:p w14:paraId="54B608BE" w14:textId="77777777" w:rsidR="007D7487" w:rsidRDefault="00E6407B">
      <w:pPr>
        <w:ind w:firstLine="288"/>
      </w:pPr>
      <w:r>
        <w:rPr>
          <w:rFonts w:cs="Times New Roman"/>
        </w:rPr>
        <w:t>Flesh.</w:t>
      </w:r>
    </w:p>
    <w:p w14:paraId="667A541C" w14:textId="77777777" w:rsidR="007D7487" w:rsidRDefault="00E6407B">
      <w:pPr>
        <w:ind w:firstLine="288"/>
      </w:pPr>
      <w:r>
        <w:rPr>
          <w:rFonts w:cs="Times New Roman"/>
        </w:rPr>
        <w:t>Dwelling.</w:t>
      </w:r>
    </w:p>
    <w:p w14:paraId="7DF9B65F" w14:textId="77777777" w:rsidR="007D7487" w:rsidRDefault="00E6407B">
      <w:pPr>
        <w:ind w:firstLine="288"/>
      </w:pPr>
      <w:r>
        <w:rPr>
          <w:rFonts w:cs="Times New Roman"/>
        </w:rPr>
        <w:t>Glory.</w:t>
      </w:r>
    </w:p>
    <w:p w14:paraId="6FD6528B" w14:textId="77777777" w:rsidR="007D7487" w:rsidRDefault="00E6407B">
      <w:pPr>
        <w:ind w:firstLine="288"/>
      </w:pPr>
      <w:r>
        <w:rPr>
          <w:rFonts w:cs="Times New Roman"/>
        </w:rPr>
        <w:t>John did not say it.</w:t>
      </w:r>
    </w:p>
    <w:p w14:paraId="0C299E67" w14:textId="77777777" w:rsidR="007D7487" w:rsidRDefault="00E6407B">
      <w:pPr>
        <w:ind w:firstLine="288"/>
      </w:pPr>
      <w:r>
        <w:rPr>
          <w:rFonts w:cs="Times New Roman"/>
        </w:rPr>
        <w:t>He carried it.</w:t>
      </w:r>
    </w:p>
    <w:p w14:paraId="33AE8B4B" w14:textId="77777777" w:rsidR="007D7487" w:rsidRDefault="00E6407B">
      <w:pPr>
        <w:ind w:firstLine="288"/>
      </w:pPr>
      <w:r>
        <w:rPr>
          <w:rFonts w:cs="Times New Roman"/>
        </w:rPr>
        <w:t>Jesus looked at him long enough that John wondered whether He knew exactly what was forming.</w:t>
      </w:r>
    </w:p>
    <w:p w14:paraId="4A2286B9" w14:textId="77777777" w:rsidR="007D7487" w:rsidRDefault="00E6407B">
      <w:pPr>
        <w:ind w:firstLine="288"/>
      </w:pPr>
      <w:r>
        <w:rPr>
          <w:rFonts w:cs="Times New Roman"/>
        </w:rPr>
        <w:t>Of course He did.</w:t>
      </w:r>
    </w:p>
    <w:p w14:paraId="2997562D" w14:textId="77777777" w:rsidR="007D7487" w:rsidRDefault="00E6407B">
      <w:pPr>
        <w:suppressLineNumbers/>
        <w:spacing w:before="100" w:after="100"/>
        <w:jc w:val="center"/>
      </w:pPr>
      <w:r>
        <w:rPr>
          <w:rFonts w:cs="Times New Roman"/>
          <w:sz w:val="20"/>
        </w:rPr>
        <w:t>* * *</w:t>
      </w:r>
    </w:p>
    <w:p w14:paraId="2DD1D690" w14:textId="77777777" w:rsidR="007D7487" w:rsidRDefault="00E6407B">
      <w:pPr>
        <w:ind w:firstLine="288"/>
      </w:pPr>
      <w:r>
        <w:rPr>
          <w:rFonts w:cs="Times New Roman"/>
        </w:rPr>
        <w:t>Peter looked around at the people gathered near Jesus.</w:t>
      </w:r>
    </w:p>
    <w:p w14:paraId="66212076" w14:textId="77777777" w:rsidR="007D7487" w:rsidRDefault="00E6407B">
      <w:pPr>
        <w:ind w:firstLine="288"/>
      </w:pPr>
      <w:r>
        <w:rPr>
          <w:rFonts w:cs="Times New Roman"/>
        </w:rPr>
        <w:t>"If Solomon knew a stone house could not contain Him..."</w:t>
      </w:r>
    </w:p>
    <w:p w14:paraId="1FE73A04" w14:textId="77777777" w:rsidR="007D7487" w:rsidRDefault="00E6407B">
      <w:pPr>
        <w:ind w:firstLine="288"/>
      </w:pPr>
      <w:r>
        <w:rPr>
          <w:rFonts w:cs="Times New Roman"/>
        </w:rPr>
        <w:t>Jesus waited.</w:t>
      </w:r>
    </w:p>
    <w:p w14:paraId="04A97B8E" w14:textId="77777777" w:rsidR="007D7487" w:rsidRDefault="00E6407B">
      <w:pPr>
        <w:ind w:firstLine="288"/>
      </w:pPr>
      <w:r>
        <w:rPr>
          <w:rFonts w:cs="Times New Roman"/>
        </w:rPr>
        <w:t>Peter looked back at Jesus.</w:t>
      </w:r>
    </w:p>
    <w:p w14:paraId="74F5B0BA" w14:textId="77777777" w:rsidR="007D7487" w:rsidRDefault="00E6407B">
      <w:pPr>
        <w:ind w:firstLine="288"/>
      </w:pPr>
      <w:r>
        <w:rPr>
          <w:rFonts w:cs="Times New Roman"/>
        </w:rPr>
        <w:t>"And if Your body is the Temple You said would be destroyed and raised..."</w:t>
      </w:r>
    </w:p>
    <w:p w14:paraId="1089CDFA" w14:textId="77777777" w:rsidR="007D7487" w:rsidRDefault="00E6407B">
      <w:pPr>
        <w:ind w:firstLine="288"/>
      </w:pPr>
      <w:r>
        <w:rPr>
          <w:rFonts w:cs="Times New Roman"/>
        </w:rPr>
        <w:t>He stopped.</w:t>
      </w:r>
    </w:p>
    <w:p w14:paraId="11AFB3C9" w14:textId="77777777" w:rsidR="007D7487" w:rsidRDefault="00E6407B">
      <w:pPr>
        <w:ind w:firstLine="288"/>
      </w:pPr>
      <w:r>
        <w:rPr>
          <w:rFonts w:cs="Times New Roman"/>
        </w:rPr>
        <w:t>A second question was forming.</w:t>
      </w:r>
    </w:p>
    <w:p w14:paraId="1C90CFD5" w14:textId="77777777" w:rsidR="007D7487" w:rsidRDefault="00E6407B">
      <w:pPr>
        <w:ind w:firstLine="288"/>
      </w:pPr>
      <w:r>
        <w:rPr>
          <w:rFonts w:cs="Times New Roman"/>
        </w:rPr>
        <w:t>Jesus asked:</w:t>
      </w:r>
    </w:p>
    <w:p w14:paraId="7A81DF7D" w14:textId="77777777" w:rsidR="007D7487" w:rsidRDefault="00E6407B">
      <w:pPr>
        <w:ind w:firstLine="288"/>
      </w:pPr>
      <w:r>
        <w:rPr>
          <w:rFonts w:cs="Times New Roman"/>
        </w:rPr>
        <w:t>"What did I tell you before I went away?"</w:t>
      </w:r>
    </w:p>
    <w:p w14:paraId="6367B8B1" w14:textId="77777777" w:rsidR="007D7487" w:rsidRDefault="00E6407B">
      <w:pPr>
        <w:ind w:firstLine="288"/>
      </w:pPr>
      <w:r>
        <w:rPr>
          <w:rFonts w:cs="Times New Roman"/>
        </w:rPr>
        <w:t>John remembered the supper.</w:t>
      </w:r>
    </w:p>
    <w:p w14:paraId="1D2548ED" w14:textId="77777777" w:rsidR="007D7487" w:rsidRDefault="00E6407B">
      <w:pPr>
        <w:ind w:firstLine="288"/>
      </w:pPr>
      <w:r>
        <w:rPr>
          <w:rFonts w:cs="Times New Roman"/>
        </w:rPr>
        <w:t>The heaviness of the room.</w:t>
      </w:r>
    </w:p>
    <w:p w14:paraId="3A6B71C8" w14:textId="77777777" w:rsidR="007D7487" w:rsidRDefault="00E6407B">
      <w:pPr>
        <w:ind w:firstLine="288"/>
      </w:pPr>
      <w:r>
        <w:rPr>
          <w:rFonts w:cs="Times New Roman"/>
        </w:rPr>
        <w:t>The promise made because Jesus knew they were terrified.</w:t>
      </w:r>
    </w:p>
    <w:p w14:paraId="46F8DCA6" w14:textId="77777777" w:rsidR="007D7487" w:rsidRDefault="00E6407B">
      <w:pPr>
        <w:ind w:firstLine="288"/>
      </w:pPr>
      <w:r>
        <w:rPr>
          <w:rFonts w:cs="Times New Roman"/>
        </w:rPr>
        <w:t>"The Comforter."</w:t>
      </w:r>
    </w:p>
    <w:p w14:paraId="5435A1B9" w14:textId="77777777" w:rsidR="007D7487" w:rsidRDefault="00E6407B">
      <w:pPr>
        <w:ind w:firstLine="288"/>
      </w:pPr>
      <w:r>
        <w:rPr>
          <w:rFonts w:cs="Times New Roman"/>
        </w:rPr>
        <w:t>Another disciple added:</w:t>
      </w:r>
    </w:p>
    <w:p w14:paraId="288A12BF" w14:textId="77777777" w:rsidR="007D7487" w:rsidRDefault="00E6407B">
      <w:pPr>
        <w:ind w:firstLine="288"/>
      </w:pPr>
      <w:r>
        <w:rPr>
          <w:rFonts w:cs="Times New Roman"/>
        </w:rPr>
        <w:t>"Another Comforter."</w:t>
      </w:r>
    </w:p>
    <w:p w14:paraId="53FDE960" w14:textId="77777777" w:rsidR="007D7487" w:rsidRDefault="00E6407B">
      <w:pPr>
        <w:ind w:firstLine="288"/>
      </w:pPr>
      <w:r>
        <w:rPr>
          <w:rFonts w:cs="Times New Roman"/>
        </w:rPr>
        <w:t>Jesus nodded.</w:t>
      </w:r>
    </w:p>
    <w:p w14:paraId="4EEEE65C" w14:textId="77777777" w:rsidR="007D7487" w:rsidRDefault="00E6407B">
      <w:pPr>
        <w:ind w:firstLine="288"/>
      </w:pPr>
      <w:r>
        <w:rPr>
          <w:rFonts w:cs="Times New Roman"/>
        </w:rPr>
        <w:t>"And how long?"</w:t>
      </w:r>
    </w:p>
    <w:p w14:paraId="3E083322" w14:textId="77777777" w:rsidR="007D7487" w:rsidRDefault="00E6407B">
      <w:pPr>
        <w:ind w:firstLine="288"/>
      </w:pPr>
      <w:r>
        <w:rPr>
          <w:rFonts w:cs="Times New Roman"/>
        </w:rPr>
        <w:t>John answered.</w:t>
      </w:r>
    </w:p>
    <w:p w14:paraId="5B9E85C7" w14:textId="77777777" w:rsidR="007D7487" w:rsidRDefault="00E6407B">
      <w:pPr>
        <w:ind w:firstLine="288"/>
      </w:pPr>
      <w:r>
        <w:rPr>
          <w:rFonts w:cs="Times New Roman"/>
        </w:rPr>
        <w:t>"That he may abide with you for ever."</w:t>
      </w:r>
    </w:p>
    <w:p w14:paraId="6B7F08BE" w14:textId="77777777" w:rsidR="007D7487" w:rsidRDefault="00E6407B">
      <w:pPr>
        <w:ind w:firstLine="288"/>
      </w:pPr>
      <w:r>
        <w:rPr>
          <w:rFonts w:cs="Times New Roman"/>
        </w:rPr>
        <w:t>"And what did I tell you about where He is?"</w:t>
      </w:r>
    </w:p>
    <w:p w14:paraId="037F5EFB" w14:textId="77777777" w:rsidR="007D7487" w:rsidRDefault="00E6407B">
      <w:pPr>
        <w:ind w:firstLine="288"/>
      </w:pPr>
      <w:r>
        <w:rPr>
          <w:rFonts w:cs="Times New Roman"/>
        </w:rPr>
        <w:t>John's face changed.</w:t>
      </w:r>
    </w:p>
    <w:p w14:paraId="486B83B2" w14:textId="77777777" w:rsidR="007D7487" w:rsidRDefault="00E6407B">
      <w:pPr>
        <w:ind w:firstLine="288"/>
      </w:pPr>
      <w:r>
        <w:rPr>
          <w:rFonts w:cs="Times New Roman"/>
        </w:rPr>
        <w:t>"He dwelleth with you."</w:t>
      </w:r>
    </w:p>
    <w:p w14:paraId="5FA82C90" w14:textId="77777777" w:rsidR="007D7487" w:rsidRDefault="00E6407B">
      <w:pPr>
        <w:ind w:firstLine="288"/>
      </w:pPr>
      <w:r>
        <w:rPr>
          <w:rFonts w:cs="Times New Roman"/>
        </w:rPr>
        <w:t>Jesus waited.</w:t>
      </w:r>
    </w:p>
    <w:p w14:paraId="51C2758A" w14:textId="77777777" w:rsidR="007D7487" w:rsidRDefault="00E6407B">
      <w:pPr>
        <w:ind w:firstLine="288"/>
      </w:pPr>
      <w:r>
        <w:rPr>
          <w:rFonts w:cs="Times New Roman"/>
        </w:rPr>
        <w:t>John looked around the gathering.</w:t>
      </w:r>
    </w:p>
    <w:p w14:paraId="2C24182F" w14:textId="77777777" w:rsidR="007D7487" w:rsidRDefault="00E6407B">
      <w:pPr>
        <w:ind w:firstLine="288"/>
      </w:pPr>
      <w:r>
        <w:rPr>
          <w:rFonts w:cs="Times New Roman"/>
        </w:rPr>
        <w:lastRenderedPageBreak/>
        <w:t>Then finished.</w:t>
      </w:r>
    </w:p>
    <w:p w14:paraId="7FC08FDF" w14:textId="77777777" w:rsidR="007D7487" w:rsidRDefault="00E6407B">
      <w:pPr>
        <w:ind w:firstLine="288"/>
      </w:pPr>
      <w:r>
        <w:rPr>
          <w:rFonts w:cs="Times New Roman"/>
        </w:rPr>
        <w:t>"And shall be in you."</w:t>
      </w:r>
    </w:p>
    <w:p w14:paraId="195C652F" w14:textId="77777777" w:rsidR="007D7487" w:rsidRDefault="00E6407B">
      <w:pPr>
        <w:ind w:firstLine="288"/>
      </w:pPr>
      <w:r>
        <w:rPr>
          <w:rFonts w:cs="Times New Roman"/>
          <w:i/>
        </w:rPr>
        <w:t>"Even the Spirit of truth; whom the world cannot receive, because it seeth him not, neither knoweth him: but ye know him; for he dwelleth with you, and shall be in you."</w:t>
      </w:r>
    </w:p>
    <w:p w14:paraId="08A289A1" w14:textId="77777777" w:rsidR="007D7487" w:rsidRDefault="00E6407B">
      <w:pPr>
        <w:ind w:firstLine="288"/>
      </w:pPr>
      <w:r>
        <w:rPr>
          <w:rFonts w:cs="Times New Roman"/>
        </w:rPr>
        <w:t>John heard the tense.</w:t>
      </w:r>
    </w:p>
    <w:p w14:paraId="5E8698E3" w14:textId="77777777" w:rsidR="007D7487" w:rsidRDefault="00E6407B">
      <w:pPr>
        <w:ind w:firstLine="288"/>
      </w:pPr>
      <w:r>
        <w:rPr>
          <w:rFonts w:cs="Times New Roman"/>
        </w:rPr>
        <w:t>With you.</w:t>
      </w:r>
    </w:p>
    <w:p w14:paraId="6CA42D87" w14:textId="77777777" w:rsidR="007D7487" w:rsidRDefault="00E6407B">
      <w:pPr>
        <w:ind w:firstLine="288"/>
      </w:pPr>
      <w:r>
        <w:rPr>
          <w:rFonts w:cs="Times New Roman"/>
        </w:rPr>
        <w:t>Shall be in you.</w:t>
      </w:r>
    </w:p>
    <w:p w14:paraId="717397EA" w14:textId="77777777" w:rsidR="007D7487" w:rsidRDefault="00E6407B">
      <w:pPr>
        <w:ind w:firstLine="288"/>
      </w:pPr>
      <w:r>
        <w:rPr>
          <w:rFonts w:cs="Times New Roman"/>
        </w:rPr>
        <w:t>Jesus was risen.</w:t>
      </w:r>
    </w:p>
    <w:p w14:paraId="7A97E038" w14:textId="77777777" w:rsidR="007D7487" w:rsidRDefault="00E6407B">
      <w:pPr>
        <w:ind w:firstLine="288"/>
      </w:pPr>
      <w:r>
        <w:rPr>
          <w:rFonts w:cs="Times New Roman"/>
        </w:rPr>
        <w:t>He had not yet ascended.</w:t>
      </w:r>
    </w:p>
    <w:p w14:paraId="2F81BA0F" w14:textId="77777777" w:rsidR="007D7487" w:rsidRDefault="00E6407B">
      <w:pPr>
        <w:ind w:firstLine="288"/>
      </w:pPr>
      <w:r>
        <w:rPr>
          <w:rFonts w:cs="Times New Roman"/>
        </w:rPr>
        <w:t>The promised indwelling still stood ahead of this Galilee conversation.</w:t>
      </w:r>
    </w:p>
    <w:p w14:paraId="1ECB92B7" w14:textId="77777777" w:rsidR="007D7487" w:rsidRDefault="00E6407B">
      <w:pPr>
        <w:ind w:firstLine="288"/>
      </w:pPr>
      <w:r>
        <w:rPr>
          <w:rFonts w:cs="Times New Roman"/>
        </w:rPr>
        <w:t>The sentence felt different spoken among many people.</w:t>
      </w:r>
    </w:p>
    <w:p w14:paraId="02C831FA" w14:textId="77777777" w:rsidR="007D7487" w:rsidRDefault="00E6407B">
      <w:pPr>
        <w:ind w:firstLine="288"/>
      </w:pPr>
      <w:r>
        <w:rPr>
          <w:rFonts w:cs="Times New Roman"/>
        </w:rPr>
        <w:t>Peter looked down at his own hands.</w:t>
      </w:r>
    </w:p>
    <w:p w14:paraId="5531FFD6" w14:textId="77777777" w:rsidR="007D7487" w:rsidRDefault="00E6407B">
      <w:pPr>
        <w:ind w:firstLine="288"/>
      </w:pPr>
      <w:r>
        <w:rPr>
          <w:rFonts w:cs="Times New Roman"/>
        </w:rPr>
        <w:t>Then toward John.</w:t>
      </w:r>
    </w:p>
    <w:p w14:paraId="7A30A18A" w14:textId="77777777" w:rsidR="007D7487" w:rsidRDefault="00E6407B">
      <w:pPr>
        <w:ind w:firstLine="288"/>
      </w:pPr>
      <w:r>
        <w:rPr>
          <w:rFonts w:cs="Times New Roman"/>
        </w:rPr>
        <w:t>Then toward Nicodemus.</w:t>
      </w:r>
    </w:p>
    <w:p w14:paraId="36B21216" w14:textId="77777777" w:rsidR="007D7487" w:rsidRDefault="00E6407B">
      <w:pPr>
        <w:ind w:firstLine="288"/>
      </w:pPr>
      <w:r>
        <w:rPr>
          <w:rFonts w:cs="Times New Roman"/>
        </w:rPr>
        <w:t>"So the house is not finished."</w:t>
      </w:r>
    </w:p>
    <w:p w14:paraId="686C9FA5" w14:textId="77777777" w:rsidR="007D7487" w:rsidRDefault="00E6407B">
      <w:pPr>
        <w:ind w:firstLine="288"/>
      </w:pPr>
      <w:r>
        <w:rPr>
          <w:rFonts w:cs="Times New Roman"/>
        </w:rPr>
        <w:t>Nicodemus raised an eyebrow.</w:t>
      </w:r>
    </w:p>
    <w:p w14:paraId="2A356BFD" w14:textId="77777777" w:rsidR="007D7487" w:rsidRDefault="00E6407B">
      <w:pPr>
        <w:ind w:firstLine="288"/>
      </w:pPr>
      <w:r>
        <w:rPr>
          <w:rFonts w:cs="Times New Roman"/>
        </w:rPr>
        <w:t>Peter gestured toward the people around Jesus.</w:t>
      </w:r>
    </w:p>
    <w:p w14:paraId="5E7C83BA" w14:textId="77777777" w:rsidR="007D7487" w:rsidRDefault="00E6407B">
      <w:pPr>
        <w:ind w:firstLine="288"/>
      </w:pPr>
      <w:r>
        <w:rPr>
          <w:rFonts w:cs="Times New Roman"/>
        </w:rPr>
        <w:t>"If God intends to dwell in His people..."</w:t>
      </w:r>
    </w:p>
    <w:p w14:paraId="69D666F6" w14:textId="77777777" w:rsidR="007D7487" w:rsidRDefault="00E6407B">
      <w:pPr>
        <w:ind w:firstLine="288"/>
      </w:pPr>
      <w:r>
        <w:rPr>
          <w:rFonts w:cs="Times New Roman"/>
        </w:rPr>
        <w:t>His voice slowed.</w:t>
      </w:r>
    </w:p>
    <w:p w14:paraId="6138D6E3" w14:textId="77777777" w:rsidR="007D7487" w:rsidRDefault="00E6407B">
      <w:pPr>
        <w:ind w:firstLine="288"/>
      </w:pPr>
      <w:r>
        <w:rPr>
          <w:rFonts w:cs="Times New Roman"/>
        </w:rPr>
        <w:t>He searched for words.</w:t>
      </w:r>
    </w:p>
    <w:p w14:paraId="5C98B567" w14:textId="77777777" w:rsidR="007D7487" w:rsidRDefault="00E6407B">
      <w:pPr>
        <w:ind w:firstLine="288"/>
      </w:pPr>
      <w:r>
        <w:rPr>
          <w:rFonts w:cs="Times New Roman"/>
        </w:rPr>
        <w:t>"Stones."</w:t>
      </w:r>
    </w:p>
    <w:p w14:paraId="697422AE" w14:textId="77777777" w:rsidR="007D7487" w:rsidRDefault="00E6407B">
      <w:pPr>
        <w:ind w:firstLine="288"/>
      </w:pPr>
      <w:r>
        <w:rPr>
          <w:rFonts w:cs="Times New Roman"/>
        </w:rPr>
        <w:t>John looked at him.</w:t>
      </w:r>
    </w:p>
    <w:p w14:paraId="27636D7D" w14:textId="77777777" w:rsidR="007D7487" w:rsidRDefault="00E6407B">
      <w:pPr>
        <w:ind w:firstLine="288"/>
      </w:pPr>
      <w:r>
        <w:rPr>
          <w:rFonts w:cs="Times New Roman"/>
        </w:rPr>
        <w:t>Peter looked almost embarrassed by the thought.</w:t>
      </w:r>
    </w:p>
    <w:p w14:paraId="2C6C2D0D" w14:textId="77777777" w:rsidR="007D7487" w:rsidRDefault="00E6407B">
      <w:pPr>
        <w:ind w:firstLine="288"/>
      </w:pPr>
      <w:r>
        <w:rPr>
          <w:rFonts w:cs="Times New Roman"/>
        </w:rPr>
        <w:t>"Not dead stones."</w:t>
      </w:r>
    </w:p>
    <w:p w14:paraId="4D0920FE" w14:textId="77777777" w:rsidR="007D7487" w:rsidRDefault="00E6407B">
      <w:pPr>
        <w:ind w:firstLine="288"/>
      </w:pPr>
      <w:r>
        <w:rPr>
          <w:rFonts w:cs="Times New Roman"/>
        </w:rPr>
        <w:t>Jesus waited.</w:t>
      </w:r>
    </w:p>
    <w:p w14:paraId="72437EDF" w14:textId="77777777" w:rsidR="007D7487" w:rsidRDefault="00E6407B">
      <w:pPr>
        <w:ind w:firstLine="288"/>
      </w:pPr>
      <w:r>
        <w:rPr>
          <w:rFonts w:cs="Times New Roman"/>
        </w:rPr>
        <w:t>Peter's expression sharpened.</w:t>
      </w:r>
    </w:p>
    <w:p w14:paraId="22671F9C" w14:textId="77777777" w:rsidR="007D7487" w:rsidRDefault="00E6407B">
      <w:pPr>
        <w:ind w:firstLine="288"/>
      </w:pPr>
      <w:r>
        <w:rPr>
          <w:rFonts w:cs="Times New Roman"/>
        </w:rPr>
        <w:t>"Living stones."</w:t>
      </w:r>
    </w:p>
    <w:p w14:paraId="69345B0B" w14:textId="77777777" w:rsidR="007D7487" w:rsidRDefault="00E6407B">
      <w:pPr>
        <w:ind w:firstLine="288"/>
      </w:pPr>
      <w:r>
        <w:rPr>
          <w:rFonts w:cs="Times New Roman"/>
        </w:rPr>
        <w:t>Jesus had not supplied Peter with the phrase.</w:t>
      </w:r>
    </w:p>
    <w:p w14:paraId="189597C1" w14:textId="77777777" w:rsidR="007D7487" w:rsidRDefault="00E6407B">
      <w:pPr>
        <w:ind w:firstLine="288"/>
      </w:pPr>
      <w:r>
        <w:rPr>
          <w:rFonts w:cs="Times New Roman"/>
        </w:rPr>
        <w:t>Peter had simply reached for language that fit the thought in front of him:</w:t>
      </w:r>
    </w:p>
    <w:p w14:paraId="3DEB8A06" w14:textId="77777777" w:rsidR="007D7487" w:rsidRDefault="00E6407B">
      <w:pPr>
        <w:ind w:firstLine="288"/>
      </w:pPr>
      <w:r>
        <w:rPr>
          <w:rFonts w:cs="Times New Roman"/>
        </w:rPr>
        <w:t>a living house made of people in whom God intended to dwell.</w:t>
      </w:r>
    </w:p>
    <w:p w14:paraId="101AE9E4" w14:textId="77777777" w:rsidR="007D7487" w:rsidRDefault="00E6407B">
      <w:pPr>
        <w:ind w:firstLine="288"/>
      </w:pPr>
      <w:r>
        <w:rPr>
          <w:rFonts w:cs="Times New Roman"/>
        </w:rPr>
        <w:t>Nicodemus stared at him.</w:t>
      </w:r>
    </w:p>
    <w:p w14:paraId="738B7DE8" w14:textId="77777777" w:rsidR="007D7487" w:rsidRDefault="00E6407B">
      <w:pPr>
        <w:ind w:firstLine="288"/>
      </w:pPr>
      <w:r>
        <w:rPr>
          <w:rFonts w:cs="Times New Roman"/>
        </w:rPr>
        <w:t>Peter gave a small shrug.</w:t>
      </w:r>
    </w:p>
    <w:p w14:paraId="496A2252" w14:textId="77777777" w:rsidR="007D7487" w:rsidRDefault="00E6407B">
      <w:pPr>
        <w:ind w:firstLine="288"/>
      </w:pPr>
      <w:r>
        <w:rPr>
          <w:rFonts w:cs="Times New Roman"/>
        </w:rPr>
        <w:t>"I never thought of it that way."</w:t>
      </w:r>
    </w:p>
    <w:p w14:paraId="07B37324" w14:textId="77777777" w:rsidR="007D7487" w:rsidRDefault="00E6407B">
      <w:pPr>
        <w:ind w:firstLine="288"/>
      </w:pPr>
      <w:r>
        <w:rPr>
          <w:rFonts w:cs="Times New Roman"/>
        </w:rPr>
        <w:t>Jesus smiled.</w:t>
      </w:r>
    </w:p>
    <w:p w14:paraId="0A54ED45" w14:textId="77777777" w:rsidR="007D7487" w:rsidRDefault="00E6407B">
      <w:pPr>
        <w:ind w:firstLine="288"/>
      </w:pPr>
      <w:r>
        <w:rPr>
          <w:rFonts w:cs="Times New Roman"/>
        </w:rPr>
        <w:t>Peter looked as though the phrase had surprised him.</w:t>
      </w:r>
    </w:p>
    <w:p w14:paraId="771F2497" w14:textId="77777777" w:rsidR="007D7487" w:rsidRDefault="00E6407B">
      <w:pPr>
        <w:ind w:firstLine="288"/>
      </w:pPr>
      <w:r>
        <w:rPr>
          <w:rFonts w:cs="Times New Roman"/>
        </w:rPr>
        <w:t>Jesus let it stand.</w:t>
      </w:r>
    </w:p>
    <w:p w14:paraId="00CB9B5D" w14:textId="77777777" w:rsidR="007D7487" w:rsidRDefault="00E6407B">
      <w:pPr>
        <w:ind w:firstLine="288"/>
      </w:pPr>
      <w:r>
        <w:rPr>
          <w:rFonts w:cs="Times New Roman"/>
        </w:rPr>
        <w:t>The words belonged in the moment.</w:t>
      </w:r>
    </w:p>
    <w:p w14:paraId="1E13DE7B" w14:textId="77777777" w:rsidR="007D7487" w:rsidRDefault="00E6407B">
      <w:pPr>
        <w:ind w:firstLine="288"/>
      </w:pPr>
      <w:r>
        <w:rPr>
          <w:rFonts w:cs="Times New Roman"/>
        </w:rPr>
        <w:t>Living stones.</w:t>
      </w:r>
    </w:p>
    <w:p w14:paraId="7B4AE827" w14:textId="77777777" w:rsidR="007D7487" w:rsidRDefault="00E6407B">
      <w:pPr>
        <w:ind w:firstLine="288"/>
      </w:pPr>
      <w:r>
        <w:rPr>
          <w:rFonts w:cs="Times New Roman"/>
        </w:rPr>
        <w:lastRenderedPageBreak/>
        <w:t>A house that breathes.</w:t>
      </w:r>
    </w:p>
    <w:p w14:paraId="03B912DA" w14:textId="77777777" w:rsidR="007D7487" w:rsidRDefault="00E6407B">
      <w:pPr>
        <w:ind w:firstLine="288"/>
      </w:pPr>
      <w:r>
        <w:rPr>
          <w:rFonts w:cs="Times New Roman"/>
        </w:rPr>
        <w:t>God dwelling in people.</w:t>
      </w:r>
    </w:p>
    <w:p w14:paraId="6E14D5A3" w14:textId="77777777" w:rsidR="007D7487" w:rsidRDefault="00E6407B">
      <w:pPr>
        <w:ind w:firstLine="288"/>
      </w:pPr>
      <w:r>
        <w:rPr>
          <w:rFonts w:cs="Times New Roman"/>
        </w:rPr>
        <w:t>Not because the stone Temple had been evil.</w:t>
      </w:r>
    </w:p>
    <w:p w14:paraId="3054C102" w14:textId="77777777" w:rsidR="007D7487" w:rsidRDefault="00E6407B">
      <w:pPr>
        <w:ind w:firstLine="288"/>
      </w:pPr>
      <w:r>
        <w:rPr>
          <w:rFonts w:cs="Times New Roman"/>
        </w:rPr>
        <w:t>Because the God Solomon knew could not be contained by heaven itself had always been greater than the building.</w:t>
      </w:r>
    </w:p>
    <w:p w14:paraId="3E7D27B1" w14:textId="77777777" w:rsidR="007D7487" w:rsidRDefault="00E6407B">
      <w:pPr>
        <w:suppressLineNumbers/>
        <w:spacing w:before="100" w:after="100"/>
        <w:jc w:val="center"/>
      </w:pPr>
      <w:r>
        <w:rPr>
          <w:rFonts w:cs="Times New Roman"/>
          <w:sz w:val="20"/>
        </w:rPr>
        <w:t>* * *</w:t>
      </w:r>
    </w:p>
    <w:p w14:paraId="62689374" w14:textId="77777777" w:rsidR="007D7487" w:rsidRDefault="00E6407B">
      <w:pPr>
        <w:ind w:firstLine="288"/>
      </w:pPr>
      <w:r>
        <w:rPr>
          <w:rFonts w:cs="Times New Roman"/>
        </w:rPr>
        <w:t>Jesus turned His gaze outward across Galilee.</w:t>
      </w:r>
    </w:p>
    <w:p w14:paraId="60EDC765" w14:textId="77777777" w:rsidR="007D7487" w:rsidRDefault="00E6407B">
      <w:pPr>
        <w:ind w:firstLine="288"/>
      </w:pPr>
      <w:r>
        <w:rPr>
          <w:rFonts w:cs="Times New Roman"/>
        </w:rPr>
        <w:t>"Solomon prayed for the stranger who would hear the Name from a far country and come toward the house."</w:t>
      </w:r>
    </w:p>
    <w:p w14:paraId="1D074A01" w14:textId="77777777" w:rsidR="007D7487" w:rsidRDefault="00E6407B">
      <w:pPr>
        <w:ind w:firstLine="288"/>
      </w:pPr>
      <w:r>
        <w:rPr>
          <w:rFonts w:cs="Times New Roman"/>
        </w:rPr>
        <w:t>He looked back toward them.</w:t>
      </w:r>
    </w:p>
    <w:p w14:paraId="3BAED9D0" w14:textId="77777777" w:rsidR="007D7487" w:rsidRDefault="00E6407B">
      <w:pPr>
        <w:ind w:firstLine="288"/>
      </w:pPr>
      <w:r>
        <w:rPr>
          <w:rFonts w:cs="Times New Roman"/>
        </w:rPr>
        <w:t>"If the dwelling of God is not bound to a house made with stones..."</w:t>
      </w:r>
    </w:p>
    <w:p w14:paraId="3DE6C50C" w14:textId="77777777" w:rsidR="007D7487" w:rsidRDefault="00E6407B">
      <w:pPr>
        <w:ind w:firstLine="288"/>
      </w:pPr>
      <w:r>
        <w:rPr>
          <w:rFonts w:cs="Times New Roman"/>
        </w:rPr>
        <w:t>Peter listened.</w:t>
      </w:r>
    </w:p>
    <w:p w14:paraId="592237F2" w14:textId="77777777" w:rsidR="007D7487" w:rsidRDefault="00E6407B">
      <w:pPr>
        <w:ind w:firstLine="288"/>
      </w:pPr>
      <w:r>
        <w:rPr>
          <w:rFonts w:cs="Times New Roman"/>
        </w:rPr>
        <w:t>"And if I told you the Spirit shall be in you..."</w:t>
      </w:r>
    </w:p>
    <w:p w14:paraId="10C92FE9" w14:textId="77777777" w:rsidR="007D7487" w:rsidRDefault="00E6407B">
      <w:pPr>
        <w:ind w:firstLine="288"/>
      </w:pPr>
      <w:r>
        <w:rPr>
          <w:rFonts w:cs="Times New Roman"/>
        </w:rPr>
        <w:t>His eyes moved across the gathering.</w:t>
      </w:r>
    </w:p>
    <w:p w14:paraId="113FADD4" w14:textId="77777777" w:rsidR="007D7487" w:rsidRDefault="00E6407B">
      <w:pPr>
        <w:ind w:firstLine="288"/>
      </w:pPr>
      <w:r>
        <w:rPr>
          <w:rFonts w:cs="Times New Roman"/>
        </w:rPr>
        <w:t>"Must the nations always come here?"</w:t>
      </w:r>
    </w:p>
    <w:p w14:paraId="52FC49A0" w14:textId="77777777" w:rsidR="007D7487" w:rsidRDefault="00E6407B">
      <w:pPr>
        <w:ind w:firstLine="288"/>
      </w:pPr>
      <w:r>
        <w:rPr>
          <w:rFonts w:cs="Times New Roman"/>
        </w:rPr>
        <w:t>No one answered.</w:t>
      </w:r>
    </w:p>
    <w:p w14:paraId="33A14E07" w14:textId="77777777" w:rsidR="007D7487" w:rsidRDefault="00E6407B">
      <w:pPr>
        <w:ind w:firstLine="288"/>
      </w:pPr>
      <w:r>
        <w:rPr>
          <w:rFonts w:cs="Times New Roman"/>
        </w:rPr>
        <w:t>They did not need to.</w:t>
      </w:r>
    </w:p>
    <w:p w14:paraId="4E3B2049" w14:textId="77777777" w:rsidR="007D7487" w:rsidRDefault="00E6407B">
      <w:pPr>
        <w:ind w:firstLine="288"/>
      </w:pPr>
      <w:r>
        <w:rPr>
          <w:rFonts w:cs="Times New Roman"/>
        </w:rPr>
        <w:t>Joanna looked toward the road stretching away from them.</w:t>
      </w:r>
    </w:p>
    <w:p w14:paraId="4D525DC5" w14:textId="77777777" w:rsidR="007D7487" w:rsidRDefault="00E6407B">
      <w:pPr>
        <w:ind w:firstLine="288"/>
      </w:pPr>
      <w:r>
        <w:rPr>
          <w:rFonts w:cs="Times New Roman"/>
        </w:rPr>
        <w:t>Mary Magdalene followed her gaze.</w:t>
      </w:r>
    </w:p>
    <w:p w14:paraId="6BE432D1" w14:textId="77777777" w:rsidR="007D7487" w:rsidRDefault="00E6407B">
      <w:pPr>
        <w:ind w:firstLine="288"/>
      </w:pPr>
      <w:r>
        <w:rPr>
          <w:rFonts w:cs="Times New Roman"/>
        </w:rPr>
        <w:t>Mary, Jesus' mother, whispered:</w:t>
      </w:r>
    </w:p>
    <w:p w14:paraId="2C7E7D7A" w14:textId="77777777" w:rsidR="007D7487" w:rsidRDefault="00E6407B">
      <w:pPr>
        <w:ind w:firstLine="288"/>
      </w:pPr>
      <w:r>
        <w:rPr>
          <w:rFonts w:cs="Times New Roman"/>
        </w:rPr>
        <w:t>"We can go to them."</w:t>
      </w:r>
    </w:p>
    <w:p w14:paraId="0BA08D69" w14:textId="77777777" w:rsidR="007D7487" w:rsidRDefault="00E6407B">
      <w:pPr>
        <w:ind w:firstLine="288"/>
      </w:pPr>
      <w:r>
        <w:rPr>
          <w:rFonts w:cs="Times New Roman"/>
        </w:rPr>
        <w:t>Jesus looked toward her.</w:t>
      </w:r>
    </w:p>
    <w:p w14:paraId="295DB1B0" w14:textId="77777777" w:rsidR="007D7487" w:rsidRDefault="00E6407B">
      <w:pPr>
        <w:ind w:firstLine="288"/>
      </w:pPr>
      <w:r>
        <w:rPr>
          <w:rFonts w:cs="Times New Roman"/>
        </w:rPr>
        <w:t>Then at all of them.</w:t>
      </w:r>
    </w:p>
    <w:p w14:paraId="0A767DCA" w14:textId="77777777" w:rsidR="007D7487" w:rsidRDefault="00E6407B">
      <w:pPr>
        <w:ind w:firstLine="288"/>
      </w:pPr>
      <w:r>
        <w:rPr>
          <w:rFonts w:cs="Times New Roman"/>
        </w:rPr>
        <w:t>The reversal had happened without a lecture.</w:t>
      </w:r>
    </w:p>
    <w:p w14:paraId="7EC4617B" w14:textId="77777777" w:rsidR="007D7487" w:rsidRDefault="00E6407B">
      <w:pPr>
        <w:ind w:firstLine="288"/>
      </w:pPr>
      <w:r>
        <w:rPr>
          <w:rFonts w:cs="Times New Roman"/>
        </w:rPr>
        <w:t>Solomon saw the stranger hear of the Name and travel toward the house.</w:t>
      </w:r>
    </w:p>
    <w:p w14:paraId="4EDCA73D" w14:textId="77777777" w:rsidR="007D7487" w:rsidRDefault="00E6407B">
      <w:pPr>
        <w:ind w:firstLine="288"/>
      </w:pPr>
      <w:r>
        <w:rPr>
          <w:rFonts w:cs="Times New Roman"/>
        </w:rPr>
        <w:t>Jesus was preparing witnesses in whom the Spirit would dwell and sending them toward the stranger.</w:t>
      </w:r>
    </w:p>
    <w:p w14:paraId="0208BD3C" w14:textId="77777777" w:rsidR="007D7487" w:rsidRDefault="00E6407B">
      <w:pPr>
        <w:ind w:firstLine="288"/>
      </w:pPr>
      <w:r>
        <w:rPr>
          <w:rFonts w:cs="Times New Roman"/>
        </w:rPr>
        <w:t>The Name would travel.</w:t>
      </w:r>
    </w:p>
    <w:p w14:paraId="245053C2" w14:textId="77777777" w:rsidR="007D7487" w:rsidRDefault="00E6407B">
      <w:pPr>
        <w:suppressLineNumbers/>
      </w:pPr>
      <w:r>
        <w:br w:type="page"/>
      </w:r>
    </w:p>
    <w:p w14:paraId="38A9EC5B" w14:textId="77777777" w:rsidR="007D7487" w:rsidRDefault="00E6407B">
      <w:pPr>
        <w:pStyle w:val="Heading1"/>
        <w:suppressLineNumbers/>
      </w:pPr>
      <w:r>
        <w:rPr>
          <w:rFonts w:ascii="Times New Roman" w:hAnsi="Times New Roman" w:cs="Times New Roman"/>
        </w:rPr>
        <w:lastRenderedPageBreak/>
        <w:t>Section 16B — Servant Israel and Individual Life</w:t>
      </w:r>
    </w:p>
    <w:p w14:paraId="69DD3659" w14:textId="77777777" w:rsidR="007D7487" w:rsidRDefault="00E6407B">
      <w:pPr>
        <w:ind w:firstLine="288"/>
      </w:pPr>
      <w:r>
        <w:rPr>
          <w:rFonts w:cs="Times New Roman"/>
        </w:rPr>
        <w:t>The word light brought another witness into the conversation.</w:t>
      </w:r>
    </w:p>
    <w:p w14:paraId="667AE59F" w14:textId="77777777" w:rsidR="007D7487" w:rsidRDefault="00E6407B">
      <w:pPr>
        <w:ind w:firstLine="288"/>
      </w:pPr>
      <w:r>
        <w:rPr>
          <w:rFonts w:cs="Times New Roman"/>
        </w:rPr>
        <w:t>Not a disciple.</w:t>
      </w:r>
    </w:p>
    <w:p w14:paraId="13C7F72E" w14:textId="77777777" w:rsidR="007D7487" w:rsidRDefault="00E6407B">
      <w:pPr>
        <w:ind w:firstLine="288"/>
      </w:pPr>
      <w:r>
        <w:rPr>
          <w:rFonts w:cs="Times New Roman"/>
        </w:rPr>
        <w:t>An old man who had held Jesus before any apostle knew His name.</w:t>
      </w:r>
    </w:p>
    <w:p w14:paraId="79626132" w14:textId="77777777" w:rsidR="007D7487" w:rsidRDefault="00E6407B">
      <w:pPr>
        <w:ind w:firstLine="288"/>
      </w:pPr>
      <w:r>
        <w:rPr>
          <w:rFonts w:cs="Times New Roman"/>
        </w:rPr>
        <w:t>Something in the word light had changed Jesus' mother's face.</w:t>
      </w:r>
    </w:p>
    <w:p w14:paraId="4E37B1ED" w14:textId="77777777" w:rsidR="007D7487" w:rsidRDefault="00E6407B">
      <w:pPr>
        <w:ind w:firstLine="288"/>
      </w:pPr>
      <w:r>
        <w:rPr>
          <w:rFonts w:cs="Times New Roman"/>
        </w:rPr>
        <w:t>John noticed.</w:t>
      </w:r>
    </w:p>
    <w:p w14:paraId="49B1A731" w14:textId="77777777" w:rsidR="007D7487" w:rsidRDefault="00E6407B">
      <w:pPr>
        <w:ind w:firstLine="288"/>
      </w:pPr>
      <w:r>
        <w:rPr>
          <w:rFonts w:cs="Times New Roman"/>
        </w:rPr>
        <w:t>Her fingers had gone still against the edge of her garment.</w:t>
      </w:r>
    </w:p>
    <w:p w14:paraId="3F67D153" w14:textId="77777777" w:rsidR="007D7487" w:rsidRDefault="00E6407B">
      <w:pPr>
        <w:ind w:firstLine="288"/>
      </w:pPr>
      <w:r>
        <w:rPr>
          <w:rFonts w:cs="Times New Roman"/>
        </w:rPr>
        <w:t>Jesus noticed too.</w:t>
      </w:r>
    </w:p>
    <w:p w14:paraId="0CD644C8" w14:textId="77777777" w:rsidR="007D7487" w:rsidRDefault="00E6407B">
      <w:pPr>
        <w:ind w:firstLine="288"/>
      </w:pPr>
      <w:r>
        <w:rPr>
          <w:rFonts w:cs="Times New Roman"/>
        </w:rPr>
        <w:t>"Mother?"</w:t>
      </w:r>
    </w:p>
    <w:p w14:paraId="13196827" w14:textId="77777777" w:rsidR="007D7487" w:rsidRDefault="00E6407B">
      <w:pPr>
        <w:ind w:firstLine="288"/>
      </w:pPr>
      <w:r>
        <w:rPr>
          <w:rFonts w:cs="Times New Roman"/>
        </w:rPr>
        <w:t>She looked up.</w:t>
      </w:r>
    </w:p>
    <w:p w14:paraId="50BD5C2F" w14:textId="77777777" w:rsidR="007D7487" w:rsidRDefault="00E6407B">
      <w:pPr>
        <w:ind w:firstLine="288"/>
      </w:pPr>
      <w:r>
        <w:rPr>
          <w:rFonts w:cs="Times New Roman"/>
        </w:rPr>
        <w:t>For a moment she seemed surprised that everyone else was present.</w:t>
      </w:r>
    </w:p>
    <w:p w14:paraId="0B8663E0" w14:textId="77777777" w:rsidR="007D7487" w:rsidRDefault="00E6407B">
      <w:pPr>
        <w:ind w:firstLine="288"/>
      </w:pPr>
      <w:r>
        <w:rPr>
          <w:rFonts w:cs="Times New Roman"/>
        </w:rPr>
        <w:t>Then she smiled.</w:t>
      </w:r>
    </w:p>
    <w:p w14:paraId="3DB231F6" w14:textId="77777777" w:rsidR="007D7487" w:rsidRDefault="00E6407B">
      <w:pPr>
        <w:ind w:firstLine="288"/>
      </w:pPr>
      <w:r>
        <w:rPr>
          <w:rFonts w:cs="Times New Roman"/>
        </w:rPr>
        <w:t>"I heard that before."</w:t>
      </w:r>
    </w:p>
    <w:p w14:paraId="78337CEF" w14:textId="77777777" w:rsidR="007D7487" w:rsidRDefault="00E6407B">
      <w:pPr>
        <w:ind w:firstLine="288"/>
      </w:pPr>
      <w:r>
        <w:rPr>
          <w:rFonts w:cs="Times New Roman"/>
        </w:rPr>
        <w:t>Jesus waited.</w:t>
      </w:r>
    </w:p>
    <w:p w14:paraId="6A4CE378" w14:textId="77777777" w:rsidR="007D7487" w:rsidRDefault="00E6407B">
      <w:pPr>
        <w:ind w:firstLine="288"/>
      </w:pPr>
      <w:r>
        <w:rPr>
          <w:rFonts w:cs="Times New Roman"/>
        </w:rPr>
        <w:t>"When?"</w:t>
      </w:r>
    </w:p>
    <w:p w14:paraId="22BF5C2B" w14:textId="77777777" w:rsidR="007D7487" w:rsidRDefault="00E6407B">
      <w:pPr>
        <w:ind w:firstLine="288"/>
      </w:pPr>
      <w:r>
        <w:rPr>
          <w:rFonts w:cs="Times New Roman"/>
        </w:rPr>
        <w:t>Mary's eyes moved beyond Galilee.</w:t>
      </w:r>
    </w:p>
    <w:p w14:paraId="223FB4D7" w14:textId="77777777" w:rsidR="007D7487" w:rsidRDefault="00E6407B">
      <w:pPr>
        <w:ind w:firstLine="288"/>
      </w:pPr>
      <w:r>
        <w:rPr>
          <w:rFonts w:cs="Times New Roman"/>
        </w:rPr>
        <w:t>Back toward Jerusalem.</w:t>
      </w:r>
    </w:p>
    <w:p w14:paraId="01096012" w14:textId="77777777" w:rsidR="007D7487" w:rsidRDefault="00E6407B">
      <w:pPr>
        <w:ind w:firstLine="288"/>
      </w:pPr>
      <w:r>
        <w:rPr>
          <w:rFonts w:cs="Times New Roman"/>
        </w:rPr>
        <w:t>Back farther than any disciple could remember.</w:t>
      </w:r>
    </w:p>
    <w:p w14:paraId="5FB73C59" w14:textId="77777777" w:rsidR="007D7487" w:rsidRDefault="00E6407B">
      <w:pPr>
        <w:ind w:firstLine="288"/>
      </w:pPr>
      <w:r>
        <w:rPr>
          <w:rFonts w:cs="Times New Roman"/>
        </w:rPr>
        <w:t>"The Temple."</w:t>
      </w:r>
    </w:p>
    <w:p w14:paraId="139309D0" w14:textId="77777777" w:rsidR="007D7487" w:rsidRDefault="00E6407B">
      <w:pPr>
        <w:ind w:firstLine="288"/>
      </w:pPr>
      <w:r>
        <w:rPr>
          <w:rFonts w:cs="Times New Roman"/>
        </w:rPr>
        <w:t>Her voice softened.</w:t>
      </w:r>
    </w:p>
    <w:p w14:paraId="0AEC2996" w14:textId="77777777" w:rsidR="007D7487" w:rsidRDefault="00E6407B">
      <w:pPr>
        <w:ind w:firstLine="288"/>
      </w:pPr>
      <w:r>
        <w:rPr>
          <w:rFonts w:cs="Times New Roman"/>
        </w:rPr>
        <w:t>"When You were a child."</w:t>
      </w:r>
    </w:p>
    <w:p w14:paraId="21041BBD" w14:textId="77777777" w:rsidR="007D7487" w:rsidRDefault="00E6407B">
      <w:pPr>
        <w:ind w:firstLine="288"/>
      </w:pPr>
      <w:r>
        <w:rPr>
          <w:rFonts w:cs="Times New Roman"/>
        </w:rPr>
        <w:t>The gathering leaned nearer.</w:t>
      </w:r>
    </w:p>
    <w:p w14:paraId="35A8D6A3" w14:textId="77777777" w:rsidR="007D7487" w:rsidRDefault="00E6407B">
      <w:pPr>
        <w:ind w:firstLine="288"/>
      </w:pPr>
      <w:r>
        <w:rPr>
          <w:rFonts w:cs="Times New Roman"/>
        </w:rPr>
        <w:t>"An old man."</w:t>
      </w:r>
    </w:p>
    <w:p w14:paraId="293EEECD" w14:textId="77777777" w:rsidR="007D7487" w:rsidRDefault="00E6407B">
      <w:pPr>
        <w:ind w:firstLine="288"/>
      </w:pPr>
      <w:r>
        <w:rPr>
          <w:rFonts w:cs="Times New Roman"/>
        </w:rPr>
        <w:t>"Simeon."</w:t>
      </w:r>
    </w:p>
    <w:p w14:paraId="6E5C022A" w14:textId="77777777" w:rsidR="007D7487" w:rsidRDefault="00E6407B">
      <w:pPr>
        <w:ind w:firstLine="288"/>
      </w:pPr>
      <w:r>
        <w:rPr>
          <w:rFonts w:cs="Times New Roman"/>
        </w:rPr>
        <w:t>Nicodemus knew the name now because Mary had spoken of him before, but he listened as though hearing it for the first time.</w:t>
      </w:r>
    </w:p>
    <w:p w14:paraId="5ACC0156" w14:textId="77777777" w:rsidR="007D7487" w:rsidRDefault="00E6407B">
      <w:pPr>
        <w:ind w:firstLine="288"/>
      </w:pPr>
      <w:r>
        <w:rPr>
          <w:rFonts w:cs="Times New Roman"/>
        </w:rPr>
        <w:t>"He had been waiting."</w:t>
      </w:r>
    </w:p>
    <w:p w14:paraId="5F5C38A6" w14:textId="77777777" w:rsidR="007D7487" w:rsidRDefault="00E6407B">
      <w:pPr>
        <w:ind w:firstLine="288"/>
      </w:pPr>
      <w:r>
        <w:rPr>
          <w:rFonts w:cs="Times New Roman"/>
        </w:rPr>
        <w:t>Mary drew a breath.</w:t>
      </w:r>
    </w:p>
    <w:p w14:paraId="6FF63488" w14:textId="77777777" w:rsidR="007D7487" w:rsidRDefault="00E6407B">
      <w:pPr>
        <w:ind w:firstLine="288"/>
      </w:pPr>
      <w:r>
        <w:rPr>
          <w:rFonts w:cs="Times New Roman"/>
        </w:rPr>
        <w:t>"He said the Holy Spirit had shown him that he would not see death before he had seen the Lord's Christ."</w:t>
      </w:r>
    </w:p>
    <w:p w14:paraId="534A4BC0" w14:textId="77777777" w:rsidR="007D7487" w:rsidRDefault="00E6407B">
      <w:pPr>
        <w:ind w:firstLine="288"/>
      </w:pPr>
      <w:r>
        <w:rPr>
          <w:rFonts w:cs="Times New Roman"/>
        </w:rPr>
        <w:t>She looked at Jesus.</w:t>
      </w:r>
    </w:p>
    <w:p w14:paraId="6448F8D0" w14:textId="77777777" w:rsidR="007D7487" w:rsidRDefault="00E6407B">
      <w:pPr>
        <w:ind w:firstLine="288"/>
      </w:pPr>
      <w:r>
        <w:rPr>
          <w:rFonts w:cs="Times New Roman"/>
        </w:rPr>
        <w:t>"He came by the Spirit into the Temple."</w:t>
      </w:r>
    </w:p>
    <w:p w14:paraId="5E7E2B43" w14:textId="77777777" w:rsidR="007D7487" w:rsidRDefault="00E6407B">
      <w:pPr>
        <w:ind w:firstLine="288"/>
      </w:pPr>
      <w:r>
        <w:rPr>
          <w:rFonts w:cs="Times New Roman"/>
        </w:rPr>
        <w:t>A small smile appeared.</w:t>
      </w:r>
    </w:p>
    <w:p w14:paraId="294E922B" w14:textId="77777777" w:rsidR="007D7487" w:rsidRDefault="00E6407B">
      <w:pPr>
        <w:ind w:firstLine="288"/>
      </w:pPr>
      <w:r>
        <w:rPr>
          <w:rFonts w:cs="Times New Roman"/>
        </w:rPr>
        <w:t>"And then he took You in his arms."</w:t>
      </w:r>
    </w:p>
    <w:p w14:paraId="464A3384" w14:textId="77777777" w:rsidR="007D7487" w:rsidRDefault="00E6407B">
      <w:pPr>
        <w:ind w:firstLine="288"/>
      </w:pPr>
      <w:r>
        <w:rPr>
          <w:rFonts w:cs="Times New Roman"/>
        </w:rPr>
        <w:t>Peter smiled.</w:t>
      </w:r>
    </w:p>
    <w:p w14:paraId="27A73C20" w14:textId="77777777" w:rsidR="007D7487" w:rsidRDefault="00E6407B">
      <w:pPr>
        <w:ind w:firstLine="288"/>
      </w:pPr>
      <w:r>
        <w:rPr>
          <w:rFonts w:cs="Times New Roman"/>
        </w:rPr>
        <w:t>"You let him?"</w:t>
      </w:r>
    </w:p>
    <w:p w14:paraId="55BA640D" w14:textId="77777777" w:rsidR="007D7487" w:rsidRDefault="00E6407B">
      <w:pPr>
        <w:ind w:firstLine="288"/>
      </w:pPr>
      <w:r>
        <w:rPr>
          <w:rFonts w:cs="Times New Roman"/>
        </w:rPr>
        <w:t>Mary gave him a look.</w:t>
      </w:r>
    </w:p>
    <w:p w14:paraId="6A9D2B0D" w14:textId="77777777" w:rsidR="007D7487" w:rsidRDefault="00E6407B">
      <w:pPr>
        <w:ind w:firstLine="288"/>
      </w:pPr>
      <w:r>
        <w:rPr>
          <w:rFonts w:cs="Times New Roman"/>
        </w:rPr>
        <w:lastRenderedPageBreak/>
        <w:t>"You were not there to object."</w:t>
      </w:r>
    </w:p>
    <w:p w14:paraId="2A8973E1" w14:textId="77777777" w:rsidR="007D7487" w:rsidRDefault="00E6407B">
      <w:pPr>
        <w:ind w:firstLine="288"/>
      </w:pPr>
      <w:r>
        <w:rPr>
          <w:rFonts w:cs="Times New Roman"/>
        </w:rPr>
        <w:t>The group laughed.</w:t>
      </w:r>
    </w:p>
    <w:p w14:paraId="762F56A0" w14:textId="77777777" w:rsidR="007D7487" w:rsidRDefault="00E6407B">
      <w:pPr>
        <w:ind w:firstLine="288"/>
      </w:pPr>
      <w:r>
        <w:rPr>
          <w:rFonts w:cs="Times New Roman"/>
        </w:rPr>
        <w:t>She continued.</w:t>
      </w:r>
    </w:p>
    <w:p w14:paraId="111B3ACE" w14:textId="77777777" w:rsidR="007D7487" w:rsidRDefault="00E6407B">
      <w:pPr>
        <w:ind w:firstLine="288"/>
      </w:pPr>
      <w:r>
        <w:rPr>
          <w:rFonts w:cs="Times New Roman"/>
        </w:rPr>
        <w:t>"You were very small."</w:t>
      </w:r>
    </w:p>
    <w:p w14:paraId="5CAB9BEB" w14:textId="77777777" w:rsidR="007D7487" w:rsidRDefault="00E6407B">
      <w:pPr>
        <w:ind w:firstLine="288"/>
      </w:pPr>
      <w:r>
        <w:rPr>
          <w:rFonts w:cs="Times New Roman"/>
        </w:rPr>
        <w:t>Jesus smiled.</w:t>
      </w:r>
    </w:p>
    <w:p w14:paraId="3E897138" w14:textId="77777777" w:rsidR="007D7487" w:rsidRDefault="00E6407B">
      <w:pPr>
        <w:ind w:firstLine="288"/>
      </w:pPr>
      <w:r>
        <w:rPr>
          <w:rFonts w:cs="Times New Roman"/>
        </w:rPr>
        <w:t>Mary's expression became tender.</w:t>
      </w:r>
    </w:p>
    <w:p w14:paraId="39C94BEF" w14:textId="77777777" w:rsidR="007D7487" w:rsidRDefault="00E6407B">
      <w:pPr>
        <w:ind w:firstLine="288"/>
      </w:pPr>
      <w:r>
        <w:rPr>
          <w:rFonts w:cs="Times New Roman"/>
        </w:rPr>
        <w:t>"Simeon blessed God."</w:t>
      </w:r>
    </w:p>
    <w:p w14:paraId="7A72DA73" w14:textId="77777777" w:rsidR="007D7487" w:rsidRDefault="00E6407B">
      <w:pPr>
        <w:ind w:firstLine="288"/>
      </w:pPr>
      <w:r>
        <w:rPr>
          <w:rFonts w:cs="Times New Roman"/>
        </w:rPr>
        <w:t>"He said his eyes had seen God's salvation."</w:t>
      </w:r>
    </w:p>
    <w:p w14:paraId="23336AAF" w14:textId="77777777" w:rsidR="007D7487" w:rsidRDefault="00E6407B">
      <w:pPr>
        <w:ind w:firstLine="288"/>
      </w:pPr>
      <w:r>
        <w:rPr>
          <w:rFonts w:cs="Times New Roman"/>
        </w:rPr>
        <w:t>"Prepared before the face of all people."</w:t>
      </w:r>
    </w:p>
    <w:p w14:paraId="06908DA0" w14:textId="77777777" w:rsidR="007D7487" w:rsidRDefault="00E6407B">
      <w:pPr>
        <w:ind w:firstLine="288"/>
      </w:pPr>
      <w:r>
        <w:rPr>
          <w:rFonts w:cs="Times New Roman"/>
        </w:rPr>
        <w:t>Then the words that had waited in her memory for decades.</w:t>
      </w:r>
    </w:p>
    <w:p w14:paraId="7295E2A0" w14:textId="77777777" w:rsidR="007D7487" w:rsidRDefault="00E6407B">
      <w:pPr>
        <w:ind w:firstLine="288"/>
      </w:pPr>
      <w:r>
        <w:rPr>
          <w:rFonts w:cs="Times New Roman"/>
        </w:rPr>
        <w:t>"A light to lighten the Gentiles."</w:t>
      </w:r>
    </w:p>
    <w:p w14:paraId="7B241A78" w14:textId="77777777" w:rsidR="007D7487" w:rsidRDefault="00E6407B">
      <w:pPr>
        <w:ind w:firstLine="288"/>
      </w:pPr>
      <w:r>
        <w:rPr>
          <w:rFonts w:cs="Times New Roman"/>
        </w:rPr>
        <w:t>Nicodemus inhaled.</w:t>
      </w:r>
    </w:p>
    <w:p w14:paraId="331861A9" w14:textId="77777777" w:rsidR="007D7487" w:rsidRDefault="00E6407B">
      <w:pPr>
        <w:ind w:firstLine="288"/>
      </w:pPr>
      <w:r>
        <w:rPr>
          <w:rFonts w:cs="Times New Roman"/>
        </w:rPr>
        <w:t>Mary finished:</w:t>
      </w:r>
    </w:p>
    <w:p w14:paraId="496751CF" w14:textId="77777777" w:rsidR="007D7487" w:rsidRDefault="00E6407B">
      <w:pPr>
        <w:ind w:firstLine="288"/>
      </w:pPr>
      <w:r>
        <w:rPr>
          <w:rFonts w:cs="Times New Roman"/>
        </w:rPr>
        <w:t>"And the glory of thy people Israel."</w:t>
      </w:r>
    </w:p>
    <w:p w14:paraId="1BBA3BA2" w14:textId="77777777" w:rsidR="007D7487" w:rsidRDefault="00E6407B">
      <w:pPr>
        <w:ind w:firstLine="288"/>
      </w:pPr>
      <w:r>
        <w:rPr>
          <w:rFonts w:cs="Times New Roman"/>
          <w:i/>
        </w:rPr>
        <w:t>"Lord, now lettest thou thy servant depart in peace, according to thy word: For mine eyes have seen thy salvation, Which thou hast prepared before the face of all people; A light to lighten the Gentiles, and the glory of thy people Israel."</w:t>
      </w:r>
    </w:p>
    <w:p w14:paraId="528E69A0" w14:textId="77777777" w:rsidR="007D7487" w:rsidRDefault="00E6407B">
      <w:pPr>
        <w:ind w:firstLine="288"/>
      </w:pPr>
      <w:r>
        <w:rPr>
          <w:rFonts w:cs="Times New Roman"/>
        </w:rPr>
        <w:t>Gentiles and Israel were not rival clauses.</w:t>
      </w:r>
    </w:p>
    <w:p w14:paraId="3C770CAC" w14:textId="77777777" w:rsidR="007D7487" w:rsidRDefault="00E6407B">
      <w:pPr>
        <w:ind w:firstLine="288"/>
      </w:pPr>
      <w:r>
        <w:rPr>
          <w:rFonts w:cs="Times New Roman"/>
        </w:rPr>
        <w:t>Simeon had spoken both over the same child.</w:t>
      </w:r>
    </w:p>
    <w:p w14:paraId="3E2DEB64" w14:textId="77777777" w:rsidR="007D7487" w:rsidRDefault="00E6407B">
      <w:pPr>
        <w:ind w:firstLine="288"/>
      </w:pPr>
      <w:r>
        <w:rPr>
          <w:rFonts w:cs="Times New Roman"/>
        </w:rPr>
        <w:t>The words held both.</w:t>
      </w:r>
    </w:p>
    <w:p w14:paraId="02AC2B0E" w14:textId="77777777" w:rsidR="007D7487" w:rsidRDefault="00E6407B">
      <w:pPr>
        <w:ind w:firstLine="288"/>
      </w:pPr>
      <w:r>
        <w:rPr>
          <w:rFonts w:cs="Times New Roman"/>
        </w:rPr>
        <w:t>Gentiles.</w:t>
      </w:r>
    </w:p>
    <w:p w14:paraId="21FC75C1" w14:textId="77777777" w:rsidR="007D7487" w:rsidRDefault="00E6407B">
      <w:pPr>
        <w:ind w:firstLine="288"/>
      </w:pPr>
      <w:r>
        <w:rPr>
          <w:rFonts w:cs="Times New Roman"/>
        </w:rPr>
        <w:t>Israel.</w:t>
      </w:r>
    </w:p>
    <w:p w14:paraId="6D3E3365" w14:textId="77777777" w:rsidR="007D7487" w:rsidRDefault="00E6407B">
      <w:pPr>
        <w:ind w:firstLine="288"/>
      </w:pPr>
      <w:r>
        <w:rPr>
          <w:rFonts w:cs="Times New Roman"/>
        </w:rPr>
        <w:t>Not one used to cancel the other.</w:t>
      </w:r>
    </w:p>
    <w:p w14:paraId="0646A913" w14:textId="77777777" w:rsidR="007D7487" w:rsidRDefault="00E6407B">
      <w:pPr>
        <w:ind w:firstLine="288"/>
      </w:pPr>
      <w:r>
        <w:rPr>
          <w:rFonts w:cs="Times New Roman"/>
        </w:rPr>
        <w:t>Jesus' mother looked at Him.</w:t>
      </w:r>
    </w:p>
    <w:p w14:paraId="5FD0E949" w14:textId="77777777" w:rsidR="007D7487" w:rsidRDefault="00E6407B">
      <w:pPr>
        <w:ind w:firstLine="288"/>
      </w:pPr>
      <w:r>
        <w:rPr>
          <w:rFonts w:cs="Times New Roman"/>
        </w:rPr>
        <w:t>"I did not understand it then."</w:t>
      </w:r>
    </w:p>
    <w:p w14:paraId="6C9275E0" w14:textId="77777777" w:rsidR="007D7487" w:rsidRDefault="00E6407B">
      <w:pPr>
        <w:ind w:firstLine="288"/>
      </w:pPr>
      <w:r>
        <w:rPr>
          <w:rFonts w:cs="Times New Roman"/>
        </w:rPr>
        <w:t>Jesus smiled.</w:t>
      </w:r>
    </w:p>
    <w:p w14:paraId="49C102D8" w14:textId="77777777" w:rsidR="007D7487" w:rsidRDefault="00E6407B">
      <w:pPr>
        <w:ind w:firstLine="288"/>
      </w:pPr>
      <w:r>
        <w:rPr>
          <w:rFonts w:cs="Times New Roman"/>
        </w:rPr>
        <w:t>"You kept it."</w:t>
      </w:r>
    </w:p>
    <w:p w14:paraId="0C96E4AD" w14:textId="77777777" w:rsidR="007D7487" w:rsidRDefault="00E6407B">
      <w:pPr>
        <w:ind w:firstLine="288"/>
      </w:pPr>
      <w:r>
        <w:rPr>
          <w:rFonts w:cs="Times New Roman"/>
        </w:rPr>
        <w:t>"Yes."</w:t>
      </w:r>
    </w:p>
    <w:p w14:paraId="13CF69E9" w14:textId="77777777" w:rsidR="007D7487" w:rsidRDefault="00E6407B">
      <w:pPr>
        <w:ind w:firstLine="288"/>
      </w:pPr>
      <w:r>
        <w:rPr>
          <w:rFonts w:cs="Times New Roman"/>
        </w:rPr>
        <w:t>"And pondered it."</w:t>
      </w:r>
    </w:p>
    <w:p w14:paraId="171ED7CE" w14:textId="77777777" w:rsidR="007D7487" w:rsidRDefault="00E6407B">
      <w:pPr>
        <w:ind w:firstLine="288"/>
      </w:pPr>
      <w:r>
        <w:rPr>
          <w:rFonts w:cs="Times New Roman"/>
        </w:rPr>
        <w:t>Her eyes narrowed playfully.</w:t>
      </w:r>
    </w:p>
    <w:p w14:paraId="1549AA3E" w14:textId="77777777" w:rsidR="007D7487" w:rsidRDefault="00E6407B">
      <w:pPr>
        <w:ind w:firstLine="288"/>
      </w:pPr>
      <w:r>
        <w:rPr>
          <w:rFonts w:cs="Times New Roman"/>
        </w:rPr>
        <w:t>"You gave me a great deal to ponder."</w:t>
      </w:r>
    </w:p>
    <w:p w14:paraId="4614CD09" w14:textId="77777777" w:rsidR="007D7487" w:rsidRDefault="00E6407B">
      <w:pPr>
        <w:ind w:firstLine="288"/>
      </w:pPr>
      <w:r>
        <w:rPr>
          <w:rFonts w:cs="Times New Roman"/>
        </w:rPr>
        <w:t>Laughter moved through the group.</w:t>
      </w:r>
    </w:p>
    <w:p w14:paraId="270ABB2C" w14:textId="77777777" w:rsidR="007D7487" w:rsidRDefault="00E6407B">
      <w:pPr>
        <w:ind w:firstLine="288"/>
      </w:pPr>
      <w:r>
        <w:rPr>
          <w:rFonts w:cs="Times New Roman"/>
        </w:rPr>
        <w:t>Mary continued.</w:t>
      </w:r>
    </w:p>
    <w:p w14:paraId="61BB45D9" w14:textId="77777777" w:rsidR="007D7487" w:rsidRDefault="00E6407B">
      <w:pPr>
        <w:ind w:firstLine="288"/>
      </w:pPr>
      <w:r>
        <w:rPr>
          <w:rFonts w:cs="Times New Roman"/>
        </w:rPr>
        <w:t>"There was a prophetess there also."</w:t>
      </w:r>
    </w:p>
    <w:p w14:paraId="68737EE1" w14:textId="77777777" w:rsidR="007D7487" w:rsidRDefault="00E6407B">
      <w:pPr>
        <w:ind w:firstLine="288"/>
      </w:pPr>
      <w:r>
        <w:rPr>
          <w:rFonts w:cs="Times New Roman"/>
        </w:rPr>
        <w:t>"Anna."</w:t>
      </w:r>
    </w:p>
    <w:p w14:paraId="31D770E7" w14:textId="77777777" w:rsidR="007D7487" w:rsidRDefault="00E6407B">
      <w:pPr>
        <w:ind w:firstLine="288"/>
      </w:pPr>
      <w:r>
        <w:rPr>
          <w:rFonts w:cs="Times New Roman"/>
        </w:rPr>
        <w:t>"She gave thanks."</w:t>
      </w:r>
    </w:p>
    <w:p w14:paraId="31132EBA" w14:textId="77777777" w:rsidR="007D7487" w:rsidRDefault="00E6407B">
      <w:pPr>
        <w:ind w:firstLine="288"/>
      </w:pPr>
      <w:r>
        <w:rPr>
          <w:rFonts w:cs="Times New Roman"/>
        </w:rPr>
        <w:t>"And she spoke of You to those who looked for redemption in Jerusalem."</w:t>
      </w:r>
    </w:p>
    <w:p w14:paraId="47F4631F" w14:textId="77777777" w:rsidR="007D7487" w:rsidRDefault="00E6407B">
      <w:pPr>
        <w:ind w:firstLine="288"/>
      </w:pPr>
      <w:r>
        <w:rPr>
          <w:rFonts w:cs="Times New Roman"/>
        </w:rPr>
        <w:t>Jesus looked around.</w:t>
      </w:r>
    </w:p>
    <w:p w14:paraId="058B7608" w14:textId="77777777" w:rsidR="007D7487" w:rsidRDefault="00E6407B">
      <w:pPr>
        <w:ind w:firstLine="288"/>
      </w:pPr>
      <w:r>
        <w:rPr>
          <w:rFonts w:cs="Times New Roman"/>
        </w:rPr>
        <w:lastRenderedPageBreak/>
        <w:t>"Witnesses at the beginning."</w:t>
      </w:r>
    </w:p>
    <w:p w14:paraId="523BB53F" w14:textId="77777777" w:rsidR="007D7487" w:rsidRDefault="00E6407B">
      <w:pPr>
        <w:ind w:firstLine="288"/>
      </w:pPr>
      <w:r>
        <w:rPr>
          <w:rFonts w:cs="Times New Roman"/>
        </w:rPr>
        <w:t>His mother nodded.</w:t>
      </w:r>
    </w:p>
    <w:p w14:paraId="57A50F65" w14:textId="77777777" w:rsidR="007D7487" w:rsidRDefault="00E6407B">
      <w:pPr>
        <w:ind w:firstLine="288"/>
      </w:pPr>
      <w:r>
        <w:rPr>
          <w:rFonts w:cs="Times New Roman"/>
        </w:rPr>
        <w:t>"Before You could speak for Yourself."</w:t>
      </w:r>
    </w:p>
    <w:p w14:paraId="724C89E7" w14:textId="77777777" w:rsidR="007D7487" w:rsidRDefault="00E6407B">
      <w:pPr>
        <w:ind w:firstLine="288"/>
      </w:pPr>
      <w:r>
        <w:rPr>
          <w:rFonts w:cs="Times New Roman"/>
        </w:rPr>
        <w:t>Andrew looked toward John.</w:t>
      </w:r>
    </w:p>
    <w:p w14:paraId="7D53588D" w14:textId="77777777" w:rsidR="007D7487" w:rsidRDefault="00E6407B">
      <w:pPr>
        <w:ind w:firstLine="288"/>
      </w:pPr>
      <w:r>
        <w:rPr>
          <w:rFonts w:cs="Times New Roman"/>
        </w:rPr>
        <w:t>The witness chain had begun earlier than either of them.</w:t>
      </w:r>
    </w:p>
    <w:p w14:paraId="01792053" w14:textId="77777777" w:rsidR="007D7487" w:rsidRDefault="00E6407B">
      <w:pPr>
        <w:ind w:firstLine="288"/>
      </w:pPr>
      <w:r>
        <w:rPr>
          <w:rFonts w:cs="Times New Roman"/>
        </w:rPr>
        <w:t>Simeon.</w:t>
      </w:r>
    </w:p>
    <w:p w14:paraId="1ED9B073" w14:textId="77777777" w:rsidR="007D7487" w:rsidRDefault="00E6407B">
      <w:pPr>
        <w:ind w:firstLine="288"/>
      </w:pPr>
      <w:r>
        <w:rPr>
          <w:rFonts w:cs="Times New Roman"/>
        </w:rPr>
        <w:t>Anna.</w:t>
      </w:r>
    </w:p>
    <w:p w14:paraId="2052EA45" w14:textId="77777777" w:rsidR="007D7487" w:rsidRDefault="00E6407B">
      <w:pPr>
        <w:ind w:firstLine="288"/>
      </w:pPr>
      <w:r>
        <w:rPr>
          <w:rFonts w:cs="Times New Roman"/>
        </w:rPr>
        <w:t>Then the Baptist.</w:t>
      </w:r>
    </w:p>
    <w:p w14:paraId="27F22AC7" w14:textId="77777777" w:rsidR="007D7487" w:rsidRDefault="00E6407B">
      <w:pPr>
        <w:ind w:firstLine="288"/>
      </w:pPr>
      <w:r>
        <w:rPr>
          <w:rFonts w:cs="Times New Roman"/>
        </w:rPr>
        <w:t>Then works.</w:t>
      </w:r>
    </w:p>
    <w:p w14:paraId="105FDDFD" w14:textId="77777777" w:rsidR="007D7487" w:rsidRDefault="00E6407B">
      <w:pPr>
        <w:ind w:firstLine="288"/>
      </w:pPr>
      <w:r>
        <w:rPr>
          <w:rFonts w:cs="Times New Roman"/>
        </w:rPr>
        <w:t>Then words.</w:t>
      </w:r>
    </w:p>
    <w:p w14:paraId="48D3EBE5" w14:textId="77777777" w:rsidR="007D7487" w:rsidRDefault="00E6407B">
      <w:pPr>
        <w:ind w:firstLine="288"/>
      </w:pPr>
      <w:r>
        <w:rPr>
          <w:rFonts w:cs="Times New Roman"/>
        </w:rPr>
        <w:t>Then cross.</w:t>
      </w:r>
    </w:p>
    <w:p w14:paraId="050D7C23" w14:textId="77777777" w:rsidR="007D7487" w:rsidRDefault="00E6407B">
      <w:pPr>
        <w:ind w:firstLine="288"/>
      </w:pPr>
      <w:r>
        <w:rPr>
          <w:rFonts w:cs="Times New Roman"/>
        </w:rPr>
        <w:t>Then tomb.</w:t>
      </w:r>
    </w:p>
    <w:p w14:paraId="715FEE87" w14:textId="77777777" w:rsidR="007D7487" w:rsidRDefault="00E6407B">
      <w:pPr>
        <w:ind w:firstLine="288"/>
      </w:pPr>
      <w:r>
        <w:rPr>
          <w:rFonts w:cs="Times New Roman"/>
        </w:rPr>
        <w:t>Then resurrection witnesses.</w:t>
      </w:r>
    </w:p>
    <w:p w14:paraId="084EAA81" w14:textId="77777777" w:rsidR="007D7487" w:rsidRDefault="00E6407B">
      <w:pPr>
        <w:ind w:firstLine="288"/>
      </w:pPr>
      <w:r>
        <w:rPr>
          <w:rFonts w:cs="Times New Roman"/>
        </w:rPr>
        <w:t>God had not asked Israel to trust one secret voice.</w:t>
      </w:r>
    </w:p>
    <w:p w14:paraId="4CEFDB46" w14:textId="77777777" w:rsidR="007D7487" w:rsidRDefault="00E6407B">
      <w:pPr>
        <w:suppressLineNumbers/>
        <w:spacing w:before="100" w:after="100"/>
        <w:jc w:val="center"/>
      </w:pPr>
      <w:r>
        <w:rPr>
          <w:rFonts w:cs="Times New Roman"/>
          <w:sz w:val="20"/>
        </w:rPr>
        <w:t>* * *</w:t>
      </w:r>
    </w:p>
    <w:p w14:paraId="28BBE00D" w14:textId="77777777" w:rsidR="007D7487" w:rsidRDefault="00E6407B">
      <w:pPr>
        <w:ind w:firstLine="288"/>
      </w:pPr>
      <w:r>
        <w:rPr>
          <w:rFonts w:cs="Times New Roman"/>
        </w:rPr>
        <w:t>Jesus turned toward Nicodemus.</w:t>
      </w:r>
    </w:p>
    <w:p w14:paraId="4A8F2179" w14:textId="77777777" w:rsidR="007D7487" w:rsidRDefault="00E6407B">
      <w:pPr>
        <w:ind w:firstLine="288"/>
      </w:pPr>
      <w:r>
        <w:rPr>
          <w:rFonts w:cs="Times New Roman"/>
        </w:rPr>
        <w:t>"Now tell them what Isaiah called the Servant."</w:t>
      </w:r>
    </w:p>
    <w:p w14:paraId="7003F51F" w14:textId="77777777" w:rsidR="007D7487" w:rsidRDefault="00E6407B">
      <w:pPr>
        <w:ind w:firstLine="288"/>
      </w:pPr>
      <w:r>
        <w:rPr>
          <w:rFonts w:cs="Times New Roman"/>
        </w:rPr>
        <w:t>The old teacher straightened.</w:t>
      </w:r>
    </w:p>
    <w:p w14:paraId="62DFA21E" w14:textId="77777777" w:rsidR="007D7487" w:rsidRDefault="00E6407B">
      <w:pPr>
        <w:ind w:firstLine="288"/>
      </w:pPr>
      <w:r>
        <w:rPr>
          <w:rFonts w:cs="Times New Roman"/>
        </w:rPr>
        <w:t>"The Father called His Servant Israel."</w:t>
      </w:r>
    </w:p>
    <w:p w14:paraId="385B3C7B" w14:textId="77777777" w:rsidR="007D7487" w:rsidRDefault="00E6407B">
      <w:pPr>
        <w:ind w:firstLine="288"/>
      </w:pPr>
      <w:r>
        <w:rPr>
          <w:rFonts w:cs="Times New Roman"/>
        </w:rPr>
        <w:t>Jesus looked across the Jewish gathering.</w:t>
      </w:r>
    </w:p>
    <w:p w14:paraId="1F2BFD86" w14:textId="77777777" w:rsidR="007D7487" w:rsidRDefault="00E6407B">
      <w:pPr>
        <w:ind w:firstLine="288"/>
      </w:pPr>
      <w:r>
        <w:rPr>
          <w:rFonts w:cs="Times New Roman"/>
        </w:rPr>
        <w:t>"And what did He command that Servant to do?"</w:t>
      </w:r>
    </w:p>
    <w:p w14:paraId="75A9B20D" w14:textId="77777777" w:rsidR="007D7487" w:rsidRDefault="00E6407B">
      <w:pPr>
        <w:ind w:firstLine="288"/>
      </w:pPr>
      <w:r>
        <w:rPr>
          <w:rFonts w:cs="Times New Roman"/>
        </w:rPr>
        <w:t>Nicodemus slowed.</w:t>
      </w:r>
    </w:p>
    <w:p w14:paraId="0A209BA8" w14:textId="77777777" w:rsidR="007D7487" w:rsidRDefault="00E6407B">
      <w:pPr>
        <w:ind w:firstLine="288"/>
      </w:pPr>
      <w:r>
        <w:rPr>
          <w:rFonts w:cs="Times New Roman"/>
        </w:rPr>
        <w:t>He knew enough now not to sprint past the grammar.</w:t>
      </w:r>
    </w:p>
    <w:p w14:paraId="2000241F" w14:textId="77777777" w:rsidR="007D7487" w:rsidRDefault="00E6407B">
      <w:pPr>
        <w:ind w:firstLine="288"/>
      </w:pPr>
      <w:r>
        <w:rPr>
          <w:rFonts w:cs="Times New Roman"/>
        </w:rPr>
        <w:t>"To bring Jacob again to Him."</w:t>
      </w:r>
    </w:p>
    <w:p w14:paraId="4076738E" w14:textId="77777777" w:rsidR="007D7487" w:rsidRDefault="00E6407B">
      <w:pPr>
        <w:ind w:firstLine="288"/>
      </w:pPr>
      <w:r>
        <w:rPr>
          <w:rFonts w:cs="Times New Roman"/>
        </w:rPr>
        <w:t>"And?"</w:t>
      </w:r>
    </w:p>
    <w:p w14:paraId="1B3BF491" w14:textId="77777777" w:rsidR="007D7487" w:rsidRDefault="00E6407B">
      <w:pPr>
        <w:ind w:firstLine="288"/>
      </w:pPr>
      <w:r>
        <w:rPr>
          <w:rFonts w:cs="Times New Roman"/>
        </w:rPr>
        <w:t>"To raise up the tribes of Jacob."</w:t>
      </w:r>
    </w:p>
    <w:p w14:paraId="66221A51" w14:textId="77777777" w:rsidR="007D7487" w:rsidRDefault="00E6407B">
      <w:pPr>
        <w:ind w:firstLine="288"/>
      </w:pPr>
      <w:r>
        <w:rPr>
          <w:rFonts w:cs="Times New Roman"/>
        </w:rPr>
        <w:t>"And?"</w:t>
      </w:r>
    </w:p>
    <w:p w14:paraId="455885BE" w14:textId="77777777" w:rsidR="007D7487" w:rsidRDefault="00E6407B">
      <w:pPr>
        <w:ind w:firstLine="288"/>
      </w:pPr>
      <w:r>
        <w:rPr>
          <w:rFonts w:cs="Times New Roman"/>
        </w:rPr>
        <w:t>"To restore the preserved of Israel."</w:t>
      </w:r>
    </w:p>
    <w:p w14:paraId="700FAE93" w14:textId="77777777" w:rsidR="007D7487" w:rsidRDefault="00E6407B">
      <w:pPr>
        <w:ind w:firstLine="288"/>
      </w:pPr>
      <w:r>
        <w:rPr>
          <w:rFonts w:cs="Times New Roman"/>
        </w:rPr>
        <w:t>Jesus waited.</w:t>
      </w:r>
    </w:p>
    <w:p w14:paraId="24A93477" w14:textId="77777777" w:rsidR="007D7487" w:rsidRDefault="00E6407B">
      <w:pPr>
        <w:ind w:firstLine="288"/>
      </w:pPr>
      <w:r>
        <w:rPr>
          <w:rFonts w:cs="Times New Roman"/>
        </w:rPr>
        <w:t>Nicodemus knew what came next.</w:t>
      </w:r>
    </w:p>
    <w:p w14:paraId="0A4E84D6" w14:textId="77777777" w:rsidR="007D7487" w:rsidRDefault="00E6407B">
      <w:pPr>
        <w:ind w:firstLine="288"/>
      </w:pPr>
      <w:r>
        <w:rPr>
          <w:rFonts w:cs="Times New Roman"/>
        </w:rPr>
        <w:t>His mouth opened slowly.</w:t>
      </w:r>
    </w:p>
    <w:p w14:paraId="014AC3C9" w14:textId="77777777" w:rsidR="007D7487" w:rsidRDefault="00E6407B">
      <w:pPr>
        <w:ind w:firstLine="288"/>
      </w:pPr>
      <w:r>
        <w:rPr>
          <w:rFonts w:cs="Times New Roman"/>
        </w:rPr>
        <w:t>"And to be a light to the Gentiles."</w:t>
      </w:r>
    </w:p>
    <w:p w14:paraId="2C45B8C8" w14:textId="77777777" w:rsidR="007D7487" w:rsidRDefault="00E6407B">
      <w:pPr>
        <w:ind w:firstLine="288"/>
      </w:pPr>
      <w:r>
        <w:rPr>
          <w:rFonts w:cs="Times New Roman"/>
        </w:rPr>
        <w:t>"And?"</w:t>
      </w:r>
    </w:p>
    <w:p w14:paraId="09CEA46E" w14:textId="77777777" w:rsidR="007D7487" w:rsidRDefault="00E6407B">
      <w:pPr>
        <w:ind w:firstLine="288"/>
      </w:pPr>
      <w:r>
        <w:rPr>
          <w:rFonts w:cs="Times New Roman"/>
        </w:rPr>
        <w:t>"That thou mayest be my salvation unto the end of the earth."</w:t>
      </w:r>
    </w:p>
    <w:p w14:paraId="5786D1C9" w14:textId="77777777" w:rsidR="007D7487" w:rsidRDefault="00E6407B">
      <w:pPr>
        <w:ind w:firstLine="288"/>
      </w:pPr>
      <w:r>
        <w:rPr>
          <w:rFonts w:cs="Times New Roman"/>
          <w:i/>
        </w:rPr>
        <w:t>"And he said, It is a light thing that thou shouldest be my servant to raise up the tribes of Jacob, and to restore the preserved of Israel: I will also give thee for a light to the Gentiles, that thou mayest be my salvation unto the end of the earth."</w:t>
      </w:r>
    </w:p>
    <w:p w14:paraId="6A2AE897" w14:textId="77777777" w:rsidR="007D7487" w:rsidRDefault="00E6407B">
      <w:pPr>
        <w:ind w:firstLine="288"/>
      </w:pPr>
      <w:r>
        <w:rPr>
          <w:rFonts w:cs="Times New Roman"/>
        </w:rPr>
        <w:lastRenderedPageBreak/>
        <w:t>The Servant's outward mission did not require the preserved of Israel to disappear from the sentence.</w:t>
      </w:r>
    </w:p>
    <w:p w14:paraId="0B29E5D7" w14:textId="77777777" w:rsidR="007D7487" w:rsidRDefault="00E6407B">
      <w:pPr>
        <w:ind w:firstLine="288"/>
      </w:pPr>
      <w:r>
        <w:rPr>
          <w:rFonts w:cs="Times New Roman"/>
        </w:rPr>
        <w:t>No one spoke.</w:t>
      </w:r>
    </w:p>
    <w:p w14:paraId="61631BAE" w14:textId="77777777" w:rsidR="007D7487" w:rsidRDefault="00E6407B">
      <w:pPr>
        <w:ind w:firstLine="288"/>
      </w:pPr>
      <w:r>
        <w:rPr>
          <w:rFonts w:cs="Times New Roman"/>
        </w:rPr>
        <w:t>The Servant called Israel.</w:t>
      </w:r>
    </w:p>
    <w:p w14:paraId="3229D35B" w14:textId="77777777" w:rsidR="007D7487" w:rsidRDefault="00E6407B">
      <w:pPr>
        <w:ind w:firstLine="288"/>
      </w:pPr>
      <w:r>
        <w:rPr>
          <w:rFonts w:cs="Times New Roman"/>
        </w:rPr>
        <w:t>Yet the Servant restores Jacob.</w:t>
      </w:r>
    </w:p>
    <w:p w14:paraId="099E082E" w14:textId="77777777" w:rsidR="007D7487" w:rsidRDefault="00E6407B">
      <w:pPr>
        <w:ind w:firstLine="288"/>
      </w:pPr>
      <w:r>
        <w:rPr>
          <w:rFonts w:cs="Times New Roman"/>
        </w:rPr>
        <w:t>Raises tribes.</w:t>
      </w:r>
    </w:p>
    <w:p w14:paraId="0EAC7015" w14:textId="77777777" w:rsidR="007D7487" w:rsidRDefault="00E6407B">
      <w:pPr>
        <w:ind w:firstLine="288"/>
      </w:pPr>
      <w:r>
        <w:rPr>
          <w:rFonts w:cs="Times New Roman"/>
        </w:rPr>
        <w:t>Restores preserved Israel.</w:t>
      </w:r>
    </w:p>
    <w:p w14:paraId="08547EEB" w14:textId="77777777" w:rsidR="007D7487" w:rsidRDefault="00E6407B">
      <w:pPr>
        <w:ind w:firstLine="288"/>
      </w:pPr>
      <w:r>
        <w:rPr>
          <w:rFonts w:cs="Times New Roman"/>
        </w:rPr>
        <w:t>Then becomes light to the nations.</w:t>
      </w:r>
    </w:p>
    <w:p w14:paraId="2C95B412" w14:textId="77777777" w:rsidR="007D7487" w:rsidRDefault="00E6407B">
      <w:pPr>
        <w:ind w:firstLine="288"/>
      </w:pPr>
      <w:r>
        <w:rPr>
          <w:rFonts w:cs="Times New Roman"/>
        </w:rPr>
        <w:t>Matthew's brow furrowed.</w:t>
      </w:r>
    </w:p>
    <w:p w14:paraId="0629E0F2" w14:textId="77777777" w:rsidR="007D7487" w:rsidRDefault="00E6407B">
      <w:pPr>
        <w:ind w:firstLine="288"/>
      </w:pPr>
      <w:r>
        <w:rPr>
          <w:rFonts w:cs="Times New Roman"/>
        </w:rPr>
        <w:t>"How can Israel restore Israel?"</w:t>
      </w:r>
    </w:p>
    <w:p w14:paraId="0FA7658E" w14:textId="77777777" w:rsidR="007D7487" w:rsidRDefault="00E6407B">
      <w:pPr>
        <w:ind w:firstLine="288"/>
      </w:pPr>
      <w:r>
        <w:rPr>
          <w:rFonts w:cs="Times New Roman"/>
        </w:rPr>
        <w:t>Jesus looked at him.</w:t>
      </w:r>
    </w:p>
    <w:p w14:paraId="23EFB08F" w14:textId="77777777" w:rsidR="007D7487" w:rsidRDefault="00E6407B">
      <w:pPr>
        <w:ind w:firstLine="288"/>
      </w:pPr>
      <w:r>
        <w:rPr>
          <w:rFonts w:cs="Times New Roman"/>
        </w:rPr>
        <w:t>"The Servant bears the name faithfully."</w:t>
      </w:r>
    </w:p>
    <w:p w14:paraId="3D552BBA" w14:textId="77777777" w:rsidR="007D7487" w:rsidRDefault="00E6407B">
      <w:pPr>
        <w:ind w:firstLine="288"/>
      </w:pPr>
      <w:r>
        <w:rPr>
          <w:rFonts w:cs="Times New Roman"/>
        </w:rPr>
        <w:t>He touched His chest.</w:t>
      </w:r>
    </w:p>
    <w:p w14:paraId="077B46E1" w14:textId="77777777" w:rsidR="007D7487" w:rsidRDefault="00E6407B">
      <w:pPr>
        <w:ind w:firstLine="288"/>
      </w:pPr>
      <w:r>
        <w:rPr>
          <w:rFonts w:cs="Times New Roman"/>
        </w:rPr>
        <w:t>"The people are not erased because the Servant restores them."</w:t>
      </w:r>
    </w:p>
    <w:p w14:paraId="1F5AE415" w14:textId="77777777" w:rsidR="007D7487" w:rsidRDefault="00E6407B">
      <w:pPr>
        <w:ind w:firstLine="288"/>
      </w:pPr>
      <w:r>
        <w:rPr>
          <w:rFonts w:cs="Times New Roman"/>
        </w:rPr>
        <w:t>Nicodemus's lips began to move.</w:t>
      </w:r>
    </w:p>
    <w:p w14:paraId="7CECB1E6" w14:textId="77777777" w:rsidR="007D7487" w:rsidRDefault="00E6407B">
      <w:pPr>
        <w:ind w:firstLine="288"/>
      </w:pPr>
      <w:r>
        <w:rPr>
          <w:rFonts w:cs="Times New Roman"/>
        </w:rPr>
        <w:t>John saw it.</w:t>
      </w:r>
    </w:p>
    <w:p w14:paraId="1F71AE35" w14:textId="77777777" w:rsidR="007D7487" w:rsidRDefault="00E6407B">
      <w:pPr>
        <w:ind w:firstLine="288"/>
      </w:pPr>
      <w:r>
        <w:rPr>
          <w:rFonts w:cs="Times New Roman"/>
        </w:rPr>
        <w:t>He looked sideways.</w:t>
      </w:r>
    </w:p>
    <w:p w14:paraId="6734DF39" w14:textId="77777777" w:rsidR="007D7487" w:rsidRDefault="00E6407B">
      <w:pPr>
        <w:ind w:firstLine="288"/>
      </w:pPr>
      <w:r>
        <w:rPr>
          <w:rFonts w:cs="Times New Roman"/>
        </w:rPr>
        <w:t>The old teacher caught him looking.</w:t>
      </w:r>
    </w:p>
    <w:p w14:paraId="726481D8" w14:textId="77777777" w:rsidR="007D7487" w:rsidRDefault="00E6407B">
      <w:pPr>
        <w:ind w:firstLine="288"/>
      </w:pPr>
      <w:r>
        <w:rPr>
          <w:rFonts w:cs="Times New Roman"/>
        </w:rPr>
        <w:t>"I am not going to say it."</w:t>
      </w:r>
    </w:p>
    <w:p w14:paraId="14D62A24" w14:textId="77777777" w:rsidR="007D7487" w:rsidRDefault="00E6407B">
      <w:pPr>
        <w:ind w:firstLine="288"/>
      </w:pPr>
      <w:r>
        <w:rPr>
          <w:rFonts w:cs="Times New Roman"/>
        </w:rPr>
        <w:t>John smiled.</w:t>
      </w:r>
    </w:p>
    <w:p w14:paraId="771B657E" w14:textId="77777777" w:rsidR="007D7487" w:rsidRDefault="00E6407B">
      <w:pPr>
        <w:ind w:firstLine="288"/>
      </w:pPr>
      <w:r>
        <w:rPr>
          <w:rFonts w:cs="Times New Roman"/>
        </w:rPr>
        <w:t>"You are."</w:t>
      </w:r>
    </w:p>
    <w:p w14:paraId="71117860" w14:textId="77777777" w:rsidR="007D7487" w:rsidRDefault="00E6407B">
      <w:pPr>
        <w:ind w:firstLine="288"/>
      </w:pPr>
      <w:r>
        <w:rPr>
          <w:rFonts w:cs="Times New Roman"/>
        </w:rPr>
        <w:t>Nicodemus held out for perhaps two breaths.</w:t>
      </w:r>
    </w:p>
    <w:p w14:paraId="4643E067" w14:textId="77777777" w:rsidR="007D7487" w:rsidRDefault="00E6407B">
      <w:pPr>
        <w:ind w:firstLine="288"/>
      </w:pPr>
      <w:r>
        <w:rPr>
          <w:rFonts w:cs="Times New Roman"/>
        </w:rPr>
        <w:t>"Of course."</w:t>
      </w:r>
    </w:p>
    <w:p w14:paraId="3504AE0E" w14:textId="77777777" w:rsidR="007D7487" w:rsidRDefault="00E6407B">
      <w:pPr>
        <w:ind w:firstLine="288"/>
      </w:pPr>
      <w:r>
        <w:rPr>
          <w:rFonts w:cs="Times New Roman"/>
        </w:rPr>
        <w:t>Peter groaned.</w:t>
      </w:r>
    </w:p>
    <w:p w14:paraId="0F961260" w14:textId="77777777" w:rsidR="007D7487" w:rsidRDefault="00E6407B">
      <w:pPr>
        <w:ind w:firstLine="288"/>
      </w:pPr>
      <w:r>
        <w:rPr>
          <w:rFonts w:cs="Times New Roman"/>
        </w:rPr>
        <w:t>Jesus laughed.</w:t>
      </w:r>
    </w:p>
    <w:p w14:paraId="0B4BA4B3" w14:textId="77777777" w:rsidR="007D7487" w:rsidRDefault="00E6407B">
      <w:pPr>
        <w:ind w:firstLine="288"/>
      </w:pPr>
      <w:r>
        <w:rPr>
          <w:rFonts w:cs="Times New Roman"/>
        </w:rPr>
        <w:t>Then His expression softened.</w:t>
      </w:r>
    </w:p>
    <w:p w14:paraId="6FFA26DD" w14:textId="77777777" w:rsidR="007D7487" w:rsidRDefault="00E6407B">
      <w:pPr>
        <w:ind w:firstLine="288"/>
      </w:pPr>
      <w:r>
        <w:rPr>
          <w:rFonts w:cs="Times New Roman"/>
        </w:rPr>
        <w:t>"The Father did not call Israel, preserve Israel, teach Israel, judge Israel, forgive Israel, and promise Israel a future merely to announce that none of it mattered."</w:t>
      </w:r>
    </w:p>
    <w:p w14:paraId="6AB1E332" w14:textId="77777777" w:rsidR="007D7487" w:rsidRDefault="00E6407B">
      <w:pPr>
        <w:ind w:firstLine="288"/>
      </w:pPr>
      <w:r>
        <w:rPr>
          <w:rFonts w:cs="Times New Roman"/>
        </w:rPr>
        <w:t>Nicodemus bowed his head.</w:t>
      </w:r>
    </w:p>
    <w:p w14:paraId="4565D931" w14:textId="77777777" w:rsidR="007D7487" w:rsidRDefault="00E6407B">
      <w:pPr>
        <w:ind w:firstLine="288"/>
      </w:pPr>
      <w:r>
        <w:rPr>
          <w:rFonts w:cs="Times New Roman"/>
        </w:rPr>
        <w:t>"The Servant does not erase the people He restores."</w:t>
      </w:r>
    </w:p>
    <w:p w14:paraId="6F4A1972" w14:textId="77777777" w:rsidR="007D7487" w:rsidRDefault="00E6407B">
      <w:pPr>
        <w:ind w:firstLine="288"/>
      </w:pPr>
      <w:r>
        <w:rPr>
          <w:rFonts w:cs="Times New Roman"/>
        </w:rPr>
        <w:t>Jesus looked toward the horizon.</w:t>
      </w:r>
    </w:p>
    <w:p w14:paraId="08BF12CB" w14:textId="77777777" w:rsidR="007D7487" w:rsidRDefault="00E6407B">
      <w:pPr>
        <w:ind w:firstLine="288"/>
      </w:pPr>
      <w:r>
        <w:rPr>
          <w:rFonts w:cs="Times New Roman"/>
        </w:rPr>
        <w:t>"The faithful Servant carries the calling."</w:t>
      </w:r>
    </w:p>
    <w:p w14:paraId="2540AA46" w14:textId="77777777" w:rsidR="007D7487" w:rsidRDefault="00E6407B">
      <w:pPr>
        <w:ind w:firstLine="288"/>
      </w:pPr>
      <w:r>
        <w:rPr>
          <w:rFonts w:cs="Times New Roman"/>
        </w:rPr>
        <w:t>"Restores Jacob."</w:t>
      </w:r>
    </w:p>
    <w:p w14:paraId="3CD0FF92" w14:textId="77777777" w:rsidR="007D7487" w:rsidRDefault="00E6407B">
      <w:pPr>
        <w:ind w:firstLine="288"/>
      </w:pPr>
      <w:r>
        <w:rPr>
          <w:rFonts w:cs="Times New Roman"/>
        </w:rPr>
        <w:t>"Raises the tribes."</w:t>
      </w:r>
    </w:p>
    <w:p w14:paraId="38E94A19" w14:textId="77777777" w:rsidR="007D7487" w:rsidRDefault="00E6407B">
      <w:pPr>
        <w:ind w:firstLine="288"/>
      </w:pPr>
      <w:r>
        <w:rPr>
          <w:rFonts w:cs="Times New Roman"/>
        </w:rPr>
        <w:t>"And bears the Father's light outward."</w:t>
      </w:r>
    </w:p>
    <w:p w14:paraId="68CC748D" w14:textId="77777777" w:rsidR="007D7487" w:rsidRDefault="00E6407B">
      <w:pPr>
        <w:ind w:firstLine="288"/>
      </w:pPr>
      <w:r>
        <w:rPr>
          <w:rFonts w:cs="Times New Roman"/>
        </w:rPr>
        <w:t>John thought of the two sticks.</w:t>
      </w:r>
    </w:p>
    <w:p w14:paraId="06A02C67" w14:textId="77777777" w:rsidR="007D7487" w:rsidRDefault="00E6407B">
      <w:pPr>
        <w:ind w:firstLine="288"/>
      </w:pPr>
      <w:r>
        <w:rPr>
          <w:rFonts w:cs="Times New Roman"/>
        </w:rPr>
        <w:t>Judah.</w:t>
      </w:r>
    </w:p>
    <w:p w14:paraId="49D42377" w14:textId="77777777" w:rsidR="007D7487" w:rsidRDefault="00E6407B">
      <w:pPr>
        <w:ind w:firstLine="288"/>
      </w:pPr>
      <w:r>
        <w:rPr>
          <w:rFonts w:cs="Times New Roman"/>
        </w:rPr>
        <w:t>Joseph.</w:t>
      </w:r>
    </w:p>
    <w:p w14:paraId="6A6160F9" w14:textId="77777777" w:rsidR="007D7487" w:rsidRDefault="00E6407B">
      <w:pPr>
        <w:ind w:firstLine="288"/>
      </w:pPr>
      <w:r>
        <w:rPr>
          <w:rFonts w:cs="Times New Roman"/>
        </w:rPr>
        <w:lastRenderedPageBreak/>
        <w:t>One in God's hand.</w:t>
      </w:r>
    </w:p>
    <w:p w14:paraId="34D21B02" w14:textId="77777777" w:rsidR="007D7487" w:rsidRDefault="00E6407B">
      <w:pPr>
        <w:ind w:firstLine="288"/>
      </w:pPr>
      <w:r>
        <w:rPr>
          <w:rFonts w:cs="Times New Roman"/>
        </w:rPr>
        <w:t>Jeremiah.</w:t>
      </w:r>
    </w:p>
    <w:p w14:paraId="7B62DA70" w14:textId="77777777" w:rsidR="007D7487" w:rsidRDefault="00E6407B">
      <w:pPr>
        <w:ind w:firstLine="288"/>
      </w:pPr>
      <w:r>
        <w:rPr>
          <w:rFonts w:cs="Times New Roman"/>
        </w:rPr>
        <w:t>Judah and Israel together.</w:t>
      </w:r>
    </w:p>
    <w:p w14:paraId="1A62FC2B" w14:textId="77777777" w:rsidR="007D7487" w:rsidRDefault="00E6407B">
      <w:pPr>
        <w:ind w:firstLine="288"/>
      </w:pPr>
      <w:r>
        <w:rPr>
          <w:rFonts w:cs="Times New Roman"/>
        </w:rPr>
        <w:t>The ark no longer central.</w:t>
      </w:r>
    </w:p>
    <w:p w14:paraId="6270AC4D" w14:textId="77777777" w:rsidR="007D7487" w:rsidRDefault="00E6407B">
      <w:pPr>
        <w:ind w:firstLine="288"/>
      </w:pPr>
      <w:r>
        <w:rPr>
          <w:rFonts w:cs="Times New Roman"/>
        </w:rPr>
        <w:t>Nations gathered to the Name.</w:t>
      </w:r>
    </w:p>
    <w:p w14:paraId="178EE609" w14:textId="77777777" w:rsidR="007D7487" w:rsidRDefault="00E6407B">
      <w:pPr>
        <w:ind w:firstLine="288"/>
      </w:pPr>
      <w:r>
        <w:rPr>
          <w:rFonts w:cs="Times New Roman"/>
        </w:rPr>
        <w:t>Now Isaiah.</w:t>
      </w:r>
    </w:p>
    <w:p w14:paraId="601B9580" w14:textId="77777777" w:rsidR="007D7487" w:rsidRDefault="00E6407B">
      <w:pPr>
        <w:ind w:firstLine="288"/>
      </w:pPr>
      <w:r>
        <w:rPr>
          <w:rFonts w:cs="Times New Roman"/>
        </w:rPr>
        <w:t>The Servant.</w:t>
      </w:r>
    </w:p>
    <w:p w14:paraId="1D432C1D" w14:textId="77777777" w:rsidR="007D7487" w:rsidRDefault="00E6407B">
      <w:pPr>
        <w:ind w:firstLine="288"/>
      </w:pPr>
      <w:r>
        <w:rPr>
          <w:rFonts w:cs="Times New Roman"/>
        </w:rPr>
        <w:t>Israel.</w:t>
      </w:r>
    </w:p>
    <w:p w14:paraId="35001B7E" w14:textId="77777777" w:rsidR="007D7487" w:rsidRDefault="00E6407B">
      <w:pPr>
        <w:ind w:firstLine="288"/>
      </w:pPr>
      <w:r>
        <w:rPr>
          <w:rFonts w:cs="Times New Roman"/>
        </w:rPr>
        <w:t>Israel restored.</w:t>
      </w:r>
    </w:p>
    <w:p w14:paraId="602B8B23" w14:textId="77777777" w:rsidR="007D7487" w:rsidRDefault="00E6407B">
      <w:pPr>
        <w:ind w:firstLine="288"/>
      </w:pPr>
      <w:r>
        <w:rPr>
          <w:rFonts w:cs="Times New Roman"/>
        </w:rPr>
        <w:t>Nations reached.</w:t>
      </w:r>
    </w:p>
    <w:p w14:paraId="018599CE" w14:textId="77777777" w:rsidR="007D7487" w:rsidRDefault="00E6407B">
      <w:pPr>
        <w:ind w:firstLine="288"/>
      </w:pPr>
      <w:r>
        <w:rPr>
          <w:rFonts w:cs="Times New Roman"/>
        </w:rPr>
        <w:t>The threads did not compete.</w:t>
      </w:r>
    </w:p>
    <w:p w14:paraId="7D6A3060" w14:textId="77777777" w:rsidR="007D7487" w:rsidRDefault="00E6407B">
      <w:pPr>
        <w:ind w:firstLine="288"/>
      </w:pPr>
      <w:r>
        <w:rPr>
          <w:rFonts w:cs="Times New Roman"/>
        </w:rPr>
        <w:t>They gathered.</w:t>
      </w:r>
    </w:p>
    <w:p w14:paraId="6DCECA16" w14:textId="77777777" w:rsidR="007D7487" w:rsidRDefault="00E6407B">
      <w:pPr>
        <w:suppressLineNumbers/>
        <w:spacing w:before="100" w:after="100"/>
        <w:jc w:val="center"/>
      </w:pPr>
      <w:r>
        <w:rPr>
          <w:rFonts w:cs="Times New Roman"/>
          <w:sz w:val="20"/>
        </w:rPr>
        <w:t>* * *</w:t>
      </w:r>
    </w:p>
    <w:p w14:paraId="312B9312" w14:textId="77777777" w:rsidR="007D7487" w:rsidRDefault="00E6407B">
      <w:pPr>
        <w:ind w:firstLine="288"/>
      </w:pPr>
      <w:r>
        <w:rPr>
          <w:rFonts w:cs="Times New Roman"/>
        </w:rPr>
        <w:t>Matthew had been unusually quiet.</w:t>
      </w:r>
    </w:p>
    <w:p w14:paraId="6FB5F4B9" w14:textId="77777777" w:rsidR="007D7487" w:rsidRDefault="00E6407B">
      <w:pPr>
        <w:ind w:firstLine="288"/>
      </w:pPr>
      <w:r>
        <w:rPr>
          <w:rFonts w:cs="Times New Roman"/>
        </w:rPr>
        <w:t>John noticed him staring at Jesus, then glancing toward Mary.</w:t>
      </w:r>
    </w:p>
    <w:p w14:paraId="327A5F95" w14:textId="77777777" w:rsidR="007D7487" w:rsidRDefault="00E6407B">
      <w:pPr>
        <w:ind w:firstLine="288"/>
      </w:pPr>
      <w:r>
        <w:rPr>
          <w:rFonts w:cs="Times New Roman"/>
        </w:rPr>
        <w:t>At last Matthew leaned forward.</w:t>
      </w:r>
    </w:p>
    <w:p w14:paraId="1BB1B312" w14:textId="77777777" w:rsidR="007D7487" w:rsidRDefault="00E6407B">
      <w:pPr>
        <w:ind w:firstLine="288"/>
      </w:pPr>
      <w:r>
        <w:rPr>
          <w:rFonts w:cs="Times New Roman"/>
        </w:rPr>
        <w:t>"Master?"</w:t>
      </w:r>
    </w:p>
    <w:p w14:paraId="0B2F6826" w14:textId="77777777" w:rsidR="007D7487" w:rsidRDefault="00E6407B">
      <w:pPr>
        <w:ind w:firstLine="288"/>
      </w:pPr>
      <w:r>
        <w:rPr>
          <w:rFonts w:cs="Times New Roman"/>
        </w:rPr>
        <w:t>Jesus looked toward him.</w:t>
      </w:r>
    </w:p>
    <w:p w14:paraId="34BB2C88" w14:textId="77777777" w:rsidR="007D7487" w:rsidRDefault="00E6407B">
      <w:pPr>
        <w:ind w:firstLine="288"/>
      </w:pPr>
      <w:r>
        <w:rPr>
          <w:rFonts w:cs="Times New Roman"/>
        </w:rPr>
        <w:t>"Joseph was of the house of David?"</w:t>
      </w:r>
    </w:p>
    <w:p w14:paraId="0BA83620" w14:textId="77777777" w:rsidR="007D7487" w:rsidRDefault="00E6407B">
      <w:pPr>
        <w:ind w:firstLine="288"/>
      </w:pPr>
      <w:r>
        <w:rPr>
          <w:rFonts w:cs="Times New Roman"/>
        </w:rPr>
        <w:t>"Yes."</w:t>
      </w:r>
    </w:p>
    <w:p w14:paraId="4F311F7F" w14:textId="77777777" w:rsidR="007D7487" w:rsidRDefault="00E6407B">
      <w:pPr>
        <w:ind w:firstLine="288"/>
      </w:pPr>
      <w:r>
        <w:rPr>
          <w:rFonts w:cs="Times New Roman"/>
        </w:rPr>
        <w:t>"Through Solomon?"</w:t>
      </w:r>
    </w:p>
    <w:p w14:paraId="2A923BFB" w14:textId="77777777" w:rsidR="007D7487" w:rsidRDefault="00E6407B">
      <w:pPr>
        <w:ind w:firstLine="288"/>
      </w:pPr>
      <w:r>
        <w:rPr>
          <w:rFonts w:cs="Times New Roman"/>
        </w:rPr>
        <w:t>Jesus nodded.</w:t>
      </w:r>
    </w:p>
    <w:p w14:paraId="4713D4CA" w14:textId="77777777" w:rsidR="007D7487" w:rsidRDefault="00E6407B">
      <w:pPr>
        <w:ind w:firstLine="288"/>
      </w:pPr>
      <w:r>
        <w:rPr>
          <w:rFonts w:cs="Times New Roman"/>
        </w:rPr>
        <w:t>Matthew's eyes dropped.</w:t>
      </w:r>
    </w:p>
    <w:p w14:paraId="5ED72398" w14:textId="77777777" w:rsidR="007D7487" w:rsidRDefault="00E6407B">
      <w:pPr>
        <w:ind w:firstLine="288"/>
      </w:pPr>
      <w:r>
        <w:rPr>
          <w:rFonts w:cs="Times New Roman"/>
        </w:rPr>
        <w:t>David.</w:t>
      </w:r>
    </w:p>
    <w:p w14:paraId="7E7D72BB" w14:textId="77777777" w:rsidR="007D7487" w:rsidRDefault="00E6407B">
      <w:pPr>
        <w:ind w:firstLine="288"/>
      </w:pPr>
      <w:r>
        <w:rPr>
          <w:rFonts w:cs="Times New Roman"/>
        </w:rPr>
        <w:t>Solomon.</w:t>
      </w:r>
    </w:p>
    <w:p w14:paraId="2DA75B15" w14:textId="77777777" w:rsidR="007D7487" w:rsidRDefault="00E6407B">
      <w:pPr>
        <w:ind w:firstLine="288"/>
      </w:pPr>
      <w:r>
        <w:rPr>
          <w:rFonts w:cs="Times New Roman"/>
        </w:rPr>
        <w:t>The kings.</w:t>
      </w:r>
    </w:p>
    <w:p w14:paraId="085E04E1" w14:textId="77777777" w:rsidR="007D7487" w:rsidRDefault="00E6407B">
      <w:pPr>
        <w:ind w:firstLine="288"/>
      </w:pPr>
      <w:r>
        <w:rPr>
          <w:rFonts w:cs="Times New Roman"/>
        </w:rPr>
        <w:t>Exile.</w:t>
      </w:r>
    </w:p>
    <w:p w14:paraId="19EDF3D2" w14:textId="77777777" w:rsidR="007D7487" w:rsidRDefault="00E6407B">
      <w:pPr>
        <w:ind w:firstLine="288"/>
      </w:pPr>
      <w:r>
        <w:rPr>
          <w:rFonts w:cs="Times New Roman"/>
        </w:rPr>
        <w:t>Jeconiah.</w:t>
      </w:r>
    </w:p>
    <w:p w14:paraId="58AF8F16" w14:textId="77777777" w:rsidR="007D7487" w:rsidRDefault="00E6407B">
      <w:pPr>
        <w:ind w:firstLine="288"/>
      </w:pPr>
      <w:r>
        <w:rPr>
          <w:rFonts w:cs="Times New Roman"/>
        </w:rPr>
        <w:t>Jacob.</w:t>
      </w:r>
    </w:p>
    <w:p w14:paraId="621129FD" w14:textId="77777777" w:rsidR="007D7487" w:rsidRDefault="00E6407B">
      <w:pPr>
        <w:ind w:firstLine="288"/>
      </w:pPr>
      <w:r>
        <w:rPr>
          <w:rFonts w:cs="Times New Roman"/>
        </w:rPr>
        <w:t>Joseph.</w:t>
      </w:r>
    </w:p>
    <w:p w14:paraId="4784B76F" w14:textId="77777777" w:rsidR="007D7487" w:rsidRDefault="00E6407B">
      <w:pPr>
        <w:ind w:firstLine="288"/>
      </w:pPr>
      <w:r>
        <w:rPr>
          <w:rFonts w:cs="Times New Roman"/>
        </w:rPr>
        <w:t>Then the point where the long succession of fathers changed.</w:t>
      </w:r>
    </w:p>
    <w:p w14:paraId="497E0613" w14:textId="77777777" w:rsidR="007D7487" w:rsidRDefault="00E6407B">
      <w:pPr>
        <w:ind w:firstLine="288"/>
      </w:pPr>
      <w:r>
        <w:rPr>
          <w:rFonts w:cs="Times New Roman"/>
        </w:rPr>
        <w:t>"But Joseph did not beget You."</w:t>
      </w:r>
    </w:p>
    <w:p w14:paraId="02BBDE33" w14:textId="77777777" w:rsidR="007D7487" w:rsidRDefault="00E6407B">
      <w:pPr>
        <w:ind w:firstLine="288"/>
      </w:pPr>
      <w:r>
        <w:rPr>
          <w:rFonts w:cs="Times New Roman"/>
        </w:rPr>
        <w:t>"No."</w:t>
      </w:r>
    </w:p>
    <w:p w14:paraId="7C47EF17" w14:textId="77777777" w:rsidR="007D7487" w:rsidRDefault="00E6407B">
      <w:pPr>
        <w:ind w:firstLine="288"/>
      </w:pPr>
      <w:r>
        <w:rPr>
          <w:rFonts w:cs="Times New Roman"/>
        </w:rPr>
        <w:t>Matthew remained silent.</w:t>
      </w:r>
    </w:p>
    <w:p w14:paraId="6EAC37C5" w14:textId="77777777" w:rsidR="007D7487" w:rsidRDefault="00E6407B">
      <w:pPr>
        <w:ind w:firstLine="288"/>
      </w:pPr>
      <w:r>
        <w:rPr>
          <w:rFonts w:cs="Times New Roman"/>
        </w:rPr>
        <w:t>Jesus let him think.</w:t>
      </w:r>
    </w:p>
    <w:p w14:paraId="5FE47F6B" w14:textId="77777777" w:rsidR="007D7487" w:rsidRDefault="00E6407B">
      <w:pPr>
        <w:ind w:firstLine="288"/>
      </w:pPr>
      <w:r>
        <w:rPr>
          <w:rFonts w:cs="Times New Roman"/>
        </w:rPr>
        <w:t>"So Joseph's house is one question," Matthew finally said, "and Your flesh is another."</w:t>
      </w:r>
    </w:p>
    <w:p w14:paraId="5BF919A4" w14:textId="77777777" w:rsidR="007D7487" w:rsidRDefault="00E6407B">
      <w:pPr>
        <w:ind w:firstLine="288"/>
      </w:pPr>
      <w:r>
        <w:rPr>
          <w:rFonts w:cs="Times New Roman"/>
        </w:rPr>
        <w:t>A faint smile crossed Jesus' face.</w:t>
      </w:r>
    </w:p>
    <w:p w14:paraId="7E598663" w14:textId="77777777" w:rsidR="007D7487" w:rsidRDefault="00E6407B">
      <w:pPr>
        <w:ind w:firstLine="288"/>
      </w:pPr>
      <w:r>
        <w:rPr>
          <w:rFonts w:cs="Times New Roman"/>
        </w:rPr>
        <w:t>"You are listening carefully, Matthew."</w:t>
      </w:r>
    </w:p>
    <w:p w14:paraId="4B856DB0" w14:textId="77777777" w:rsidR="007D7487" w:rsidRDefault="00E6407B">
      <w:pPr>
        <w:ind w:firstLine="288"/>
      </w:pPr>
      <w:r>
        <w:rPr>
          <w:rFonts w:cs="Times New Roman"/>
        </w:rPr>
        <w:lastRenderedPageBreak/>
        <w:t>Matthew glanced toward Mary.</w:t>
      </w:r>
    </w:p>
    <w:p w14:paraId="58CDDE2A" w14:textId="77777777" w:rsidR="007D7487" w:rsidRDefault="00E6407B">
      <w:pPr>
        <w:ind w:firstLine="288"/>
      </w:pPr>
      <w:r>
        <w:rPr>
          <w:rFonts w:cs="Times New Roman"/>
        </w:rPr>
        <w:t>Then back toward Jesus.</w:t>
      </w:r>
    </w:p>
    <w:p w14:paraId="6CD0DA4E" w14:textId="77777777" w:rsidR="007D7487" w:rsidRDefault="00E6407B">
      <w:pPr>
        <w:ind w:firstLine="288"/>
      </w:pPr>
      <w:r>
        <w:rPr>
          <w:rFonts w:cs="Times New Roman"/>
        </w:rPr>
        <w:t>"May I ask You more about this later?"</w:t>
      </w:r>
    </w:p>
    <w:p w14:paraId="2353D581" w14:textId="77777777" w:rsidR="007D7487" w:rsidRDefault="00E6407B">
      <w:pPr>
        <w:ind w:firstLine="288"/>
      </w:pPr>
      <w:r>
        <w:rPr>
          <w:rFonts w:cs="Times New Roman"/>
        </w:rPr>
        <w:t>"Yes."</w:t>
      </w:r>
    </w:p>
    <w:p w14:paraId="62327061" w14:textId="77777777" w:rsidR="007D7487" w:rsidRDefault="00E6407B">
      <w:pPr>
        <w:ind w:firstLine="288"/>
      </w:pPr>
      <w:r>
        <w:rPr>
          <w:rFonts w:cs="Times New Roman"/>
        </w:rPr>
        <w:t>That was all.</w:t>
      </w:r>
    </w:p>
    <w:p w14:paraId="440E341F" w14:textId="77777777" w:rsidR="007D7487" w:rsidRDefault="00E6407B">
      <w:pPr>
        <w:ind w:firstLine="288"/>
      </w:pPr>
      <w:r>
        <w:rPr>
          <w:rFonts w:cs="Times New Roman"/>
        </w:rPr>
        <w:t>Jesus did not turn the gathering into a genealogy trial.</w:t>
      </w:r>
    </w:p>
    <w:p w14:paraId="6FF25EE7" w14:textId="77777777" w:rsidR="007D7487" w:rsidRDefault="00E6407B">
      <w:pPr>
        <w:ind w:firstLine="288"/>
      </w:pPr>
      <w:r>
        <w:rPr>
          <w:rFonts w:cs="Times New Roman"/>
        </w:rPr>
        <w:t>Matthew did not claim more than he could prove.</w:t>
      </w:r>
    </w:p>
    <w:p w14:paraId="402FB55C" w14:textId="77777777" w:rsidR="007D7487" w:rsidRDefault="00E6407B">
      <w:pPr>
        <w:ind w:firstLine="288"/>
      </w:pPr>
      <w:r>
        <w:rPr>
          <w:rFonts w:cs="Times New Roman"/>
        </w:rPr>
        <w:t>The question remained open for careful examination.</w:t>
      </w:r>
    </w:p>
    <w:p w14:paraId="014D6491" w14:textId="77777777" w:rsidR="007D7487" w:rsidRDefault="00E6407B">
      <w:pPr>
        <w:ind w:firstLine="288"/>
      </w:pPr>
      <w:r>
        <w:rPr>
          <w:rFonts w:cs="Times New Roman"/>
        </w:rPr>
        <w:t>No one turned the road hypothesis into a verse Luke had not written.</w:t>
      </w:r>
    </w:p>
    <w:p w14:paraId="1117AF7F" w14:textId="77777777" w:rsidR="007D7487" w:rsidRDefault="00E6407B">
      <w:pPr>
        <w:ind w:firstLine="288"/>
      </w:pPr>
      <w:r>
        <w:rPr>
          <w:rFonts w:cs="Times New Roman"/>
        </w:rPr>
        <w:t>Joseph's Davidic house was clear.</w:t>
      </w:r>
    </w:p>
    <w:p w14:paraId="54B4640B" w14:textId="77777777" w:rsidR="007D7487" w:rsidRDefault="00E6407B">
      <w:pPr>
        <w:ind w:firstLine="288"/>
      </w:pPr>
      <w:r>
        <w:rPr>
          <w:rFonts w:cs="Times New Roman"/>
        </w:rPr>
        <w:t>Jesus' non-paternity by Joseph was clear.</w:t>
      </w:r>
    </w:p>
    <w:p w14:paraId="276ED539" w14:textId="77777777" w:rsidR="007D7487" w:rsidRDefault="00E6407B">
      <w:pPr>
        <w:ind w:firstLine="288"/>
      </w:pPr>
      <w:r>
        <w:rPr>
          <w:rFonts w:cs="Times New Roman"/>
        </w:rPr>
        <w:t>Mary's own Davidic line had been part of their family testimony.</w:t>
      </w:r>
    </w:p>
    <w:p w14:paraId="61F6B7FB" w14:textId="77777777" w:rsidR="007D7487" w:rsidRDefault="00E6407B">
      <w:pPr>
        <w:ind w:firstLine="288"/>
      </w:pPr>
      <w:r>
        <w:rPr>
          <w:rFonts w:cs="Times New Roman"/>
        </w:rPr>
        <w:t>The exact way a later genealogy would be read still required restraint.</w:t>
      </w:r>
    </w:p>
    <w:p w14:paraId="50FD14F0" w14:textId="77777777" w:rsidR="007D7487" w:rsidRDefault="00E6407B">
      <w:pPr>
        <w:ind w:firstLine="288"/>
      </w:pPr>
      <w:r>
        <w:rPr>
          <w:rFonts w:cs="Times New Roman"/>
        </w:rPr>
        <w:t>Two Davidic questions.</w:t>
      </w:r>
    </w:p>
    <w:p w14:paraId="18192597" w14:textId="77777777" w:rsidR="007D7487" w:rsidRDefault="00E6407B">
      <w:pPr>
        <w:ind w:firstLine="288"/>
      </w:pPr>
      <w:r>
        <w:rPr>
          <w:rFonts w:cs="Times New Roman"/>
        </w:rPr>
        <w:t>House.</w:t>
      </w:r>
    </w:p>
    <w:p w14:paraId="17C3C2A3" w14:textId="77777777" w:rsidR="007D7487" w:rsidRDefault="00E6407B">
      <w:pPr>
        <w:ind w:firstLine="288"/>
      </w:pPr>
      <w:r>
        <w:rPr>
          <w:rFonts w:cs="Times New Roman"/>
        </w:rPr>
        <w:t>Flesh.</w:t>
      </w:r>
    </w:p>
    <w:p w14:paraId="4C0EA435" w14:textId="77777777" w:rsidR="007D7487" w:rsidRDefault="00E6407B">
      <w:pPr>
        <w:ind w:firstLine="288"/>
      </w:pPr>
      <w:r>
        <w:rPr>
          <w:rFonts w:cs="Times New Roman"/>
        </w:rPr>
        <w:t>Legal standing.</w:t>
      </w:r>
    </w:p>
    <w:p w14:paraId="68BE598C" w14:textId="77777777" w:rsidR="007D7487" w:rsidRDefault="00E6407B">
      <w:pPr>
        <w:ind w:firstLine="288"/>
      </w:pPr>
      <w:r>
        <w:rPr>
          <w:rFonts w:cs="Times New Roman"/>
        </w:rPr>
        <w:t>Biological descent.</w:t>
      </w:r>
    </w:p>
    <w:p w14:paraId="697E36F5" w14:textId="77777777" w:rsidR="007D7487" w:rsidRDefault="00E6407B">
      <w:pPr>
        <w:ind w:firstLine="288"/>
      </w:pPr>
      <w:r>
        <w:rPr>
          <w:rFonts w:cs="Times New Roman"/>
        </w:rPr>
        <w:t>Matthew carried them quietly.</w:t>
      </w:r>
    </w:p>
    <w:p w14:paraId="2A0F52CF" w14:textId="77777777" w:rsidR="007D7487" w:rsidRDefault="00E6407B">
      <w:pPr>
        <w:suppressLineNumbers/>
        <w:spacing w:before="100" w:after="100"/>
        <w:jc w:val="center"/>
      </w:pPr>
      <w:r>
        <w:rPr>
          <w:rFonts w:cs="Times New Roman"/>
          <w:sz w:val="20"/>
        </w:rPr>
        <w:t>* * *</w:t>
      </w:r>
    </w:p>
    <w:p w14:paraId="28E8A811" w14:textId="77777777" w:rsidR="007D7487" w:rsidRDefault="00E6407B">
      <w:pPr>
        <w:ind w:firstLine="288"/>
      </w:pPr>
      <w:r>
        <w:rPr>
          <w:rFonts w:cs="Times New Roman"/>
        </w:rPr>
        <w:t>Jesus looked again over the entire group.</w:t>
      </w:r>
    </w:p>
    <w:p w14:paraId="008457FD" w14:textId="77777777" w:rsidR="007D7487" w:rsidRDefault="00E6407B">
      <w:pPr>
        <w:ind w:firstLine="288"/>
      </w:pPr>
      <w:r>
        <w:rPr>
          <w:rFonts w:cs="Times New Roman"/>
        </w:rPr>
        <w:t>"It is one thing to ask how the Father gathers Israel."</w:t>
      </w:r>
    </w:p>
    <w:p w14:paraId="70304725" w14:textId="77777777" w:rsidR="007D7487" w:rsidRDefault="00E6407B">
      <w:pPr>
        <w:ind w:firstLine="288"/>
      </w:pPr>
      <w:r>
        <w:rPr>
          <w:rFonts w:cs="Times New Roman"/>
        </w:rPr>
        <w:t>His gaze moved from person to person.</w:t>
      </w:r>
    </w:p>
    <w:p w14:paraId="0726462A" w14:textId="77777777" w:rsidR="007D7487" w:rsidRDefault="00E6407B">
      <w:pPr>
        <w:ind w:firstLine="288"/>
      </w:pPr>
      <w:r>
        <w:rPr>
          <w:rFonts w:cs="Times New Roman"/>
        </w:rPr>
        <w:t>"It is another to ask how one man enters the life He gives."</w:t>
      </w:r>
    </w:p>
    <w:p w14:paraId="625E71AD" w14:textId="77777777" w:rsidR="007D7487" w:rsidRDefault="00E6407B">
      <w:pPr>
        <w:ind w:firstLine="288"/>
      </w:pPr>
      <w:r>
        <w:rPr>
          <w:rFonts w:cs="Times New Roman"/>
        </w:rPr>
        <w:t>The corporate blessing did not swallow the person.</w:t>
      </w:r>
    </w:p>
    <w:p w14:paraId="5C3BF16F" w14:textId="77777777" w:rsidR="007D7487" w:rsidRDefault="00E6407B">
      <w:pPr>
        <w:ind w:firstLine="288"/>
      </w:pPr>
      <w:r>
        <w:rPr>
          <w:rFonts w:cs="Times New Roman"/>
        </w:rPr>
        <w:t>The person did not make the covenant people irrelevant.</w:t>
      </w:r>
    </w:p>
    <w:p w14:paraId="02AA0545" w14:textId="77777777" w:rsidR="007D7487" w:rsidRDefault="00E6407B">
      <w:pPr>
        <w:ind w:firstLine="288"/>
      </w:pPr>
      <w:r>
        <w:rPr>
          <w:rFonts w:cs="Times New Roman"/>
        </w:rPr>
        <w:t>The same Scriptures could speak of houses, tribes, nations, and one accountable man without contradiction.</w:t>
      </w:r>
    </w:p>
    <w:p w14:paraId="4F98E8A7" w14:textId="77777777" w:rsidR="007D7487" w:rsidRDefault="00E6407B">
      <w:pPr>
        <w:ind w:firstLine="288"/>
      </w:pPr>
      <w:r>
        <w:rPr>
          <w:rFonts w:cs="Times New Roman"/>
        </w:rPr>
        <w:t>Nicodemus became wary.</w:t>
      </w:r>
    </w:p>
    <w:p w14:paraId="38223E8A" w14:textId="77777777" w:rsidR="007D7487" w:rsidRDefault="00E6407B">
      <w:pPr>
        <w:ind w:firstLine="288"/>
      </w:pPr>
      <w:r>
        <w:rPr>
          <w:rFonts w:cs="Times New Roman"/>
        </w:rPr>
        <w:t>Jesus smiled.</w:t>
      </w:r>
    </w:p>
    <w:p w14:paraId="14C605E2" w14:textId="77777777" w:rsidR="007D7487" w:rsidRDefault="00E6407B">
      <w:pPr>
        <w:ind w:firstLine="288"/>
      </w:pPr>
      <w:r>
        <w:rPr>
          <w:rFonts w:cs="Times New Roman"/>
        </w:rPr>
        <w:t>"You asked Me that too."</w:t>
      </w:r>
    </w:p>
    <w:p w14:paraId="0BDC6919" w14:textId="77777777" w:rsidR="007D7487" w:rsidRDefault="00E6407B">
      <w:pPr>
        <w:ind w:firstLine="288"/>
      </w:pPr>
      <w:r>
        <w:rPr>
          <w:rFonts w:cs="Times New Roman"/>
        </w:rPr>
        <w:t>Several people turned toward him.</w:t>
      </w:r>
    </w:p>
    <w:p w14:paraId="21B8AE30" w14:textId="77777777" w:rsidR="007D7487" w:rsidRDefault="00E6407B">
      <w:pPr>
        <w:ind w:firstLine="288"/>
      </w:pPr>
      <w:r>
        <w:rPr>
          <w:rFonts w:cs="Times New Roman"/>
        </w:rPr>
        <w:t>Nicodemus sighed.</w:t>
      </w:r>
    </w:p>
    <w:p w14:paraId="44FF3391" w14:textId="77777777" w:rsidR="007D7487" w:rsidRDefault="00E6407B">
      <w:pPr>
        <w:ind w:firstLine="288"/>
      </w:pPr>
      <w:r>
        <w:rPr>
          <w:rFonts w:cs="Times New Roman"/>
        </w:rPr>
        <w:t>"At night."</w:t>
      </w:r>
    </w:p>
    <w:p w14:paraId="0D6A0A23" w14:textId="77777777" w:rsidR="007D7487" w:rsidRDefault="00E6407B">
      <w:pPr>
        <w:ind w:firstLine="288"/>
      </w:pPr>
      <w:r>
        <w:rPr>
          <w:rFonts w:cs="Times New Roman"/>
        </w:rPr>
        <w:t>"A very quiet hour."</w:t>
      </w:r>
    </w:p>
    <w:p w14:paraId="381386A1" w14:textId="77777777" w:rsidR="007D7487" w:rsidRDefault="00E6407B">
      <w:pPr>
        <w:ind w:firstLine="288"/>
      </w:pPr>
      <w:r>
        <w:rPr>
          <w:rFonts w:cs="Times New Roman"/>
        </w:rPr>
        <w:t>"There were reasons."</w:t>
      </w:r>
    </w:p>
    <w:p w14:paraId="6020A4E1" w14:textId="77777777" w:rsidR="007D7487" w:rsidRDefault="00E6407B">
      <w:pPr>
        <w:ind w:firstLine="288"/>
      </w:pPr>
      <w:r>
        <w:rPr>
          <w:rFonts w:cs="Times New Roman"/>
        </w:rPr>
        <w:t>"I know."</w:t>
      </w:r>
    </w:p>
    <w:p w14:paraId="5F623623" w14:textId="77777777" w:rsidR="007D7487" w:rsidRDefault="00E6407B">
      <w:pPr>
        <w:ind w:firstLine="288"/>
      </w:pPr>
      <w:r>
        <w:rPr>
          <w:rFonts w:cs="Times New Roman"/>
        </w:rPr>
        <w:t>Jesus' expression became serious.</w:t>
      </w:r>
    </w:p>
    <w:p w14:paraId="55C3B3DB" w14:textId="77777777" w:rsidR="007D7487" w:rsidRDefault="00E6407B">
      <w:pPr>
        <w:ind w:firstLine="288"/>
      </w:pPr>
      <w:r>
        <w:rPr>
          <w:rFonts w:cs="Times New Roman"/>
        </w:rPr>
        <w:lastRenderedPageBreak/>
        <w:t>"Except a man be born from above..."</w:t>
      </w:r>
    </w:p>
    <w:p w14:paraId="4FD7BBEA" w14:textId="77777777" w:rsidR="007D7487" w:rsidRDefault="00E6407B">
      <w:pPr>
        <w:ind w:firstLine="288"/>
      </w:pPr>
      <w:r>
        <w:rPr>
          <w:rFonts w:cs="Times New Roman"/>
        </w:rPr>
        <w:t>Nicodemus's face changed.</w:t>
      </w:r>
    </w:p>
    <w:p w14:paraId="2250D44E" w14:textId="77777777" w:rsidR="007D7487" w:rsidRDefault="00E6407B">
      <w:pPr>
        <w:ind w:firstLine="288"/>
      </w:pPr>
      <w:r>
        <w:rPr>
          <w:rFonts w:cs="Times New Roman"/>
        </w:rPr>
        <w:t>"...of water and of the Spirit..."</w:t>
      </w:r>
    </w:p>
    <w:p w14:paraId="11ED7514" w14:textId="77777777" w:rsidR="007D7487" w:rsidRDefault="00E6407B">
      <w:pPr>
        <w:ind w:firstLine="288"/>
      </w:pPr>
      <w:r>
        <w:rPr>
          <w:rFonts w:cs="Times New Roman"/>
        </w:rPr>
        <w:t>The old question returned.</w:t>
      </w:r>
    </w:p>
    <w:p w14:paraId="5DB13158" w14:textId="77777777" w:rsidR="007D7487" w:rsidRDefault="00E6407B">
      <w:pPr>
        <w:ind w:firstLine="288"/>
      </w:pPr>
      <w:r>
        <w:rPr>
          <w:rFonts w:cs="Times New Roman"/>
        </w:rPr>
        <w:t>How can a man be born when he is old?</w:t>
      </w:r>
    </w:p>
    <w:p w14:paraId="71BED5D5" w14:textId="77777777" w:rsidR="007D7487" w:rsidRDefault="00E6407B">
      <w:pPr>
        <w:ind w:firstLine="288"/>
      </w:pPr>
      <w:r>
        <w:rPr>
          <w:rFonts w:cs="Times New Roman"/>
        </w:rPr>
        <w:t>Jesus did not settle every question about water in one sentence.</w:t>
      </w:r>
    </w:p>
    <w:p w14:paraId="411E368D" w14:textId="77777777" w:rsidR="007D7487" w:rsidRDefault="00E6407B">
      <w:pPr>
        <w:ind w:firstLine="288"/>
      </w:pPr>
      <w:r>
        <w:rPr>
          <w:rFonts w:cs="Times New Roman"/>
        </w:rPr>
        <w:t>He took them instead to Ezekiel.</w:t>
      </w:r>
    </w:p>
    <w:p w14:paraId="3F1FA7E6" w14:textId="77777777" w:rsidR="007D7487" w:rsidRDefault="00E6407B">
      <w:pPr>
        <w:ind w:firstLine="288"/>
      </w:pPr>
      <w:r>
        <w:rPr>
          <w:rFonts w:cs="Times New Roman"/>
        </w:rPr>
        <w:t>"What did the prophet show you about the man who believes his father's righteousness can live for him?"</w:t>
      </w:r>
    </w:p>
    <w:p w14:paraId="3C78F2E1" w14:textId="77777777" w:rsidR="007D7487" w:rsidRDefault="00E6407B">
      <w:pPr>
        <w:ind w:firstLine="288"/>
      </w:pPr>
      <w:r>
        <w:rPr>
          <w:rFonts w:cs="Times New Roman"/>
        </w:rPr>
        <w:t>Nicodemus understood.</w:t>
      </w:r>
    </w:p>
    <w:p w14:paraId="070A70CB" w14:textId="77777777" w:rsidR="007D7487" w:rsidRDefault="00E6407B">
      <w:pPr>
        <w:ind w:firstLine="288"/>
      </w:pPr>
      <w:r>
        <w:rPr>
          <w:rFonts w:cs="Times New Roman"/>
        </w:rPr>
        <w:t>"The righteous father."</w:t>
      </w:r>
    </w:p>
    <w:p w14:paraId="3695C110" w14:textId="77777777" w:rsidR="007D7487" w:rsidRDefault="00E6407B">
      <w:pPr>
        <w:ind w:firstLine="288"/>
      </w:pPr>
      <w:r>
        <w:rPr>
          <w:rFonts w:cs="Times New Roman"/>
        </w:rPr>
        <w:t>Jesus nodded.</w:t>
      </w:r>
    </w:p>
    <w:p w14:paraId="2A1C47D3" w14:textId="77777777" w:rsidR="007D7487" w:rsidRDefault="00E6407B">
      <w:pPr>
        <w:ind w:firstLine="288"/>
      </w:pPr>
      <w:r>
        <w:rPr>
          <w:rFonts w:cs="Times New Roman"/>
        </w:rPr>
        <w:t>"The violent son."</w:t>
      </w:r>
    </w:p>
    <w:p w14:paraId="19FC284C" w14:textId="77777777" w:rsidR="007D7487" w:rsidRDefault="00E6407B">
      <w:pPr>
        <w:ind w:firstLine="288"/>
      </w:pPr>
      <w:r>
        <w:rPr>
          <w:rFonts w:cs="Times New Roman"/>
        </w:rPr>
        <w:t>"And the grandson who sees what his father did and refuses to walk in it."</w:t>
      </w:r>
    </w:p>
    <w:p w14:paraId="79A29963" w14:textId="77777777" w:rsidR="007D7487" w:rsidRDefault="00E6407B">
      <w:pPr>
        <w:ind w:firstLine="288"/>
      </w:pPr>
      <w:r>
        <w:rPr>
          <w:rFonts w:cs="Times New Roman"/>
        </w:rPr>
        <w:t>"Does the grandfather's righteousness make the violent son righteous?"</w:t>
      </w:r>
    </w:p>
    <w:p w14:paraId="6DE36A7E" w14:textId="77777777" w:rsidR="007D7487" w:rsidRDefault="00E6407B">
      <w:pPr>
        <w:ind w:firstLine="288"/>
      </w:pPr>
      <w:r>
        <w:rPr>
          <w:rFonts w:cs="Times New Roman"/>
        </w:rPr>
        <w:t>"No."</w:t>
      </w:r>
    </w:p>
    <w:p w14:paraId="4879439B" w14:textId="77777777" w:rsidR="007D7487" w:rsidRDefault="00E6407B">
      <w:pPr>
        <w:ind w:firstLine="288"/>
      </w:pPr>
      <w:r>
        <w:rPr>
          <w:rFonts w:cs="Times New Roman"/>
        </w:rPr>
        <w:t>"Does the father's wickedness forbid the son who turns from living?"</w:t>
      </w:r>
    </w:p>
    <w:p w14:paraId="6F23776F" w14:textId="77777777" w:rsidR="007D7487" w:rsidRDefault="00E6407B">
      <w:pPr>
        <w:ind w:firstLine="288"/>
      </w:pPr>
      <w:r>
        <w:rPr>
          <w:rFonts w:cs="Times New Roman"/>
        </w:rPr>
        <w:t>"No."</w:t>
      </w:r>
    </w:p>
    <w:p w14:paraId="3EA9CD44" w14:textId="77777777" w:rsidR="007D7487" w:rsidRDefault="00E6407B">
      <w:pPr>
        <w:ind w:firstLine="288"/>
      </w:pPr>
      <w:r>
        <w:rPr>
          <w:rFonts w:cs="Times New Roman"/>
        </w:rPr>
        <w:t>"What does Ezekiel say?"</w:t>
      </w:r>
    </w:p>
    <w:p w14:paraId="133491EE" w14:textId="77777777" w:rsidR="007D7487" w:rsidRDefault="00E6407B">
      <w:pPr>
        <w:ind w:firstLine="288"/>
      </w:pPr>
      <w:r>
        <w:rPr>
          <w:rFonts w:cs="Times New Roman"/>
        </w:rPr>
        <w:t>Nicodemus answered:</w:t>
      </w:r>
    </w:p>
    <w:p w14:paraId="62CF2456" w14:textId="77777777" w:rsidR="007D7487" w:rsidRDefault="00E6407B">
      <w:pPr>
        <w:ind w:firstLine="288"/>
      </w:pPr>
      <w:r>
        <w:rPr>
          <w:rFonts w:cs="Times New Roman"/>
        </w:rPr>
        <w:t>"The soul that sinneth, it shall die."</w:t>
      </w:r>
    </w:p>
    <w:p w14:paraId="3FB1DF05" w14:textId="77777777" w:rsidR="007D7487" w:rsidRDefault="00E6407B">
      <w:pPr>
        <w:ind w:firstLine="288"/>
      </w:pPr>
      <w:r>
        <w:rPr>
          <w:rFonts w:cs="Times New Roman"/>
        </w:rPr>
        <w:t>"And if the wicked turn from all his sins?"</w:t>
      </w:r>
    </w:p>
    <w:p w14:paraId="25C58C40" w14:textId="77777777" w:rsidR="007D7487" w:rsidRDefault="00E6407B">
      <w:pPr>
        <w:ind w:firstLine="288"/>
      </w:pPr>
      <w:r>
        <w:rPr>
          <w:rFonts w:cs="Times New Roman"/>
        </w:rPr>
        <w:t>"He shall surely live."</w:t>
      </w:r>
    </w:p>
    <w:p w14:paraId="26A22707" w14:textId="77777777" w:rsidR="007D7487" w:rsidRDefault="00E6407B">
      <w:pPr>
        <w:ind w:firstLine="288"/>
      </w:pPr>
      <w:r>
        <w:rPr>
          <w:rFonts w:cs="Times New Roman"/>
        </w:rPr>
        <w:t>The language of turning had already been opened.</w:t>
      </w:r>
    </w:p>
    <w:p w14:paraId="35BFFEBA" w14:textId="77777777" w:rsidR="007D7487" w:rsidRDefault="00E6407B">
      <w:pPr>
        <w:ind w:firstLine="288"/>
      </w:pPr>
      <w:r>
        <w:rPr>
          <w:rFonts w:cs="Times New Roman"/>
        </w:rPr>
        <w:t>The wicked man does not save himself by regret.</w:t>
      </w:r>
    </w:p>
    <w:p w14:paraId="219BEE7A" w14:textId="77777777" w:rsidR="007D7487" w:rsidRDefault="00E6407B">
      <w:pPr>
        <w:ind w:firstLine="288"/>
      </w:pPr>
      <w:r>
        <w:rPr>
          <w:rFonts w:cs="Times New Roman"/>
        </w:rPr>
        <w:t>He turns from the way of death toward the God who calls him to live.</w:t>
      </w:r>
    </w:p>
    <w:p w14:paraId="76188E0B" w14:textId="77777777" w:rsidR="007D7487" w:rsidRDefault="00E6407B">
      <w:pPr>
        <w:ind w:firstLine="288"/>
      </w:pPr>
      <w:r>
        <w:rPr>
          <w:rFonts w:cs="Times New Roman"/>
        </w:rPr>
        <w:t>"And if a righteous man turn from his righteousness and commit iniquity?"</w:t>
      </w:r>
    </w:p>
    <w:p w14:paraId="270E2007" w14:textId="77777777" w:rsidR="007D7487" w:rsidRDefault="00E6407B">
      <w:pPr>
        <w:ind w:firstLine="288"/>
      </w:pPr>
      <w:r>
        <w:rPr>
          <w:rFonts w:cs="Times New Roman"/>
        </w:rPr>
        <w:t>Nicodemus's voice became grave.</w:t>
      </w:r>
    </w:p>
    <w:p w14:paraId="63EF72E6" w14:textId="77777777" w:rsidR="007D7487" w:rsidRDefault="00E6407B">
      <w:pPr>
        <w:ind w:firstLine="288"/>
      </w:pPr>
      <w:r>
        <w:rPr>
          <w:rFonts w:cs="Times New Roman"/>
        </w:rPr>
        <w:t>"He shall die."</w:t>
      </w:r>
    </w:p>
    <w:p w14:paraId="7417D0E5" w14:textId="77777777" w:rsidR="007D7487" w:rsidRDefault="00E6407B">
      <w:pPr>
        <w:ind w:firstLine="288"/>
      </w:pPr>
      <w:r>
        <w:rPr>
          <w:rFonts w:cs="Times New Roman"/>
        </w:rPr>
        <w:t>Jesus looked across them.</w:t>
      </w:r>
    </w:p>
    <w:p w14:paraId="50B5DE3F" w14:textId="77777777" w:rsidR="007D7487" w:rsidRDefault="00E6407B">
      <w:pPr>
        <w:ind w:firstLine="288"/>
      </w:pPr>
      <w:r>
        <w:rPr>
          <w:rFonts w:cs="Times New Roman"/>
        </w:rPr>
        <w:t>"A man cannot hide inside his father's faithfulness."</w:t>
      </w:r>
    </w:p>
    <w:p w14:paraId="6C1BF6DE" w14:textId="77777777" w:rsidR="007D7487" w:rsidRDefault="00E6407B">
      <w:pPr>
        <w:ind w:firstLine="288"/>
      </w:pPr>
      <w:r>
        <w:rPr>
          <w:rFonts w:cs="Times New Roman"/>
        </w:rPr>
        <w:t>"He cannot inherit yesterday's obedience as permission to choose wickedness today."</w:t>
      </w:r>
    </w:p>
    <w:p w14:paraId="07DA96A4" w14:textId="77777777" w:rsidR="007D7487" w:rsidRDefault="00E6407B">
      <w:pPr>
        <w:ind w:firstLine="288"/>
      </w:pPr>
      <w:r>
        <w:rPr>
          <w:rFonts w:cs="Times New Roman"/>
        </w:rPr>
        <w:t>"Nor is the man born into a wicked house forbidden to turn and live."</w:t>
      </w:r>
    </w:p>
    <w:p w14:paraId="67D1CBF2" w14:textId="77777777" w:rsidR="007D7487" w:rsidRDefault="00E6407B">
      <w:pPr>
        <w:ind w:firstLine="288"/>
      </w:pPr>
      <w:r>
        <w:rPr>
          <w:rFonts w:cs="Times New Roman"/>
        </w:rPr>
        <w:t>Matthew listened closely.</w:t>
      </w:r>
    </w:p>
    <w:p w14:paraId="7689EFDB" w14:textId="77777777" w:rsidR="007D7487" w:rsidRDefault="00E6407B">
      <w:pPr>
        <w:ind w:firstLine="288"/>
      </w:pPr>
      <w:r>
        <w:rPr>
          <w:rFonts w:cs="Times New Roman"/>
        </w:rPr>
        <w:t>Lineage mattered.</w:t>
      </w:r>
    </w:p>
    <w:p w14:paraId="24C3A8CF" w14:textId="77777777" w:rsidR="007D7487" w:rsidRDefault="00E6407B">
      <w:pPr>
        <w:ind w:firstLine="288"/>
      </w:pPr>
      <w:r>
        <w:rPr>
          <w:rFonts w:cs="Times New Roman"/>
        </w:rPr>
        <w:t>But lineage could not believe for a man.</w:t>
      </w:r>
    </w:p>
    <w:p w14:paraId="012FD79B" w14:textId="77777777" w:rsidR="007D7487" w:rsidRDefault="00E6407B">
      <w:pPr>
        <w:ind w:firstLine="288"/>
      </w:pPr>
      <w:r>
        <w:rPr>
          <w:rFonts w:cs="Times New Roman"/>
        </w:rPr>
        <w:t>Jesus went farther back.</w:t>
      </w:r>
    </w:p>
    <w:p w14:paraId="236F16F3" w14:textId="77777777" w:rsidR="007D7487" w:rsidRDefault="00E6407B">
      <w:pPr>
        <w:ind w:firstLine="288"/>
      </w:pPr>
      <w:r>
        <w:rPr>
          <w:rFonts w:cs="Times New Roman"/>
        </w:rPr>
        <w:t>"What happened when Abraham believed God?"</w:t>
      </w:r>
    </w:p>
    <w:p w14:paraId="77D0203F" w14:textId="77777777" w:rsidR="007D7487" w:rsidRDefault="00E6407B">
      <w:pPr>
        <w:ind w:firstLine="288"/>
      </w:pPr>
      <w:r>
        <w:rPr>
          <w:rFonts w:cs="Times New Roman"/>
        </w:rPr>
        <w:lastRenderedPageBreak/>
        <w:t>Andrew answered.</w:t>
      </w:r>
    </w:p>
    <w:p w14:paraId="06721088" w14:textId="77777777" w:rsidR="007D7487" w:rsidRDefault="00E6407B">
      <w:pPr>
        <w:ind w:firstLine="288"/>
      </w:pPr>
      <w:r>
        <w:rPr>
          <w:rFonts w:cs="Times New Roman"/>
        </w:rPr>
        <w:t>"It was counted unto him for righteousness."</w:t>
      </w:r>
    </w:p>
    <w:p w14:paraId="60F0E208" w14:textId="77777777" w:rsidR="007D7487" w:rsidRDefault="00E6407B">
      <w:pPr>
        <w:ind w:firstLine="288"/>
      </w:pPr>
      <w:r>
        <w:rPr>
          <w:rFonts w:cs="Times New Roman"/>
        </w:rPr>
        <w:t>Again Abraham stood before Sinai as the control.</w:t>
      </w:r>
    </w:p>
    <w:p w14:paraId="141C48B1" w14:textId="77777777" w:rsidR="007D7487" w:rsidRDefault="00E6407B">
      <w:pPr>
        <w:ind w:firstLine="288"/>
      </w:pPr>
      <w:r>
        <w:rPr>
          <w:rFonts w:cs="Times New Roman"/>
        </w:rPr>
        <w:t>Bloodline carried the promise.</w:t>
      </w:r>
    </w:p>
    <w:p w14:paraId="1C1D647A" w14:textId="77777777" w:rsidR="007D7487" w:rsidRDefault="00E6407B">
      <w:pPr>
        <w:ind w:firstLine="288"/>
      </w:pPr>
      <w:r>
        <w:rPr>
          <w:rFonts w:cs="Times New Roman"/>
        </w:rPr>
        <w:t>It could not believe for the man standing inside the bloodline.</w:t>
      </w:r>
    </w:p>
    <w:p w14:paraId="2EA45C4F" w14:textId="77777777" w:rsidR="007D7487" w:rsidRDefault="00E6407B">
      <w:pPr>
        <w:ind w:firstLine="288"/>
      </w:pPr>
      <w:r>
        <w:rPr>
          <w:rFonts w:cs="Times New Roman"/>
        </w:rPr>
        <w:t>Jesus nodded.</w:t>
      </w:r>
    </w:p>
    <w:p w14:paraId="7276212E" w14:textId="77777777" w:rsidR="007D7487" w:rsidRDefault="00E6407B">
      <w:pPr>
        <w:ind w:firstLine="288"/>
      </w:pPr>
      <w:r>
        <w:rPr>
          <w:rFonts w:cs="Times New Roman"/>
        </w:rPr>
        <w:t>"Abraham believed."</w:t>
      </w:r>
    </w:p>
    <w:p w14:paraId="38E3E3CA" w14:textId="77777777" w:rsidR="007D7487" w:rsidRDefault="00E6407B">
      <w:pPr>
        <w:ind w:firstLine="288"/>
      </w:pPr>
      <w:r>
        <w:rPr>
          <w:rFonts w:cs="Times New Roman"/>
        </w:rPr>
        <w:t>"Moses taught a covenant people how faithfulness walks."</w:t>
      </w:r>
    </w:p>
    <w:p w14:paraId="19A67C73" w14:textId="77777777" w:rsidR="007D7487" w:rsidRDefault="00E6407B">
      <w:pPr>
        <w:ind w:firstLine="288"/>
      </w:pPr>
      <w:r>
        <w:rPr>
          <w:rFonts w:cs="Times New Roman"/>
        </w:rPr>
        <w:t>"Ezekiel taught that a man cannot replace his own turning with the righteousness of his father."</w:t>
      </w:r>
    </w:p>
    <w:p w14:paraId="230106DE" w14:textId="77777777" w:rsidR="007D7487" w:rsidRDefault="00E6407B">
      <w:pPr>
        <w:ind w:firstLine="288"/>
      </w:pPr>
      <w:r>
        <w:rPr>
          <w:rFonts w:cs="Times New Roman"/>
        </w:rPr>
        <w:t>Then Jesus brought it to Himself.</w:t>
      </w:r>
    </w:p>
    <w:p w14:paraId="79714A3D" w14:textId="77777777" w:rsidR="007D7487" w:rsidRDefault="00E6407B">
      <w:pPr>
        <w:ind w:firstLine="288"/>
      </w:pPr>
      <w:r>
        <w:rPr>
          <w:rFonts w:cs="Times New Roman"/>
        </w:rPr>
        <w:t>"He that believeth on me hath everlasting life."</w:t>
      </w:r>
    </w:p>
    <w:p w14:paraId="0A39ECF7" w14:textId="77777777" w:rsidR="007D7487" w:rsidRDefault="00E6407B">
      <w:pPr>
        <w:ind w:firstLine="288"/>
      </w:pPr>
      <w:r>
        <w:rPr>
          <w:rFonts w:cs="Times New Roman"/>
        </w:rPr>
        <w:t>The sentence sounded different from the lips of a Man who had been dead.</w:t>
      </w:r>
    </w:p>
    <w:p w14:paraId="6B447B4C" w14:textId="77777777" w:rsidR="007D7487" w:rsidRDefault="00E6407B">
      <w:pPr>
        <w:ind w:firstLine="288"/>
      </w:pPr>
      <w:r>
        <w:rPr>
          <w:rFonts w:cs="Times New Roman"/>
        </w:rPr>
        <w:t>"I did not come into the world because the Father delights in condemnation."</w:t>
      </w:r>
    </w:p>
    <w:p w14:paraId="3D3AFBF6" w14:textId="77777777" w:rsidR="007D7487" w:rsidRDefault="00E6407B">
      <w:pPr>
        <w:ind w:firstLine="288"/>
      </w:pPr>
      <w:r>
        <w:rPr>
          <w:rFonts w:cs="Times New Roman"/>
        </w:rPr>
        <w:t>John knew the words.</w:t>
      </w:r>
    </w:p>
    <w:p w14:paraId="1AE0CED5" w14:textId="77777777" w:rsidR="007D7487" w:rsidRDefault="00E6407B">
      <w:pPr>
        <w:ind w:firstLine="288"/>
      </w:pPr>
      <w:r>
        <w:rPr>
          <w:rFonts w:cs="Times New Roman"/>
        </w:rPr>
        <w:t>"But that the world through Him might be saved."</w:t>
      </w:r>
    </w:p>
    <w:p w14:paraId="3D6B7947" w14:textId="77777777" w:rsidR="007D7487" w:rsidRDefault="00E6407B">
      <w:pPr>
        <w:ind w:firstLine="288"/>
      </w:pPr>
      <w:r>
        <w:rPr>
          <w:rFonts w:cs="Times New Roman"/>
        </w:rPr>
        <w:t>Jesus looked toward him.</w:t>
      </w:r>
    </w:p>
    <w:p w14:paraId="5F185F99" w14:textId="77777777" w:rsidR="007D7487" w:rsidRDefault="00E6407B">
      <w:pPr>
        <w:ind w:firstLine="288"/>
      </w:pPr>
      <w:r>
        <w:rPr>
          <w:rFonts w:cs="Times New Roman"/>
        </w:rPr>
        <w:t>John smiled faintly.</w:t>
      </w:r>
    </w:p>
    <w:p w14:paraId="4518635F" w14:textId="77777777" w:rsidR="007D7487" w:rsidRDefault="00E6407B">
      <w:pPr>
        <w:ind w:firstLine="288"/>
      </w:pPr>
      <w:r>
        <w:rPr>
          <w:rFonts w:cs="Times New Roman"/>
        </w:rPr>
        <w:t>The saying was already inside him.</w:t>
      </w:r>
    </w:p>
    <w:p w14:paraId="53A917D7" w14:textId="77777777" w:rsidR="007D7487" w:rsidRDefault="00E6407B">
      <w:pPr>
        <w:ind w:firstLine="288"/>
      </w:pPr>
      <w:r>
        <w:rPr>
          <w:rFonts w:cs="Times New Roman"/>
        </w:rPr>
        <w:t>Jesus continued.</w:t>
      </w:r>
    </w:p>
    <w:p w14:paraId="19047544" w14:textId="77777777" w:rsidR="007D7487" w:rsidRDefault="00E6407B">
      <w:pPr>
        <w:ind w:firstLine="288"/>
      </w:pPr>
      <w:r>
        <w:rPr>
          <w:rFonts w:cs="Times New Roman"/>
        </w:rPr>
        <w:t>"Believe."</w:t>
      </w:r>
    </w:p>
    <w:p w14:paraId="5B13633B" w14:textId="77777777" w:rsidR="007D7487" w:rsidRDefault="00E6407B">
      <w:pPr>
        <w:ind w:firstLine="288"/>
      </w:pPr>
      <w:r>
        <w:rPr>
          <w:rFonts w:cs="Times New Roman"/>
        </w:rPr>
        <w:t>"Receive the life God gives."</w:t>
      </w:r>
    </w:p>
    <w:p w14:paraId="11D2AAC0" w14:textId="77777777" w:rsidR="007D7487" w:rsidRDefault="00E6407B">
      <w:pPr>
        <w:ind w:firstLine="288"/>
      </w:pPr>
      <w:r>
        <w:rPr>
          <w:rFonts w:cs="Times New Roman"/>
        </w:rPr>
        <w:t>"And when that life walks, what will it look like?"</w:t>
      </w:r>
    </w:p>
    <w:p w14:paraId="59ED32D5" w14:textId="77777777" w:rsidR="007D7487" w:rsidRDefault="00E6407B">
      <w:pPr>
        <w:ind w:firstLine="288"/>
      </w:pPr>
      <w:r>
        <w:rPr>
          <w:rFonts w:cs="Times New Roman"/>
        </w:rPr>
        <w:t>He answered:</w:t>
      </w:r>
    </w:p>
    <w:p w14:paraId="7BC40039" w14:textId="77777777" w:rsidR="007D7487" w:rsidRDefault="00E6407B">
      <w:pPr>
        <w:ind w:firstLine="288"/>
      </w:pPr>
      <w:r>
        <w:rPr>
          <w:rFonts w:cs="Times New Roman"/>
        </w:rPr>
        <w:t>"Love the Lord thy God."</w:t>
      </w:r>
    </w:p>
    <w:p w14:paraId="29498BA9" w14:textId="77777777" w:rsidR="007D7487" w:rsidRDefault="00E6407B">
      <w:pPr>
        <w:ind w:firstLine="288"/>
      </w:pPr>
      <w:r>
        <w:rPr>
          <w:rFonts w:cs="Times New Roman"/>
        </w:rPr>
        <w:t>"Love thy neighbour."</w:t>
      </w:r>
    </w:p>
    <w:p w14:paraId="057F9D1A" w14:textId="77777777" w:rsidR="007D7487" w:rsidRDefault="00E6407B">
      <w:pPr>
        <w:ind w:firstLine="288"/>
      </w:pPr>
      <w:r>
        <w:rPr>
          <w:rFonts w:cs="Times New Roman"/>
        </w:rPr>
        <w:t>"If ye love me, keep my commandments."</w:t>
      </w:r>
    </w:p>
    <w:p w14:paraId="0BBAA599" w14:textId="77777777" w:rsidR="007D7487" w:rsidRDefault="00E6407B">
      <w:pPr>
        <w:ind w:firstLine="288"/>
      </w:pPr>
      <w:r>
        <w:rPr>
          <w:rFonts w:cs="Times New Roman"/>
        </w:rPr>
        <w:t>No one heard:</w:t>
      </w:r>
    </w:p>
    <w:p w14:paraId="126F8613" w14:textId="77777777" w:rsidR="007D7487" w:rsidRDefault="00E6407B">
      <w:pPr>
        <w:ind w:firstLine="288"/>
      </w:pPr>
      <w:r>
        <w:rPr>
          <w:rFonts w:cs="Times New Roman"/>
        </w:rPr>
        <w:t>Earn life by performing enough.</w:t>
      </w:r>
    </w:p>
    <w:p w14:paraId="5B772FD0" w14:textId="77777777" w:rsidR="007D7487" w:rsidRDefault="00E6407B">
      <w:pPr>
        <w:ind w:firstLine="288"/>
      </w:pPr>
      <w:r>
        <w:rPr>
          <w:rFonts w:cs="Times New Roman"/>
        </w:rPr>
        <w:t>They heard:</w:t>
      </w:r>
    </w:p>
    <w:p w14:paraId="06721F26" w14:textId="77777777" w:rsidR="007D7487" w:rsidRDefault="00E6407B">
      <w:pPr>
        <w:ind w:firstLine="288"/>
      </w:pPr>
      <w:r>
        <w:rPr>
          <w:rFonts w:cs="Times New Roman"/>
        </w:rPr>
        <w:t>Life received from God does not remain invisible.</w:t>
      </w:r>
    </w:p>
    <w:p w14:paraId="6321AD73" w14:textId="77777777" w:rsidR="007D7487" w:rsidRDefault="00E6407B">
      <w:pPr>
        <w:ind w:firstLine="288"/>
      </w:pPr>
      <w:r>
        <w:rPr>
          <w:rFonts w:cs="Times New Roman"/>
        </w:rPr>
        <w:t>Obedience could display life.</w:t>
      </w:r>
    </w:p>
    <w:p w14:paraId="1E07FAE8" w14:textId="77777777" w:rsidR="007D7487" w:rsidRDefault="00E6407B">
      <w:pPr>
        <w:ind w:firstLine="288"/>
      </w:pPr>
      <w:r>
        <w:rPr>
          <w:rFonts w:cs="Times New Roman"/>
        </w:rPr>
        <w:t>It could not move backward in the sentence and become the price by which the life was purchased.</w:t>
      </w:r>
    </w:p>
    <w:p w14:paraId="33315FDD" w14:textId="77777777" w:rsidR="007D7487" w:rsidRDefault="00E6407B">
      <w:pPr>
        <w:suppressLineNumbers/>
      </w:pPr>
      <w:r>
        <w:br w:type="page"/>
      </w:r>
    </w:p>
    <w:p w14:paraId="08376300" w14:textId="77777777" w:rsidR="007D7487" w:rsidRDefault="00E6407B">
      <w:pPr>
        <w:pStyle w:val="Heading1"/>
        <w:suppressLineNumbers/>
      </w:pPr>
      <w:r>
        <w:rPr>
          <w:rFonts w:ascii="Times New Roman" w:hAnsi="Times New Roman" w:cs="Times New Roman"/>
        </w:rPr>
        <w:lastRenderedPageBreak/>
        <w:t>Section 16C — New Heart, New Covenant, and Life</w:t>
      </w:r>
    </w:p>
    <w:p w14:paraId="4FDDB5F0" w14:textId="77777777" w:rsidR="007D7487" w:rsidRDefault="00E6407B">
      <w:pPr>
        <w:ind w:firstLine="288"/>
      </w:pPr>
      <w:r>
        <w:rPr>
          <w:rFonts w:cs="Times New Roman"/>
        </w:rPr>
        <w:t>Jesus had not finished with Ezekiel.</w:t>
      </w:r>
    </w:p>
    <w:p w14:paraId="0799A836" w14:textId="77777777" w:rsidR="007D7487" w:rsidRDefault="00E6407B">
      <w:pPr>
        <w:ind w:firstLine="288"/>
      </w:pPr>
      <w:r>
        <w:rPr>
          <w:rFonts w:cs="Times New Roman"/>
        </w:rPr>
        <w:t>Personal responsibility answered one error.</w:t>
      </w:r>
    </w:p>
    <w:p w14:paraId="2CD6C1F0" w14:textId="77777777" w:rsidR="007D7487" w:rsidRDefault="00E6407B">
      <w:pPr>
        <w:ind w:firstLine="288"/>
      </w:pPr>
      <w:r>
        <w:rPr>
          <w:rFonts w:cs="Times New Roman"/>
        </w:rPr>
        <w:t>It did not answer where cleansing, a new heart, or the Spirit came from.</w:t>
      </w:r>
    </w:p>
    <w:p w14:paraId="45DACF02" w14:textId="77777777" w:rsidR="007D7487" w:rsidRDefault="00E6407B">
      <w:pPr>
        <w:ind w:firstLine="288"/>
      </w:pPr>
      <w:r>
        <w:rPr>
          <w:rFonts w:cs="Times New Roman"/>
        </w:rPr>
        <w:t>Jesus looked toward Nicodemus.</w:t>
      </w:r>
    </w:p>
    <w:p w14:paraId="764449C1" w14:textId="77777777" w:rsidR="007D7487" w:rsidRDefault="00E6407B">
      <w:pPr>
        <w:ind w:firstLine="288"/>
      </w:pPr>
      <w:r>
        <w:rPr>
          <w:rFonts w:cs="Times New Roman"/>
        </w:rPr>
        <w:t>"But Ezekiel did not stop by telling men to choose better."</w:t>
      </w:r>
    </w:p>
    <w:p w14:paraId="34CE5CA3" w14:textId="77777777" w:rsidR="007D7487" w:rsidRDefault="00E6407B">
      <w:pPr>
        <w:ind w:firstLine="288"/>
      </w:pPr>
      <w:r>
        <w:rPr>
          <w:rFonts w:cs="Times New Roman"/>
        </w:rPr>
        <w:t>The old teacher's eyes widened.</w:t>
      </w:r>
    </w:p>
    <w:p w14:paraId="6BC4A5DD" w14:textId="77777777" w:rsidR="007D7487" w:rsidRDefault="00E6407B">
      <w:pPr>
        <w:ind w:firstLine="288"/>
      </w:pPr>
      <w:r>
        <w:rPr>
          <w:rFonts w:cs="Times New Roman"/>
        </w:rPr>
        <w:t>He knew where Jesus was going.</w:t>
      </w:r>
    </w:p>
    <w:p w14:paraId="721C0884" w14:textId="77777777" w:rsidR="007D7487" w:rsidRDefault="00E6407B">
      <w:pPr>
        <w:ind w:firstLine="288"/>
      </w:pPr>
      <w:r>
        <w:rPr>
          <w:rFonts w:cs="Times New Roman"/>
        </w:rPr>
        <w:t>"What did the Father promise?"</w:t>
      </w:r>
    </w:p>
    <w:p w14:paraId="387FAC43" w14:textId="77777777" w:rsidR="007D7487" w:rsidRDefault="00E6407B">
      <w:pPr>
        <w:ind w:firstLine="288"/>
      </w:pPr>
      <w:r>
        <w:rPr>
          <w:rFonts w:cs="Times New Roman"/>
        </w:rPr>
        <w:t>Nicodemus spoke slowly.</w:t>
      </w:r>
    </w:p>
    <w:p w14:paraId="15004702" w14:textId="77777777" w:rsidR="007D7487" w:rsidRDefault="00E6407B">
      <w:pPr>
        <w:ind w:firstLine="288"/>
      </w:pPr>
      <w:r>
        <w:rPr>
          <w:rFonts w:cs="Times New Roman"/>
          <w:i/>
        </w:rPr>
        <w:t>"Then will I sprinkle clean water upon you..."</w:t>
      </w:r>
    </w:p>
    <w:p w14:paraId="46B0C1D6" w14:textId="77777777" w:rsidR="007D7487" w:rsidRDefault="00E6407B">
      <w:pPr>
        <w:ind w:firstLine="288"/>
      </w:pPr>
      <w:r>
        <w:rPr>
          <w:rFonts w:cs="Times New Roman"/>
        </w:rPr>
        <w:t>His throat tightened.</w:t>
      </w:r>
    </w:p>
    <w:p w14:paraId="06090BBB" w14:textId="77777777" w:rsidR="007D7487" w:rsidRDefault="00E6407B">
      <w:pPr>
        <w:ind w:firstLine="288"/>
      </w:pPr>
      <w:r>
        <w:rPr>
          <w:rFonts w:cs="Times New Roman"/>
        </w:rPr>
        <w:t>"...and ye shall be clean."</w:t>
      </w:r>
    </w:p>
    <w:p w14:paraId="2413C85F" w14:textId="77777777" w:rsidR="007D7487" w:rsidRDefault="00E6407B">
      <w:pPr>
        <w:ind w:firstLine="288"/>
      </w:pPr>
      <w:r>
        <w:rPr>
          <w:rFonts w:cs="Times New Roman"/>
        </w:rPr>
        <w:t>"And?"</w:t>
      </w:r>
    </w:p>
    <w:p w14:paraId="25FAAA46" w14:textId="77777777" w:rsidR="007D7487" w:rsidRDefault="00E6407B">
      <w:pPr>
        <w:ind w:firstLine="288"/>
      </w:pPr>
      <w:r>
        <w:rPr>
          <w:rFonts w:cs="Times New Roman"/>
        </w:rPr>
        <w:t>"A new heart also will I give you."</w:t>
      </w:r>
    </w:p>
    <w:p w14:paraId="1C62F707" w14:textId="77777777" w:rsidR="007D7487" w:rsidRDefault="00E6407B">
      <w:pPr>
        <w:ind w:firstLine="288"/>
      </w:pPr>
      <w:r>
        <w:rPr>
          <w:rFonts w:cs="Times New Roman"/>
        </w:rPr>
        <w:t>"And?"</w:t>
      </w:r>
    </w:p>
    <w:p w14:paraId="1BAB98D8" w14:textId="77777777" w:rsidR="007D7487" w:rsidRDefault="00E6407B">
      <w:pPr>
        <w:ind w:firstLine="288"/>
      </w:pPr>
      <w:r>
        <w:rPr>
          <w:rFonts w:cs="Times New Roman"/>
        </w:rPr>
        <w:t>"A new spirit will I put within you."</w:t>
      </w:r>
    </w:p>
    <w:p w14:paraId="21134D05" w14:textId="77777777" w:rsidR="007D7487" w:rsidRDefault="00E6407B">
      <w:pPr>
        <w:ind w:firstLine="288"/>
      </w:pPr>
      <w:r>
        <w:rPr>
          <w:rFonts w:cs="Times New Roman"/>
        </w:rPr>
        <w:t>"And?"</w:t>
      </w:r>
    </w:p>
    <w:p w14:paraId="7C7E7548" w14:textId="77777777" w:rsidR="007D7487" w:rsidRDefault="00E6407B">
      <w:pPr>
        <w:ind w:firstLine="288"/>
      </w:pPr>
      <w:r>
        <w:rPr>
          <w:rFonts w:cs="Times New Roman"/>
        </w:rPr>
        <w:t>Nicodemus's hands began trembling.</w:t>
      </w:r>
    </w:p>
    <w:p w14:paraId="1A663B67" w14:textId="77777777" w:rsidR="007D7487" w:rsidRDefault="00E6407B">
      <w:pPr>
        <w:ind w:firstLine="288"/>
      </w:pPr>
      <w:r>
        <w:rPr>
          <w:rFonts w:cs="Times New Roman"/>
        </w:rPr>
        <w:t>"I will put my Spirit within you."</w:t>
      </w:r>
    </w:p>
    <w:p w14:paraId="5F0195CA" w14:textId="77777777" w:rsidR="007D7487" w:rsidRDefault="00E6407B">
      <w:pPr>
        <w:ind w:firstLine="288"/>
      </w:pPr>
      <w:r>
        <w:rPr>
          <w:rFonts w:cs="Times New Roman"/>
          <w:i/>
        </w:rPr>
        <w:t>"Then will I sprinkle clean water upon you, and ye shall be clean: from all your filthiness, and from all your idols, will I cleanse you. A new heart also will I give you, and a new spirit will I put within you: and I will take away the stony heart out of your flesh, and I will give you an heart of flesh. And I will put my spirit within you, and cause you to walk in my statutes, and ye shall keep my judgments, and do them."</w:t>
      </w:r>
    </w:p>
    <w:p w14:paraId="5ADC4923" w14:textId="77777777" w:rsidR="007D7487" w:rsidRDefault="00E6407B">
      <w:pPr>
        <w:ind w:firstLine="288"/>
      </w:pPr>
      <w:r>
        <w:rPr>
          <w:rFonts w:cs="Times New Roman"/>
        </w:rPr>
        <w:t>The verbs kept returning initiative to God.</w:t>
      </w:r>
    </w:p>
    <w:p w14:paraId="4FEEACFD" w14:textId="77777777" w:rsidR="007D7487" w:rsidRDefault="00E6407B">
      <w:pPr>
        <w:ind w:firstLine="288"/>
      </w:pPr>
      <w:r>
        <w:rPr>
          <w:rFonts w:cs="Times New Roman"/>
        </w:rPr>
        <w:t>Cleanse.</w:t>
      </w:r>
    </w:p>
    <w:p w14:paraId="126F479F" w14:textId="77777777" w:rsidR="007D7487" w:rsidRDefault="00E6407B">
      <w:pPr>
        <w:ind w:firstLine="288"/>
      </w:pPr>
      <w:r>
        <w:rPr>
          <w:rFonts w:cs="Times New Roman"/>
        </w:rPr>
        <w:t>Give.</w:t>
      </w:r>
    </w:p>
    <w:p w14:paraId="521B4CD8" w14:textId="77777777" w:rsidR="007D7487" w:rsidRDefault="00E6407B">
      <w:pPr>
        <w:ind w:firstLine="288"/>
      </w:pPr>
      <w:r>
        <w:rPr>
          <w:rFonts w:cs="Times New Roman"/>
        </w:rPr>
        <w:t>Take away.</w:t>
      </w:r>
    </w:p>
    <w:p w14:paraId="7C5FC924" w14:textId="77777777" w:rsidR="007D7487" w:rsidRDefault="00E6407B">
      <w:pPr>
        <w:ind w:firstLine="288"/>
      </w:pPr>
      <w:r>
        <w:rPr>
          <w:rFonts w:cs="Times New Roman"/>
        </w:rPr>
        <w:t>Put within.</w:t>
      </w:r>
    </w:p>
    <w:p w14:paraId="01B45FA5" w14:textId="77777777" w:rsidR="007D7487" w:rsidRDefault="00E6407B">
      <w:pPr>
        <w:ind w:firstLine="288"/>
      </w:pPr>
      <w:r>
        <w:rPr>
          <w:rFonts w:cs="Times New Roman"/>
        </w:rPr>
        <w:t>Jesus nodded.</w:t>
      </w:r>
    </w:p>
    <w:p w14:paraId="7FC5F044" w14:textId="77777777" w:rsidR="007D7487" w:rsidRDefault="00E6407B">
      <w:pPr>
        <w:ind w:firstLine="288"/>
      </w:pPr>
      <w:r>
        <w:rPr>
          <w:rFonts w:cs="Times New Roman"/>
        </w:rPr>
        <w:t>"Who cleanses?"</w:t>
      </w:r>
    </w:p>
    <w:p w14:paraId="679F4ACD" w14:textId="77777777" w:rsidR="007D7487" w:rsidRDefault="00E6407B">
      <w:pPr>
        <w:ind w:firstLine="288"/>
      </w:pPr>
      <w:r>
        <w:rPr>
          <w:rFonts w:cs="Times New Roman"/>
        </w:rPr>
        <w:t>"The Father."</w:t>
      </w:r>
    </w:p>
    <w:p w14:paraId="6505932E" w14:textId="77777777" w:rsidR="007D7487" w:rsidRDefault="00E6407B">
      <w:pPr>
        <w:ind w:firstLine="288"/>
      </w:pPr>
      <w:r>
        <w:rPr>
          <w:rFonts w:cs="Times New Roman"/>
        </w:rPr>
        <w:t>"Who gives the heart?"</w:t>
      </w:r>
    </w:p>
    <w:p w14:paraId="21EC3D74" w14:textId="77777777" w:rsidR="007D7487" w:rsidRDefault="00E6407B">
      <w:pPr>
        <w:ind w:firstLine="288"/>
      </w:pPr>
      <w:r>
        <w:rPr>
          <w:rFonts w:cs="Times New Roman"/>
        </w:rPr>
        <w:t>"The Father."</w:t>
      </w:r>
    </w:p>
    <w:p w14:paraId="7EFE5AA3" w14:textId="77777777" w:rsidR="007D7487" w:rsidRDefault="00E6407B">
      <w:pPr>
        <w:ind w:firstLine="288"/>
      </w:pPr>
      <w:r>
        <w:rPr>
          <w:rFonts w:cs="Times New Roman"/>
        </w:rPr>
        <w:t>"Who gives the Spirit?"</w:t>
      </w:r>
    </w:p>
    <w:p w14:paraId="7EE814B3" w14:textId="77777777" w:rsidR="007D7487" w:rsidRDefault="00E6407B">
      <w:pPr>
        <w:ind w:firstLine="288"/>
      </w:pPr>
      <w:r>
        <w:rPr>
          <w:rFonts w:cs="Times New Roman"/>
        </w:rPr>
        <w:t>"The Father."</w:t>
      </w:r>
    </w:p>
    <w:p w14:paraId="286F100A" w14:textId="77777777" w:rsidR="007D7487" w:rsidRDefault="00E6407B">
      <w:pPr>
        <w:ind w:firstLine="288"/>
      </w:pPr>
      <w:r>
        <w:rPr>
          <w:rFonts w:cs="Times New Roman"/>
        </w:rPr>
        <w:t>Nicodemus closed his eyes.</w:t>
      </w:r>
    </w:p>
    <w:p w14:paraId="47C71098" w14:textId="77777777" w:rsidR="007D7487" w:rsidRDefault="00E6407B">
      <w:pPr>
        <w:ind w:firstLine="288"/>
      </w:pPr>
      <w:r>
        <w:rPr>
          <w:rFonts w:cs="Times New Roman"/>
        </w:rPr>
        <w:lastRenderedPageBreak/>
        <w:t>A rooftop.</w:t>
      </w:r>
    </w:p>
    <w:p w14:paraId="3AD48391" w14:textId="77777777" w:rsidR="007D7487" w:rsidRDefault="00E6407B">
      <w:pPr>
        <w:ind w:firstLine="288"/>
      </w:pPr>
      <w:r>
        <w:rPr>
          <w:rFonts w:cs="Times New Roman"/>
        </w:rPr>
        <w:t>Darkness.</w:t>
      </w:r>
    </w:p>
    <w:p w14:paraId="05C81E2E" w14:textId="77777777" w:rsidR="007D7487" w:rsidRDefault="00E6407B">
      <w:pPr>
        <w:ind w:firstLine="288"/>
      </w:pPr>
      <w:r>
        <w:rPr>
          <w:rFonts w:cs="Times New Roman"/>
        </w:rPr>
        <w:t>Years earlier.</w:t>
      </w:r>
    </w:p>
    <w:p w14:paraId="693A8FA5" w14:textId="77777777" w:rsidR="007D7487" w:rsidRDefault="00E6407B">
      <w:pPr>
        <w:ind w:firstLine="288"/>
      </w:pPr>
      <w:r>
        <w:rPr>
          <w:rFonts w:cs="Times New Roman"/>
        </w:rPr>
        <w:t>How can a man manufacture birth?</w:t>
      </w:r>
    </w:p>
    <w:p w14:paraId="06A58AFB" w14:textId="77777777" w:rsidR="007D7487" w:rsidRDefault="00E6407B">
      <w:pPr>
        <w:ind w:firstLine="288"/>
      </w:pPr>
      <w:r>
        <w:rPr>
          <w:rFonts w:cs="Times New Roman"/>
        </w:rPr>
        <w:t>How can an old man enter again?</w:t>
      </w:r>
    </w:p>
    <w:p w14:paraId="17D17117" w14:textId="77777777" w:rsidR="007D7487" w:rsidRDefault="00E6407B">
      <w:pPr>
        <w:ind w:firstLine="288"/>
      </w:pPr>
      <w:r>
        <w:rPr>
          <w:rFonts w:cs="Times New Roman"/>
        </w:rPr>
        <w:t>The disciples could see the Ezekiel background without pretending that every dispute over the water in John 3 had been solved in one afternoon.</w:t>
      </w:r>
    </w:p>
    <w:p w14:paraId="58EC31C8" w14:textId="77777777" w:rsidR="007D7487" w:rsidRDefault="00E6407B">
      <w:pPr>
        <w:ind w:firstLine="288"/>
      </w:pPr>
      <w:r>
        <w:rPr>
          <w:rFonts w:cs="Times New Roman"/>
        </w:rPr>
        <w:t>The cleansing promise and Spirit promise were certainly present.</w:t>
      </w:r>
    </w:p>
    <w:p w14:paraId="783EA8DC" w14:textId="77777777" w:rsidR="007D7487" w:rsidRDefault="00E6407B">
      <w:pPr>
        <w:ind w:firstLine="288"/>
      </w:pPr>
      <w:r>
        <w:rPr>
          <w:rFonts w:cs="Times New Roman"/>
        </w:rPr>
        <w:t>The exact construction of Jesus' earlier words still deserved care.</w:t>
      </w:r>
    </w:p>
    <w:p w14:paraId="16E0ECA5" w14:textId="77777777" w:rsidR="007D7487" w:rsidRDefault="00E6407B">
      <w:pPr>
        <w:ind w:firstLine="288"/>
      </w:pPr>
      <w:r>
        <w:rPr>
          <w:rFonts w:cs="Times New Roman"/>
        </w:rPr>
        <w:t>His mouth pulled into a disbelieving smile.</w:t>
      </w:r>
    </w:p>
    <w:p w14:paraId="4DE33EFF" w14:textId="77777777" w:rsidR="007D7487" w:rsidRDefault="00E6407B">
      <w:pPr>
        <w:ind w:firstLine="288"/>
      </w:pPr>
      <w:r>
        <w:rPr>
          <w:rFonts w:cs="Times New Roman"/>
        </w:rPr>
        <w:t>"I was asking what the man had to do to make the birth happen."</w:t>
      </w:r>
    </w:p>
    <w:p w14:paraId="21F49A4D" w14:textId="77777777" w:rsidR="007D7487" w:rsidRDefault="00E6407B">
      <w:pPr>
        <w:ind w:firstLine="288"/>
      </w:pPr>
      <w:r>
        <w:rPr>
          <w:rFonts w:cs="Times New Roman"/>
        </w:rPr>
        <w:t>"Yes."</w:t>
      </w:r>
    </w:p>
    <w:p w14:paraId="3FD03166" w14:textId="77777777" w:rsidR="007D7487" w:rsidRDefault="00E6407B">
      <w:pPr>
        <w:ind w:firstLine="288"/>
      </w:pPr>
      <w:r>
        <w:rPr>
          <w:rFonts w:cs="Times New Roman"/>
        </w:rPr>
        <w:t>"And Ezekiel kept saying..."</w:t>
      </w:r>
    </w:p>
    <w:p w14:paraId="3103DD17" w14:textId="77777777" w:rsidR="007D7487" w:rsidRDefault="00E6407B">
      <w:pPr>
        <w:ind w:firstLine="288"/>
      </w:pPr>
      <w:r>
        <w:rPr>
          <w:rFonts w:cs="Times New Roman"/>
        </w:rPr>
        <w:t>Nicodemus opened his eyes.</w:t>
      </w:r>
    </w:p>
    <w:p w14:paraId="7C457652" w14:textId="77777777" w:rsidR="007D7487" w:rsidRDefault="00E6407B">
      <w:pPr>
        <w:ind w:firstLine="288"/>
      </w:pPr>
      <w:r>
        <w:rPr>
          <w:rFonts w:cs="Times New Roman"/>
        </w:rPr>
        <w:t>"I will."</w:t>
      </w:r>
    </w:p>
    <w:p w14:paraId="0FD9261F" w14:textId="77777777" w:rsidR="007D7487" w:rsidRDefault="00E6407B">
      <w:pPr>
        <w:ind w:firstLine="288"/>
      </w:pPr>
      <w:r>
        <w:rPr>
          <w:rFonts w:cs="Times New Roman"/>
        </w:rPr>
        <w:t>Jesus smiled.</w:t>
      </w:r>
    </w:p>
    <w:p w14:paraId="18983055" w14:textId="77777777" w:rsidR="007D7487" w:rsidRDefault="00E6407B">
      <w:pPr>
        <w:ind w:firstLine="288"/>
      </w:pPr>
      <w:r>
        <w:rPr>
          <w:rFonts w:cs="Times New Roman"/>
        </w:rPr>
        <w:t>"I will cleanse."</w:t>
      </w:r>
    </w:p>
    <w:p w14:paraId="2182E1C8" w14:textId="77777777" w:rsidR="007D7487" w:rsidRDefault="00E6407B">
      <w:pPr>
        <w:ind w:firstLine="288"/>
      </w:pPr>
      <w:r>
        <w:rPr>
          <w:rFonts w:cs="Times New Roman"/>
        </w:rPr>
        <w:t>"I will give."</w:t>
      </w:r>
    </w:p>
    <w:p w14:paraId="351C7246" w14:textId="77777777" w:rsidR="007D7487" w:rsidRDefault="00E6407B">
      <w:pPr>
        <w:ind w:firstLine="288"/>
      </w:pPr>
      <w:r>
        <w:rPr>
          <w:rFonts w:cs="Times New Roman"/>
        </w:rPr>
        <w:t>"I will put."</w:t>
      </w:r>
    </w:p>
    <w:p w14:paraId="1F58BF3F" w14:textId="77777777" w:rsidR="007D7487" w:rsidRDefault="00E6407B">
      <w:pPr>
        <w:ind w:firstLine="288"/>
      </w:pPr>
      <w:r>
        <w:rPr>
          <w:rFonts w:cs="Times New Roman"/>
        </w:rPr>
        <w:t>The gathering became very still.</w:t>
      </w:r>
    </w:p>
    <w:p w14:paraId="2AADA93B" w14:textId="77777777" w:rsidR="007D7487" w:rsidRDefault="00E6407B">
      <w:pPr>
        <w:ind w:firstLine="288"/>
      </w:pPr>
      <w:r>
        <w:rPr>
          <w:rFonts w:cs="Times New Roman"/>
        </w:rPr>
        <w:t>"The dead do not make themselves alive."</w:t>
      </w:r>
    </w:p>
    <w:p w14:paraId="63421200" w14:textId="77777777" w:rsidR="007D7487" w:rsidRDefault="00E6407B">
      <w:pPr>
        <w:ind w:firstLine="288"/>
      </w:pPr>
      <w:r>
        <w:rPr>
          <w:rFonts w:cs="Times New Roman"/>
        </w:rPr>
        <w:t>Then Jesus spoke words John felt in his chest.</w:t>
      </w:r>
    </w:p>
    <w:p w14:paraId="78B97478" w14:textId="77777777" w:rsidR="007D7487" w:rsidRDefault="00E6407B">
      <w:pPr>
        <w:ind w:firstLine="288"/>
      </w:pPr>
      <w:r>
        <w:rPr>
          <w:rFonts w:cs="Times New Roman"/>
        </w:rPr>
        <w:t>"The dead shall hear the voice of the Son of God."</w:t>
      </w:r>
    </w:p>
    <w:p w14:paraId="7DB62410" w14:textId="77777777" w:rsidR="007D7487" w:rsidRDefault="00E6407B">
      <w:pPr>
        <w:ind w:firstLine="288"/>
      </w:pPr>
      <w:r>
        <w:rPr>
          <w:rFonts w:cs="Times New Roman"/>
        </w:rPr>
        <w:t>John's breathing slowed.</w:t>
      </w:r>
    </w:p>
    <w:p w14:paraId="4F927F69" w14:textId="77777777" w:rsidR="007D7487" w:rsidRDefault="00E6407B">
      <w:pPr>
        <w:ind w:firstLine="288"/>
      </w:pPr>
      <w:r>
        <w:rPr>
          <w:rFonts w:cs="Times New Roman"/>
        </w:rPr>
        <w:t>"And they that hear shall live."</w:t>
      </w:r>
    </w:p>
    <w:p w14:paraId="422EB3E3" w14:textId="77777777" w:rsidR="007D7487" w:rsidRDefault="00E6407B">
      <w:pPr>
        <w:ind w:firstLine="288"/>
      </w:pPr>
      <w:r>
        <w:rPr>
          <w:rFonts w:cs="Times New Roman"/>
        </w:rPr>
        <w:t>Jesus looked at him.</w:t>
      </w:r>
    </w:p>
    <w:p w14:paraId="14B7F604" w14:textId="77777777" w:rsidR="007D7487" w:rsidRDefault="00E6407B">
      <w:pPr>
        <w:ind w:firstLine="288"/>
      </w:pPr>
      <w:r>
        <w:rPr>
          <w:rFonts w:cs="Times New Roman"/>
        </w:rPr>
        <w:t>"He that heareth my word, and believeth on him that sent me..."</w:t>
      </w:r>
    </w:p>
    <w:p w14:paraId="7065B62A" w14:textId="77777777" w:rsidR="007D7487" w:rsidRDefault="00E6407B">
      <w:pPr>
        <w:ind w:firstLine="288"/>
      </w:pPr>
      <w:r>
        <w:rPr>
          <w:rFonts w:cs="Times New Roman"/>
        </w:rPr>
        <w:t>John whispered the rest.</w:t>
      </w:r>
    </w:p>
    <w:p w14:paraId="090A6ABD" w14:textId="77777777" w:rsidR="007D7487" w:rsidRDefault="00E6407B">
      <w:pPr>
        <w:ind w:firstLine="288"/>
      </w:pPr>
      <w:r>
        <w:rPr>
          <w:rFonts w:cs="Times New Roman"/>
        </w:rPr>
        <w:t>"...is passed from death unto life."</w:t>
      </w:r>
    </w:p>
    <w:p w14:paraId="6FAD8357" w14:textId="77777777" w:rsidR="007D7487" w:rsidRDefault="00E6407B">
      <w:pPr>
        <w:ind w:firstLine="288"/>
      </w:pPr>
      <w:r>
        <w:rPr>
          <w:rFonts w:cs="Times New Roman"/>
          <w:i/>
        </w:rPr>
        <w:t>"Verily, verily, I say unto you, He that heareth my word, and believeth on him that sent me, hath everlasting life, and shall not come into condemnation; but is passed from death unto life."</w:t>
      </w:r>
    </w:p>
    <w:p w14:paraId="6E9480A9" w14:textId="77777777" w:rsidR="007D7487" w:rsidRDefault="00E6407B">
      <w:pPr>
        <w:ind w:firstLine="288"/>
      </w:pPr>
      <w:r>
        <w:rPr>
          <w:rFonts w:cs="Times New Roman"/>
          <w:i/>
        </w:rPr>
        <w:t>"Verily, verily, I say unto you, The hour is coming, and now is, when the dead shall hear the voice of the Son of God: and they that hear shall live."</w:t>
      </w:r>
    </w:p>
    <w:p w14:paraId="5218CE80" w14:textId="77777777" w:rsidR="007D7487" w:rsidRDefault="00E6407B">
      <w:pPr>
        <w:ind w:firstLine="288"/>
      </w:pPr>
      <w:r>
        <w:rPr>
          <w:rFonts w:cs="Times New Roman"/>
        </w:rPr>
        <w:t>The tomb returned.</w:t>
      </w:r>
    </w:p>
    <w:p w14:paraId="1CB6EF20" w14:textId="77777777" w:rsidR="007D7487" w:rsidRDefault="00E6407B">
      <w:pPr>
        <w:ind w:firstLine="288"/>
      </w:pPr>
      <w:r>
        <w:rPr>
          <w:rFonts w:cs="Times New Roman"/>
        </w:rPr>
        <w:t>Cool stone.</w:t>
      </w:r>
    </w:p>
    <w:p w14:paraId="3100644F" w14:textId="77777777" w:rsidR="007D7487" w:rsidRDefault="00E6407B">
      <w:pPr>
        <w:ind w:firstLine="288"/>
      </w:pPr>
      <w:r>
        <w:rPr>
          <w:rFonts w:cs="Times New Roman"/>
        </w:rPr>
        <w:t>Linen.</w:t>
      </w:r>
    </w:p>
    <w:p w14:paraId="771501B0" w14:textId="77777777" w:rsidR="007D7487" w:rsidRDefault="00E6407B">
      <w:pPr>
        <w:ind w:firstLine="288"/>
      </w:pPr>
      <w:r>
        <w:rPr>
          <w:rFonts w:cs="Times New Roman"/>
        </w:rPr>
        <w:t>An empty place.</w:t>
      </w:r>
    </w:p>
    <w:p w14:paraId="7BEEB8B7" w14:textId="77777777" w:rsidR="007D7487" w:rsidRDefault="00E6407B">
      <w:pPr>
        <w:ind w:firstLine="288"/>
      </w:pPr>
      <w:r>
        <w:rPr>
          <w:rFonts w:cs="Times New Roman"/>
        </w:rPr>
        <w:t>Where does life come from?</w:t>
      </w:r>
    </w:p>
    <w:p w14:paraId="10314762" w14:textId="77777777" w:rsidR="007D7487" w:rsidRDefault="00E6407B">
      <w:pPr>
        <w:ind w:firstLine="288"/>
      </w:pPr>
      <w:r>
        <w:rPr>
          <w:rFonts w:cs="Times New Roman"/>
        </w:rPr>
        <w:lastRenderedPageBreak/>
        <w:t>Not linen.</w:t>
      </w:r>
    </w:p>
    <w:p w14:paraId="4D8C3AAA" w14:textId="77777777" w:rsidR="007D7487" w:rsidRDefault="00E6407B">
      <w:pPr>
        <w:ind w:firstLine="288"/>
      </w:pPr>
      <w:r>
        <w:rPr>
          <w:rFonts w:cs="Times New Roman"/>
        </w:rPr>
        <w:t>Not spice.</w:t>
      </w:r>
    </w:p>
    <w:p w14:paraId="17B37137" w14:textId="77777777" w:rsidR="007D7487" w:rsidRDefault="00E6407B">
      <w:pPr>
        <w:ind w:firstLine="288"/>
      </w:pPr>
      <w:r>
        <w:rPr>
          <w:rFonts w:cs="Times New Roman"/>
        </w:rPr>
        <w:t>Not a man's determination.</w:t>
      </w:r>
    </w:p>
    <w:p w14:paraId="5A0AFC35" w14:textId="77777777" w:rsidR="007D7487" w:rsidRDefault="00E6407B">
      <w:pPr>
        <w:ind w:firstLine="288"/>
      </w:pPr>
      <w:r>
        <w:rPr>
          <w:rFonts w:cs="Times New Roman"/>
        </w:rPr>
        <w:t>Life comes from God.</w:t>
      </w:r>
    </w:p>
    <w:p w14:paraId="727A640E" w14:textId="77777777" w:rsidR="007D7487" w:rsidRDefault="00E6407B">
      <w:pPr>
        <w:suppressLineNumbers/>
        <w:spacing w:before="100" w:after="100"/>
        <w:jc w:val="center"/>
      </w:pPr>
      <w:r>
        <w:rPr>
          <w:rFonts w:cs="Times New Roman"/>
          <w:sz w:val="20"/>
        </w:rPr>
        <w:t>* * *</w:t>
      </w:r>
    </w:p>
    <w:p w14:paraId="5C5D4F04" w14:textId="77777777" w:rsidR="007D7487" w:rsidRDefault="00E6407B">
      <w:pPr>
        <w:ind w:firstLine="288"/>
      </w:pPr>
      <w:r>
        <w:rPr>
          <w:rFonts w:cs="Times New Roman"/>
        </w:rPr>
        <w:t>Jesus' eyes moved toward Nicodemus's hands.</w:t>
      </w:r>
    </w:p>
    <w:p w14:paraId="02AD35E2" w14:textId="77777777" w:rsidR="007D7487" w:rsidRDefault="00E6407B">
      <w:pPr>
        <w:ind w:firstLine="288"/>
      </w:pPr>
      <w:r>
        <w:rPr>
          <w:rFonts w:cs="Times New Roman"/>
        </w:rPr>
        <w:t>Those hands had wrapped His corpse.</w:t>
      </w:r>
    </w:p>
    <w:p w14:paraId="49F8C205" w14:textId="77777777" w:rsidR="007D7487" w:rsidRDefault="00E6407B">
      <w:pPr>
        <w:ind w:firstLine="288"/>
      </w:pPr>
      <w:r>
        <w:rPr>
          <w:rFonts w:cs="Times New Roman"/>
        </w:rPr>
        <w:t>"Nicodemus."</w:t>
      </w:r>
    </w:p>
    <w:p w14:paraId="67380605" w14:textId="77777777" w:rsidR="007D7487" w:rsidRDefault="00E6407B">
      <w:pPr>
        <w:ind w:firstLine="288"/>
      </w:pPr>
      <w:r>
        <w:rPr>
          <w:rFonts w:cs="Times New Roman"/>
        </w:rPr>
        <w:t>The older man looked up.</w:t>
      </w:r>
    </w:p>
    <w:p w14:paraId="6B4BD43E" w14:textId="77777777" w:rsidR="007D7487" w:rsidRDefault="00E6407B">
      <w:pPr>
        <w:ind w:firstLine="288"/>
      </w:pPr>
      <w:r>
        <w:rPr>
          <w:rFonts w:cs="Times New Roman"/>
        </w:rPr>
        <w:t>"Thank you."</w:t>
      </w:r>
    </w:p>
    <w:p w14:paraId="571A33FA" w14:textId="77777777" w:rsidR="007D7487" w:rsidRDefault="00E6407B">
      <w:pPr>
        <w:ind w:firstLine="288"/>
      </w:pPr>
      <w:r>
        <w:rPr>
          <w:rFonts w:cs="Times New Roman"/>
        </w:rPr>
        <w:t>"For what?"</w:t>
      </w:r>
    </w:p>
    <w:p w14:paraId="2348D590" w14:textId="77777777" w:rsidR="007D7487" w:rsidRDefault="00E6407B">
      <w:pPr>
        <w:ind w:firstLine="288"/>
      </w:pPr>
      <w:r>
        <w:rPr>
          <w:rFonts w:cs="Times New Roman"/>
        </w:rPr>
        <w:t>"For what you brought to My burial."</w:t>
      </w:r>
    </w:p>
    <w:p w14:paraId="3C35C3B0" w14:textId="77777777" w:rsidR="007D7487" w:rsidRDefault="00E6407B">
      <w:pPr>
        <w:ind w:firstLine="288"/>
      </w:pPr>
      <w:r>
        <w:rPr>
          <w:rFonts w:cs="Times New Roman"/>
        </w:rPr>
        <w:t>A few people smiled.</w:t>
      </w:r>
    </w:p>
    <w:p w14:paraId="75A110A0" w14:textId="77777777" w:rsidR="007D7487" w:rsidRDefault="00E6407B">
      <w:pPr>
        <w:ind w:firstLine="288"/>
      </w:pPr>
      <w:r>
        <w:rPr>
          <w:rFonts w:cs="Times New Roman"/>
        </w:rPr>
        <w:t>Nicodemus shook his head.</w:t>
      </w:r>
    </w:p>
    <w:p w14:paraId="3F07B439" w14:textId="77777777" w:rsidR="007D7487" w:rsidRDefault="00E6407B">
      <w:pPr>
        <w:ind w:firstLine="288"/>
      </w:pPr>
      <w:r>
        <w:rPr>
          <w:rFonts w:cs="Times New Roman"/>
        </w:rPr>
        <w:t>"It was not all balm."</w:t>
      </w:r>
    </w:p>
    <w:p w14:paraId="2599D057" w14:textId="77777777" w:rsidR="007D7487" w:rsidRDefault="00E6407B">
      <w:pPr>
        <w:ind w:firstLine="288"/>
      </w:pPr>
      <w:r>
        <w:rPr>
          <w:rFonts w:cs="Times New Roman"/>
        </w:rPr>
        <w:t>"No."</w:t>
      </w:r>
    </w:p>
    <w:p w14:paraId="18DA6716" w14:textId="77777777" w:rsidR="007D7487" w:rsidRDefault="00E6407B">
      <w:pPr>
        <w:ind w:firstLine="288"/>
      </w:pPr>
      <w:r>
        <w:rPr>
          <w:rFonts w:cs="Times New Roman"/>
        </w:rPr>
        <w:t>Jesus considered.</w:t>
      </w:r>
    </w:p>
    <w:p w14:paraId="0DB1636E" w14:textId="77777777" w:rsidR="007D7487" w:rsidRDefault="00E6407B">
      <w:pPr>
        <w:ind w:firstLine="288"/>
      </w:pPr>
      <w:r>
        <w:rPr>
          <w:rFonts w:cs="Times New Roman"/>
        </w:rPr>
        <w:t>"There were enough other things to supply several burials."</w:t>
      </w:r>
    </w:p>
    <w:p w14:paraId="69401B6C" w14:textId="77777777" w:rsidR="007D7487" w:rsidRDefault="00E6407B">
      <w:pPr>
        <w:ind w:firstLine="288"/>
      </w:pPr>
      <w:r>
        <w:rPr>
          <w:rFonts w:cs="Times New Roman"/>
        </w:rPr>
        <w:t>Joseph laughed aloud.</w:t>
      </w:r>
    </w:p>
    <w:p w14:paraId="5B68DB5E" w14:textId="77777777" w:rsidR="007D7487" w:rsidRDefault="00E6407B">
      <w:pPr>
        <w:ind w:firstLine="288"/>
      </w:pPr>
      <w:r>
        <w:rPr>
          <w:rFonts w:cs="Times New Roman"/>
        </w:rPr>
        <w:t>Nicodemus turned toward him.</w:t>
      </w:r>
    </w:p>
    <w:p w14:paraId="60B49CE2" w14:textId="77777777" w:rsidR="007D7487" w:rsidRDefault="00E6407B">
      <w:pPr>
        <w:ind w:firstLine="288"/>
      </w:pPr>
      <w:r>
        <w:rPr>
          <w:rFonts w:cs="Times New Roman"/>
        </w:rPr>
        <w:t>"You are enjoying this far too much."</w:t>
      </w:r>
    </w:p>
    <w:p w14:paraId="0BF36DFC" w14:textId="77777777" w:rsidR="007D7487" w:rsidRDefault="00E6407B">
      <w:pPr>
        <w:ind w:firstLine="288"/>
      </w:pPr>
      <w:r>
        <w:rPr>
          <w:rFonts w:cs="Times New Roman"/>
        </w:rPr>
        <w:t>Joseph wiped his eyes.</w:t>
      </w:r>
    </w:p>
    <w:p w14:paraId="14CF14E5" w14:textId="77777777" w:rsidR="007D7487" w:rsidRDefault="00E6407B">
      <w:pPr>
        <w:ind w:firstLine="288"/>
      </w:pPr>
      <w:r>
        <w:rPr>
          <w:rFonts w:cs="Times New Roman"/>
        </w:rPr>
        <w:t>"I carried half of it."</w:t>
      </w:r>
    </w:p>
    <w:p w14:paraId="67615F71" w14:textId="77777777" w:rsidR="007D7487" w:rsidRDefault="00E6407B">
      <w:pPr>
        <w:ind w:firstLine="288"/>
      </w:pPr>
      <w:r>
        <w:rPr>
          <w:rFonts w:cs="Times New Roman"/>
        </w:rPr>
        <w:t>Jesus smiled.</w:t>
      </w:r>
    </w:p>
    <w:p w14:paraId="1D97727B" w14:textId="77777777" w:rsidR="007D7487" w:rsidRDefault="00E6407B">
      <w:pPr>
        <w:ind w:firstLine="288"/>
      </w:pPr>
      <w:r>
        <w:rPr>
          <w:rFonts w:cs="Times New Roman"/>
        </w:rPr>
        <w:t>"You honored My body."</w:t>
      </w:r>
    </w:p>
    <w:p w14:paraId="560F98E5" w14:textId="77777777" w:rsidR="007D7487" w:rsidRDefault="00E6407B">
      <w:pPr>
        <w:ind w:firstLine="288"/>
      </w:pPr>
      <w:r>
        <w:rPr>
          <w:rFonts w:cs="Times New Roman"/>
        </w:rPr>
        <w:t>The humor left Nicodemus's face.</w:t>
      </w:r>
    </w:p>
    <w:p w14:paraId="2F697C95" w14:textId="77777777" w:rsidR="007D7487" w:rsidRDefault="00E6407B">
      <w:pPr>
        <w:ind w:firstLine="288"/>
      </w:pPr>
      <w:r>
        <w:rPr>
          <w:rFonts w:cs="Times New Roman"/>
        </w:rPr>
        <w:t>"You did what love could do when you believed there was nothing more the living could do."</w:t>
      </w:r>
    </w:p>
    <w:p w14:paraId="7CDD2F79" w14:textId="77777777" w:rsidR="007D7487" w:rsidRDefault="00E6407B">
      <w:pPr>
        <w:ind w:firstLine="288"/>
      </w:pPr>
      <w:r>
        <w:rPr>
          <w:rFonts w:cs="Times New Roman"/>
        </w:rPr>
        <w:t>Nicodemus looked down at his hands.</w:t>
      </w:r>
    </w:p>
    <w:p w14:paraId="4C7342DF" w14:textId="77777777" w:rsidR="007D7487" w:rsidRDefault="00E6407B">
      <w:pPr>
        <w:ind w:firstLine="288"/>
      </w:pPr>
      <w:r>
        <w:rPr>
          <w:rFonts w:cs="Times New Roman"/>
        </w:rPr>
        <w:t>Jesus continued.</w:t>
      </w:r>
    </w:p>
    <w:p w14:paraId="7CD9400C" w14:textId="77777777" w:rsidR="007D7487" w:rsidRDefault="00E6407B">
      <w:pPr>
        <w:ind w:firstLine="288"/>
      </w:pPr>
      <w:r>
        <w:rPr>
          <w:rFonts w:cs="Times New Roman"/>
        </w:rPr>
        <w:t>"Jeremiah asked whether there was balm in Gilead."</w:t>
      </w:r>
    </w:p>
    <w:p w14:paraId="357B00CD" w14:textId="77777777" w:rsidR="007D7487" w:rsidRDefault="00E6407B">
      <w:pPr>
        <w:ind w:firstLine="288"/>
      </w:pPr>
      <w:r>
        <w:rPr>
          <w:rFonts w:cs="Times New Roman"/>
        </w:rPr>
        <w:t>Nicodemus nodded.</w:t>
      </w:r>
    </w:p>
    <w:p w14:paraId="4ADA7670" w14:textId="77777777" w:rsidR="007D7487" w:rsidRDefault="00E6407B">
      <w:pPr>
        <w:ind w:firstLine="288"/>
      </w:pPr>
      <w:r>
        <w:rPr>
          <w:rFonts w:cs="Times New Roman"/>
        </w:rPr>
        <w:t>"Whether there was a physician there."</w:t>
      </w:r>
    </w:p>
    <w:p w14:paraId="39FE88D8" w14:textId="77777777" w:rsidR="007D7487" w:rsidRDefault="00E6407B">
      <w:pPr>
        <w:ind w:firstLine="288"/>
      </w:pPr>
      <w:r>
        <w:rPr>
          <w:rFonts w:cs="Times New Roman"/>
        </w:rPr>
        <w:t>"Yes."</w:t>
      </w:r>
    </w:p>
    <w:p w14:paraId="74D49E5B" w14:textId="77777777" w:rsidR="007D7487" w:rsidRDefault="00E6407B">
      <w:pPr>
        <w:ind w:firstLine="288"/>
      </w:pPr>
      <w:r>
        <w:rPr>
          <w:rFonts w:cs="Times New Roman"/>
        </w:rPr>
        <w:t>"And why the health of the daughter of his people had not been recovered."</w:t>
      </w:r>
    </w:p>
    <w:p w14:paraId="1BCC0BBC" w14:textId="77777777" w:rsidR="007D7487" w:rsidRDefault="00E6407B">
      <w:pPr>
        <w:ind w:firstLine="288"/>
      </w:pPr>
      <w:r>
        <w:rPr>
          <w:rFonts w:cs="Times New Roman"/>
        </w:rPr>
        <w:t>Jesus held out His wounded hands.</w:t>
      </w:r>
    </w:p>
    <w:p w14:paraId="7DEAFCBE" w14:textId="77777777" w:rsidR="007D7487" w:rsidRDefault="00E6407B">
      <w:pPr>
        <w:ind w:firstLine="288"/>
      </w:pPr>
      <w:r>
        <w:rPr>
          <w:rFonts w:cs="Times New Roman"/>
        </w:rPr>
        <w:t>"Balm can soothe."</w:t>
      </w:r>
    </w:p>
    <w:p w14:paraId="3AEEEFDF" w14:textId="77777777" w:rsidR="007D7487" w:rsidRDefault="00E6407B">
      <w:pPr>
        <w:ind w:firstLine="288"/>
      </w:pPr>
      <w:r>
        <w:rPr>
          <w:rFonts w:cs="Times New Roman"/>
        </w:rPr>
        <w:t>"Cover."</w:t>
      </w:r>
    </w:p>
    <w:p w14:paraId="7B7518BF" w14:textId="77777777" w:rsidR="007D7487" w:rsidRDefault="00E6407B">
      <w:pPr>
        <w:ind w:firstLine="288"/>
      </w:pPr>
      <w:r>
        <w:rPr>
          <w:rFonts w:cs="Times New Roman"/>
        </w:rPr>
        <w:t>"Protect."</w:t>
      </w:r>
    </w:p>
    <w:p w14:paraId="56435650" w14:textId="77777777" w:rsidR="007D7487" w:rsidRDefault="00E6407B">
      <w:pPr>
        <w:ind w:firstLine="288"/>
      </w:pPr>
      <w:r>
        <w:rPr>
          <w:rFonts w:cs="Times New Roman"/>
        </w:rPr>
        <w:lastRenderedPageBreak/>
        <w:t>"A physician can minister to a wounded body."</w:t>
      </w:r>
    </w:p>
    <w:p w14:paraId="70532FE0" w14:textId="77777777" w:rsidR="007D7487" w:rsidRDefault="00E6407B">
      <w:pPr>
        <w:ind w:firstLine="288"/>
      </w:pPr>
      <w:r>
        <w:rPr>
          <w:rFonts w:cs="Times New Roman"/>
        </w:rPr>
        <w:t>John remembered the tomb.</w:t>
      </w:r>
    </w:p>
    <w:p w14:paraId="42608508" w14:textId="77777777" w:rsidR="007D7487" w:rsidRDefault="00E6407B">
      <w:pPr>
        <w:ind w:firstLine="288"/>
      </w:pPr>
      <w:r>
        <w:rPr>
          <w:rFonts w:cs="Times New Roman"/>
        </w:rPr>
        <w:t>The myrrh.</w:t>
      </w:r>
    </w:p>
    <w:p w14:paraId="0BDC6A09" w14:textId="77777777" w:rsidR="007D7487" w:rsidRDefault="00E6407B">
      <w:pPr>
        <w:ind w:firstLine="288"/>
      </w:pPr>
      <w:r>
        <w:rPr>
          <w:rFonts w:cs="Times New Roman"/>
        </w:rPr>
        <w:t>Aloes.</w:t>
      </w:r>
    </w:p>
    <w:p w14:paraId="21DCA4DA" w14:textId="77777777" w:rsidR="007D7487" w:rsidRDefault="00E6407B">
      <w:pPr>
        <w:ind w:firstLine="288"/>
      </w:pPr>
      <w:r>
        <w:rPr>
          <w:rFonts w:cs="Times New Roman"/>
        </w:rPr>
        <w:t>The sharper medicinal trace.</w:t>
      </w:r>
    </w:p>
    <w:p w14:paraId="28AD00E9" w14:textId="77777777" w:rsidR="007D7487" w:rsidRDefault="00E6407B">
      <w:pPr>
        <w:ind w:firstLine="288"/>
      </w:pPr>
      <w:r>
        <w:rPr>
          <w:rFonts w:cs="Times New Roman"/>
        </w:rPr>
        <w:t>The care Joseph and Nicodemus had given a body they believed would never breathe again.</w:t>
      </w:r>
    </w:p>
    <w:p w14:paraId="1008A996" w14:textId="77777777" w:rsidR="007D7487" w:rsidRDefault="00E6407B">
      <w:pPr>
        <w:ind w:firstLine="288"/>
      </w:pPr>
      <w:r>
        <w:rPr>
          <w:rFonts w:cs="Times New Roman"/>
        </w:rPr>
        <w:t>Jesus looked at Nicodemus.</w:t>
      </w:r>
    </w:p>
    <w:p w14:paraId="375EA926" w14:textId="77777777" w:rsidR="007D7487" w:rsidRDefault="00E6407B">
      <w:pPr>
        <w:ind w:firstLine="288"/>
      </w:pPr>
      <w:r>
        <w:rPr>
          <w:rFonts w:cs="Times New Roman"/>
        </w:rPr>
        <w:t>"But no balm gave Me life."</w:t>
      </w:r>
    </w:p>
    <w:p w14:paraId="458BDF7C" w14:textId="77777777" w:rsidR="007D7487" w:rsidRDefault="00E6407B">
      <w:pPr>
        <w:ind w:firstLine="288"/>
      </w:pPr>
      <w:r>
        <w:rPr>
          <w:rFonts w:cs="Times New Roman"/>
        </w:rPr>
        <w:t>The created substances had not failed.</w:t>
      </w:r>
    </w:p>
    <w:p w14:paraId="2209793B" w14:textId="77777777" w:rsidR="007D7487" w:rsidRDefault="00E6407B">
      <w:pPr>
        <w:ind w:firstLine="288"/>
      </w:pPr>
      <w:r>
        <w:rPr>
          <w:rFonts w:cs="Times New Roman"/>
        </w:rPr>
        <w:t>They had simply never been the Source.</w:t>
      </w:r>
    </w:p>
    <w:p w14:paraId="607C9676" w14:textId="77777777" w:rsidR="007D7487" w:rsidRDefault="00E6407B">
      <w:pPr>
        <w:ind w:firstLine="288"/>
      </w:pPr>
      <w:r>
        <w:rPr>
          <w:rFonts w:cs="Times New Roman"/>
        </w:rPr>
        <w:t>The distinction mattered precisely because created remedies could be genuinely useful without being confused with resurrection power.</w:t>
      </w:r>
    </w:p>
    <w:p w14:paraId="26A51864" w14:textId="77777777" w:rsidR="007D7487" w:rsidRDefault="00E6407B">
      <w:pPr>
        <w:ind w:firstLine="288"/>
      </w:pPr>
      <w:r>
        <w:rPr>
          <w:rFonts w:cs="Times New Roman"/>
        </w:rPr>
        <w:t>Nicodemus's breath caught.</w:t>
      </w:r>
    </w:p>
    <w:p w14:paraId="26A580E8" w14:textId="77777777" w:rsidR="007D7487" w:rsidRDefault="00E6407B">
      <w:pPr>
        <w:ind w:firstLine="288"/>
      </w:pPr>
      <w:r>
        <w:rPr>
          <w:rFonts w:cs="Times New Roman"/>
        </w:rPr>
        <w:t>His chin lifted slightly as he fought the tightening in his throat.</w:t>
      </w:r>
    </w:p>
    <w:p w14:paraId="364F102F" w14:textId="77777777" w:rsidR="007D7487" w:rsidRDefault="00E6407B">
      <w:pPr>
        <w:ind w:firstLine="288"/>
      </w:pPr>
      <w:r>
        <w:rPr>
          <w:rFonts w:cs="Times New Roman"/>
        </w:rPr>
        <w:t>It did not help.</w:t>
      </w:r>
    </w:p>
    <w:p w14:paraId="122CB4FE" w14:textId="77777777" w:rsidR="007D7487" w:rsidRDefault="00E6407B">
      <w:pPr>
        <w:ind w:firstLine="288"/>
      </w:pPr>
      <w:r>
        <w:rPr>
          <w:rFonts w:cs="Times New Roman"/>
        </w:rPr>
        <w:t>Tears came.</w:t>
      </w:r>
    </w:p>
    <w:p w14:paraId="5828268D" w14:textId="77777777" w:rsidR="007D7487" w:rsidRDefault="00E6407B">
      <w:pPr>
        <w:ind w:firstLine="288"/>
      </w:pPr>
      <w:r>
        <w:rPr>
          <w:rFonts w:cs="Times New Roman"/>
        </w:rPr>
        <w:t>"The Father did."</w:t>
      </w:r>
    </w:p>
    <w:p w14:paraId="175BC47E" w14:textId="77777777" w:rsidR="007D7487" w:rsidRDefault="00E6407B">
      <w:pPr>
        <w:ind w:firstLine="288"/>
      </w:pPr>
      <w:r>
        <w:rPr>
          <w:rFonts w:cs="Times New Roman"/>
        </w:rPr>
        <w:t>No one filled the silence.</w:t>
      </w:r>
    </w:p>
    <w:p w14:paraId="368DE460" w14:textId="77777777" w:rsidR="007D7487" w:rsidRDefault="00E6407B">
      <w:pPr>
        <w:ind w:firstLine="288"/>
      </w:pPr>
      <w:r>
        <w:rPr>
          <w:rFonts w:cs="Times New Roman"/>
        </w:rPr>
        <w:t>The created remedy had not failed by being a created remedy.</w:t>
      </w:r>
    </w:p>
    <w:p w14:paraId="7C7EFF1A" w14:textId="77777777" w:rsidR="007D7487" w:rsidRDefault="00E6407B">
      <w:pPr>
        <w:ind w:firstLine="288"/>
      </w:pPr>
      <w:r>
        <w:rPr>
          <w:rFonts w:cs="Times New Roman"/>
        </w:rPr>
        <w:t>It had done what such a thing could do.</w:t>
      </w:r>
    </w:p>
    <w:p w14:paraId="2F0D8C8C" w14:textId="77777777" w:rsidR="007D7487" w:rsidRDefault="00E6407B">
      <w:pPr>
        <w:ind w:firstLine="288"/>
      </w:pPr>
      <w:r>
        <w:rPr>
          <w:rFonts w:cs="Times New Roman"/>
        </w:rPr>
        <w:t>It could minister to damaged life.</w:t>
      </w:r>
    </w:p>
    <w:p w14:paraId="35D59354" w14:textId="77777777" w:rsidR="007D7487" w:rsidRDefault="00E6407B">
      <w:pPr>
        <w:ind w:firstLine="288"/>
      </w:pPr>
      <w:r>
        <w:rPr>
          <w:rFonts w:cs="Times New Roman"/>
        </w:rPr>
        <w:t>It could not become the Source of life.</w:t>
      </w:r>
    </w:p>
    <w:p w14:paraId="5D81C765" w14:textId="77777777" w:rsidR="007D7487" w:rsidRDefault="00E6407B">
      <w:pPr>
        <w:suppressLineNumbers/>
        <w:spacing w:before="100" w:after="100"/>
        <w:jc w:val="center"/>
      </w:pPr>
      <w:r>
        <w:rPr>
          <w:rFonts w:cs="Times New Roman"/>
          <w:sz w:val="20"/>
        </w:rPr>
        <w:t>* * *</w:t>
      </w:r>
    </w:p>
    <w:p w14:paraId="56CB4B47" w14:textId="77777777" w:rsidR="007D7487" w:rsidRDefault="00E6407B">
      <w:pPr>
        <w:ind w:firstLine="288"/>
      </w:pPr>
      <w:r>
        <w:rPr>
          <w:rFonts w:cs="Times New Roman"/>
        </w:rPr>
        <w:t>After a time Jesus continued.</w:t>
      </w:r>
    </w:p>
    <w:p w14:paraId="5013B79C" w14:textId="77777777" w:rsidR="007D7487" w:rsidRDefault="00E6407B">
      <w:pPr>
        <w:ind w:firstLine="288"/>
      </w:pPr>
      <w:r>
        <w:rPr>
          <w:rFonts w:cs="Times New Roman"/>
        </w:rPr>
        <w:t>"And the Father promised more than cleansing."</w:t>
      </w:r>
    </w:p>
    <w:p w14:paraId="1F77CD31" w14:textId="77777777" w:rsidR="007D7487" w:rsidRDefault="00E6407B">
      <w:pPr>
        <w:ind w:firstLine="288"/>
      </w:pPr>
      <w:r>
        <w:rPr>
          <w:rFonts w:cs="Times New Roman"/>
        </w:rPr>
        <w:t>Nicodemus wiped his face.</w:t>
      </w:r>
    </w:p>
    <w:p w14:paraId="52078B65" w14:textId="77777777" w:rsidR="007D7487" w:rsidRDefault="00E6407B">
      <w:pPr>
        <w:ind w:firstLine="288"/>
      </w:pPr>
      <w:r>
        <w:rPr>
          <w:rFonts w:cs="Times New Roman"/>
        </w:rPr>
        <w:t>"Jeremiah."</w:t>
      </w:r>
    </w:p>
    <w:p w14:paraId="067B7D2F" w14:textId="77777777" w:rsidR="007D7487" w:rsidRDefault="00E6407B">
      <w:pPr>
        <w:ind w:firstLine="288"/>
      </w:pPr>
      <w:r>
        <w:rPr>
          <w:rFonts w:cs="Times New Roman"/>
        </w:rPr>
        <w:t>Jesus smiled.</w:t>
      </w:r>
    </w:p>
    <w:p w14:paraId="4A7E1F3C" w14:textId="77777777" w:rsidR="007D7487" w:rsidRDefault="00E6407B">
      <w:pPr>
        <w:ind w:firstLine="288"/>
      </w:pPr>
      <w:r>
        <w:rPr>
          <w:rFonts w:cs="Times New Roman"/>
        </w:rPr>
        <w:t>"Of course Jeremiah."</w:t>
      </w:r>
    </w:p>
    <w:p w14:paraId="63810C3F" w14:textId="77777777" w:rsidR="007D7487" w:rsidRDefault="00E6407B">
      <w:pPr>
        <w:ind w:firstLine="288"/>
      </w:pPr>
      <w:r>
        <w:rPr>
          <w:rFonts w:cs="Times New Roman"/>
        </w:rPr>
        <w:t>A few people laughed softly.</w:t>
      </w:r>
    </w:p>
    <w:p w14:paraId="68BFC9B7" w14:textId="77777777" w:rsidR="007D7487" w:rsidRDefault="00E6407B">
      <w:pPr>
        <w:ind w:firstLine="288"/>
      </w:pPr>
      <w:r>
        <w:rPr>
          <w:rFonts w:cs="Times New Roman"/>
        </w:rPr>
        <w:t>"What did he promise?"</w:t>
      </w:r>
    </w:p>
    <w:p w14:paraId="20AA62D9" w14:textId="77777777" w:rsidR="007D7487" w:rsidRDefault="00E6407B">
      <w:pPr>
        <w:ind w:firstLine="288"/>
      </w:pPr>
      <w:r>
        <w:rPr>
          <w:rFonts w:cs="Times New Roman"/>
        </w:rPr>
        <w:t>"A new covenant."</w:t>
      </w:r>
    </w:p>
    <w:p w14:paraId="439EF1DA" w14:textId="77777777" w:rsidR="007D7487" w:rsidRDefault="00E6407B">
      <w:pPr>
        <w:ind w:firstLine="288"/>
      </w:pPr>
      <w:r>
        <w:rPr>
          <w:rFonts w:cs="Times New Roman"/>
        </w:rPr>
        <w:t>"With whom?"</w:t>
      </w:r>
    </w:p>
    <w:p w14:paraId="43B11BED" w14:textId="77777777" w:rsidR="007D7487" w:rsidRDefault="00E6407B">
      <w:pPr>
        <w:ind w:firstLine="288"/>
      </w:pPr>
      <w:r>
        <w:rPr>
          <w:rFonts w:cs="Times New Roman"/>
        </w:rPr>
        <w:t>Nicodemus answered without hesitation.</w:t>
      </w:r>
    </w:p>
    <w:p w14:paraId="7C8923DE" w14:textId="77777777" w:rsidR="007D7487" w:rsidRDefault="00E6407B">
      <w:pPr>
        <w:ind w:firstLine="288"/>
      </w:pPr>
      <w:r>
        <w:rPr>
          <w:rFonts w:cs="Times New Roman"/>
        </w:rPr>
        <w:t>"With the house of Israel, and with the house of Judah."</w:t>
      </w:r>
    </w:p>
    <w:p w14:paraId="3431F482" w14:textId="77777777" w:rsidR="007D7487" w:rsidRDefault="00E6407B">
      <w:pPr>
        <w:ind w:firstLine="288"/>
      </w:pPr>
      <w:r>
        <w:rPr>
          <w:rFonts w:cs="Times New Roman"/>
        </w:rPr>
        <w:t>Jesus nodded.</w:t>
      </w:r>
    </w:p>
    <w:p w14:paraId="7B7DF89D" w14:textId="77777777" w:rsidR="007D7487" w:rsidRDefault="00E6407B">
      <w:pPr>
        <w:ind w:firstLine="288"/>
      </w:pPr>
      <w:r>
        <w:rPr>
          <w:rFonts w:cs="Times New Roman"/>
        </w:rPr>
        <w:t>He did not erase the names.</w:t>
      </w:r>
    </w:p>
    <w:p w14:paraId="2AB793A0" w14:textId="77777777" w:rsidR="007D7487" w:rsidRDefault="00E6407B">
      <w:pPr>
        <w:ind w:firstLine="288"/>
      </w:pPr>
      <w:r>
        <w:rPr>
          <w:rFonts w:cs="Times New Roman"/>
        </w:rPr>
        <w:t>"And what would the Father do?"</w:t>
      </w:r>
    </w:p>
    <w:p w14:paraId="5FA72CE0" w14:textId="77777777" w:rsidR="007D7487" w:rsidRDefault="00E6407B">
      <w:pPr>
        <w:ind w:firstLine="288"/>
      </w:pPr>
      <w:r>
        <w:rPr>
          <w:rFonts w:cs="Times New Roman"/>
        </w:rPr>
        <w:lastRenderedPageBreak/>
        <w:t>"Put His law in their inward parts."</w:t>
      </w:r>
    </w:p>
    <w:p w14:paraId="2B717FB8" w14:textId="77777777" w:rsidR="007D7487" w:rsidRDefault="00E6407B">
      <w:pPr>
        <w:ind w:firstLine="288"/>
      </w:pPr>
      <w:r>
        <w:rPr>
          <w:rFonts w:cs="Times New Roman"/>
        </w:rPr>
        <w:t>"Write it in their hearts."</w:t>
      </w:r>
    </w:p>
    <w:p w14:paraId="3C3D705D" w14:textId="77777777" w:rsidR="007D7487" w:rsidRDefault="00E6407B">
      <w:pPr>
        <w:ind w:firstLine="288"/>
      </w:pPr>
      <w:r>
        <w:rPr>
          <w:rFonts w:cs="Times New Roman"/>
        </w:rPr>
        <w:t>"And?"</w:t>
      </w:r>
    </w:p>
    <w:p w14:paraId="1C0C744F" w14:textId="77777777" w:rsidR="007D7487" w:rsidRDefault="00E6407B">
      <w:pPr>
        <w:ind w:firstLine="288"/>
      </w:pPr>
      <w:r>
        <w:rPr>
          <w:rFonts w:cs="Times New Roman"/>
        </w:rPr>
        <w:t>"They shall all know Him."</w:t>
      </w:r>
    </w:p>
    <w:p w14:paraId="24D6A9FB" w14:textId="77777777" w:rsidR="007D7487" w:rsidRDefault="00E6407B">
      <w:pPr>
        <w:ind w:firstLine="288"/>
      </w:pPr>
      <w:r>
        <w:rPr>
          <w:rFonts w:cs="Times New Roman"/>
        </w:rPr>
        <w:t>"And?"</w:t>
      </w:r>
    </w:p>
    <w:p w14:paraId="5A43CD43" w14:textId="77777777" w:rsidR="007D7487" w:rsidRDefault="00E6407B">
      <w:pPr>
        <w:ind w:firstLine="288"/>
      </w:pPr>
      <w:r>
        <w:rPr>
          <w:rFonts w:cs="Times New Roman"/>
        </w:rPr>
        <w:t>"I will forgive their iniquity."</w:t>
      </w:r>
    </w:p>
    <w:p w14:paraId="76265D53" w14:textId="77777777" w:rsidR="007D7487" w:rsidRDefault="00E6407B">
      <w:pPr>
        <w:ind w:firstLine="288"/>
      </w:pPr>
      <w:r>
        <w:rPr>
          <w:rFonts w:cs="Times New Roman"/>
        </w:rPr>
        <w:t>"And remember their sin no more."</w:t>
      </w:r>
    </w:p>
    <w:p w14:paraId="38D73F20" w14:textId="77777777" w:rsidR="007D7487" w:rsidRDefault="00E6407B">
      <w:pPr>
        <w:ind w:firstLine="288"/>
      </w:pPr>
      <w:r>
        <w:rPr>
          <w:rFonts w:cs="Times New Roman"/>
          <w:i/>
        </w:rPr>
        <w:t>"Behold, the days come, saith the LORD, that I will make a new covenant with the house of Israel, and with the house of Judah: Not according to the covenant that I made with their fathers..."</w:t>
      </w:r>
    </w:p>
    <w:p w14:paraId="349D7FC6" w14:textId="77777777" w:rsidR="007D7487" w:rsidRDefault="00E6407B">
      <w:pPr>
        <w:ind w:firstLine="288"/>
      </w:pPr>
      <w:r>
        <w:rPr>
          <w:rFonts w:cs="Times New Roman"/>
          <w:i/>
        </w:rPr>
        <w:t>"But this shall be the covenant that I will make with the house of Israel; After those days, saith the LORD, I will put my law in their inward parts, and write it in their hearts; and will be their God, and they shall be my people."</w:t>
      </w:r>
    </w:p>
    <w:p w14:paraId="193B9DE8" w14:textId="77777777" w:rsidR="007D7487" w:rsidRDefault="00E6407B">
      <w:pPr>
        <w:ind w:firstLine="288"/>
      </w:pPr>
      <w:r>
        <w:rPr>
          <w:rFonts w:cs="Times New Roman"/>
          <w:i/>
        </w:rPr>
        <w:t>"...for I will forgive their iniquity, and I will remember their sin no more."</w:t>
      </w:r>
    </w:p>
    <w:p w14:paraId="1F2591FE" w14:textId="77777777" w:rsidR="007D7487" w:rsidRDefault="00E6407B">
      <w:pPr>
        <w:ind w:firstLine="288"/>
      </w:pPr>
      <w:r>
        <w:rPr>
          <w:rFonts w:cs="Times New Roman"/>
        </w:rPr>
        <w:t>The new covenant named Israel and Judah before it described inward law, knowledge of YHWH, and forgiveness.</w:t>
      </w:r>
    </w:p>
    <w:p w14:paraId="7F5E8666" w14:textId="77777777" w:rsidR="007D7487" w:rsidRDefault="00E6407B">
      <w:pPr>
        <w:ind w:firstLine="288"/>
      </w:pPr>
      <w:r>
        <w:rPr>
          <w:rFonts w:cs="Times New Roman"/>
        </w:rPr>
        <w:t>Jesus looked around.</w:t>
      </w:r>
    </w:p>
    <w:p w14:paraId="6857020B" w14:textId="77777777" w:rsidR="007D7487" w:rsidRDefault="00E6407B">
      <w:pPr>
        <w:ind w:firstLine="288"/>
      </w:pPr>
      <w:r>
        <w:rPr>
          <w:rFonts w:cs="Times New Roman"/>
        </w:rPr>
        <w:t>"The new covenant is not the Father forgetting what He promised."</w:t>
      </w:r>
    </w:p>
    <w:p w14:paraId="6CF65E19" w14:textId="77777777" w:rsidR="007D7487" w:rsidRDefault="00E6407B">
      <w:pPr>
        <w:ind w:firstLine="288"/>
      </w:pPr>
      <w:r>
        <w:rPr>
          <w:rFonts w:cs="Times New Roman"/>
        </w:rPr>
        <w:t>"It is the Father doing what He promised."</w:t>
      </w:r>
    </w:p>
    <w:p w14:paraId="4284D9D2" w14:textId="77777777" w:rsidR="007D7487" w:rsidRDefault="00E6407B">
      <w:pPr>
        <w:ind w:firstLine="288"/>
      </w:pPr>
      <w:r>
        <w:rPr>
          <w:rFonts w:cs="Times New Roman"/>
        </w:rPr>
        <w:t>He looked toward the Eleven.</w:t>
      </w:r>
    </w:p>
    <w:p w14:paraId="7DA52720" w14:textId="77777777" w:rsidR="007D7487" w:rsidRDefault="00E6407B">
      <w:pPr>
        <w:ind w:firstLine="288"/>
      </w:pPr>
      <w:r>
        <w:rPr>
          <w:rFonts w:cs="Times New Roman"/>
        </w:rPr>
        <w:t>"These men can tell the rest of you what I said at the table."</w:t>
      </w:r>
    </w:p>
    <w:p w14:paraId="43DAEEA9" w14:textId="77777777" w:rsidR="007D7487" w:rsidRDefault="00E6407B">
      <w:pPr>
        <w:ind w:firstLine="288"/>
      </w:pPr>
      <w:r>
        <w:rPr>
          <w:rFonts w:cs="Times New Roman"/>
        </w:rPr>
        <w:t>The bread.</w:t>
      </w:r>
    </w:p>
    <w:p w14:paraId="4102A2EF" w14:textId="77777777" w:rsidR="007D7487" w:rsidRDefault="00E6407B">
      <w:pPr>
        <w:ind w:firstLine="288"/>
      </w:pPr>
      <w:r>
        <w:rPr>
          <w:rFonts w:cs="Times New Roman"/>
        </w:rPr>
        <w:t>The cup.</w:t>
      </w:r>
    </w:p>
    <w:p w14:paraId="1D3186FD" w14:textId="77777777" w:rsidR="007D7487" w:rsidRDefault="00E6407B">
      <w:pPr>
        <w:ind w:firstLine="288"/>
      </w:pPr>
      <w:r>
        <w:rPr>
          <w:rFonts w:cs="Times New Roman"/>
        </w:rPr>
        <w:t>The covenant.</w:t>
      </w:r>
    </w:p>
    <w:p w14:paraId="10145B6C" w14:textId="77777777" w:rsidR="007D7487" w:rsidRDefault="00E6407B">
      <w:pPr>
        <w:ind w:firstLine="288"/>
      </w:pPr>
      <w:r>
        <w:rPr>
          <w:rFonts w:cs="Times New Roman"/>
        </w:rPr>
        <w:t>John remembered.</w:t>
      </w:r>
    </w:p>
    <w:p w14:paraId="78040AF5" w14:textId="77777777" w:rsidR="007D7487" w:rsidRDefault="00E6407B">
      <w:pPr>
        <w:ind w:firstLine="288"/>
      </w:pPr>
      <w:r>
        <w:rPr>
          <w:rFonts w:cs="Times New Roman"/>
        </w:rPr>
        <w:t>Peter remembered.</w:t>
      </w:r>
    </w:p>
    <w:p w14:paraId="4E255935" w14:textId="77777777" w:rsidR="007D7487" w:rsidRDefault="00E6407B">
      <w:pPr>
        <w:ind w:firstLine="288"/>
      </w:pPr>
      <w:r>
        <w:rPr>
          <w:rFonts w:cs="Times New Roman"/>
        </w:rPr>
        <w:t>James.</w:t>
      </w:r>
    </w:p>
    <w:p w14:paraId="09DC1801" w14:textId="77777777" w:rsidR="007D7487" w:rsidRDefault="00E6407B">
      <w:pPr>
        <w:ind w:firstLine="288"/>
      </w:pPr>
      <w:r>
        <w:rPr>
          <w:rFonts w:cs="Times New Roman"/>
        </w:rPr>
        <w:t>Matthew.</w:t>
      </w:r>
    </w:p>
    <w:p w14:paraId="5B91985B" w14:textId="77777777" w:rsidR="007D7487" w:rsidRDefault="00E6407B">
      <w:pPr>
        <w:ind w:firstLine="288"/>
      </w:pPr>
      <w:r>
        <w:rPr>
          <w:rFonts w:cs="Times New Roman"/>
        </w:rPr>
        <w:t>Thomas.</w:t>
      </w:r>
    </w:p>
    <w:p w14:paraId="7B8ECB86" w14:textId="77777777" w:rsidR="007D7487" w:rsidRDefault="00E6407B">
      <w:pPr>
        <w:ind w:firstLine="288"/>
      </w:pPr>
      <w:r>
        <w:rPr>
          <w:rFonts w:cs="Times New Roman"/>
        </w:rPr>
        <w:t>The memory belonged to them.</w:t>
      </w:r>
    </w:p>
    <w:p w14:paraId="3022C62C" w14:textId="77777777" w:rsidR="007D7487" w:rsidRDefault="00E6407B">
      <w:pPr>
        <w:ind w:firstLine="288"/>
      </w:pPr>
      <w:r>
        <w:rPr>
          <w:rFonts w:cs="Times New Roman"/>
        </w:rPr>
        <w:t>Jesus did not need to repeat every word.</w:t>
      </w:r>
    </w:p>
    <w:p w14:paraId="41194E71" w14:textId="77777777" w:rsidR="007D7487" w:rsidRDefault="00E6407B">
      <w:pPr>
        <w:suppressLineNumbers/>
        <w:spacing w:before="100" w:after="100"/>
        <w:jc w:val="center"/>
      </w:pPr>
      <w:r>
        <w:rPr>
          <w:rFonts w:cs="Times New Roman"/>
          <w:sz w:val="20"/>
        </w:rPr>
        <w:t>* * *</w:t>
      </w:r>
    </w:p>
    <w:p w14:paraId="02E31155" w14:textId="77777777" w:rsidR="007D7487" w:rsidRDefault="00E6407B">
      <w:pPr>
        <w:ind w:firstLine="288"/>
      </w:pPr>
      <w:r>
        <w:rPr>
          <w:rFonts w:cs="Times New Roman"/>
        </w:rPr>
        <w:t>Nathanael had been quiet.</w:t>
      </w:r>
    </w:p>
    <w:p w14:paraId="5C1C99E8" w14:textId="77777777" w:rsidR="007D7487" w:rsidRDefault="00E6407B">
      <w:pPr>
        <w:ind w:firstLine="288"/>
      </w:pPr>
      <w:r>
        <w:rPr>
          <w:rFonts w:cs="Times New Roman"/>
        </w:rPr>
        <w:t>Jesus turned toward him.</w:t>
      </w:r>
    </w:p>
    <w:p w14:paraId="504943AE" w14:textId="77777777" w:rsidR="007D7487" w:rsidRDefault="00E6407B">
      <w:pPr>
        <w:ind w:firstLine="288"/>
      </w:pPr>
      <w:r>
        <w:rPr>
          <w:rFonts w:cs="Times New Roman"/>
        </w:rPr>
        <w:t>"You are thinking."</w:t>
      </w:r>
    </w:p>
    <w:p w14:paraId="25B6585C" w14:textId="77777777" w:rsidR="007D7487" w:rsidRDefault="00E6407B">
      <w:pPr>
        <w:ind w:firstLine="288"/>
      </w:pPr>
      <w:r>
        <w:rPr>
          <w:rFonts w:cs="Times New Roman"/>
        </w:rPr>
        <w:t>Nathanael smiled.</w:t>
      </w:r>
    </w:p>
    <w:p w14:paraId="5F687558" w14:textId="77777777" w:rsidR="007D7487" w:rsidRDefault="00E6407B">
      <w:pPr>
        <w:ind w:firstLine="288"/>
      </w:pPr>
      <w:r>
        <w:rPr>
          <w:rFonts w:cs="Times New Roman"/>
        </w:rPr>
        <w:t>"That appears dangerous in this gathering."</w:t>
      </w:r>
    </w:p>
    <w:p w14:paraId="456AAC73" w14:textId="77777777" w:rsidR="007D7487" w:rsidRDefault="00E6407B">
      <w:pPr>
        <w:ind w:firstLine="288"/>
      </w:pPr>
      <w:r>
        <w:rPr>
          <w:rFonts w:cs="Times New Roman"/>
        </w:rPr>
        <w:t>Peter laughed.</w:t>
      </w:r>
    </w:p>
    <w:p w14:paraId="28669ECE" w14:textId="77777777" w:rsidR="007D7487" w:rsidRDefault="00E6407B">
      <w:pPr>
        <w:ind w:firstLine="288"/>
      </w:pPr>
      <w:r>
        <w:rPr>
          <w:rFonts w:cs="Times New Roman"/>
        </w:rPr>
        <w:t>Jesus asked:</w:t>
      </w:r>
    </w:p>
    <w:p w14:paraId="03E71550" w14:textId="77777777" w:rsidR="007D7487" w:rsidRDefault="00E6407B">
      <w:pPr>
        <w:ind w:firstLine="288"/>
      </w:pPr>
      <w:r>
        <w:rPr>
          <w:rFonts w:cs="Times New Roman"/>
        </w:rPr>
        <w:lastRenderedPageBreak/>
        <w:t>"Do you remember when I first saw you?"</w:t>
      </w:r>
    </w:p>
    <w:p w14:paraId="532954AF" w14:textId="77777777" w:rsidR="007D7487" w:rsidRDefault="00E6407B">
      <w:pPr>
        <w:ind w:firstLine="288"/>
      </w:pPr>
      <w:r>
        <w:rPr>
          <w:rFonts w:cs="Times New Roman"/>
        </w:rPr>
        <w:t>"Under the fig tree."</w:t>
      </w:r>
    </w:p>
    <w:p w14:paraId="73A2A75F" w14:textId="77777777" w:rsidR="007D7487" w:rsidRDefault="00E6407B">
      <w:pPr>
        <w:ind w:firstLine="288"/>
      </w:pPr>
      <w:r>
        <w:rPr>
          <w:rFonts w:cs="Times New Roman"/>
        </w:rPr>
        <w:t>"And what did I tell you?"</w:t>
      </w:r>
    </w:p>
    <w:p w14:paraId="41FBD3A2" w14:textId="77777777" w:rsidR="007D7487" w:rsidRDefault="00E6407B">
      <w:pPr>
        <w:ind w:firstLine="288"/>
      </w:pPr>
      <w:r>
        <w:rPr>
          <w:rFonts w:cs="Times New Roman"/>
        </w:rPr>
        <w:t>"That I would see greater things."</w:t>
      </w:r>
    </w:p>
    <w:p w14:paraId="74F2CBE2" w14:textId="77777777" w:rsidR="007D7487" w:rsidRDefault="00E6407B">
      <w:pPr>
        <w:ind w:firstLine="288"/>
      </w:pPr>
      <w:r>
        <w:rPr>
          <w:rFonts w:cs="Times New Roman"/>
        </w:rPr>
        <w:t>"And?"</w:t>
      </w:r>
    </w:p>
    <w:p w14:paraId="21849BBC" w14:textId="77777777" w:rsidR="007D7487" w:rsidRDefault="00E6407B">
      <w:pPr>
        <w:ind w:firstLine="288"/>
      </w:pPr>
      <w:r>
        <w:rPr>
          <w:rFonts w:cs="Times New Roman"/>
        </w:rPr>
        <w:t>Nathanael's expression softened.</w:t>
      </w:r>
    </w:p>
    <w:p w14:paraId="77572DDF" w14:textId="77777777" w:rsidR="007D7487" w:rsidRDefault="00E6407B">
      <w:pPr>
        <w:ind w:firstLine="288"/>
      </w:pPr>
      <w:r>
        <w:rPr>
          <w:rFonts w:cs="Times New Roman"/>
        </w:rPr>
        <w:t>"Heaven opened."</w:t>
      </w:r>
    </w:p>
    <w:p w14:paraId="6687B527" w14:textId="77777777" w:rsidR="007D7487" w:rsidRDefault="00E6407B">
      <w:pPr>
        <w:ind w:firstLine="288"/>
      </w:pPr>
      <w:r>
        <w:rPr>
          <w:rFonts w:cs="Times New Roman"/>
        </w:rPr>
        <w:t>"The angels of God ascending and descending upon the Son of Man."</w:t>
      </w:r>
    </w:p>
    <w:p w14:paraId="7F3D7DCB" w14:textId="77777777" w:rsidR="007D7487" w:rsidRDefault="00E6407B">
      <w:pPr>
        <w:ind w:firstLine="288"/>
      </w:pPr>
      <w:r>
        <w:rPr>
          <w:rFonts w:cs="Times New Roman"/>
        </w:rPr>
        <w:t>Jesus nodded.</w:t>
      </w:r>
    </w:p>
    <w:p w14:paraId="750FD2C6" w14:textId="77777777" w:rsidR="007D7487" w:rsidRDefault="00E6407B">
      <w:pPr>
        <w:ind w:firstLine="288"/>
      </w:pPr>
      <w:r>
        <w:rPr>
          <w:rFonts w:cs="Times New Roman"/>
        </w:rPr>
        <w:t>"What had Jacob seen?"</w:t>
      </w:r>
    </w:p>
    <w:p w14:paraId="7B15E3D9" w14:textId="77777777" w:rsidR="007D7487" w:rsidRDefault="00E6407B">
      <w:pPr>
        <w:ind w:firstLine="288"/>
      </w:pPr>
      <w:r>
        <w:rPr>
          <w:rFonts w:cs="Times New Roman"/>
        </w:rPr>
        <w:t>"A ladder."</w:t>
      </w:r>
    </w:p>
    <w:p w14:paraId="11D2E7A8" w14:textId="77777777" w:rsidR="007D7487" w:rsidRDefault="00E6407B">
      <w:pPr>
        <w:ind w:firstLine="288"/>
      </w:pPr>
      <w:r>
        <w:rPr>
          <w:rFonts w:cs="Times New Roman"/>
        </w:rPr>
        <w:t>"A place where heaven and earth met beneath the promise of God."</w:t>
      </w:r>
    </w:p>
    <w:p w14:paraId="630DDA31" w14:textId="77777777" w:rsidR="007D7487" w:rsidRDefault="00E6407B">
      <w:pPr>
        <w:ind w:firstLine="288"/>
      </w:pPr>
      <w:r>
        <w:rPr>
          <w:rFonts w:cs="Times New Roman"/>
        </w:rPr>
        <w:t>Jesus touched His chest.</w:t>
      </w:r>
    </w:p>
    <w:p w14:paraId="2578728D" w14:textId="77777777" w:rsidR="007D7487" w:rsidRDefault="00E6407B">
      <w:pPr>
        <w:ind w:firstLine="288"/>
      </w:pPr>
      <w:r>
        <w:rPr>
          <w:rFonts w:cs="Times New Roman"/>
        </w:rPr>
        <w:t>"And what did I tell you?"</w:t>
      </w:r>
    </w:p>
    <w:p w14:paraId="18CF6284" w14:textId="77777777" w:rsidR="007D7487" w:rsidRDefault="00E6407B">
      <w:pPr>
        <w:ind w:firstLine="288"/>
      </w:pPr>
      <w:r>
        <w:rPr>
          <w:rFonts w:cs="Times New Roman"/>
        </w:rPr>
        <w:t>Nathanael looked at Him.</w:t>
      </w:r>
    </w:p>
    <w:p w14:paraId="67032CE1" w14:textId="77777777" w:rsidR="007D7487" w:rsidRDefault="00E6407B">
      <w:pPr>
        <w:ind w:firstLine="288"/>
      </w:pPr>
      <w:r>
        <w:rPr>
          <w:rFonts w:cs="Times New Roman"/>
        </w:rPr>
        <w:t>"That the angels would ascend and descend upon the Son of Man."</w:t>
      </w:r>
    </w:p>
    <w:p w14:paraId="7FDDA626" w14:textId="77777777" w:rsidR="007D7487" w:rsidRDefault="00E6407B">
      <w:pPr>
        <w:ind w:firstLine="288"/>
      </w:pPr>
      <w:r>
        <w:rPr>
          <w:rFonts w:cs="Times New Roman"/>
        </w:rPr>
        <w:t>"The meeting place was not a mountain."</w:t>
      </w:r>
    </w:p>
    <w:p w14:paraId="753C0E04" w14:textId="77777777" w:rsidR="007D7487" w:rsidRDefault="00E6407B">
      <w:pPr>
        <w:ind w:firstLine="288"/>
      </w:pPr>
      <w:r>
        <w:rPr>
          <w:rFonts w:cs="Times New Roman"/>
        </w:rPr>
        <w:t>"No."</w:t>
      </w:r>
    </w:p>
    <w:p w14:paraId="1BF2A65E" w14:textId="77777777" w:rsidR="007D7487" w:rsidRDefault="00E6407B">
      <w:pPr>
        <w:ind w:firstLine="288"/>
      </w:pPr>
      <w:r>
        <w:rPr>
          <w:rFonts w:cs="Times New Roman"/>
        </w:rPr>
        <w:t>"Not Jacob."</w:t>
      </w:r>
    </w:p>
    <w:p w14:paraId="46E521D0" w14:textId="77777777" w:rsidR="007D7487" w:rsidRDefault="00E6407B">
      <w:pPr>
        <w:ind w:firstLine="288"/>
      </w:pPr>
      <w:r>
        <w:rPr>
          <w:rFonts w:cs="Times New Roman"/>
        </w:rPr>
        <w:t>"No."</w:t>
      </w:r>
    </w:p>
    <w:p w14:paraId="5F4F1535" w14:textId="77777777" w:rsidR="007D7487" w:rsidRDefault="00E6407B">
      <w:pPr>
        <w:ind w:firstLine="288"/>
      </w:pPr>
      <w:r>
        <w:rPr>
          <w:rFonts w:cs="Times New Roman"/>
        </w:rPr>
        <w:t>Jesus smiled.</w:t>
      </w:r>
    </w:p>
    <w:p w14:paraId="77ED7AA0" w14:textId="77777777" w:rsidR="007D7487" w:rsidRDefault="00E6407B">
      <w:pPr>
        <w:ind w:firstLine="288"/>
      </w:pPr>
      <w:r>
        <w:rPr>
          <w:rFonts w:cs="Times New Roman"/>
        </w:rPr>
        <w:t>"The Son of Man."</w:t>
      </w:r>
    </w:p>
    <w:p w14:paraId="6C864D4D" w14:textId="77777777" w:rsidR="007D7487" w:rsidRDefault="00E6407B">
      <w:pPr>
        <w:ind w:firstLine="288"/>
      </w:pPr>
      <w:r>
        <w:rPr>
          <w:rFonts w:cs="Times New Roman"/>
        </w:rPr>
        <w:t>Nathanael nodded.</w:t>
      </w:r>
    </w:p>
    <w:p w14:paraId="77506281" w14:textId="77777777" w:rsidR="007D7487" w:rsidRDefault="00E6407B">
      <w:pPr>
        <w:ind w:firstLine="288"/>
      </w:pPr>
      <w:r>
        <w:rPr>
          <w:rFonts w:cs="Times New Roman"/>
        </w:rPr>
        <w:t>"You will serve what the Father is doing."</w:t>
      </w:r>
    </w:p>
    <w:p w14:paraId="61DFDF7B" w14:textId="77777777" w:rsidR="007D7487" w:rsidRDefault="00E6407B">
      <w:pPr>
        <w:ind w:firstLine="288"/>
      </w:pPr>
      <w:r>
        <w:rPr>
          <w:rFonts w:cs="Times New Roman"/>
        </w:rPr>
        <w:t>"You will carry My words."</w:t>
      </w:r>
    </w:p>
    <w:p w14:paraId="648D4BD2" w14:textId="77777777" w:rsidR="007D7487" w:rsidRDefault="00E6407B">
      <w:pPr>
        <w:ind w:firstLine="288"/>
      </w:pPr>
      <w:r>
        <w:rPr>
          <w:rFonts w:cs="Times New Roman"/>
        </w:rPr>
        <w:t>"You will receive the Spirit."</w:t>
      </w:r>
    </w:p>
    <w:p w14:paraId="1BA2A4D6" w14:textId="77777777" w:rsidR="007D7487" w:rsidRDefault="00E6407B">
      <w:pPr>
        <w:ind w:firstLine="288"/>
      </w:pPr>
      <w:r>
        <w:rPr>
          <w:rFonts w:cs="Times New Roman"/>
        </w:rPr>
        <w:t>"But do not mistake the servant for the stairway."</w:t>
      </w:r>
    </w:p>
    <w:p w14:paraId="499A6EA6" w14:textId="77777777" w:rsidR="007D7487" w:rsidRDefault="00E6407B">
      <w:pPr>
        <w:ind w:firstLine="288"/>
      </w:pPr>
      <w:r>
        <w:rPr>
          <w:rFonts w:cs="Times New Roman"/>
        </w:rPr>
        <w:t>Several people smiled.</w:t>
      </w:r>
    </w:p>
    <w:p w14:paraId="4493A607" w14:textId="77777777" w:rsidR="007D7487" w:rsidRDefault="00E6407B">
      <w:pPr>
        <w:ind w:firstLine="288"/>
      </w:pPr>
      <w:r>
        <w:rPr>
          <w:rFonts w:cs="Times New Roman"/>
        </w:rPr>
        <w:t>"The Son remains the meeting place."</w:t>
      </w:r>
    </w:p>
    <w:p w14:paraId="6F553E92" w14:textId="77777777" w:rsidR="007D7487" w:rsidRDefault="00E6407B">
      <w:pPr>
        <w:ind w:firstLine="288"/>
      </w:pPr>
      <w:r>
        <w:rPr>
          <w:rFonts w:cs="Times New Roman"/>
        </w:rPr>
        <w:t>The disciples would serve.</w:t>
      </w:r>
    </w:p>
    <w:p w14:paraId="344E53B0" w14:textId="77777777" w:rsidR="007D7487" w:rsidRDefault="00E6407B">
      <w:pPr>
        <w:ind w:firstLine="288"/>
      </w:pPr>
      <w:r>
        <w:rPr>
          <w:rFonts w:cs="Times New Roman"/>
        </w:rPr>
        <w:t>They would witness.</w:t>
      </w:r>
    </w:p>
    <w:p w14:paraId="3BED491A" w14:textId="77777777" w:rsidR="007D7487" w:rsidRDefault="00E6407B">
      <w:pPr>
        <w:ind w:firstLine="288"/>
      </w:pPr>
      <w:r>
        <w:rPr>
          <w:rFonts w:cs="Times New Roman"/>
        </w:rPr>
        <w:t>They would never become the One upon whom heaven itself was opened.</w:t>
      </w:r>
    </w:p>
    <w:p w14:paraId="191A2CD6" w14:textId="77777777" w:rsidR="007D7487" w:rsidRDefault="00E6407B">
      <w:pPr>
        <w:ind w:firstLine="288"/>
      </w:pPr>
      <w:r>
        <w:rPr>
          <w:rFonts w:cs="Times New Roman"/>
        </w:rPr>
        <w:t>John looked back toward the Temple discussion.</w:t>
      </w:r>
    </w:p>
    <w:p w14:paraId="1C36BEAC" w14:textId="77777777" w:rsidR="007D7487" w:rsidRDefault="00E6407B">
      <w:pPr>
        <w:ind w:firstLine="288"/>
      </w:pPr>
      <w:r>
        <w:rPr>
          <w:rFonts w:cs="Times New Roman"/>
        </w:rPr>
        <w:t>Heaven cannot contain God.</w:t>
      </w:r>
    </w:p>
    <w:p w14:paraId="7B3D9769" w14:textId="77777777" w:rsidR="007D7487" w:rsidRDefault="00E6407B">
      <w:pPr>
        <w:ind w:firstLine="288"/>
      </w:pPr>
      <w:r>
        <w:rPr>
          <w:rFonts w:cs="Times New Roman"/>
        </w:rPr>
        <w:t>Temple.</w:t>
      </w:r>
    </w:p>
    <w:p w14:paraId="04E68990" w14:textId="77777777" w:rsidR="007D7487" w:rsidRDefault="00E6407B">
      <w:pPr>
        <w:ind w:firstLine="288"/>
      </w:pPr>
      <w:r>
        <w:rPr>
          <w:rFonts w:cs="Times New Roman"/>
        </w:rPr>
        <w:t>Body.</w:t>
      </w:r>
    </w:p>
    <w:p w14:paraId="1B381AE1" w14:textId="77777777" w:rsidR="007D7487" w:rsidRDefault="00E6407B">
      <w:pPr>
        <w:ind w:firstLine="288"/>
      </w:pPr>
      <w:r>
        <w:rPr>
          <w:rFonts w:cs="Times New Roman"/>
        </w:rPr>
        <w:t>Spirit within.</w:t>
      </w:r>
    </w:p>
    <w:p w14:paraId="526BDABE" w14:textId="77777777" w:rsidR="007D7487" w:rsidRDefault="00E6407B">
      <w:pPr>
        <w:ind w:firstLine="288"/>
      </w:pPr>
      <w:r>
        <w:rPr>
          <w:rFonts w:cs="Times New Roman"/>
        </w:rPr>
        <w:t>The connections kept widening.</w:t>
      </w:r>
    </w:p>
    <w:p w14:paraId="0EB37CEC" w14:textId="77777777" w:rsidR="007D7487" w:rsidRDefault="00E6407B">
      <w:pPr>
        <w:suppressLineNumbers/>
        <w:spacing w:before="100" w:after="100"/>
        <w:jc w:val="center"/>
      </w:pPr>
      <w:r>
        <w:rPr>
          <w:rFonts w:cs="Times New Roman"/>
          <w:sz w:val="20"/>
        </w:rPr>
        <w:lastRenderedPageBreak/>
        <w:t>* * *</w:t>
      </w:r>
    </w:p>
    <w:p w14:paraId="16CC31AB" w14:textId="77777777" w:rsidR="007D7487" w:rsidRDefault="00E6407B">
      <w:pPr>
        <w:ind w:firstLine="288"/>
      </w:pPr>
      <w:r>
        <w:rPr>
          <w:rFonts w:cs="Times New Roman"/>
        </w:rPr>
        <w:t>Jesus looked toward Mary of Bethany.</w:t>
      </w:r>
    </w:p>
    <w:p w14:paraId="329A2EFC" w14:textId="77777777" w:rsidR="007D7487" w:rsidRDefault="00E6407B">
      <w:pPr>
        <w:ind w:firstLine="288"/>
      </w:pPr>
      <w:r>
        <w:rPr>
          <w:rFonts w:cs="Times New Roman"/>
        </w:rPr>
        <w:t>Mary immediately narrowed her eyes.</w:t>
      </w:r>
    </w:p>
    <w:p w14:paraId="6009466C" w14:textId="77777777" w:rsidR="007D7487" w:rsidRDefault="00E6407B">
      <w:pPr>
        <w:ind w:firstLine="288"/>
      </w:pPr>
      <w:r>
        <w:rPr>
          <w:rFonts w:cs="Times New Roman"/>
        </w:rPr>
        <w:t>John saw it.</w:t>
      </w:r>
    </w:p>
    <w:p w14:paraId="5EDF8502" w14:textId="77777777" w:rsidR="007D7487" w:rsidRDefault="00E6407B">
      <w:pPr>
        <w:ind w:firstLine="288"/>
      </w:pPr>
      <w:r>
        <w:rPr>
          <w:rFonts w:cs="Times New Roman"/>
        </w:rPr>
        <w:t>Peter saw John see it.</w:t>
      </w:r>
    </w:p>
    <w:p w14:paraId="3FFE8D85" w14:textId="77777777" w:rsidR="007D7487" w:rsidRDefault="00E6407B">
      <w:pPr>
        <w:ind w:firstLine="288"/>
      </w:pPr>
      <w:r>
        <w:rPr>
          <w:rFonts w:cs="Times New Roman"/>
        </w:rPr>
        <w:t>Peter began studying the ground before Jesus had spoken her name.</w:t>
      </w:r>
    </w:p>
    <w:p w14:paraId="23880175" w14:textId="77777777" w:rsidR="007D7487" w:rsidRDefault="00E6407B">
      <w:pPr>
        <w:ind w:firstLine="288"/>
      </w:pPr>
      <w:r>
        <w:rPr>
          <w:rFonts w:cs="Times New Roman"/>
        </w:rPr>
        <w:t>"Mary."</w:t>
      </w:r>
    </w:p>
    <w:p w14:paraId="33ACACB0" w14:textId="77777777" w:rsidR="007D7487" w:rsidRDefault="00E6407B">
      <w:pPr>
        <w:ind w:firstLine="288"/>
      </w:pPr>
      <w:r>
        <w:rPr>
          <w:rFonts w:cs="Times New Roman"/>
        </w:rPr>
        <w:t>"Yes, Lord."</w:t>
      </w:r>
    </w:p>
    <w:p w14:paraId="0269A4D9" w14:textId="77777777" w:rsidR="007D7487" w:rsidRDefault="00E6407B">
      <w:pPr>
        <w:ind w:firstLine="288"/>
      </w:pPr>
      <w:r>
        <w:rPr>
          <w:rFonts w:cs="Times New Roman"/>
        </w:rPr>
        <w:t>"A great many people remember what you did in Bethany."</w:t>
      </w:r>
    </w:p>
    <w:p w14:paraId="29E5C232" w14:textId="77777777" w:rsidR="007D7487" w:rsidRDefault="00E6407B">
      <w:pPr>
        <w:ind w:firstLine="288"/>
      </w:pPr>
      <w:r>
        <w:rPr>
          <w:rFonts w:cs="Times New Roman"/>
        </w:rPr>
        <w:t>Several men now found the soil extraordinarily interesting.</w:t>
      </w:r>
    </w:p>
    <w:p w14:paraId="6E57B5D4" w14:textId="77777777" w:rsidR="007D7487" w:rsidRDefault="00E6407B">
      <w:pPr>
        <w:ind w:firstLine="288"/>
      </w:pPr>
      <w:r>
        <w:rPr>
          <w:rFonts w:cs="Times New Roman"/>
        </w:rPr>
        <w:t>Mary followed Jesus' gaze.</w:t>
      </w:r>
    </w:p>
    <w:p w14:paraId="35E789AA" w14:textId="77777777" w:rsidR="007D7487" w:rsidRDefault="00E6407B">
      <w:pPr>
        <w:ind w:firstLine="288"/>
      </w:pPr>
      <w:r>
        <w:rPr>
          <w:rFonts w:cs="Times New Roman"/>
        </w:rPr>
        <w:t>A smile formed.</w:t>
      </w:r>
    </w:p>
    <w:p w14:paraId="0E991E25" w14:textId="77777777" w:rsidR="007D7487" w:rsidRDefault="00E6407B">
      <w:pPr>
        <w:ind w:firstLine="288"/>
      </w:pPr>
      <w:r>
        <w:rPr>
          <w:rFonts w:cs="Times New Roman"/>
        </w:rPr>
        <w:t>Jesus waited.</w:t>
      </w:r>
    </w:p>
    <w:p w14:paraId="23262DB0" w14:textId="77777777" w:rsidR="007D7487" w:rsidRDefault="00E6407B">
      <w:pPr>
        <w:ind w:firstLine="288"/>
      </w:pPr>
      <w:r>
        <w:rPr>
          <w:rFonts w:cs="Times New Roman"/>
        </w:rPr>
        <w:t>Long enough.</w:t>
      </w:r>
    </w:p>
    <w:p w14:paraId="0AB36DEA" w14:textId="77777777" w:rsidR="007D7487" w:rsidRDefault="00E6407B">
      <w:pPr>
        <w:ind w:firstLine="288"/>
      </w:pPr>
      <w:r>
        <w:rPr>
          <w:rFonts w:cs="Times New Roman"/>
        </w:rPr>
        <w:t>Then:</w:t>
      </w:r>
    </w:p>
    <w:p w14:paraId="208C6D98" w14:textId="77777777" w:rsidR="007D7487" w:rsidRDefault="00E6407B">
      <w:pPr>
        <w:ind w:firstLine="288"/>
      </w:pPr>
      <w:r>
        <w:rPr>
          <w:rFonts w:cs="Times New Roman"/>
        </w:rPr>
        <w:t>"You may apologize later."</w:t>
      </w:r>
    </w:p>
    <w:p w14:paraId="465533EA" w14:textId="77777777" w:rsidR="007D7487" w:rsidRDefault="00E6407B">
      <w:pPr>
        <w:ind w:firstLine="288"/>
      </w:pPr>
      <w:r>
        <w:rPr>
          <w:rFonts w:cs="Times New Roman"/>
        </w:rPr>
        <w:t>The women laughed.</w:t>
      </w:r>
    </w:p>
    <w:p w14:paraId="4DB56DBA" w14:textId="77777777" w:rsidR="007D7487" w:rsidRDefault="00E6407B">
      <w:pPr>
        <w:ind w:firstLine="288"/>
      </w:pPr>
      <w:r>
        <w:rPr>
          <w:rFonts w:cs="Times New Roman"/>
        </w:rPr>
        <w:t>Peter stared at a small stone as though he expected it to open the Scriptures.</w:t>
      </w:r>
    </w:p>
    <w:p w14:paraId="443F4A9E" w14:textId="77777777" w:rsidR="007D7487" w:rsidRDefault="00E6407B">
      <w:pPr>
        <w:ind w:firstLine="288"/>
      </w:pPr>
      <w:r>
        <w:rPr>
          <w:rFonts w:cs="Times New Roman"/>
        </w:rPr>
        <w:t>Mary laughed until she had to wipe beneath her eyes.</w:t>
      </w:r>
    </w:p>
    <w:p w14:paraId="4B1E6544" w14:textId="77777777" w:rsidR="007D7487" w:rsidRDefault="00E6407B">
      <w:pPr>
        <w:ind w:firstLine="288"/>
      </w:pPr>
      <w:r>
        <w:rPr>
          <w:rFonts w:cs="Times New Roman"/>
        </w:rPr>
        <w:t>Jesus let the joy remain.</w:t>
      </w:r>
    </w:p>
    <w:p w14:paraId="681FC1AF" w14:textId="77777777" w:rsidR="007D7487" w:rsidRDefault="00E6407B">
      <w:pPr>
        <w:ind w:firstLine="288"/>
      </w:pPr>
      <w:r>
        <w:rPr>
          <w:rFonts w:cs="Times New Roman"/>
        </w:rPr>
        <w:t>Then He looked at her.</w:t>
      </w:r>
    </w:p>
    <w:p w14:paraId="25564A91" w14:textId="77777777" w:rsidR="007D7487" w:rsidRDefault="00E6407B">
      <w:pPr>
        <w:ind w:firstLine="288"/>
      </w:pPr>
      <w:r>
        <w:rPr>
          <w:rFonts w:cs="Times New Roman"/>
        </w:rPr>
        <w:t>"You poured out what was costly."</w:t>
      </w:r>
    </w:p>
    <w:p w14:paraId="7A77570B" w14:textId="77777777" w:rsidR="007D7487" w:rsidRDefault="00E6407B">
      <w:pPr>
        <w:ind w:firstLine="288"/>
      </w:pPr>
      <w:r>
        <w:rPr>
          <w:rFonts w:cs="Times New Roman"/>
        </w:rPr>
        <w:t>Mary's laughter softened.</w:t>
      </w:r>
    </w:p>
    <w:p w14:paraId="4F532DF1" w14:textId="77777777" w:rsidR="007D7487" w:rsidRDefault="00E6407B">
      <w:pPr>
        <w:ind w:firstLine="288"/>
      </w:pPr>
      <w:r>
        <w:rPr>
          <w:rFonts w:cs="Times New Roman"/>
        </w:rPr>
        <w:t>"You anointed My body for burial before you understood how soon burial would come."</w:t>
      </w:r>
    </w:p>
    <w:p w14:paraId="45165496" w14:textId="77777777" w:rsidR="007D7487" w:rsidRDefault="00E6407B">
      <w:pPr>
        <w:ind w:firstLine="288"/>
      </w:pPr>
      <w:r>
        <w:rPr>
          <w:rFonts w:cs="Times New Roman"/>
        </w:rPr>
        <w:t>Her eyes filled.</w:t>
      </w:r>
    </w:p>
    <w:p w14:paraId="04B7D6C3" w14:textId="77777777" w:rsidR="007D7487" w:rsidRDefault="00E6407B">
      <w:pPr>
        <w:ind w:firstLine="288"/>
      </w:pPr>
      <w:r>
        <w:rPr>
          <w:rFonts w:cs="Times New Roman"/>
        </w:rPr>
        <w:t>"The Father had already borne witness to Me."</w:t>
      </w:r>
    </w:p>
    <w:p w14:paraId="1BB6A945" w14:textId="77777777" w:rsidR="007D7487" w:rsidRDefault="00E6407B">
      <w:pPr>
        <w:ind w:firstLine="288"/>
      </w:pPr>
      <w:r>
        <w:rPr>
          <w:rFonts w:cs="Times New Roman"/>
        </w:rPr>
        <w:t>"The Spirit had already descended and remained."</w:t>
      </w:r>
    </w:p>
    <w:p w14:paraId="498878E8" w14:textId="77777777" w:rsidR="007D7487" w:rsidRDefault="00E6407B">
      <w:pPr>
        <w:ind w:firstLine="288"/>
      </w:pPr>
      <w:r>
        <w:rPr>
          <w:rFonts w:cs="Times New Roman"/>
        </w:rPr>
        <w:t>"You did not make Me the Anointed One."</w:t>
      </w:r>
    </w:p>
    <w:p w14:paraId="13934901" w14:textId="77777777" w:rsidR="007D7487" w:rsidRDefault="00E6407B">
      <w:pPr>
        <w:ind w:firstLine="288"/>
      </w:pPr>
      <w:r>
        <w:rPr>
          <w:rFonts w:cs="Times New Roman"/>
        </w:rPr>
        <w:t>Mary nodded.</w:t>
      </w:r>
    </w:p>
    <w:p w14:paraId="14647459" w14:textId="77777777" w:rsidR="007D7487" w:rsidRDefault="00E6407B">
      <w:pPr>
        <w:ind w:firstLine="288"/>
      </w:pPr>
      <w:r>
        <w:rPr>
          <w:rFonts w:cs="Times New Roman"/>
        </w:rPr>
        <w:t>"But you believed enough to give what you had."</w:t>
      </w:r>
    </w:p>
    <w:p w14:paraId="6CD02AA9" w14:textId="77777777" w:rsidR="007D7487" w:rsidRDefault="00E6407B">
      <w:pPr>
        <w:ind w:firstLine="288"/>
      </w:pPr>
      <w:r>
        <w:rPr>
          <w:rFonts w:cs="Times New Roman"/>
        </w:rPr>
        <w:t>She lowered her eyes.</w:t>
      </w:r>
    </w:p>
    <w:p w14:paraId="0901754E" w14:textId="77777777" w:rsidR="007D7487" w:rsidRDefault="00E6407B">
      <w:pPr>
        <w:ind w:firstLine="288"/>
      </w:pPr>
      <w:r>
        <w:rPr>
          <w:rFonts w:cs="Times New Roman"/>
        </w:rPr>
        <w:t>Jesus looked toward the men who had objected.</w:t>
      </w:r>
    </w:p>
    <w:p w14:paraId="17FDF7FF" w14:textId="77777777" w:rsidR="007D7487" w:rsidRDefault="00E6407B">
      <w:pPr>
        <w:ind w:firstLine="288"/>
      </w:pPr>
      <w:r>
        <w:rPr>
          <w:rFonts w:cs="Times New Roman"/>
        </w:rPr>
        <w:t>"Her act did not accomplish My faithfulness."</w:t>
      </w:r>
    </w:p>
    <w:p w14:paraId="051FB021" w14:textId="77777777" w:rsidR="007D7487" w:rsidRDefault="00E6407B">
      <w:pPr>
        <w:ind w:firstLine="288"/>
      </w:pPr>
      <w:r>
        <w:rPr>
          <w:rFonts w:cs="Times New Roman"/>
        </w:rPr>
        <w:t>Peter dared to look up.</w:t>
      </w:r>
    </w:p>
    <w:p w14:paraId="2BB4A833" w14:textId="77777777" w:rsidR="007D7487" w:rsidRDefault="00E6407B">
      <w:pPr>
        <w:ind w:firstLine="288"/>
      </w:pPr>
      <w:r>
        <w:rPr>
          <w:rFonts w:cs="Times New Roman"/>
        </w:rPr>
        <w:t>Jesus smiled.</w:t>
      </w:r>
    </w:p>
    <w:p w14:paraId="4CA56792" w14:textId="77777777" w:rsidR="007D7487" w:rsidRDefault="00E6407B">
      <w:pPr>
        <w:ind w:firstLine="288"/>
      </w:pPr>
      <w:r>
        <w:rPr>
          <w:rFonts w:cs="Times New Roman"/>
        </w:rPr>
        <w:t>"It witnessed to it."</w:t>
      </w:r>
    </w:p>
    <w:p w14:paraId="00832AFA" w14:textId="77777777" w:rsidR="007D7487" w:rsidRDefault="00E6407B">
      <w:pPr>
        <w:ind w:firstLine="288"/>
      </w:pPr>
      <w:r>
        <w:rPr>
          <w:rFonts w:cs="Times New Roman"/>
        </w:rPr>
        <w:t>Her costly act had burial significance.</w:t>
      </w:r>
    </w:p>
    <w:p w14:paraId="4314719E" w14:textId="77777777" w:rsidR="007D7487" w:rsidRDefault="00E6407B">
      <w:pPr>
        <w:ind w:firstLine="288"/>
      </w:pPr>
      <w:r>
        <w:rPr>
          <w:rFonts w:cs="Times New Roman"/>
        </w:rPr>
        <w:t>It did not make her the priest who conferred Messiahship upon Jesus.</w:t>
      </w:r>
    </w:p>
    <w:p w14:paraId="0257881B" w14:textId="77777777" w:rsidR="007D7487" w:rsidRDefault="00E6407B">
      <w:pPr>
        <w:ind w:firstLine="288"/>
      </w:pPr>
      <w:r>
        <w:rPr>
          <w:rFonts w:cs="Times New Roman"/>
        </w:rPr>
        <w:lastRenderedPageBreak/>
        <w:t>The Father had already borne witness, and the Spirit had already descended and remained.</w:t>
      </w:r>
    </w:p>
    <w:p w14:paraId="730D1A3E" w14:textId="77777777" w:rsidR="007D7487" w:rsidRDefault="00E6407B">
      <w:pPr>
        <w:ind w:firstLine="288"/>
      </w:pPr>
      <w:r>
        <w:rPr>
          <w:rFonts w:cs="Times New Roman"/>
        </w:rPr>
        <w:t>Mary's face softened.</w:t>
      </w:r>
    </w:p>
    <w:p w14:paraId="58B4C3B2" w14:textId="77777777" w:rsidR="007D7487" w:rsidRDefault="00E6407B">
      <w:pPr>
        <w:ind w:firstLine="288"/>
      </w:pPr>
      <w:r>
        <w:rPr>
          <w:rFonts w:cs="Times New Roman"/>
        </w:rPr>
        <w:t>The ground became less interesting to the men.</w:t>
      </w:r>
    </w:p>
    <w:p w14:paraId="29C4684B" w14:textId="77777777" w:rsidR="007D7487" w:rsidRDefault="00E6407B">
      <w:pPr>
        <w:ind w:firstLine="288"/>
      </w:pPr>
      <w:r>
        <w:rPr>
          <w:rFonts w:cs="Times New Roman"/>
        </w:rPr>
        <w:t>For most of them.</w:t>
      </w:r>
    </w:p>
    <w:p w14:paraId="6EE1DCE9" w14:textId="77777777" w:rsidR="007D7487" w:rsidRDefault="00E6407B">
      <w:pPr>
        <w:suppressLineNumbers/>
        <w:spacing w:before="100" w:after="100"/>
        <w:jc w:val="center"/>
      </w:pPr>
      <w:r>
        <w:rPr>
          <w:rFonts w:cs="Times New Roman"/>
          <w:sz w:val="20"/>
        </w:rPr>
        <w:t>* * *</w:t>
      </w:r>
    </w:p>
    <w:p w14:paraId="69E4C46A" w14:textId="77777777" w:rsidR="007D7487" w:rsidRDefault="00E6407B">
      <w:pPr>
        <w:ind w:firstLine="288"/>
      </w:pPr>
      <w:r>
        <w:rPr>
          <w:rFonts w:cs="Times New Roman"/>
        </w:rPr>
        <w:t>Thomas was looking again at Jesus' hands.</w:t>
      </w:r>
    </w:p>
    <w:p w14:paraId="084FF466" w14:textId="77777777" w:rsidR="007D7487" w:rsidRDefault="00E6407B">
      <w:pPr>
        <w:ind w:firstLine="288"/>
      </w:pPr>
      <w:r>
        <w:rPr>
          <w:rFonts w:cs="Times New Roman"/>
        </w:rPr>
        <w:t>Jesus noticed.</w:t>
      </w:r>
    </w:p>
    <w:p w14:paraId="7E5F9104" w14:textId="77777777" w:rsidR="007D7487" w:rsidRDefault="00E6407B">
      <w:pPr>
        <w:ind w:firstLine="288"/>
      </w:pPr>
      <w:r>
        <w:rPr>
          <w:rFonts w:cs="Times New Roman"/>
        </w:rPr>
        <w:t>"Thomas."</w:t>
      </w:r>
    </w:p>
    <w:p w14:paraId="334B4DDA" w14:textId="77777777" w:rsidR="007D7487" w:rsidRDefault="00E6407B">
      <w:pPr>
        <w:ind w:firstLine="288"/>
      </w:pPr>
      <w:r>
        <w:rPr>
          <w:rFonts w:cs="Times New Roman"/>
        </w:rPr>
        <w:t>Thomas looked up.</w:t>
      </w:r>
    </w:p>
    <w:p w14:paraId="6AF6605C" w14:textId="77777777" w:rsidR="007D7487" w:rsidRDefault="00E6407B">
      <w:pPr>
        <w:ind w:firstLine="288"/>
      </w:pPr>
      <w:r>
        <w:rPr>
          <w:rFonts w:cs="Times New Roman"/>
        </w:rPr>
        <w:t>"When the LORD brought Israel out of Egypt, how did Moses speak of His deliverance?"</w:t>
      </w:r>
    </w:p>
    <w:p w14:paraId="08DBA428" w14:textId="77777777" w:rsidR="007D7487" w:rsidRDefault="00E6407B">
      <w:pPr>
        <w:ind w:firstLine="288"/>
      </w:pPr>
      <w:r>
        <w:rPr>
          <w:rFonts w:cs="Times New Roman"/>
        </w:rPr>
        <w:t>Thomas's eyes returned to the scar.</w:t>
      </w:r>
    </w:p>
    <w:p w14:paraId="6D355A63" w14:textId="77777777" w:rsidR="007D7487" w:rsidRDefault="00E6407B">
      <w:pPr>
        <w:ind w:firstLine="288"/>
      </w:pPr>
      <w:r>
        <w:rPr>
          <w:rFonts w:cs="Times New Roman"/>
        </w:rPr>
        <w:t>"With a mighty hand."</w:t>
      </w:r>
    </w:p>
    <w:p w14:paraId="32D96939" w14:textId="77777777" w:rsidR="007D7487" w:rsidRDefault="00E6407B">
      <w:pPr>
        <w:ind w:firstLine="288"/>
      </w:pPr>
      <w:r>
        <w:rPr>
          <w:rFonts w:cs="Times New Roman"/>
        </w:rPr>
        <w:t>"And?"</w:t>
      </w:r>
    </w:p>
    <w:p w14:paraId="59A680DA" w14:textId="77777777" w:rsidR="007D7487" w:rsidRDefault="00E6407B">
      <w:pPr>
        <w:ind w:firstLine="288"/>
      </w:pPr>
      <w:r>
        <w:rPr>
          <w:rFonts w:cs="Times New Roman"/>
        </w:rPr>
        <w:t>"An outstretched arm."</w:t>
      </w:r>
    </w:p>
    <w:p w14:paraId="63AA2088" w14:textId="77777777" w:rsidR="007D7487" w:rsidRDefault="00E6407B">
      <w:pPr>
        <w:ind w:firstLine="288"/>
      </w:pPr>
      <w:r>
        <w:rPr>
          <w:rFonts w:cs="Times New Roman"/>
        </w:rPr>
        <w:t>Jesus nodded.</w:t>
      </w:r>
    </w:p>
    <w:p w14:paraId="10AEEC7B" w14:textId="77777777" w:rsidR="007D7487" w:rsidRDefault="00E6407B">
      <w:pPr>
        <w:ind w:firstLine="288"/>
      </w:pPr>
      <w:r>
        <w:rPr>
          <w:rFonts w:cs="Times New Roman"/>
        </w:rPr>
        <w:t>"The Scriptures taught you the saving hand of God before you saw these."</w:t>
      </w:r>
    </w:p>
    <w:p w14:paraId="21B2F3D1" w14:textId="77777777" w:rsidR="007D7487" w:rsidRDefault="00E6407B">
      <w:pPr>
        <w:ind w:firstLine="288"/>
      </w:pPr>
      <w:r>
        <w:rPr>
          <w:rFonts w:cs="Times New Roman"/>
        </w:rPr>
        <w:t>Thomas swallowed.</w:t>
      </w:r>
    </w:p>
    <w:p w14:paraId="69405730" w14:textId="77777777" w:rsidR="007D7487" w:rsidRDefault="00E6407B">
      <w:pPr>
        <w:ind w:firstLine="288"/>
      </w:pPr>
      <w:r>
        <w:rPr>
          <w:rFonts w:cs="Times New Roman"/>
        </w:rPr>
        <w:t>Jesus held out His hand.</w:t>
      </w:r>
    </w:p>
    <w:p w14:paraId="645DCA77" w14:textId="77777777" w:rsidR="007D7487" w:rsidRDefault="00E6407B">
      <w:pPr>
        <w:ind w:firstLine="288"/>
      </w:pPr>
      <w:r>
        <w:rPr>
          <w:rFonts w:cs="Times New Roman"/>
        </w:rPr>
        <w:t>"You saw the wounds and said more than you knew how to explain."</w:t>
      </w:r>
    </w:p>
    <w:p w14:paraId="7D2D24FF" w14:textId="77777777" w:rsidR="007D7487" w:rsidRDefault="00E6407B">
      <w:pPr>
        <w:ind w:firstLine="288"/>
      </w:pPr>
      <w:r>
        <w:rPr>
          <w:rFonts w:cs="Times New Roman"/>
        </w:rPr>
        <w:t>Thomas's jaw tightened.</w:t>
      </w:r>
    </w:p>
    <w:p w14:paraId="47F14ECF" w14:textId="77777777" w:rsidR="007D7487" w:rsidRDefault="00E6407B">
      <w:pPr>
        <w:ind w:firstLine="288"/>
      </w:pPr>
      <w:r>
        <w:rPr>
          <w:rFonts w:cs="Times New Roman"/>
        </w:rPr>
        <w:t>Nobody repeated his confession for him.</w:t>
      </w:r>
    </w:p>
    <w:p w14:paraId="0F6944ED" w14:textId="77777777" w:rsidR="007D7487" w:rsidRDefault="00E6407B">
      <w:pPr>
        <w:ind w:firstLine="288"/>
      </w:pPr>
      <w:r>
        <w:rPr>
          <w:rFonts w:cs="Times New Roman"/>
        </w:rPr>
        <w:t>They all remembered.</w:t>
      </w:r>
    </w:p>
    <w:p w14:paraId="5485F6E3" w14:textId="77777777" w:rsidR="007D7487" w:rsidRDefault="00E6407B">
      <w:pPr>
        <w:ind w:firstLine="288"/>
      </w:pPr>
      <w:r>
        <w:rPr>
          <w:rFonts w:cs="Times New Roman"/>
        </w:rPr>
        <w:t>My Lord.</w:t>
      </w:r>
    </w:p>
    <w:p w14:paraId="325D448C" w14:textId="77777777" w:rsidR="007D7487" w:rsidRDefault="00E6407B">
      <w:pPr>
        <w:ind w:firstLine="288"/>
      </w:pPr>
      <w:r>
        <w:rPr>
          <w:rFonts w:cs="Times New Roman"/>
        </w:rPr>
        <w:t>My God.</w:t>
      </w:r>
    </w:p>
    <w:p w14:paraId="3F1B7FC8" w14:textId="77777777" w:rsidR="007D7487" w:rsidRDefault="00E6407B">
      <w:pPr>
        <w:ind w:firstLine="288"/>
      </w:pPr>
      <w:r>
        <w:rPr>
          <w:rFonts w:cs="Times New Roman"/>
        </w:rPr>
        <w:t>John remembered Naaman's earlier words:</w:t>
      </w:r>
    </w:p>
    <w:p w14:paraId="1D01FC17" w14:textId="77777777" w:rsidR="007D7487" w:rsidRDefault="00E6407B">
      <w:pPr>
        <w:ind w:firstLine="288"/>
      </w:pPr>
      <w:r>
        <w:rPr>
          <w:rFonts w:cs="Times New Roman"/>
        </w:rPr>
        <w:t>Now I know.</w:t>
      </w:r>
    </w:p>
    <w:p w14:paraId="7030CF6D" w14:textId="77777777" w:rsidR="007D7487" w:rsidRDefault="00E6407B">
      <w:pPr>
        <w:ind w:firstLine="288"/>
      </w:pPr>
      <w:r>
        <w:rPr>
          <w:rFonts w:cs="Times New Roman"/>
        </w:rPr>
        <w:t>The echo did not make the two confessions identical.</w:t>
      </w:r>
    </w:p>
    <w:p w14:paraId="1B9276F8" w14:textId="77777777" w:rsidR="007D7487" w:rsidRDefault="00E6407B">
      <w:pPr>
        <w:ind w:firstLine="288"/>
      </w:pPr>
      <w:r>
        <w:rPr>
          <w:rFonts w:cs="Times New Roman"/>
        </w:rPr>
        <w:t>It showed again how encounter could press a man from report toward recognition.</w:t>
      </w:r>
    </w:p>
    <w:p w14:paraId="5CEAD0FF" w14:textId="77777777" w:rsidR="007D7487" w:rsidRDefault="00E6407B">
      <w:pPr>
        <w:ind w:firstLine="288"/>
      </w:pPr>
      <w:r>
        <w:rPr>
          <w:rFonts w:cs="Times New Roman"/>
        </w:rPr>
        <w:t>Jesus lowered His hand.</w:t>
      </w:r>
    </w:p>
    <w:p w14:paraId="3760BCB9" w14:textId="77777777" w:rsidR="007D7487" w:rsidRDefault="00E6407B">
      <w:pPr>
        <w:ind w:firstLine="288"/>
      </w:pPr>
      <w:r>
        <w:rPr>
          <w:rFonts w:cs="Times New Roman"/>
        </w:rPr>
        <w:t>Thomas did not look away.</w:t>
      </w:r>
    </w:p>
    <w:p w14:paraId="1534E93D" w14:textId="77777777" w:rsidR="007D7487" w:rsidRDefault="00E6407B">
      <w:pPr>
        <w:suppressLineNumbers/>
        <w:spacing w:before="100" w:after="100"/>
        <w:jc w:val="center"/>
      </w:pPr>
      <w:r>
        <w:rPr>
          <w:rFonts w:cs="Times New Roman"/>
          <w:sz w:val="20"/>
        </w:rPr>
        <w:t>* * *</w:t>
      </w:r>
    </w:p>
    <w:p w14:paraId="29E48F72" w14:textId="77777777" w:rsidR="007D7487" w:rsidRDefault="00E6407B">
      <w:pPr>
        <w:ind w:firstLine="288"/>
      </w:pPr>
      <w:r>
        <w:rPr>
          <w:rFonts w:cs="Times New Roman"/>
        </w:rPr>
        <w:t>Jesus looked over the gathering.</w:t>
      </w:r>
    </w:p>
    <w:p w14:paraId="405FCA6D" w14:textId="77777777" w:rsidR="007D7487" w:rsidRDefault="00E6407B">
      <w:pPr>
        <w:ind w:firstLine="288"/>
      </w:pPr>
      <w:r>
        <w:rPr>
          <w:rFonts w:cs="Times New Roman"/>
        </w:rPr>
        <w:t>"You have heard of the Spirit descending upon Me."</w:t>
      </w:r>
    </w:p>
    <w:p w14:paraId="35E59269" w14:textId="77777777" w:rsidR="007D7487" w:rsidRDefault="00E6407B">
      <w:pPr>
        <w:ind w:firstLine="288"/>
      </w:pPr>
      <w:r>
        <w:rPr>
          <w:rFonts w:cs="Times New Roman"/>
        </w:rPr>
        <w:t>"Remaining upon Me."</w:t>
      </w:r>
    </w:p>
    <w:p w14:paraId="432EA5AE" w14:textId="77777777" w:rsidR="007D7487" w:rsidRDefault="00E6407B">
      <w:pPr>
        <w:ind w:firstLine="288"/>
      </w:pPr>
      <w:r>
        <w:rPr>
          <w:rFonts w:cs="Times New Roman"/>
        </w:rPr>
        <w:t>"You have heard Me promise that He shall be in you."</w:t>
      </w:r>
    </w:p>
    <w:p w14:paraId="6F96CE63" w14:textId="77777777" w:rsidR="007D7487" w:rsidRDefault="00E6407B">
      <w:pPr>
        <w:ind w:firstLine="288"/>
      </w:pPr>
      <w:r>
        <w:rPr>
          <w:rFonts w:cs="Times New Roman"/>
        </w:rPr>
        <w:t>Peter looked around at the gathered people again.</w:t>
      </w:r>
    </w:p>
    <w:p w14:paraId="0778A56D" w14:textId="77777777" w:rsidR="007D7487" w:rsidRDefault="00E6407B">
      <w:pPr>
        <w:ind w:firstLine="288"/>
      </w:pPr>
      <w:r>
        <w:rPr>
          <w:rFonts w:cs="Times New Roman"/>
        </w:rPr>
        <w:t>Living stones.</w:t>
      </w:r>
    </w:p>
    <w:p w14:paraId="3A6F0B02" w14:textId="77777777" w:rsidR="007D7487" w:rsidRDefault="00E6407B">
      <w:pPr>
        <w:ind w:firstLine="288"/>
      </w:pPr>
      <w:r>
        <w:rPr>
          <w:rFonts w:cs="Times New Roman"/>
        </w:rPr>
        <w:t>Jesus continued.</w:t>
      </w:r>
    </w:p>
    <w:p w14:paraId="51061F59" w14:textId="77777777" w:rsidR="007D7487" w:rsidRDefault="00E6407B">
      <w:pPr>
        <w:ind w:firstLine="288"/>
      </w:pPr>
      <w:r>
        <w:rPr>
          <w:rFonts w:cs="Times New Roman"/>
        </w:rPr>
        <w:lastRenderedPageBreak/>
        <w:t>"The Spirit will not make every one of you the same."</w:t>
      </w:r>
    </w:p>
    <w:p w14:paraId="72ED6814" w14:textId="77777777" w:rsidR="007D7487" w:rsidRDefault="00E6407B">
      <w:pPr>
        <w:ind w:firstLine="288"/>
      </w:pPr>
      <w:r>
        <w:rPr>
          <w:rFonts w:cs="Times New Roman"/>
        </w:rPr>
        <w:t>Matthew looked toward Simon.</w:t>
      </w:r>
    </w:p>
    <w:p w14:paraId="18BEC3CD" w14:textId="77777777" w:rsidR="007D7487" w:rsidRDefault="00E6407B">
      <w:pPr>
        <w:ind w:firstLine="288"/>
      </w:pPr>
      <w:r>
        <w:rPr>
          <w:rFonts w:cs="Times New Roman"/>
        </w:rPr>
        <w:t>Simon looked back.</w:t>
      </w:r>
    </w:p>
    <w:p w14:paraId="696A3EC0" w14:textId="77777777" w:rsidR="007D7487" w:rsidRDefault="00E6407B">
      <w:pPr>
        <w:ind w:firstLine="288"/>
      </w:pPr>
      <w:r>
        <w:rPr>
          <w:rFonts w:cs="Times New Roman"/>
        </w:rPr>
        <w:t>Thomas glanced toward Peter.</w:t>
      </w:r>
    </w:p>
    <w:p w14:paraId="2BF63D31" w14:textId="77777777" w:rsidR="007D7487" w:rsidRDefault="00E6407B">
      <w:pPr>
        <w:ind w:firstLine="288"/>
      </w:pPr>
      <w:r>
        <w:rPr>
          <w:rFonts w:cs="Times New Roman"/>
        </w:rPr>
        <w:t>Mary Magdalene toward Joanna.</w:t>
      </w:r>
    </w:p>
    <w:p w14:paraId="20965ACB" w14:textId="77777777" w:rsidR="007D7487" w:rsidRDefault="00E6407B">
      <w:pPr>
        <w:ind w:firstLine="288"/>
      </w:pPr>
      <w:r>
        <w:rPr>
          <w:rFonts w:cs="Times New Roman"/>
        </w:rPr>
        <w:t>Nicodemus toward Joseph.</w:t>
      </w:r>
    </w:p>
    <w:p w14:paraId="4325D6FE" w14:textId="77777777" w:rsidR="007D7487" w:rsidRDefault="00E6407B">
      <w:pPr>
        <w:ind w:firstLine="288"/>
      </w:pPr>
      <w:r>
        <w:rPr>
          <w:rFonts w:cs="Times New Roman"/>
        </w:rPr>
        <w:t>Jesus said:</w:t>
      </w:r>
    </w:p>
    <w:p w14:paraId="1DB59F6C" w14:textId="77777777" w:rsidR="007D7487" w:rsidRDefault="00E6407B">
      <w:pPr>
        <w:ind w:firstLine="288"/>
      </w:pPr>
      <w:r>
        <w:rPr>
          <w:rFonts w:cs="Times New Roman"/>
        </w:rPr>
        <w:t>"He will teach."</w:t>
      </w:r>
    </w:p>
    <w:p w14:paraId="5BB1C135" w14:textId="77777777" w:rsidR="007D7487" w:rsidRDefault="00E6407B">
      <w:pPr>
        <w:ind w:firstLine="288"/>
      </w:pPr>
      <w:r>
        <w:rPr>
          <w:rFonts w:cs="Times New Roman"/>
        </w:rPr>
        <w:t>"Bring My words to remembrance."</w:t>
      </w:r>
    </w:p>
    <w:p w14:paraId="4D4DF953" w14:textId="77777777" w:rsidR="007D7487" w:rsidRDefault="00E6407B">
      <w:pPr>
        <w:ind w:firstLine="288"/>
      </w:pPr>
      <w:r>
        <w:rPr>
          <w:rFonts w:cs="Times New Roman"/>
        </w:rPr>
        <w:t>"Testify of Me."</w:t>
      </w:r>
    </w:p>
    <w:p w14:paraId="4362D4A5" w14:textId="77777777" w:rsidR="007D7487" w:rsidRDefault="00E6407B">
      <w:pPr>
        <w:ind w:firstLine="288"/>
      </w:pPr>
      <w:r>
        <w:rPr>
          <w:rFonts w:cs="Times New Roman"/>
        </w:rPr>
        <w:t>"You shall bear witness."</w:t>
      </w:r>
    </w:p>
    <w:p w14:paraId="4184A292" w14:textId="77777777" w:rsidR="007D7487" w:rsidRDefault="00E6407B">
      <w:pPr>
        <w:ind w:firstLine="288"/>
      </w:pPr>
      <w:r>
        <w:rPr>
          <w:rFonts w:cs="Times New Roman"/>
        </w:rPr>
        <w:t>Jesus did not collapse every later work of the Spirit into this one sentence.</w:t>
      </w:r>
    </w:p>
    <w:p w14:paraId="185D92B5" w14:textId="77777777" w:rsidR="007D7487" w:rsidRDefault="00E6407B">
      <w:pPr>
        <w:ind w:firstLine="288"/>
      </w:pPr>
      <w:r>
        <w:rPr>
          <w:rFonts w:cs="Times New Roman"/>
        </w:rPr>
        <w:t>Teaching.</w:t>
      </w:r>
    </w:p>
    <w:p w14:paraId="58D1F129" w14:textId="77777777" w:rsidR="007D7487" w:rsidRDefault="00E6407B">
      <w:pPr>
        <w:ind w:firstLine="288"/>
      </w:pPr>
      <w:r>
        <w:rPr>
          <w:rFonts w:cs="Times New Roman"/>
        </w:rPr>
        <w:t>Remembrance.</w:t>
      </w:r>
    </w:p>
    <w:p w14:paraId="091D8FB5" w14:textId="77777777" w:rsidR="007D7487" w:rsidRDefault="00E6407B">
      <w:pPr>
        <w:ind w:firstLine="288"/>
      </w:pPr>
      <w:r>
        <w:rPr>
          <w:rFonts w:cs="Times New Roman"/>
        </w:rPr>
        <w:t>Testimony.</w:t>
      </w:r>
    </w:p>
    <w:p w14:paraId="4E1ED61D" w14:textId="77777777" w:rsidR="007D7487" w:rsidRDefault="00E6407B">
      <w:pPr>
        <w:ind w:firstLine="288"/>
      </w:pPr>
      <w:r>
        <w:rPr>
          <w:rFonts w:cs="Times New Roman"/>
        </w:rPr>
        <w:t>The promised indwelling.</w:t>
      </w:r>
    </w:p>
    <w:p w14:paraId="1008FBB1" w14:textId="77777777" w:rsidR="007D7487" w:rsidRDefault="00E6407B">
      <w:pPr>
        <w:ind w:firstLine="288"/>
      </w:pPr>
      <w:r>
        <w:rPr>
          <w:rFonts w:cs="Times New Roman"/>
        </w:rPr>
        <w:t>The later empowering of witness still had its own appointed moment.</w:t>
      </w:r>
    </w:p>
    <w:p w14:paraId="43AC7105" w14:textId="77777777" w:rsidR="007D7487" w:rsidRDefault="00E6407B">
      <w:pPr>
        <w:ind w:firstLine="288"/>
      </w:pPr>
      <w:r>
        <w:rPr>
          <w:rFonts w:cs="Times New Roman"/>
        </w:rPr>
        <w:t>"He will give what is needed for the work the Father gives."</w:t>
      </w:r>
    </w:p>
    <w:p w14:paraId="49789DBD" w14:textId="77777777" w:rsidR="007D7487" w:rsidRDefault="00E6407B">
      <w:pPr>
        <w:ind w:firstLine="288"/>
      </w:pPr>
      <w:r>
        <w:rPr>
          <w:rFonts w:cs="Times New Roman"/>
        </w:rPr>
        <w:t>John listened.</w:t>
      </w:r>
    </w:p>
    <w:p w14:paraId="33483C18" w14:textId="77777777" w:rsidR="007D7487" w:rsidRDefault="00E6407B">
      <w:pPr>
        <w:ind w:firstLine="288"/>
      </w:pPr>
      <w:r>
        <w:rPr>
          <w:rFonts w:cs="Times New Roman"/>
        </w:rPr>
        <w:t>Different witnesses.</w:t>
      </w:r>
    </w:p>
    <w:p w14:paraId="753635CA" w14:textId="77777777" w:rsidR="007D7487" w:rsidRDefault="00E6407B">
      <w:pPr>
        <w:ind w:firstLine="288"/>
      </w:pPr>
      <w:r>
        <w:rPr>
          <w:rFonts w:cs="Times New Roman"/>
        </w:rPr>
        <w:t>Different histories.</w:t>
      </w:r>
    </w:p>
    <w:p w14:paraId="3BBA74C1" w14:textId="77777777" w:rsidR="007D7487" w:rsidRDefault="00E6407B">
      <w:pPr>
        <w:ind w:firstLine="288"/>
      </w:pPr>
      <w:r>
        <w:rPr>
          <w:rFonts w:cs="Times New Roman"/>
        </w:rPr>
        <w:t>Different kinds of strength.</w:t>
      </w:r>
    </w:p>
    <w:p w14:paraId="7B1DD904" w14:textId="77777777" w:rsidR="007D7487" w:rsidRDefault="00E6407B">
      <w:pPr>
        <w:ind w:firstLine="288"/>
      </w:pPr>
      <w:r>
        <w:rPr>
          <w:rFonts w:cs="Times New Roman"/>
        </w:rPr>
        <w:t>Not one personality copied endlessly.</w:t>
      </w:r>
    </w:p>
    <w:p w14:paraId="431B648A" w14:textId="77777777" w:rsidR="007D7487" w:rsidRDefault="00E6407B">
      <w:pPr>
        <w:ind w:firstLine="288"/>
      </w:pPr>
      <w:r>
        <w:rPr>
          <w:rFonts w:cs="Times New Roman"/>
        </w:rPr>
        <w:t>The deeper questions about how such different people would live together could wait.</w:t>
      </w:r>
    </w:p>
    <w:p w14:paraId="0CECE62A" w14:textId="77777777" w:rsidR="007D7487" w:rsidRDefault="00E6407B">
      <w:pPr>
        <w:ind w:firstLine="288"/>
      </w:pPr>
      <w:r>
        <w:rPr>
          <w:rFonts w:cs="Times New Roman"/>
        </w:rPr>
        <w:t>For now they needed the same source.</w:t>
      </w:r>
    </w:p>
    <w:p w14:paraId="77469F8A" w14:textId="77777777" w:rsidR="007D7487" w:rsidRDefault="00E6407B">
      <w:pPr>
        <w:ind w:firstLine="288"/>
      </w:pPr>
      <w:r>
        <w:rPr>
          <w:rFonts w:cs="Times New Roman"/>
        </w:rPr>
        <w:t>The same life.</w:t>
      </w:r>
    </w:p>
    <w:p w14:paraId="6B635981" w14:textId="77777777" w:rsidR="007D7487" w:rsidRDefault="00E6407B">
      <w:pPr>
        <w:ind w:firstLine="288"/>
      </w:pPr>
      <w:r>
        <w:rPr>
          <w:rFonts w:cs="Times New Roman"/>
        </w:rPr>
        <w:t>The same Lord.</w:t>
      </w:r>
    </w:p>
    <w:p w14:paraId="5D6DAB1D" w14:textId="77777777" w:rsidR="007D7487" w:rsidRDefault="00E6407B">
      <w:pPr>
        <w:suppressLineNumbers/>
      </w:pPr>
      <w:r>
        <w:br w:type="page"/>
      </w:r>
    </w:p>
    <w:p w14:paraId="534A5E1C" w14:textId="77777777" w:rsidR="007D7487" w:rsidRDefault="00E6407B">
      <w:pPr>
        <w:pStyle w:val="Heading1"/>
        <w:suppressLineNumbers/>
      </w:pPr>
      <w:r>
        <w:rPr>
          <w:rFonts w:ascii="Times New Roman" w:hAnsi="Times New Roman" w:cs="Times New Roman"/>
        </w:rPr>
        <w:lastRenderedPageBreak/>
        <w:t>Section 16D — Galilee, the Nations, and the Commission</w:t>
      </w:r>
    </w:p>
    <w:p w14:paraId="67094B8F" w14:textId="77777777" w:rsidR="007D7487" w:rsidRDefault="00E6407B">
      <w:pPr>
        <w:ind w:firstLine="288"/>
      </w:pPr>
      <w:r>
        <w:rPr>
          <w:rFonts w:cs="Times New Roman"/>
        </w:rPr>
        <w:t>The promise of the Spirit did not make the world harmless.</w:t>
      </w:r>
    </w:p>
    <w:p w14:paraId="6AA4A2A9" w14:textId="77777777" w:rsidR="007D7487" w:rsidRDefault="00E6407B">
      <w:pPr>
        <w:ind w:firstLine="288"/>
      </w:pPr>
      <w:r>
        <w:rPr>
          <w:rFonts w:cs="Times New Roman"/>
        </w:rPr>
        <w:t>It made fear answer to a larger authority.</w:t>
      </w:r>
    </w:p>
    <w:p w14:paraId="490114F2" w14:textId="77777777" w:rsidR="007D7487" w:rsidRDefault="00E6407B">
      <w:pPr>
        <w:ind w:firstLine="288"/>
      </w:pPr>
      <w:r>
        <w:rPr>
          <w:rFonts w:cs="Times New Roman"/>
        </w:rPr>
        <w:t>Peter looked toward Jesus.</w:t>
      </w:r>
    </w:p>
    <w:p w14:paraId="498D62CD" w14:textId="77777777" w:rsidR="007D7487" w:rsidRDefault="00E6407B">
      <w:pPr>
        <w:ind w:firstLine="288"/>
      </w:pPr>
      <w:r>
        <w:rPr>
          <w:rFonts w:cs="Times New Roman"/>
        </w:rPr>
        <w:t>"If the enemy is defeated..."</w:t>
      </w:r>
    </w:p>
    <w:p w14:paraId="501438F9" w14:textId="77777777" w:rsidR="007D7487" w:rsidRDefault="00E6407B">
      <w:pPr>
        <w:ind w:firstLine="288"/>
      </w:pPr>
      <w:r>
        <w:rPr>
          <w:rFonts w:cs="Times New Roman"/>
        </w:rPr>
        <w:t>He paused.</w:t>
      </w:r>
    </w:p>
    <w:p w14:paraId="32DA94E1" w14:textId="77777777" w:rsidR="007D7487" w:rsidRDefault="00E6407B">
      <w:pPr>
        <w:ind w:firstLine="288"/>
      </w:pPr>
      <w:r>
        <w:rPr>
          <w:rFonts w:cs="Times New Roman"/>
        </w:rPr>
        <w:t>John saw the old public strength return, then strain.</w:t>
      </w:r>
    </w:p>
    <w:p w14:paraId="068E4F36" w14:textId="77777777" w:rsidR="007D7487" w:rsidRDefault="00E6407B">
      <w:pPr>
        <w:ind w:firstLine="288"/>
      </w:pPr>
      <w:r>
        <w:rPr>
          <w:rFonts w:cs="Times New Roman"/>
        </w:rPr>
        <w:t>"...why should we still be afraid?"</w:t>
      </w:r>
    </w:p>
    <w:p w14:paraId="1C818B6F" w14:textId="77777777" w:rsidR="007D7487" w:rsidRDefault="00E6407B">
      <w:pPr>
        <w:ind w:firstLine="288"/>
      </w:pPr>
      <w:r>
        <w:rPr>
          <w:rFonts w:cs="Times New Roman"/>
        </w:rPr>
        <w:t>Jesus did not dismiss the fear.</w:t>
      </w:r>
    </w:p>
    <w:p w14:paraId="30CED95F" w14:textId="77777777" w:rsidR="007D7487" w:rsidRDefault="00E6407B">
      <w:pPr>
        <w:ind w:firstLine="288"/>
      </w:pPr>
      <w:r>
        <w:rPr>
          <w:rFonts w:cs="Times New Roman"/>
        </w:rPr>
        <w:t>"You should not be foolish."</w:t>
      </w:r>
    </w:p>
    <w:p w14:paraId="0A75E642" w14:textId="77777777" w:rsidR="007D7487" w:rsidRDefault="00E6407B">
      <w:pPr>
        <w:ind w:firstLine="288"/>
      </w:pPr>
      <w:r>
        <w:rPr>
          <w:rFonts w:cs="Times New Roman"/>
        </w:rPr>
        <w:t>Peter listened.</w:t>
      </w:r>
    </w:p>
    <w:p w14:paraId="680F3629" w14:textId="77777777" w:rsidR="007D7487" w:rsidRDefault="00E6407B">
      <w:pPr>
        <w:ind w:firstLine="288"/>
      </w:pPr>
      <w:r>
        <w:rPr>
          <w:rFonts w:cs="Times New Roman"/>
        </w:rPr>
        <w:t>"The men who killed Me have not ceased to be dangerous."</w:t>
      </w:r>
    </w:p>
    <w:p w14:paraId="2A9DA7F9" w14:textId="77777777" w:rsidR="007D7487" w:rsidRDefault="00E6407B">
      <w:pPr>
        <w:ind w:firstLine="288"/>
      </w:pPr>
      <w:r>
        <w:rPr>
          <w:rFonts w:cs="Times New Roman"/>
        </w:rPr>
        <w:t>A shiver passed through the gathering.</w:t>
      </w:r>
    </w:p>
    <w:p w14:paraId="7D41D691" w14:textId="77777777" w:rsidR="007D7487" w:rsidRDefault="00E6407B">
      <w:pPr>
        <w:ind w:firstLine="288"/>
      </w:pPr>
      <w:r>
        <w:rPr>
          <w:rFonts w:cs="Times New Roman"/>
        </w:rPr>
        <w:t>"I never told you that men could not kill the body."</w:t>
      </w:r>
    </w:p>
    <w:p w14:paraId="61D17415" w14:textId="77777777" w:rsidR="007D7487" w:rsidRDefault="00E6407B">
      <w:pPr>
        <w:ind w:firstLine="288"/>
      </w:pPr>
      <w:r>
        <w:rPr>
          <w:rFonts w:cs="Times New Roman"/>
        </w:rPr>
        <w:t>Jesus held out His hands.</w:t>
      </w:r>
    </w:p>
    <w:p w14:paraId="3B5F29C3" w14:textId="77777777" w:rsidR="007D7487" w:rsidRDefault="00E6407B">
      <w:pPr>
        <w:ind w:firstLine="288"/>
      </w:pPr>
      <w:r>
        <w:rPr>
          <w:rFonts w:cs="Times New Roman"/>
        </w:rPr>
        <w:t>"I told you not to fear them as though killing the body were the highest authority."</w:t>
      </w:r>
    </w:p>
    <w:p w14:paraId="4CD1F967" w14:textId="77777777" w:rsidR="007D7487" w:rsidRDefault="00E6407B">
      <w:pPr>
        <w:ind w:firstLine="288"/>
      </w:pPr>
      <w:r>
        <w:rPr>
          <w:rFonts w:cs="Times New Roman"/>
        </w:rPr>
        <w:t>Thomas stared at Him.</w:t>
      </w:r>
    </w:p>
    <w:p w14:paraId="2E59BCE9" w14:textId="77777777" w:rsidR="007D7487" w:rsidRDefault="00E6407B">
      <w:pPr>
        <w:ind w:firstLine="288"/>
      </w:pPr>
      <w:r>
        <w:rPr>
          <w:rFonts w:cs="Times New Roman"/>
        </w:rPr>
        <w:t>Jesus' voice softened.</w:t>
      </w:r>
    </w:p>
    <w:p w14:paraId="43B0FDFA" w14:textId="77777777" w:rsidR="007D7487" w:rsidRDefault="00E6407B">
      <w:pPr>
        <w:ind w:firstLine="288"/>
      </w:pPr>
      <w:r>
        <w:rPr>
          <w:rFonts w:cs="Times New Roman"/>
        </w:rPr>
        <w:t>"You are looking at the answer."</w:t>
      </w:r>
    </w:p>
    <w:p w14:paraId="780C36A9" w14:textId="77777777" w:rsidR="007D7487" w:rsidRDefault="00E6407B">
      <w:pPr>
        <w:ind w:firstLine="288"/>
      </w:pPr>
      <w:r>
        <w:rPr>
          <w:rFonts w:cs="Times New Roman"/>
        </w:rPr>
        <w:t>Peter's shoulders slowly dropped.</w:t>
      </w:r>
    </w:p>
    <w:p w14:paraId="0799DF3E" w14:textId="77777777" w:rsidR="007D7487" w:rsidRDefault="00E6407B">
      <w:pPr>
        <w:ind w:firstLine="288"/>
      </w:pPr>
      <w:r>
        <w:rPr>
          <w:rFonts w:cs="Times New Roman"/>
        </w:rPr>
        <w:t>Not safety.</w:t>
      </w:r>
    </w:p>
    <w:p w14:paraId="35160C17" w14:textId="77777777" w:rsidR="007D7487" w:rsidRDefault="00E6407B">
      <w:pPr>
        <w:ind w:firstLine="288"/>
      </w:pPr>
      <w:r>
        <w:rPr>
          <w:rFonts w:cs="Times New Roman"/>
        </w:rPr>
        <w:t>Something larger than safety.</w:t>
      </w:r>
    </w:p>
    <w:p w14:paraId="29DA9B89" w14:textId="77777777" w:rsidR="007D7487" w:rsidRDefault="00E6407B">
      <w:pPr>
        <w:ind w:firstLine="288"/>
      </w:pPr>
      <w:r>
        <w:rPr>
          <w:rFonts w:cs="Times New Roman"/>
        </w:rPr>
        <w:t>Rome could kill.</w:t>
      </w:r>
    </w:p>
    <w:p w14:paraId="428D8DB1" w14:textId="77777777" w:rsidR="007D7487" w:rsidRDefault="00E6407B">
      <w:pPr>
        <w:ind w:firstLine="288"/>
      </w:pPr>
      <w:r>
        <w:rPr>
          <w:rFonts w:cs="Times New Roman"/>
        </w:rPr>
        <w:t>Rome had killed.</w:t>
      </w:r>
    </w:p>
    <w:p w14:paraId="4B819E9C" w14:textId="77777777" w:rsidR="007D7487" w:rsidRDefault="00E6407B">
      <w:pPr>
        <w:ind w:firstLine="288"/>
      </w:pPr>
      <w:r>
        <w:rPr>
          <w:rFonts w:cs="Times New Roman"/>
        </w:rPr>
        <w:t>And Rome's condemned victim stood alive before them.</w:t>
      </w:r>
    </w:p>
    <w:p w14:paraId="46AEA24F" w14:textId="77777777" w:rsidR="007D7487" w:rsidRDefault="00E6407B">
      <w:pPr>
        <w:ind w:firstLine="288"/>
      </w:pPr>
      <w:r>
        <w:rPr>
          <w:rFonts w:cs="Times New Roman"/>
        </w:rPr>
        <w:t>Simon the Zealot looked away toward the road.</w:t>
      </w:r>
    </w:p>
    <w:p w14:paraId="34959029" w14:textId="77777777" w:rsidR="007D7487" w:rsidRDefault="00E6407B">
      <w:pPr>
        <w:ind w:firstLine="288"/>
      </w:pPr>
      <w:r>
        <w:rPr>
          <w:rFonts w:cs="Times New Roman"/>
        </w:rPr>
        <w:t>The empire had become smaller without becoming imaginary.</w:t>
      </w:r>
    </w:p>
    <w:p w14:paraId="68C8381A" w14:textId="77777777" w:rsidR="007D7487" w:rsidRDefault="00E6407B">
      <w:pPr>
        <w:ind w:firstLine="288"/>
      </w:pPr>
      <w:r>
        <w:rPr>
          <w:rFonts w:cs="Times New Roman"/>
        </w:rPr>
        <w:t>Jesus had not taught them to deny the sword.</w:t>
      </w:r>
    </w:p>
    <w:p w14:paraId="641D3B06" w14:textId="77777777" w:rsidR="007D7487" w:rsidRDefault="00E6407B">
      <w:pPr>
        <w:ind w:firstLine="288"/>
      </w:pPr>
      <w:r>
        <w:rPr>
          <w:rFonts w:cs="Times New Roman"/>
        </w:rPr>
        <w:t>He had taught them that the sword could not reach the throne of life.</w:t>
      </w:r>
    </w:p>
    <w:p w14:paraId="506E3F81" w14:textId="77777777" w:rsidR="007D7487" w:rsidRDefault="00E6407B">
      <w:pPr>
        <w:suppressLineNumbers/>
        <w:spacing w:before="100" w:after="100"/>
        <w:jc w:val="center"/>
      </w:pPr>
      <w:r>
        <w:rPr>
          <w:rFonts w:cs="Times New Roman"/>
          <w:sz w:val="20"/>
        </w:rPr>
        <w:t>* * *</w:t>
      </w:r>
    </w:p>
    <w:p w14:paraId="3087080A" w14:textId="77777777" w:rsidR="007D7487" w:rsidRDefault="00E6407B">
      <w:pPr>
        <w:ind w:firstLine="288"/>
      </w:pPr>
      <w:r>
        <w:rPr>
          <w:rFonts w:cs="Times New Roman"/>
        </w:rPr>
        <w:t>Jesus turned toward the land around them.</w:t>
      </w:r>
    </w:p>
    <w:p w14:paraId="474C28BF" w14:textId="77777777" w:rsidR="007D7487" w:rsidRDefault="00E6407B">
      <w:pPr>
        <w:ind w:firstLine="288"/>
      </w:pPr>
      <w:r>
        <w:rPr>
          <w:rFonts w:cs="Times New Roman"/>
        </w:rPr>
        <w:t>"Now do you understand why Galilee?"</w:t>
      </w:r>
    </w:p>
    <w:p w14:paraId="4FC3FB4E" w14:textId="77777777" w:rsidR="007D7487" w:rsidRDefault="00E6407B">
      <w:pPr>
        <w:ind w:firstLine="288"/>
      </w:pPr>
      <w:r>
        <w:rPr>
          <w:rFonts w:cs="Times New Roman"/>
        </w:rPr>
        <w:t>No one answered immediately.</w:t>
      </w:r>
    </w:p>
    <w:p w14:paraId="2C8CC9F6" w14:textId="77777777" w:rsidR="007D7487" w:rsidRDefault="00E6407B">
      <w:pPr>
        <w:ind w:firstLine="288"/>
      </w:pPr>
      <w:r>
        <w:rPr>
          <w:rFonts w:cs="Times New Roman"/>
        </w:rPr>
        <w:t>"The land of Zebulun."</w:t>
      </w:r>
    </w:p>
    <w:p w14:paraId="302CA80D" w14:textId="77777777" w:rsidR="007D7487" w:rsidRDefault="00E6407B">
      <w:pPr>
        <w:ind w:firstLine="288"/>
      </w:pPr>
      <w:r>
        <w:rPr>
          <w:rFonts w:cs="Times New Roman"/>
        </w:rPr>
        <w:t>"The land of Naphtali."</w:t>
      </w:r>
    </w:p>
    <w:p w14:paraId="3C37D1B7" w14:textId="77777777" w:rsidR="007D7487" w:rsidRDefault="00E6407B">
      <w:pPr>
        <w:ind w:firstLine="288"/>
      </w:pPr>
      <w:r>
        <w:rPr>
          <w:rFonts w:cs="Times New Roman"/>
        </w:rPr>
        <w:t>Nicodemus whispered:</w:t>
      </w:r>
    </w:p>
    <w:p w14:paraId="44752EE6" w14:textId="77777777" w:rsidR="007D7487" w:rsidRDefault="00E6407B">
      <w:pPr>
        <w:ind w:firstLine="288"/>
      </w:pPr>
      <w:r>
        <w:rPr>
          <w:rFonts w:cs="Times New Roman"/>
        </w:rPr>
        <w:t>"Galilee of the nations."</w:t>
      </w:r>
    </w:p>
    <w:p w14:paraId="5E950A17" w14:textId="77777777" w:rsidR="007D7487" w:rsidRDefault="00E6407B">
      <w:pPr>
        <w:ind w:firstLine="288"/>
      </w:pPr>
      <w:r>
        <w:rPr>
          <w:rFonts w:cs="Times New Roman"/>
        </w:rPr>
        <w:lastRenderedPageBreak/>
        <w:t>Jesus nodded.</w:t>
      </w:r>
    </w:p>
    <w:p w14:paraId="16B0FAB6" w14:textId="77777777" w:rsidR="007D7487" w:rsidRDefault="00E6407B">
      <w:pPr>
        <w:ind w:firstLine="288"/>
      </w:pPr>
      <w:r>
        <w:rPr>
          <w:rFonts w:cs="Times New Roman"/>
        </w:rPr>
        <w:t>"The people which sat in darkness..."</w:t>
      </w:r>
    </w:p>
    <w:p w14:paraId="1E8ED03E" w14:textId="77777777" w:rsidR="007D7487" w:rsidRDefault="00E6407B">
      <w:pPr>
        <w:ind w:firstLine="288"/>
      </w:pPr>
      <w:r>
        <w:rPr>
          <w:rFonts w:cs="Times New Roman"/>
        </w:rPr>
        <w:t>John finished:</w:t>
      </w:r>
    </w:p>
    <w:p w14:paraId="67D78FDF" w14:textId="77777777" w:rsidR="007D7487" w:rsidRDefault="00E6407B">
      <w:pPr>
        <w:ind w:firstLine="288"/>
      </w:pPr>
      <w:r>
        <w:rPr>
          <w:rFonts w:cs="Times New Roman"/>
        </w:rPr>
        <w:t>"...saw great light."</w:t>
      </w:r>
    </w:p>
    <w:p w14:paraId="53B74470" w14:textId="77777777" w:rsidR="007D7487" w:rsidRDefault="00E6407B">
      <w:pPr>
        <w:ind w:firstLine="288"/>
      </w:pPr>
      <w:r>
        <w:rPr>
          <w:rFonts w:cs="Times New Roman"/>
          <w:i/>
        </w:rPr>
        <w:t>"The people that walked in darkness have seen a great light: they that dwell in the land of the shadow of death, upon them hath the light shined."</w:t>
      </w:r>
    </w:p>
    <w:p w14:paraId="38C96224" w14:textId="77777777" w:rsidR="007D7487" w:rsidRDefault="00E6407B">
      <w:pPr>
        <w:ind w:firstLine="288"/>
      </w:pPr>
      <w:r>
        <w:rPr>
          <w:rFonts w:cs="Times New Roman"/>
        </w:rPr>
        <w:t>The geography had become theology without ceasing to be geography.</w:t>
      </w:r>
    </w:p>
    <w:p w14:paraId="20C6D6AC" w14:textId="77777777" w:rsidR="007D7487" w:rsidRDefault="00E6407B">
      <w:pPr>
        <w:ind w:firstLine="288"/>
      </w:pPr>
      <w:r>
        <w:rPr>
          <w:rFonts w:cs="Times New Roman"/>
        </w:rPr>
        <w:t>Jesus looked toward Peter.</w:t>
      </w:r>
    </w:p>
    <w:p w14:paraId="072644ED" w14:textId="77777777" w:rsidR="007D7487" w:rsidRDefault="00E6407B">
      <w:pPr>
        <w:ind w:firstLine="288"/>
      </w:pPr>
      <w:r>
        <w:rPr>
          <w:rFonts w:cs="Times New Roman"/>
        </w:rPr>
        <w:t>"I told you before you scattered where I would gather you afterward."</w:t>
      </w:r>
    </w:p>
    <w:p w14:paraId="622EF3AA" w14:textId="77777777" w:rsidR="007D7487" w:rsidRDefault="00E6407B">
      <w:pPr>
        <w:ind w:firstLine="288"/>
      </w:pPr>
      <w:r>
        <w:rPr>
          <w:rFonts w:cs="Times New Roman"/>
        </w:rPr>
        <w:t>Peter nodded.</w:t>
      </w:r>
    </w:p>
    <w:p w14:paraId="3E46AA1B" w14:textId="77777777" w:rsidR="007D7487" w:rsidRDefault="00E6407B">
      <w:pPr>
        <w:ind w:firstLine="288"/>
      </w:pPr>
      <w:r>
        <w:rPr>
          <w:rFonts w:cs="Times New Roman"/>
        </w:rPr>
        <w:t>"I knew where I would gather you before you knew where you would run."</w:t>
      </w:r>
    </w:p>
    <w:p w14:paraId="37F8B67C" w14:textId="77777777" w:rsidR="007D7487" w:rsidRDefault="00E6407B">
      <w:pPr>
        <w:ind w:firstLine="288"/>
      </w:pPr>
      <w:r>
        <w:rPr>
          <w:rFonts w:cs="Times New Roman"/>
        </w:rPr>
        <w:t>Peter's mouth tightened.</w:t>
      </w:r>
    </w:p>
    <w:p w14:paraId="5B7D835E" w14:textId="77777777" w:rsidR="007D7487" w:rsidRDefault="00E6407B">
      <w:pPr>
        <w:ind w:firstLine="288"/>
      </w:pPr>
      <w:r>
        <w:rPr>
          <w:rFonts w:cs="Times New Roman"/>
        </w:rPr>
        <w:t>Then a faint smile appeared.</w:t>
      </w:r>
    </w:p>
    <w:p w14:paraId="7925A28F" w14:textId="77777777" w:rsidR="007D7487" w:rsidRDefault="00E6407B">
      <w:pPr>
        <w:ind w:firstLine="288"/>
      </w:pPr>
      <w:r>
        <w:rPr>
          <w:rFonts w:cs="Times New Roman"/>
        </w:rPr>
        <w:t>"The Shepherd was struck."</w:t>
      </w:r>
    </w:p>
    <w:p w14:paraId="33DA39FE" w14:textId="77777777" w:rsidR="007D7487" w:rsidRDefault="00E6407B">
      <w:pPr>
        <w:ind w:firstLine="288"/>
      </w:pPr>
      <w:r>
        <w:rPr>
          <w:rFonts w:cs="Times New Roman"/>
        </w:rPr>
        <w:t>"The sheep scattered."</w:t>
      </w:r>
    </w:p>
    <w:p w14:paraId="55EF8A6E" w14:textId="77777777" w:rsidR="007D7487" w:rsidRDefault="00E6407B">
      <w:pPr>
        <w:ind w:firstLine="288"/>
      </w:pPr>
      <w:r>
        <w:rPr>
          <w:rFonts w:cs="Times New Roman"/>
        </w:rPr>
        <w:t>Jesus looked at him.</w:t>
      </w:r>
    </w:p>
    <w:p w14:paraId="619E90E6" w14:textId="77777777" w:rsidR="007D7487" w:rsidRDefault="00E6407B">
      <w:pPr>
        <w:ind w:firstLine="288"/>
      </w:pPr>
      <w:r>
        <w:rPr>
          <w:rFonts w:cs="Times New Roman"/>
        </w:rPr>
        <w:t>"But scattering did not scatter the Father's purpose."</w:t>
      </w:r>
    </w:p>
    <w:p w14:paraId="1B29B9D3" w14:textId="77777777" w:rsidR="007D7487" w:rsidRDefault="00E6407B">
      <w:pPr>
        <w:ind w:firstLine="288"/>
      </w:pPr>
      <w:r>
        <w:rPr>
          <w:rFonts w:cs="Times New Roman"/>
        </w:rPr>
        <w:t>Peter lowered his eyes.</w:t>
      </w:r>
    </w:p>
    <w:p w14:paraId="2ACA8734" w14:textId="77777777" w:rsidR="007D7487" w:rsidRDefault="00E6407B">
      <w:pPr>
        <w:ind w:firstLine="288"/>
      </w:pPr>
      <w:r>
        <w:rPr>
          <w:rFonts w:cs="Times New Roman"/>
        </w:rPr>
        <w:t>The sentence reached farther than geography.</w:t>
      </w:r>
    </w:p>
    <w:p w14:paraId="36B1AE88" w14:textId="77777777" w:rsidR="007D7487" w:rsidRDefault="00E6407B">
      <w:pPr>
        <w:suppressLineNumbers/>
        <w:spacing w:before="100" w:after="100"/>
        <w:jc w:val="center"/>
      </w:pPr>
      <w:r>
        <w:rPr>
          <w:rFonts w:cs="Times New Roman"/>
          <w:sz w:val="20"/>
        </w:rPr>
        <w:t>* * *</w:t>
      </w:r>
    </w:p>
    <w:p w14:paraId="59816CAC" w14:textId="77777777" w:rsidR="007D7487" w:rsidRDefault="00E6407B">
      <w:pPr>
        <w:ind w:firstLine="288"/>
      </w:pPr>
      <w:r>
        <w:rPr>
          <w:rFonts w:cs="Times New Roman"/>
        </w:rPr>
        <w:t>Jesus looked across the gathering.</w:t>
      </w:r>
    </w:p>
    <w:p w14:paraId="5532F772" w14:textId="77777777" w:rsidR="007D7487" w:rsidRDefault="00E6407B">
      <w:pPr>
        <w:ind w:firstLine="288"/>
      </w:pPr>
      <w:r>
        <w:rPr>
          <w:rFonts w:cs="Times New Roman"/>
        </w:rPr>
        <w:t>"Now tell Me."</w:t>
      </w:r>
    </w:p>
    <w:p w14:paraId="1F4BBF03" w14:textId="77777777" w:rsidR="007D7487" w:rsidRDefault="00E6407B">
      <w:pPr>
        <w:ind w:firstLine="288"/>
      </w:pPr>
      <w:r>
        <w:rPr>
          <w:rFonts w:cs="Times New Roman"/>
        </w:rPr>
        <w:t>"Why did the Father call Abraham?"</w:t>
      </w:r>
    </w:p>
    <w:p w14:paraId="37EB8D76" w14:textId="77777777" w:rsidR="007D7487" w:rsidRDefault="00E6407B">
      <w:pPr>
        <w:ind w:firstLine="288"/>
      </w:pPr>
      <w:r>
        <w:rPr>
          <w:rFonts w:cs="Times New Roman"/>
        </w:rPr>
        <w:t>Andrew answered.</w:t>
      </w:r>
    </w:p>
    <w:p w14:paraId="629ECA9F" w14:textId="77777777" w:rsidR="007D7487" w:rsidRDefault="00E6407B">
      <w:pPr>
        <w:ind w:firstLine="288"/>
      </w:pPr>
      <w:r>
        <w:rPr>
          <w:rFonts w:cs="Times New Roman"/>
        </w:rPr>
        <w:t>"For the promise."</w:t>
      </w:r>
    </w:p>
    <w:p w14:paraId="00D01F0A" w14:textId="77777777" w:rsidR="007D7487" w:rsidRDefault="00E6407B">
      <w:pPr>
        <w:ind w:firstLine="288"/>
      </w:pPr>
      <w:r>
        <w:rPr>
          <w:rFonts w:cs="Times New Roman"/>
        </w:rPr>
        <w:t>"And where did the promise look?"</w:t>
      </w:r>
    </w:p>
    <w:p w14:paraId="4B437DFA" w14:textId="77777777" w:rsidR="007D7487" w:rsidRDefault="00E6407B">
      <w:pPr>
        <w:ind w:firstLine="288"/>
      </w:pPr>
      <w:r>
        <w:rPr>
          <w:rFonts w:cs="Times New Roman"/>
        </w:rPr>
        <w:t>John remembered another answer now:</w:t>
      </w:r>
    </w:p>
    <w:p w14:paraId="7744B443" w14:textId="77777777" w:rsidR="007D7487" w:rsidRDefault="00E6407B">
      <w:pPr>
        <w:ind w:firstLine="288"/>
      </w:pPr>
      <w:r>
        <w:rPr>
          <w:rFonts w:cs="Times New Roman"/>
        </w:rPr>
        <w:t>the Face shines upon us so that God's way may be known upon earth and His saving health among all nations.</w:t>
      </w:r>
    </w:p>
    <w:p w14:paraId="21C46ED8" w14:textId="77777777" w:rsidR="007D7487" w:rsidRDefault="00E6407B">
      <w:pPr>
        <w:ind w:firstLine="288"/>
      </w:pPr>
      <w:r>
        <w:rPr>
          <w:rFonts w:cs="Times New Roman"/>
        </w:rPr>
        <w:t>"To the nations."</w:t>
      </w:r>
    </w:p>
    <w:p w14:paraId="07DD1BBB" w14:textId="77777777" w:rsidR="007D7487" w:rsidRDefault="00E6407B">
      <w:pPr>
        <w:ind w:firstLine="288"/>
      </w:pPr>
      <w:r>
        <w:rPr>
          <w:rFonts w:cs="Times New Roman"/>
        </w:rPr>
        <w:t>"Why did He call Israel at Sinai?"</w:t>
      </w:r>
    </w:p>
    <w:p w14:paraId="487D7E72" w14:textId="77777777" w:rsidR="007D7487" w:rsidRDefault="00E6407B">
      <w:pPr>
        <w:ind w:firstLine="288"/>
      </w:pPr>
      <w:r>
        <w:rPr>
          <w:rFonts w:cs="Times New Roman"/>
        </w:rPr>
        <w:t>Peter answered.</w:t>
      </w:r>
    </w:p>
    <w:p w14:paraId="1168A705" w14:textId="77777777" w:rsidR="007D7487" w:rsidRDefault="00E6407B">
      <w:pPr>
        <w:ind w:firstLine="288"/>
      </w:pPr>
      <w:r>
        <w:rPr>
          <w:rFonts w:cs="Times New Roman"/>
        </w:rPr>
        <w:t>"A kingdom of priests."</w:t>
      </w:r>
    </w:p>
    <w:p w14:paraId="76DC28DB" w14:textId="77777777" w:rsidR="007D7487" w:rsidRDefault="00E6407B">
      <w:pPr>
        <w:ind w:firstLine="288"/>
      </w:pPr>
      <w:r>
        <w:rPr>
          <w:rFonts w:cs="Times New Roman"/>
        </w:rPr>
        <w:t>"A holy nation."</w:t>
      </w:r>
    </w:p>
    <w:p w14:paraId="771842AE" w14:textId="77777777" w:rsidR="007D7487" w:rsidRDefault="00E6407B">
      <w:pPr>
        <w:ind w:firstLine="288"/>
      </w:pPr>
      <w:r>
        <w:rPr>
          <w:rFonts w:cs="Times New Roman"/>
        </w:rPr>
        <w:t>"What did Isaiah say the Servant would become?"</w:t>
      </w:r>
    </w:p>
    <w:p w14:paraId="78C3076A" w14:textId="77777777" w:rsidR="007D7487" w:rsidRDefault="00E6407B">
      <w:pPr>
        <w:ind w:firstLine="288"/>
      </w:pPr>
      <w:r>
        <w:rPr>
          <w:rFonts w:cs="Times New Roman"/>
        </w:rPr>
        <w:t>Nicodemus answered.</w:t>
      </w:r>
    </w:p>
    <w:p w14:paraId="6D007799" w14:textId="77777777" w:rsidR="007D7487" w:rsidRDefault="00E6407B">
      <w:pPr>
        <w:ind w:firstLine="288"/>
      </w:pPr>
      <w:r>
        <w:rPr>
          <w:rFonts w:cs="Times New Roman"/>
        </w:rPr>
        <w:t>"Light to the nations."</w:t>
      </w:r>
    </w:p>
    <w:p w14:paraId="45F91FCB" w14:textId="77777777" w:rsidR="007D7487" w:rsidRDefault="00E6407B">
      <w:pPr>
        <w:ind w:firstLine="288"/>
      </w:pPr>
      <w:r>
        <w:rPr>
          <w:rFonts w:cs="Times New Roman"/>
        </w:rPr>
        <w:t>"What did Daniel see?"</w:t>
      </w:r>
    </w:p>
    <w:p w14:paraId="0145884A" w14:textId="77777777" w:rsidR="007D7487" w:rsidRDefault="00E6407B">
      <w:pPr>
        <w:ind w:firstLine="288"/>
      </w:pPr>
      <w:r>
        <w:rPr>
          <w:rFonts w:cs="Times New Roman"/>
        </w:rPr>
        <w:lastRenderedPageBreak/>
        <w:t>Thomas:</w:t>
      </w:r>
    </w:p>
    <w:p w14:paraId="638A34AE" w14:textId="77777777" w:rsidR="007D7487" w:rsidRDefault="00E6407B">
      <w:pPr>
        <w:ind w:firstLine="288"/>
      </w:pPr>
      <w:r>
        <w:rPr>
          <w:rFonts w:cs="Times New Roman"/>
        </w:rPr>
        <w:t>"Peoples."</w:t>
      </w:r>
    </w:p>
    <w:p w14:paraId="4813E116" w14:textId="77777777" w:rsidR="007D7487" w:rsidRDefault="00E6407B">
      <w:pPr>
        <w:ind w:firstLine="288"/>
      </w:pPr>
      <w:r>
        <w:rPr>
          <w:rFonts w:cs="Times New Roman"/>
        </w:rPr>
        <w:t>Matthew:</w:t>
      </w:r>
    </w:p>
    <w:p w14:paraId="3DAEE12F" w14:textId="77777777" w:rsidR="007D7487" w:rsidRDefault="00E6407B">
      <w:pPr>
        <w:ind w:firstLine="288"/>
      </w:pPr>
      <w:r>
        <w:rPr>
          <w:rFonts w:cs="Times New Roman"/>
        </w:rPr>
        <w:t>"Nations."</w:t>
      </w:r>
    </w:p>
    <w:p w14:paraId="790199E5" w14:textId="77777777" w:rsidR="007D7487" w:rsidRDefault="00E6407B">
      <w:pPr>
        <w:ind w:firstLine="288"/>
      </w:pPr>
      <w:r>
        <w:rPr>
          <w:rFonts w:cs="Times New Roman"/>
        </w:rPr>
        <w:t>Simon:</w:t>
      </w:r>
    </w:p>
    <w:p w14:paraId="4D79CD84" w14:textId="77777777" w:rsidR="007D7487" w:rsidRDefault="00E6407B">
      <w:pPr>
        <w:ind w:firstLine="288"/>
      </w:pPr>
      <w:r>
        <w:rPr>
          <w:rFonts w:cs="Times New Roman"/>
        </w:rPr>
        <w:t>"Languages."</w:t>
      </w:r>
    </w:p>
    <w:p w14:paraId="54CE2D60" w14:textId="77777777" w:rsidR="007D7487" w:rsidRDefault="00E6407B">
      <w:pPr>
        <w:ind w:firstLine="288"/>
      </w:pPr>
      <w:r>
        <w:rPr>
          <w:rFonts w:cs="Times New Roman"/>
        </w:rPr>
        <w:t>"What did Simeon say while holding Me?"</w:t>
      </w:r>
    </w:p>
    <w:p w14:paraId="04AF8F59" w14:textId="77777777" w:rsidR="007D7487" w:rsidRDefault="00E6407B">
      <w:pPr>
        <w:ind w:firstLine="288"/>
      </w:pPr>
      <w:r>
        <w:rPr>
          <w:rFonts w:cs="Times New Roman"/>
        </w:rPr>
        <w:t>Jesus' mother answered quietly.</w:t>
      </w:r>
    </w:p>
    <w:p w14:paraId="5E1B0A25" w14:textId="77777777" w:rsidR="007D7487" w:rsidRDefault="00E6407B">
      <w:pPr>
        <w:ind w:firstLine="288"/>
      </w:pPr>
      <w:r>
        <w:rPr>
          <w:rFonts w:cs="Times New Roman"/>
        </w:rPr>
        <w:t>"A light to the Gentiles."</w:t>
      </w:r>
    </w:p>
    <w:p w14:paraId="4E610BDA" w14:textId="77777777" w:rsidR="007D7487" w:rsidRDefault="00E6407B">
      <w:pPr>
        <w:ind w:firstLine="288"/>
      </w:pPr>
      <w:r>
        <w:rPr>
          <w:rFonts w:cs="Times New Roman"/>
        </w:rPr>
        <w:t>"And?"</w:t>
      </w:r>
    </w:p>
    <w:p w14:paraId="7C107EF0" w14:textId="77777777" w:rsidR="007D7487" w:rsidRDefault="00E6407B">
      <w:pPr>
        <w:ind w:firstLine="288"/>
      </w:pPr>
      <w:r>
        <w:rPr>
          <w:rFonts w:cs="Times New Roman"/>
        </w:rPr>
        <w:t>"The glory of thy people Israel."</w:t>
      </w:r>
    </w:p>
    <w:p w14:paraId="1FE2A7BD" w14:textId="77777777" w:rsidR="007D7487" w:rsidRDefault="00E6407B">
      <w:pPr>
        <w:ind w:firstLine="288"/>
      </w:pPr>
      <w:r>
        <w:rPr>
          <w:rFonts w:cs="Times New Roman"/>
        </w:rPr>
        <w:t>"What did Solomon pray concerning the stranger?"</w:t>
      </w:r>
    </w:p>
    <w:p w14:paraId="5549BC86" w14:textId="77777777" w:rsidR="007D7487" w:rsidRDefault="00E6407B">
      <w:pPr>
        <w:ind w:firstLine="288"/>
      </w:pPr>
      <w:r>
        <w:rPr>
          <w:rFonts w:cs="Times New Roman"/>
        </w:rPr>
        <w:t>Joanna answered.</w:t>
      </w:r>
    </w:p>
    <w:p w14:paraId="08D249BC" w14:textId="77777777" w:rsidR="007D7487" w:rsidRDefault="00E6407B">
      <w:pPr>
        <w:ind w:firstLine="288"/>
      </w:pPr>
      <w:r>
        <w:rPr>
          <w:rFonts w:cs="Times New Roman"/>
        </w:rPr>
        <w:t>"That he would hear of the Name."</w:t>
      </w:r>
    </w:p>
    <w:p w14:paraId="066357BD" w14:textId="77777777" w:rsidR="007D7487" w:rsidRDefault="00E6407B">
      <w:pPr>
        <w:ind w:firstLine="288"/>
      </w:pPr>
      <w:r>
        <w:rPr>
          <w:rFonts w:cs="Times New Roman"/>
        </w:rPr>
        <w:t>Mary Magdalene added:</w:t>
      </w:r>
    </w:p>
    <w:p w14:paraId="2C29A81B" w14:textId="77777777" w:rsidR="007D7487" w:rsidRDefault="00E6407B">
      <w:pPr>
        <w:ind w:firstLine="288"/>
      </w:pPr>
      <w:r>
        <w:rPr>
          <w:rFonts w:cs="Times New Roman"/>
        </w:rPr>
        <w:t>"And come from a far country."</w:t>
      </w:r>
    </w:p>
    <w:p w14:paraId="5522E15C" w14:textId="77777777" w:rsidR="007D7487" w:rsidRDefault="00E6407B">
      <w:pPr>
        <w:ind w:firstLine="288"/>
      </w:pPr>
      <w:r>
        <w:rPr>
          <w:rFonts w:cs="Times New Roman"/>
        </w:rPr>
        <w:t>Nicodemus completed:</w:t>
      </w:r>
    </w:p>
    <w:p w14:paraId="362C6030" w14:textId="77777777" w:rsidR="007D7487" w:rsidRDefault="00E6407B">
      <w:pPr>
        <w:ind w:firstLine="288"/>
      </w:pPr>
      <w:r>
        <w:rPr>
          <w:rFonts w:cs="Times New Roman"/>
        </w:rPr>
        <w:t>"That all the people of the earth might know the LORD's Name."</w:t>
      </w:r>
    </w:p>
    <w:p w14:paraId="5F72DC24" w14:textId="77777777" w:rsidR="007D7487" w:rsidRDefault="00E6407B">
      <w:pPr>
        <w:ind w:firstLine="288"/>
      </w:pPr>
      <w:r>
        <w:rPr>
          <w:rFonts w:cs="Times New Roman"/>
        </w:rPr>
        <w:t>Jesus nodded.</w:t>
      </w:r>
    </w:p>
    <w:p w14:paraId="54742E96" w14:textId="77777777" w:rsidR="007D7487" w:rsidRDefault="00E6407B">
      <w:pPr>
        <w:ind w:firstLine="288"/>
      </w:pPr>
      <w:r>
        <w:rPr>
          <w:rFonts w:cs="Times New Roman"/>
        </w:rPr>
        <w:t>"What did Jeremiah see?"</w:t>
      </w:r>
    </w:p>
    <w:p w14:paraId="082C24B6" w14:textId="77777777" w:rsidR="007D7487" w:rsidRDefault="00E6407B">
      <w:pPr>
        <w:ind w:firstLine="288"/>
      </w:pPr>
      <w:r>
        <w:rPr>
          <w:rFonts w:cs="Times New Roman"/>
        </w:rPr>
        <w:t>Peter looked toward the remembered sticks.</w:t>
      </w:r>
    </w:p>
    <w:p w14:paraId="20890308" w14:textId="77777777" w:rsidR="007D7487" w:rsidRDefault="00E6407B">
      <w:pPr>
        <w:ind w:firstLine="288"/>
      </w:pPr>
      <w:r>
        <w:rPr>
          <w:rFonts w:cs="Times New Roman"/>
        </w:rPr>
        <w:t>"Judah and Israel together."</w:t>
      </w:r>
    </w:p>
    <w:p w14:paraId="43460420" w14:textId="77777777" w:rsidR="007D7487" w:rsidRDefault="00E6407B">
      <w:pPr>
        <w:ind w:firstLine="288"/>
      </w:pPr>
      <w:r>
        <w:rPr>
          <w:rFonts w:cs="Times New Roman"/>
        </w:rPr>
        <w:t>"And the nations?"</w:t>
      </w:r>
    </w:p>
    <w:p w14:paraId="70191EA2" w14:textId="77777777" w:rsidR="007D7487" w:rsidRDefault="00E6407B">
      <w:pPr>
        <w:ind w:firstLine="288"/>
      </w:pPr>
      <w:r>
        <w:rPr>
          <w:rFonts w:cs="Times New Roman"/>
        </w:rPr>
        <w:t>"Gathered to the Name."</w:t>
      </w:r>
    </w:p>
    <w:p w14:paraId="0EB912FB" w14:textId="77777777" w:rsidR="007D7487" w:rsidRDefault="00E6407B">
      <w:pPr>
        <w:ind w:firstLine="288"/>
      </w:pPr>
      <w:r>
        <w:rPr>
          <w:rFonts w:cs="Times New Roman"/>
        </w:rPr>
        <w:t>"What did Ezekiel see?"</w:t>
      </w:r>
    </w:p>
    <w:p w14:paraId="6D19F0D6" w14:textId="77777777" w:rsidR="007D7487" w:rsidRDefault="00E6407B">
      <w:pPr>
        <w:ind w:firstLine="288"/>
      </w:pPr>
      <w:r>
        <w:rPr>
          <w:rFonts w:cs="Times New Roman"/>
        </w:rPr>
        <w:t>"Judah and Joseph made one."</w:t>
      </w:r>
    </w:p>
    <w:p w14:paraId="173930CA" w14:textId="77777777" w:rsidR="007D7487" w:rsidRDefault="00E6407B">
      <w:pPr>
        <w:ind w:firstLine="288"/>
      </w:pPr>
      <w:r>
        <w:rPr>
          <w:rFonts w:cs="Times New Roman"/>
        </w:rPr>
        <w:t>"One King."</w:t>
      </w:r>
    </w:p>
    <w:p w14:paraId="0811705B" w14:textId="77777777" w:rsidR="007D7487" w:rsidRDefault="00E6407B">
      <w:pPr>
        <w:ind w:firstLine="288"/>
      </w:pPr>
      <w:r>
        <w:rPr>
          <w:rFonts w:cs="Times New Roman"/>
        </w:rPr>
        <w:t>"One Shepherd."</w:t>
      </w:r>
    </w:p>
    <w:p w14:paraId="201004AA" w14:textId="77777777" w:rsidR="007D7487" w:rsidRDefault="00E6407B">
      <w:pPr>
        <w:ind w:firstLine="288"/>
      </w:pPr>
      <w:r>
        <w:rPr>
          <w:rFonts w:cs="Times New Roman"/>
        </w:rPr>
        <w:t>Jesus looked toward them.</w:t>
      </w:r>
    </w:p>
    <w:p w14:paraId="218FAAAD" w14:textId="77777777" w:rsidR="007D7487" w:rsidRDefault="00E6407B">
      <w:pPr>
        <w:ind w:firstLine="288"/>
      </w:pPr>
      <w:r>
        <w:rPr>
          <w:rFonts w:cs="Times New Roman"/>
        </w:rPr>
        <w:t>"Do you see?"</w:t>
      </w:r>
    </w:p>
    <w:p w14:paraId="1F937C2D" w14:textId="77777777" w:rsidR="007D7487" w:rsidRDefault="00E6407B">
      <w:pPr>
        <w:ind w:firstLine="288"/>
      </w:pPr>
      <w:r>
        <w:rPr>
          <w:rFonts w:cs="Times New Roman"/>
        </w:rPr>
        <w:t>The mission had not suddenly become large because resurrection surprised the Father.</w:t>
      </w:r>
    </w:p>
    <w:p w14:paraId="780F8F34" w14:textId="77777777" w:rsidR="007D7487" w:rsidRDefault="00E6407B">
      <w:pPr>
        <w:ind w:firstLine="288"/>
      </w:pPr>
      <w:r>
        <w:rPr>
          <w:rFonts w:cs="Times New Roman"/>
        </w:rPr>
        <w:t>The nations had been threaded through the story.</w:t>
      </w:r>
    </w:p>
    <w:p w14:paraId="07F5BB53" w14:textId="77777777" w:rsidR="007D7487" w:rsidRDefault="00E6407B">
      <w:pPr>
        <w:ind w:firstLine="288"/>
      </w:pPr>
      <w:r>
        <w:rPr>
          <w:rFonts w:cs="Times New Roman"/>
        </w:rPr>
        <w:t>Abraham.</w:t>
      </w:r>
    </w:p>
    <w:p w14:paraId="79201553" w14:textId="77777777" w:rsidR="007D7487" w:rsidRDefault="00E6407B">
      <w:pPr>
        <w:ind w:firstLine="288"/>
      </w:pPr>
      <w:r>
        <w:rPr>
          <w:rFonts w:cs="Times New Roman"/>
        </w:rPr>
        <w:t>Sinai.</w:t>
      </w:r>
    </w:p>
    <w:p w14:paraId="5EDEF781" w14:textId="77777777" w:rsidR="007D7487" w:rsidRDefault="00E6407B">
      <w:pPr>
        <w:ind w:firstLine="288"/>
      </w:pPr>
      <w:r>
        <w:rPr>
          <w:rFonts w:cs="Times New Roman"/>
        </w:rPr>
        <w:t>Solomon.</w:t>
      </w:r>
    </w:p>
    <w:p w14:paraId="2AC9EE80" w14:textId="77777777" w:rsidR="007D7487" w:rsidRDefault="00E6407B">
      <w:pPr>
        <w:ind w:firstLine="288"/>
      </w:pPr>
      <w:r>
        <w:rPr>
          <w:rFonts w:cs="Times New Roman"/>
        </w:rPr>
        <w:t>Isaiah.</w:t>
      </w:r>
    </w:p>
    <w:p w14:paraId="1FCF67CA" w14:textId="77777777" w:rsidR="007D7487" w:rsidRDefault="00E6407B">
      <w:pPr>
        <w:ind w:firstLine="288"/>
      </w:pPr>
      <w:r>
        <w:rPr>
          <w:rFonts w:cs="Times New Roman"/>
        </w:rPr>
        <w:t>Jeremiah.</w:t>
      </w:r>
    </w:p>
    <w:p w14:paraId="72CD6834" w14:textId="77777777" w:rsidR="007D7487" w:rsidRDefault="00E6407B">
      <w:pPr>
        <w:ind w:firstLine="288"/>
      </w:pPr>
      <w:r>
        <w:rPr>
          <w:rFonts w:cs="Times New Roman"/>
        </w:rPr>
        <w:t>Daniel.</w:t>
      </w:r>
    </w:p>
    <w:p w14:paraId="4D237918" w14:textId="77777777" w:rsidR="007D7487" w:rsidRDefault="00E6407B">
      <w:pPr>
        <w:ind w:firstLine="288"/>
      </w:pPr>
      <w:r>
        <w:rPr>
          <w:rFonts w:cs="Times New Roman"/>
        </w:rPr>
        <w:lastRenderedPageBreak/>
        <w:t>Simeon.</w:t>
      </w:r>
    </w:p>
    <w:p w14:paraId="64E95E44" w14:textId="77777777" w:rsidR="007D7487" w:rsidRDefault="00E6407B">
      <w:pPr>
        <w:ind w:firstLine="288"/>
      </w:pPr>
      <w:r>
        <w:rPr>
          <w:rFonts w:cs="Times New Roman"/>
        </w:rPr>
        <w:t>Galilee.</w:t>
      </w:r>
    </w:p>
    <w:p w14:paraId="67D23AA8" w14:textId="77777777" w:rsidR="007D7487" w:rsidRDefault="00E6407B">
      <w:pPr>
        <w:ind w:firstLine="288"/>
      </w:pPr>
      <w:r>
        <w:rPr>
          <w:rFonts w:cs="Times New Roman"/>
        </w:rPr>
        <w:t>Not by discarding Israel.</w:t>
      </w:r>
    </w:p>
    <w:p w14:paraId="072124B6" w14:textId="77777777" w:rsidR="007D7487" w:rsidRDefault="00E6407B">
      <w:pPr>
        <w:ind w:firstLine="288"/>
      </w:pPr>
      <w:r>
        <w:rPr>
          <w:rFonts w:cs="Times New Roman"/>
        </w:rPr>
        <w:t>Through promise.</w:t>
      </w:r>
    </w:p>
    <w:p w14:paraId="1D8A2041" w14:textId="77777777" w:rsidR="007D7487" w:rsidRDefault="00E6407B">
      <w:pPr>
        <w:ind w:firstLine="288"/>
      </w:pPr>
      <w:r>
        <w:rPr>
          <w:rFonts w:cs="Times New Roman"/>
        </w:rPr>
        <w:t>Through calling.</w:t>
      </w:r>
    </w:p>
    <w:p w14:paraId="570411B0" w14:textId="77777777" w:rsidR="007D7487" w:rsidRDefault="00E6407B">
      <w:pPr>
        <w:ind w:firstLine="288"/>
      </w:pPr>
      <w:r>
        <w:rPr>
          <w:rFonts w:cs="Times New Roman"/>
        </w:rPr>
        <w:t>Through restoration.</w:t>
      </w:r>
    </w:p>
    <w:p w14:paraId="52276FFE" w14:textId="77777777" w:rsidR="007D7487" w:rsidRDefault="00E6407B">
      <w:pPr>
        <w:ind w:firstLine="288"/>
      </w:pPr>
      <w:r>
        <w:rPr>
          <w:rFonts w:cs="Times New Roman"/>
        </w:rPr>
        <w:t>Through the faithful Servant.</w:t>
      </w:r>
    </w:p>
    <w:p w14:paraId="4E00420F" w14:textId="77777777" w:rsidR="007D7487" w:rsidRDefault="00E6407B">
      <w:pPr>
        <w:ind w:firstLine="288"/>
      </w:pPr>
      <w:r>
        <w:rPr>
          <w:rFonts w:cs="Times New Roman"/>
        </w:rPr>
        <w:t>Through the King.</w:t>
      </w:r>
    </w:p>
    <w:p w14:paraId="7AF30AAB" w14:textId="77777777" w:rsidR="007D7487" w:rsidRDefault="00E6407B">
      <w:pPr>
        <w:ind w:firstLine="288"/>
      </w:pPr>
      <w:r>
        <w:rPr>
          <w:rFonts w:cs="Times New Roman"/>
        </w:rPr>
        <w:t>Through the Priest.</w:t>
      </w:r>
    </w:p>
    <w:p w14:paraId="58ED3E6D" w14:textId="77777777" w:rsidR="007D7487" w:rsidRDefault="00E6407B">
      <w:pPr>
        <w:ind w:firstLine="288"/>
      </w:pPr>
      <w:r>
        <w:rPr>
          <w:rFonts w:cs="Times New Roman"/>
        </w:rPr>
        <w:t>Through the life God gives.</w:t>
      </w:r>
    </w:p>
    <w:p w14:paraId="2080C2A0" w14:textId="77777777" w:rsidR="007D7487" w:rsidRDefault="00E6407B">
      <w:pPr>
        <w:suppressLineNumbers/>
        <w:spacing w:before="100" w:after="100"/>
        <w:jc w:val="center"/>
      </w:pPr>
      <w:r>
        <w:rPr>
          <w:rFonts w:cs="Times New Roman"/>
          <w:sz w:val="20"/>
        </w:rPr>
        <w:t>* * *</w:t>
      </w:r>
    </w:p>
    <w:p w14:paraId="06B7449A" w14:textId="77777777" w:rsidR="007D7487" w:rsidRDefault="00E6407B">
      <w:pPr>
        <w:ind w:firstLine="288"/>
      </w:pPr>
      <w:r>
        <w:rPr>
          <w:rFonts w:cs="Times New Roman"/>
        </w:rPr>
        <w:t>Then Jesus smiled in a way John had learned to distrust.</w:t>
      </w:r>
    </w:p>
    <w:p w14:paraId="3FCF7E92" w14:textId="77777777" w:rsidR="007D7487" w:rsidRDefault="00E6407B">
      <w:pPr>
        <w:ind w:firstLine="288"/>
      </w:pPr>
      <w:r>
        <w:rPr>
          <w:rFonts w:cs="Times New Roman"/>
        </w:rPr>
        <w:t>"There is more."</w:t>
      </w:r>
    </w:p>
    <w:p w14:paraId="16376A7A" w14:textId="77777777" w:rsidR="007D7487" w:rsidRDefault="00E6407B">
      <w:pPr>
        <w:ind w:firstLine="288"/>
      </w:pPr>
      <w:r>
        <w:rPr>
          <w:rFonts w:cs="Times New Roman"/>
        </w:rPr>
        <w:t>The line no longer sounded like a threat to finish the lesson.</w:t>
      </w:r>
    </w:p>
    <w:p w14:paraId="66FC9014" w14:textId="77777777" w:rsidR="007D7487" w:rsidRDefault="00E6407B">
      <w:pPr>
        <w:ind w:firstLine="288"/>
      </w:pPr>
      <w:r>
        <w:rPr>
          <w:rFonts w:cs="Times New Roman"/>
        </w:rPr>
        <w:t>It sounded like permission for a lifetime of study.</w:t>
      </w:r>
    </w:p>
    <w:p w14:paraId="02302D3B" w14:textId="77777777" w:rsidR="007D7487" w:rsidRDefault="00E6407B">
      <w:pPr>
        <w:ind w:firstLine="288"/>
      </w:pPr>
      <w:r>
        <w:rPr>
          <w:rFonts w:cs="Times New Roman"/>
        </w:rPr>
        <w:t>Nicodemus straightened so quickly Joseph laughed.</w:t>
      </w:r>
    </w:p>
    <w:p w14:paraId="0D43DB5F" w14:textId="77777777" w:rsidR="007D7487" w:rsidRDefault="00E6407B">
      <w:pPr>
        <w:ind w:firstLine="288"/>
      </w:pPr>
      <w:r>
        <w:rPr>
          <w:rFonts w:cs="Times New Roman"/>
        </w:rPr>
        <w:t>Peter closed his eyes.</w:t>
      </w:r>
    </w:p>
    <w:p w14:paraId="7F43820F" w14:textId="77777777" w:rsidR="007D7487" w:rsidRDefault="00E6407B">
      <w:pPr>
        <w:ind w:firstLine="288"/>
      </w:pPr>
      <w:r>
        <w:rPr>
          <w:rFonts w:cs="Times New Roman"/>
        </w:rPr>
        <w:t>"No."</w:t>
      </w:r>
    </w:p>
    <w:p w14:paraId="5BE17346" w14:textId="77777777" w:rsidR="007D7487" w:rsidRDefault="00E6407B">
      <w:pPr>
        <w:ind w:firstLine="288"/>
      </w:pPr>
      <w:r>
        <w:rPr>
          <w:rFonts w:cs="Times New Roman"/>
        </w:rPr>
        <w:t>Jesus ignored him.</w:t>
      </w:r>
    </w:p>
    <w:p w14:paraId="73101C78" w14:textId="77777777" w:rsidR="007D7487" w:rsidRDefault="00E6407B">
      <w:pPr>
        <w:ind w:firstLine="288"/>
      </w:pPr>
      <w:r>
        <w:rPr>
          <w:rFonts w:cs="Times New Roman"/>
        </w:rPr>
        <w:t>"Abel."</w:t>
      </w:r>
    </w:p>
    <w:p w14:paraId="4C2111D7" w14:textId="77777777" w:rsidR="007D7487" w:rsidRDefault="00E6407B">
      <w:pPr>
        <w:ind w:firstLine="288"/>
      </w:pPr>
      <w:r>
        <w:rPr>
          <w:rFonts w:cs="Times New Roman"/>
        </w:rPr>
        <w:t>Nicodemus blinked.</w:t>
      </w:r>
    </w:p>
    <w:p w14:paraId="2BB654D3" w14:textId="77777777" w:rsidR="007D7487" w:rsidRDefault="00E6407B">
      <w:pPr>
        <w:ind w:firstLine="288"/>
      </w:pPr>
      <w:r>
        <w:rPr>
          <w:rFonts w:cs="Times New Roman"/>
        </w:rPr>
        <w:t>"Enoch."</w:t>
      </w:r>
    </w:p>
    <w:p w14:paraId="0CE0F5D4" w14:textId="77777777" w:rsidR="007D7487" w:rsidRDefault="00E6407B">
      <w:pPr>
        <w:ind w:firstLine="288"/>
      </w:pPr>
      <w:r>
        <w:rPr>
          <w:rFonts w:cs="Times New Roman"/>
        </w:rPr>
        <w:t>Andrew leaned forward.</w:t>
      </w:r>
    </w:p>
    <w:p w14:paraId="2D436AF5" w14:textId="77777777" w:rsidR="007D7487" w:rsidRDefault="00E6407B">
      <w:pPr>
        <w:ind w:firstLine="288"/>
      </w:pPr>
      <w:r>
        <w:rPr>
          <w:rFonts w:cs="Times New Roman"/>
        </w:rPr>
        <w:t>"Noah."</w:t>
      </w:r>
    </w:p>
    <w:p w14:paraId="0E6B018A" w14:textId="77777777" w:rsidR="007D7487" w:rsidRDefault="00E6407B">
      <w:pPr>
        <w:ind w:firstLine="288"/>
      </w:pPr>
      <w:r>
        <w:rPr>
          <w:rFonts w:cs="Times New Roman"/>
        </w:rPr>
        <w:t>Peter pointed toward Nicodemus.</w:t>
      </w:r>
    </w:p>
    <w:p w14:paraId="3A26B804" w14:textId="77777777" w:rsidR="007D7487" w:rsidRDefault="00E6407B">
      <w:pPr>
        <w:ind w:firstLine="288"/>
      </w:pPr>
      <w:r>
        <w:rPr>
          <w:rFonts w:cs="Times New Roman"/>
        </w:rPr>
        <w:t>"We already gave him Noah."</w:t>
      </w:r>
    </w:p>
    <w:p w14:paraId="7A6E43B9" w14:textId="77777777" w:rsidR="007D7487" w:rsidRDefault="00E6407B">
      <w:pPr>
        <w:ind w:firstLine="288"/>
      </w:pPr>
      <w:r>
        <w:rPr>
          <w:rFonts w:cs="Times New Roman"/>
        </w:rPr>
        <w:t>Jesus continued.</w:t>
      </w:r>
    </w:p>
    <w:p w14:paraId="7328FAFA" w14:textId="77777777" w:rsidR="007D7487" w:rsidRDefault="00E6407B">
      <w:pPr>
        <w:ind w:firstLine="288"/>
      </w:pPr>
      <w:r>
        <w:rPr>
          <w:rFonts w:cs="Times New Roman"/>
        </w:rPr>
        <w:t>"Abraham and Moriah."</w:t>
      </w:r>
    </w:p>
    <w:p w14:paraId="063142E2" w14:textId="77777777" w:rsidR="007D7487" w:rsidRDefault="00E6407B">
      <w:pPr>
        <w:ind w:firstLine="288"/>
      </w:pPr>
      <w:r>
        <w:rPr>
          <w:rFonts w:cs="Times New Roman"/>
        </w:rPr>
        <w:t>"Joseph."</w:t>
      </w:r>
    </w:p>
    <w:p w14:paraId="2ADF8788" w14:textId="77777777" w:rsidR="007D7487" w:rsidRDefault="00E6407B">
      <w:pPr>
        <w:ind w:firstLine="288"/>
      </w:pPr>
      <w:r>
        <w:rPr>
          <w:rFonts w:cs="Times New Roman"/>
        </w:rPr>
        <w:t>Peter opened his eyes.</w:t>
      </w:r>
    </w:p>
    <w:p w14:paraId="5C5F456B" w14:textId="77777777" w:rsidR="007D7487" w:rsidRDefault="00E6407B">
      <w:pPr>
        <w:ind w:firstLine="288"/>
      </w:pPr>
      <w:r>
        <w:rPr>
          <w:rFonts w:cs="Times New Roman"/>
        </w:rPr>
        <w:t>"Joseph?"</w:t>
      </w:r>
    </w:p>
    <w:p w14:paraId="4DF711FB" w14:textId="77777777" w:rsidR="007D7487" w:rsidRDefault="00E6407B">
      <w:pPr>
        <w:ind w:firstLine="288"/>
      </w:pPr>
      <w:r>
        <w:rPr>
          <w:rFonts w:cs="Times New Roman"/>
        </w:rPr>
        <w:t>Jesus did not slow.</w:t>
      </w:r>
    </w:p>
    <w:p w14:paraId="1A79AA8B" w14:textId="77777777" w:rsidR="007D7487" w:rsidRDefault="00E6407B">
      <w:pPr>
        <w:ind w:firstLine="288"/>
      </w:pPr>
      <w:r>
        <w:rPr>
          <w:rFonts w:cs="Times New Roman"/>
        </w:rPr>
        <w:t>"The Passover."</w:t>
      </w:r>
    </w:p>
    <w:p w14:paraId="4890609A" w14:textId="77777777" w:rsidR="007D7487" w:rsidRDefault="00E6407B">
      <w:pPr>
        <w:ind w:firstLine="288"/>
      </w:pPr>
      <w:r>
        <w:rPr>
          <w:rFonts w:cs="Times New Roman"/>
        </w:rPr>
        <w:t>"The sea."</w:t>
      </w:r>
    </w:p>
    <w:p w14:paraId="65D6C012" w14:textId="77777777" w:rsidR="007D7487" w:rsidRDefault="00E6407B">
      <w:pPr>
        <w:ind w:firstLine="288"/>
      </w:pPr>
      <w:r>
        <w:rPr>
          <w:rFonts w:cs="Times New Roman"/>
        </w:rPr>
        <w:t>"The manna."</w:t>
      </w:r>
    </w:p>
    <w:p w14:paraId="7A93615B" w14:textId="77777777" w:rsidR="007D7487" w:rsidRDefault="00E6407B">
      <w:pPr>
        <w:ind w:firstLine="288"/>
      </w:pPr>
      <w:r>
        <w:rPr>
          <w:rFonts w:cs="Times New Roman"/>
        </w:rPr>
        <w:t>"The rock."</w:t>
      </w:r>
    </w:p>
    <w:p w14:paraId="030AD2B4" w14:textId="77777777" w:rsidR="007D7487" w:rsidRDefault="00E6407B">
      <w:pPr>
        <w:ind w:firstLine="288"/>
      </w:pPr>
      <w:r>
        <w:rPr>
          <w:rFonts w:cs="Times New Roman"/>
        </w:rPr>
        <w:t>"Rahab."</w:t>
      </w:r>
    </w:p>
    <w:p w14:paraId="5141F392" w14:textId="77777777" w:rsidR="007D7487" w:rsidRDefault="00E6407B">
      <w:pPr>
        <w:ind w:firstLine="288"/>
      </w:pPr>
      <w:r>
        <w:rPr>
          <w:rFonts w:cs="Times New Roman"/>
        </w:rPr>
        <w:t>"Joshua."</w:t>
      </w:r>
    </w:p>
    <w:p w14:paraId="6A29FA03" w14:textId="77777777" w:rsidR="007D7487" w:rsidRDefault="00E6407B">
      <w:pPr>
        <w:ind w:firstLine="288"/>
      </w:pPr>
      <w:r>
        <w:rPr>
          <w:rFonts w:cs="Times New Roman"/>
        </w:rPr>
        <w:lastRenderedPageBreak/>
        <w:t>"The judges."</w:t>
      </w:r>
    </w:p>
    <w:p w14:paraId="67692AFE" w14:textId="77777777" w:rsidR="007D7487" w:rsidRDefault="00E6407B">
      <w:pPr>
        <w:ind w:firstLine="288"/>
      </w:pPr>
      <w:r>
        <w:rPr>
          <w:rFonts w:cs="Times New Roman"/>
        </w:rPr>
        <w:t>"Gideon."</w:t>
      </w:r>
    </w:p>
    <w:p w14:paraId="48A32D50" w14:textId="77777777" w:rsidR="007D7487" w:rsidRDefault="00E6407B">
      <w:pPr>
        <w:ind w:firstLine="288"/>
      </w:pPr>
      <w:r>
        <w:rPr>
          <w:rFonts w:cs="Times New Roman"/>
        </w:rPr>
        <w:t>"Samson."</w:t>
      </w:r>
    </w:p>
    <w:p w14:paraId="370E2423" w14:textId="77777777" w:rsidR="007D7487" w:rsidRDefault="00E6407B">
      <w:pPr>
        <w:ind w:firstLine="288"/>
      </w:pPr>
      <w:r>
        <w:rPr>
          <w:rFonts w:cs="Times New Roman"/>
        </w:rPr>
        <w:t>Simon frowned.</w:t>
      </w:r>
    </w:p>
    <w:p w14:paraId="348D36E5" w14:textId="77777777" w:rsidR="007D7487" w:rsidRDefault="00E6407B">
      <w:pPr>
        <w:ind w:firstLine="288"/>
      </w:pPr>
      <w:r>
        <w:rPr>
          <w:rFonts w:cs="Times New Roman"/>
        </w:rPr>
        <w:t>"Samson?"</w:t>
      </w:r>
    </w:p>
    <w:p w14:paraId="287FC36A" w14:textId="77777777" w:rsidR="007D7487" w:rsidRDefault="00E6407B">
      <w:pPr>
        <w:ind w:firstLine="288"/>
      </w:pPr>
      <w:r>
        <w:rPr>
          <w:rFonts w:cs="Times New Roman"/>
        </w:rPr>
        <w:t>"Ruth."</w:t>
      </w:r>
    </w:p>
    <w:p w14:paraId="48787347" w14:textId="77777777" w:rsidR="007D7487" w:rsidRDefault="00E6407B">
      <w:pPr>
        <w:ind w:firstLine="288"/>
      </w:pPr>
      <w:r>
        <w:rPr>
          <w:rFonts w:cs="Times New Roman"/>
        </w:rPr>
        <w:t>Jesus continued.</w:t>
      </w:r>
    </w:p>
    <w:p w14:paraId="4FEB465B" w14:textId="77777777" w:rsidR="007D7487" w:rsidRDefault="00E6407B">
      <w:pPr>
        <w:ind w:firstLine="288"/>
      </w:pPr>
      <w:r>
        <w:rPr>
          <w:rFonts w:cs="Times New Roman"/>
        </w:rPr>
        <w:t>"David."</w:t>
      </w:r>
    </w:p>
    <w:p w14:paraId="0FF6E98D" w14:textId="77777777" w:rsidR="007D7487" w:rsidRDefault="00E6407B">
      <w:pPr>
        <w:ind w:firstLine="288"/>
      </w:pPr>
      <w:r>
        <w:rPr>
          <w:rFonts w:cs="Times New Roman"/>
        </w:rPr>
        <w:t>"Elijah."</w:t>
      </w:r>
    </w:p>
    <w:p w14:paraId="0E6A8D8F" w14:textId="77777777" w:rsidR="007D7487" w:rsidRDefault="00E6407B">
      <w:pPr>
        <w:ind w:firstLine="288"/>
      </w:pPr>
      <w:r>
        <w:rPr>
          <w:rFonts w:cs="Times New Roman"/>
        </w:rPr>
        <w:t>"Jonah."</w:t>
      </w:r>
    </w:p>
    <w:p w14:paraId="28C5576E" w14:textId="77777777" w:rsidR="007D7487" w:rsidRDefault="00E6407B">
      <w:pPr>
        <w:ind w:firstLine="288"/>
      </w:pPr>
      <w:r>
        <w:rPr>
          <w:rFonts w:cs="Times New Roman"/>
        </w:rPr>
        <w:t>"The feasts."</w:t>
      </w:r>
    </w:p>
    <w:p w14:paraId="35B7DE72" w14:textId="77777777" w:rsidR="007D7487" w:rsidRDefault="00E6407B">
      <w:pPr>
        <w:ind w:firstLine="288"/>
      </w:pPr>
      <w:r>
        <w:rPr>
          <w:rFonts w:cs="Times New Roman"/>
        </w:rPr>
        <w:t>"The tabernacle."</w:t>
      </w:r>
    </w:p>
    <w:p w14:paraId="69DD79D4" w14:textId="77777777" w:rsidR="007D7487" w:rsidRDefault="00E6407B">
      <w:pPr>
        <w:ind w:firstLine="288"/>
      </w:pPr>
      <w:r>
        <w:rPr>
          <w:rFonts w:cs="Times New Roman"/>
        </w:rPr>
        <w:t>"The veil."</w:t>
      </w:r>
    </w:p>
    <w:p w14:paraId="70979F9E" w14:textId="77777777" w:rsidR="007D7487" w:rsidRDefault="00E6407B">
      <w:pPr>
        <w:ind w:firstLine="288"/>
      </w:pPr>
      <w:r>
        <w:rPr>
          <w:rFonts w:cs="Times New Roman"/>
        </w:rPr>
        <w:t>"The priesthood."</w:t>
      </w:r>
    </w:p>
    <w:p w14:paraId="03D355EE" w14:textId="77777777" w:rsidR="007D7487" w:rsidRDefault="00E6407B">
      <w:pPr>
        <w:ind w:firstLine="288"/>
      </w:pPr>
      <w:r>
        <w:rPr>
          <w:rFonts w:cs="Times New Roman"/>
        </w:rPr>
        <w:t>"The trumpets."</w:t>
      </w:r>
    </w:p>
    <w:p w14:paraId="5D9443BB" w14:textId="77777777" w:rsidR="007D7487" w:rsidRDefault="00E6407B">
      <w:pPr>
        <w:ind w:firstLine="288"/>
      </w:pPr>
      <w:r>
        <w:rPr>
          <w:rFonts w:cs="Times New Roman"/>
        </w:rPr>
        <w:t>"The jubilee."</w:t>
      </w:r>
    </w:p>
    <w:p w14:paraId="1BF74696" w14:textId="77777777" w:rsidR="007D7487" w:rsidRDefault="00E6407B">
      <w:pPr>
        <w:ind w:firstLine="288"/>
      </w:pPr>
      <w:r>
        <w:rPr>
          <w:rFonts w:cs="Times New Roman"/>
        </w:rPr>
        <w:t>"The cities of refuge."</w:t>
      </w:r>
    </w:p>
    <w:p w14:paraId="785BA050" w14:textId="77777777" w:rsidR="007D7487" w:rsidRDefault="00E6407B">
      <w:pPr>
        <w:ind w:firstLine="288"/>
      </w:pPr>
      <w:r>
        <w:rPr>
          <w:rFonts w:cs="Times New Roman"/>
        </w:rPr>
        <w:t>Peter looked toward Nicodemus.</w:t>
      </w:r>
    </w:p>
    <w:p w14:paraId="6E220343" w14:textId="77777777" w:rsidR="007D7487" w:rsidRDefault="00E6407B">
      <w:pPr>
        <w:ind w:firstLine="288"/>
      </w:pPr>
      <w:r>
        <w:rPr>
          <w:rFonts w:cs="Times New Roman"/>
        </w:rPr>
        <w:t>"We did that one."</w:t>
      </w:r>
    </w:p>
    <w:p w14:paraId="29E41841" w14:textId="77777777" w:rsidR="007D7487" w:rsidRDefault="00E6407B">
      <w:pPr>
        <w:ind w:firstLine="288"/>
      </w:pPr>
      <w:r>
        <w:rPr>
          <w:rFonts w:cs="Times New Roman"/>
        </w:rPr>
        <w:t>"One part," Jesus answered.</w:t>
      </w:r>
    </w:p>
    <w:p w14:paraId="2E833348" w14:textId="77777777" w:rsidR="007D7487" w:rsidRDefault="00E6407B">
      <w:pPr>
        <w:ind w:firstLine="288"/>
      </w:pPr>
      <w:r>
        <w:rPr>
          <w:rFonts w:cs="Times New Roman"/>
        </w:rPr>
        <w:t>Peter groaned.</w:t>
      </w:r>
    </w:p>
    <w:p w14:paraId="7A531770" w14:textId="77777777" w:rsidR="007D7487" w:rsidRDefault="00E6407B">
      <w:pPr>
        <w:ind w:firstLine="288"/>
      </w:pPr>
      <w:r>
        <w:rPr>
          <w:rFonts w:cs="Times New Roman"/>
        </w:rPr>
        <w:t>"Moses on the journey."</w:t>
      </w:r>
    </w:p>
    <w:p w14:paraId="60B70C10" w14:textId="77777777" w:rsidR="007D7487" w:rsidRDefault="00E6407B">
      <w:pPr>
        <w:ind w:firstLine="288"/>
      </w:pPr>
      <w:r>
        <w:rPr>
          <w:rFonts w:cs="Times New Roman"/>
        </w:rPr>
        <w:t>"Circumcision."</w:t>
      </w:r>
    </w:p>
    <w:p w14:paraId="69569CB3" w14:textId="77777777" w:rsidR="007D7487" w:rsidRDefault="00E6407B">
      <w:pPr>
        <w:ind w:firstLine="288"/>
      </w:pPr>
      <w:r>
        <w:rPr>
          <w:rFonts w:cs="Times New Roman"/>
        </w:rPr>
        <w:t>John raised both hands.</w:t>
      </w:r>
    </w:p>
    <w:p w14:paraId="3AC66588" w14:textId="77777777" w:rsidR="007D7487" w:rsidRDefault="00E6407B">
      <w:pPr>
        <w:ind w:firstLine="288"/>
      </w:pPr>
      <w:r>
        <w:rPr>
          <w:rFonts w:cs="Times New Roman"/>
        </w:rPr>
        <w:t>"Wait."</w:t>
      </w:r>
    </w:p>
    <w:p w14:paraId="6831D876" w14:textId="77777777" w:rsidR="007D7487" w:rsidRDefault="00E6407B">
      <w:pPr>
        <w:ind w:firstLine="288"/>
      </w:pPr>
      <w:r>
        <w:rPr>
          <w:rFonts w:cs="Times New Roman"/>
        </w:rPr>
        <w:t>Jesus stopped.</w:t>
      </w:r>
    </w:p>
    <w:p w14:paraId="5B4A20B3" w14:textId="77777777" w:rsidR="007D7487" w:rsidRDefault="00E6407B">
      <w:pPr>
        <w:ind w:firstLine="288"/>
      </w:pPr>
      <w:r>
        <w:rPr>
          <w:rFonts w:cs="Times New Roman"/>
        </w:rPr>
        <w:t>The gathering laughed.</w:t>
      </w:r>
    </w:p>
    <w:p w14:paraId="45D55A34" w14:textId="77777777" w:rsidR="007D7487" w:rsidRDefault="00E6407B">
      <w:pPr>
        <w:ind w:firstLine="288"/>
      </w:pPr>
      <w:r>
        <w:rPr>
          <w:rFonts w:cs="Times New Roman"/>
        </w:rPr>
        <w:t>John stared at Him.</w:t>
      </w:r>
    </w:p>
    <w:p w14:paraId="24F25B4D" w14:textId="77777777" w:rsidR="007D7487" w:rsidRDefault="00E6407B">
      <w:pPr>
        <w:ind w:firstLine="288"/>
      </w:pPr>
      <w:r>
        <w:rPr>
          <w:rFonts w:cs="Times New Roman"/>
        </w:rPr>
        <w:t>"You cannot say all of those and then stop."</w:t>
      </w:r>
    </w:p>
    <w:p w14:paraId="00A56DB9" w14:textId="77777777" w:rsidR="007D7487" w:rsidRDefault="00E6407B">
      <w:pPr>
        <w:ind w:firstLine="288"/>
      </w:pPr>
      <w:r>
        <w:rPr>
          <w:rFonts w:cs="Times New Roman"/>
        </w:rPr>
        <w:t>Jesus smiled.</w:t>
      </w:r>
    </w:p>
    <w:p w14:paraId="656EF007" w14:textId="77777777" w:rsidR="007D7487" w:rsidRDefault="00E6407B">
      <w:pPr>
        <w:ind w:firstLine="288"/>
      </w:pPr>
      <w:r>
        <w:rPr>
          <w:rFonts w:cs="Times New Roman"/>
        </w:rPr>
        <w:t>"There is more."</w:t>
      </w:r>
    </w:p>
    <w:p w14:paraId="6BFB219F" w14:textId="77777777" w:rsidR="007D7487" w:rsidRDefault="00E6407B">
      <w:pPr>
        <w:ind w:firstLine="288"/>
      </w:pPr>
      <w:r>
        <w:rPr>
          <w:rFonts w:cs="Times New Roman"/>
        </w:rPr>
        <w:t>Nicodemus made a small sound of delight.</w:t>
      </w:r>
    </w:p>
    <w:p w14:paraId="1C45B757" w14:textId="77777777" w:rsidR="007D7487" w:rsidRDefault="00E6407B">
      <w:pPr>
        <w:ind w:firstLine="288"/>
      </w:pPr>
      <w:r>
        <w:rPr>
          <w:rFonts w:cs="Times New Roman"/>
        </w:rPr>
        <w:t>Peter turned toward him.</w:t>
      </w:r>
    </w:p>
    <w:p w14:paraId="399751B5" w14:textId="77777777" w:rsidR="007D7487" w:rsidRDefault="00E6407B">
      <w:pPr>
        <w:ind w:firstLine="288"/>
      </w:pPr>
      <w:r>
        <w:rPr>
          <w:rFonts w:cs="Times New Roman"/>
        </w:rPr>
        <w:t>"Do not."</w:t>
      </w:r>
    </w:p>
    <w:p w14:paraId="7D266311" w14:textId="77777777" w:rsidR="007D7487" w:rsidRDefault="00E6407B">
      <w:pPr>
        <w:ind w:firstLine="288"/>
      </w:pPr>
      <w:r>
        <w:rPr>
          <w:rFonts w:cs="Times New Roman"/>
        </w:rPr>
        <w:t>Nicodemus arranged his face into solemnity.</w:t>
      </w:r>
    </w:p>
    <w:p w14:paraId="44B38CF8" w14:textId="77777777" w:rsidR="007D7487" w:rsidRDefault="00E6407B">
      <w:pPr>
        <w:ind w:firstLine="288"/>
      </w:pPr>
      <w:r>
        <w:rPr>
          <w:rFonts w:cs="Times New Roman"/>
        </w:rPr>
        <w:t>"I said nothing."</w:t>
      </w:r>
    </w:p>
    <w:p w14:paraId="3733E16F" w14:textId="77777777" w:rsidR="007D7487" w:rsidRDefault="00E6407B">
      <w:pPr>
        <w:ind w:firstLine="288"/>
      </w:pPr>
      <w:r>
        <w:rPr>
          <w:rFonts w:cs="Times New Roman"/>
        </w:rPr>
        <w:t>"You were about to."</w:t>
      </w:r>
    </w:p>
    <w:p w14:paraId="5C5C22E8" w14:textId="77777777" w:rsidR="007D7487" w:rsidRDefault="00E6407B">
      <w:pPr>
        <w:ind w:firstLine="288"/>
      </w:pPr>
      <w:r>
        <w:rPr>
          <w:rFonts w:cs="Times New Roman"/>
        </w:rPr>
        <w:t>"I was breathing."</w:t>
      </w:r>
    </w:p>
    <w:p w14:paraId="55B41857" w14:textId="77777777" w:rsidR="007D7487" w:rsidRDefault="00E6407B">
      <w:pPr>
        <w:ind w:firstLine="288"/>
      </w:pPr>
      <w:r>
        <w:rPr>
          <w:rFonts w:cs="Times New Roman"/>
        </w:rPr>
        <w:lastRenderedPageBreak/>
        <w:t>"Loudly."</w:t>
      </w:r>
    </w:p>
    <w:p w14:paraId="79169752" w14:textId="77777777" w:rsidR="007D7487" w:rsidRDefault="00E6407B">
      <w:pPr>
        <w:ind w:firstLine="288"/>
      </w:pPr>
      <w:r>
        <w:rPr>
          <w:rFonts w:cs="Times New Roman"/>
        </w:rPr>
        <w:t>Even Jesus laughed.</w:t>
      </w:r>
    </w:p>
    <w:p w14:paraId="72B81D32" w14:textId="77777777" w:rsidR="007D7487" w:rsidRDefault="00E6407B">
      <w:pPr>
        <w:ind w:firstLine="288"/>
      </w:pPr>
      <w:r>
        <w:rPr>
          <w:rFonts w:cs="Times New Roman"/>
        </w:rPr>
        <w:t>When the laughter faded, His voice softened.</w:t>
      </w:r>
    </w:p>
    <w:p w14:paraId="1C450379" w14:textId="77777777" w:rsidR="007D7487" w:rsidRDefault="00E6407B">
      <w:pPr>
        <w:ind w:firstLine="288"/>
      </w:pPr>
      <w:r>
        <w:rPr>
          <w:rFonts w:cs="Times New Roman"/>
        </w:rPr>
        <w:t>"You could not carry all of it today."</w:t>
      </w:r>
    </w:p>
    <w:p w14:paraId="1EA2F99F" w14:textId="77777777" w:rsidR="007D7487" w:rsidRDefault="00E6407B">
      <w:pPr>
        <w:ind w:firstLine="288"/>
      </w:pPr>
      <w:r>
        <w:rPr>
          <w:rFonts w:cs="Times New Roman"/>
        </w:rPr>
        <w:t>The disappointment across the group was almost comical.</w:t>
      </w:r>
    </w:p>
    <w:p w14:paraId="6D4F193B" w14:textId="77777777" w:rsidR="007D7487" w:rsidRDefault="00E6407B">
      <w:pPr>
        <w:ind w:firstLine="288"/>
      </w:pPr>
      <w:r>
        <w:rPr>
          <w:rFonts w:cs="Times New Roman"/>
        </w:rPr>
        <w:t>Nicodemus looked personally injured.</w:t>
      </w:r>
    </w:p>
    <w:p w14:paraId="0E87EFC9" w14:textId="77777777" w:rsidR="007D7487" w:rsidRDefault="00E6407B">
      <w:pPr>
        <w:ind w:firstLine="288"/>
      </w:pPr>
      <w:r>
        <w:rPr>
          <w:rFonts w:cs="Times New Roman"/>
        </w:rPr>
        <w:t>Jesus continued.</w:t>
      </w:r>
    </w:p>
    <w:p w14:paraId="1006B588" w14:textId="77777777" w:rsidR="007D7487" w:rsidRDefault="00E6407B">
      <w:pPr>
        <w:ind w:firstLine="288"/>
      </w:pPr>
      <w:r>
        <w:rPr>
          <w:rFonts w:cs="Times New Roman"/>
        </w:rPr>
        <w:t>"But I am not leaving you alone to remember."</w:t>
      </w:r>
    </w:p>
    <w:p w14:paraId="6C6EEF21" w14:textId="77777777" w:rsidR="007D7487" w:rsidRDefault="00E6407B">
      <w:pPr>
        <w:ind w:firstLine="288"/>
      </w:pPr>
      <w:r>
        <w:rPr>
          <w:rFonts w:cs="Times New Roman"/>
        </w:rPr>
        <w:t>He looked around.</w:t>
      </w:r>
    </w:p>
    <w:p w14:paraId="76D8C530" w14:textId="77777777" w:rsidR="007D7487" w:rsidRDefault="00E6407B">
      <w:pPr>
        <w:ind w:firstLine="288"/>
      </w:pPr>
      <w:r>
        <w:rPr>
          <w:rFonts w:cs="Times New Roman"/>
        </w:rPr>
        <w:t>"The Spirit will teach you."</w:t>
      </w:r>
    </w:p>
    <w:p w14:paraId="7511BA8B" w14:textId="77777777" w:rsidR="007D7487" w:rsidRDefault="00E6407B">
      <w:pPr>
        <w:ind w:firstLine="288"/>
      </w:pPr>
      <w:r>
        <w:rPr>
          <w:rFonts w:cs="Times New Roman"/>
        </w:rPr>
        <w:t>"Bring My words to remembrance."</w:t>
      </w:r>
    </w:p>
    <w:p w14:paraId="442E6D4B" w14:textId="77777777" w:rsidR="007D7487" w:rsidRDefault="00E6407B">
      <w:pPr>
        <w:ind w:firstLine="288"/>
      </w:pPr>
      <w:r>
        <w:rPr>
          <w:rFonts w:cs="Times New Roman"/>
        </w:rPr>
        <w:t>"You will keep learning."</w:t>
      </w:r>
    </w:p>
    <w:p w14:paraId="4423A765" w14:textId="77777777" w:rsidR="007D7487" w:rsidRDefault="00E6407B">
      <w:pPr>
        <w:ind w:firstLine="288"/>
      </w:pPr>
      <w:r>
        <w:rPr>
          <w:rFonts w:cs="Times New Roman"/>
        </w:rPr>
        <w:t>They would not leave Galilee with a completed commentary on every passage.</w:t>
      </w:r>
    </w:p>
    <w:p w14:paraId="26D99CAB" w14:textId="77777777" w:rsidR="007D7487" w:rsidRDefault="00E6407B">
      <w:pPr>
        <w:ind w:firstLine="288"/>
      </w:pPr>
      <w:r>
        <w:rPr>
          <w:rFonts w:cs="Times New Roman"/>
        </w:rPr>
        <w:t>They would leave with a way to read:</w:t>
      </w:r>
    </w:p>
    <w:p w14:paraId="055C10D6" w14:textId="77777777" w:rsidR="007D7487" w:rsidRDefault="00E6407B">
      <w:pPr>
        <w:ind w:firstLine="288"/>
      </w:pPr>
      <w:r>
        <w:rPr>
          <w:rFonts w:cs="Times New Roman"/>
        </w:rPr>
        <w:t>do not move the words;</w:t>
      </w:r>
    </w:p>
    <w:p w14:paraId="37FE8482" w14:textId="77777777" w:rsidR="007D7487" w:rsidRDefault="00E6407B">
      <w:pPr>
        <w:ind w:firstLine="288"/>
      </w:pPr>
      <w:r>
        <w:rPr>
          <w:rFonts w:cs="Times New Roman"/>
        </w:rPr>
        <w:t>do not despise the earlier history;</w:t>
      </w:r>
    </w:p>
    <w:p w14:paraId="3A2E53DB" w14:textId="77777777" w:rsidR="007D7487" w:rsidRDefault="00E6407B">
      <w:pPr>
        <w:ind w:firstLine="288"/>
      </w:pPr>
      <w:r>
        <w:rPr>
          <w:rFonts w:cs="Times New Roman"/>
        </w:rPr>
        <w:t>let fulfilled events expose false compartments;</w:t>
      </w:r>
    </w:p>
    <w:p w14:paraId="1E53D03A" w14:textId="77777777" w:rsidR="007D7487" w:rsidRDefault="00E6407B">
      <w:pPr>
        <w:ind w:firstLine="288"/>
      </w:pPr>
      <w:r>
        <w:rPr>
          <w:rFonts w:cs="Times New Roman"/>
        </w:rPr>
        <w:t>and keep learning as the Spirit brings Jesus' words to remembrance.</w:t>
      </w:r>
    </w:p>
    <w:p w14:paraId="1068087B" w14:textId="77777777" w:rsidR="007D7487" w:rsidRDefault="00E6407B">
      <w:pPr>
        <w:ind w:firstLine="288"/>
      </w:pPr>
      <w:r>
        <w:rPr>
          <w:rFonts w:cs="Times New Roman"/>
        </w:rPr>
        <w:t>John looked at the faces around him.</w:t>
      </w:r>
    </w:p>
    <w:p w14:paraId="021A0E22" w14:textId="77777777" w:rsidR="007D7487" w:rsidRDefault="00E6407B">
      <w:pPr>
        <w:ind w:firstLine="288"/>
      </w:pPr>
      <w:r>
        <w:rPr>
          <w:rFonts w:cs="Times New Roman"/>
        </w:rPr>
        <w:t>Jesus had not merely given answers.</w:t>
      </w:r>
    </w:p>
    <w:p w14:paraId="3C9CF1B6" w14:textId="77777777" w:rsidR="007D7487" w:rsidRDefault="00E6407B">
      <w:pPr>
        <w:ind w:firstLine="288"/>
      </w:pPr>
      <w:r>
        <w:rPr>
          <w:rFonts w:cs="Times New Roman"/>
        </w:rPr>
        <w:t>He was teaching them how to read after the cross without throwing away what came before the cross.</w:t>
      </w:r>
    </w:p>
    <w:p w14:paraId="6BF1B845" w14:textId="77777777" w:rsidR="007D7487" w:rsidRDefault="00E6407B">
      <w:pPr>
        <w:ind w:firstLine="288"/>
      </w:pPr>
      <w:r>
        <w:rPr>
          <w:rFonts w:cs="Times New Roman"/>
        </w:rPr>
        <w:t>Moses had not become useless.</w:t>
      </w:r>
    </w:p>
    <w:p w14:paraId="33372827" w14:textId="77777777" w:rsidR="007D7487" w:rsidRDefault="00E6407B">
      <w:pPr>
        <w:ind w:firstLine="288"/>
      </w:pPr>
      <w:r>
        <w:rPr>
          <w:rFonts w:cs="Times New Roman"/>
        </w:rPr>
        <w:t>Israel had not become meaningless.</w:t>
      </w:r>
    </w:p>
    <w:p w14:paraId="660C2806" w14:textId="77777777" w:rsidR="007D7487" w:rsidRDefault="00E6407B">
      <w:pPr>
        <w:ind w:firstLine="288"/>
      </w:pPr>
      <w:r>
        <w:rPr>
          <w:rFonts w:cs="Times New Roman"/>
        </w:rPr>
        <w:t>The prophets had not failed.</w:t>
      </w:r>
    </w:p>
    <w:p w14:paraId="7B684F6F" w14:textId="77777777" w:rsidR="007D7487" w:rsidRDefault="00E6407B">
      <w:pPr>
        <w:ind w:firstLine="288"/>
      </w:pPr>
      <w:r>
        <w:rPr>
          <w:rFonts w:cs="Times New Roman"/>
        </w:rPr>
        <w:t>The Psalms had not become riddles to be discarded.</w:t>
      </w:r>
    </w:p>
    <w:p w14:paraId="6BBC4CAF" w14:textId="77777777" w:rsidR="007D7487" w:rsidRDefault="00E6407B">
      <w:pPr>
        <w:ind w:firstLine="288"/>
      </w:pPr>
      <w:r>
        <w:rPr>
          <w:rFonts w:cs="Times New Roman"/>
        </w:rPr>
        <w:t>The events had become the key that allowed scattered words to be recognized without erasing their first meaning.</w:t>
      </w:r>
    </w:p>
    <w:p w14:paraId="31D6BD0D" w14:textId="77777777" w:rsidR="007D7487" w:rsidRDefault="00E6407B">
      <w:pPr>
        <w:suppressLineNumbers/>
        <w:spacing w:before="100" w:after="100"/>
        <w:jc w:val="center"/>
      </w:pPr>
      <w:r>
        <w:rPr>
          <w:rFonts w:cs="Times New Roman"/>
          <w:sz w:val="20"/>
        </w:rPr>
        <w:t>* * *</w:t>
      </w:r>
    </w:p>
    <w:p w14:paraId="161F6FB8" w14:textId="77777777" w:rsidR="007D7487" w:rsidRDefault="00E6407B">
      <w:pPr>
        <w:ind w:firstLine="288"/>
      </w:pPr>
      <w:r>
        <w:rPr>
          <w:rFonts w:cs="Times New Roman"/>
        </w:rPr>
        <w:t>Jesus stepped forward.</w:t>
      </w:r>
    </w:p>
    <w:p w14:paraId="4F0DB112" w14:textId="77777777" w:rsidR="007D7487" w:rsidRDefault="00E6407B">
      <w:pPr>
        <w:ind w:firstLine="288"/>
      </w:pPr>
      <w:r>
        <w:rPr>
          <w:rFonts w:cs="Times New Roman"/>
        </w:rPr>
        <w:t>"Now you understand enough to know what you are announcing."</w:t>
      </w:r>
    </w:p>
    <w:p w14:paraId="5B4EE777" w14:textId="77777777" w:rsidR="007D7487" w:rsidRDefault="00E6407B">
      <w:pPr>
        <w:ind w:firstLine="288"/>
      </w:pPr>
      <w:r>
        <w:rPr>
          <w:rFonts w:cs="Times New Roman"/>
        </w:rPr>
        <w:t>Every movement stopped.</w:t>
      </w:r>
    </w:p>
    <w:p w14:paraId="7D129798" w14:textId="77777777" w:rsidR="007D7487" w:rsidRDefault="00E6407B">
      <w:pPr>
        <w:ind w:firstLine="288"/>
      </w:pPr>
      <w:r>
        <w:rPr>
          <w:rFonts w:cs="Times New Roman"/>
        </w:rPr>
        <w:t>"You are not going merely to say that a dead man lives."</w:t>
      </w:r>
    </w:p>
    <w:p w14:paraId="4D4E9A7A" w14:textId="77777777" w:rsidR="007D7487" w:rsidRDefault="00E6407B">
      <w:pPr>
        <w:ind w:firstLine="288"/>
      </w:pPr>
      <w:r>
        <w:rPr>
          <w:rFonts w:cs="Times New Roman"/>
        </w:rPr>
        <w:t>John felt the sentence strike him.</w:t>
      </w:r>
    </w:p>
    <w:p w14:paraId="5B8928B0" w14:textId="77777777" w:rsidR="007D7487" w:rsidRDefault="00E6407B">
      <w:pPr>
        <w:ind w:firstLine="288"/>
      </w:pPr>
      <w:r>
        <w:rPr>
          <w:rFonts w:cs="Times New Roman"/>
        </w:rPr>
        <w:t>That had seemed large enough.</w:t>
      </w:r>
    </w:p>
    <w:p w14:paraId="37EAD722" w14:textId="77777777" w:rsidR="007D7487" w:rsidRDefault="00E6407B">
      <w:pPr>
        <w:ind w:firstLine="288"/>
      </w:pPr>
      <w:r>
        <w:rPr>
          <w:rFonts w:cs="Times New Roman"/>
        </w:rPr>
        <w:t>Jesus continued.</w:t>
      </w:r>
    </w:p>
    <w:p w14:paraId="474BFC1B" w14:textId="77777777" w:rsidR="007D7487" w:rsidRDefault="00E6407B">
      <w:pPr>
        <w:ind w:firstLine="288"/>
      </w:pPr>
      <w:r>
        <w:rPr>
          <w:rFonts w:cs="Times New Roman"/>
        </w:rPr>
        <w:t>"You are announcing what the Father has been doing from the beginning."</w:t>
      </w:r>
    </w:p>
    <w:p w14:paraId="49137FF5" w14:textId="77777777" w:rsidR="007D7487" w:rsidRDefault="00E6407B">
      <w:pPr>
        <w:ind w:firstLine="288"/>
      </w:pPr>
      <w:r>
        <w:rPr>
          <w:rFonts w:cs="Times New Roman"/>
        </w:rPr>
        <w:t>"The Seed promised against the serpent."</w:t>
      </w:r>
    </w:p>
    <w:p w14:paraId="0C20C647" w14:textId="77777777" w:rsidR="007D7487" w:rsidRDefault="00E6407B">
      <w:pPr>
        <w:ind w:firstLine="288"/>
      </w:pPr>
      <w:r>
        <w:rPr>
          <w:rFonts w:cs="Times New Roman"/>
        </w:rPr>
        <w:lastRenderedPageBreak/>
        <w:t>"The promise given to Abraham."</w:t>
      </w:r>
    </w:p>
    <w:p w14:paraId="60635753" w14:textId="77777777" w:rsidR="007D7487" w:rsidRDefault="00E6407B">
      <w:pPr>
        <w:ind w:firstLine="288"/>
      </w:pPr>
      <w:r>
        <w:rPr>
          <w:rFonts w:cs="Times New Roman"/>
        </w:rPr>
        <w:t>"The deliverance shown in Exodus."</w:t>
      </w:r>
    </w:p>
    <w:p w14:paraId="5E19FA92" w14:textId="77777777" w:rsidR="007D7487" w:rsidRDefault="00E6407B">
      <w:pPr>
        <w:ind w:firstLine="288"/>
      </w:pPr>
      <w:r>
        <w:rPr>
          <w:rFonts w:cs="Times New Roman"/>
        </w:rPr>
        <w:t>"The inheritance."</w:t>
      </w:r>
    </w:p>
    <w:p w14:paraId="25AE90B4" w14:textId="77777777" w:rsidR="007D7487" w:rsidRDefault="00E6407B">
      <w:pPr>
        <w:ind w:firstLine="288"/>
      </w:pPr>
      <w:r>
        <w:rPr>
          <w:rFonts w:cs="Times New Roman"/>
        </w:rPr>
        <w:t>"The kingdom."</w:t>
      </w:r>
    </w:p>
    <w:p w14:paraId="34F1FED1" w14:textId="77777777" w:rsidR="007D7487" w:rsidRDefault="00E6407B">
      <w:pPr>
        <w:ind w:firstLine="288"/>
      </w:pPr>
      <w:r>
        <w:rPr>
          <w:rFonts w:cs="Times New Roman"/>
        </w:rPr>
        <w:t>"The Shepherd."</w:t>
      </w:r>
    </w:p>
    <w:p w14:paraId="42C95EF5" w14:textId="77777777" w:rsidR="007D7487" w:rsidRDefault="00E6407B">
      <w:pPr>
        <w:ind w:firstLine="288"/>
      </w:pPr>
      <w:r>
        <w:rPr>
          <w:rFonts w:cs="Times New Roman"/>
        </w:rPr>
        <w:t>"The Servant."</w:t>
      </w:r>
    </w:p>
    <w:p w14:paraId="424CBE56" w14:textId="77777777" w:rsidR="007D7487" w:rsidRDefault="00E6407B">
      <w:pPr>
        <w:ind w:firstLine="288"/>
      </w:pPr>
      <w:r>
        <w:rPr>
          <w:rFonts w:cs="Times New Roman"/>
        </w:rPr>
        <w:t>"The Priest."</w:t>
      </w:r>
    </w:p>
    <w:p w14:paraId="152EC136" w14:textId="77777777" w:rsidR="007D7487" w:rsidRDefault="00E6407B">
      <w:pPr>
        <w:ind w:firstLine="288"/>
      </w:pPr>
      <w:r>
        <w:rPr>
          <w:rFonts w:cs="Times New Roman"/>
        </w:rPr>
        <w:t>"The covenant."</w:t>
      </w:r>
    </w:p>
    <w:p w14:paraId="3DB6F189" w14:textId="77777777" w:rsidR="007D7487" w:rsidRDefault="00E6407B">
      <w:pPr>
        <w:ind w:firstLine="288"/>
      </w:pPr>
      <w:r>
        <w:rPr>
          <w:rFonts w:cs="Times New Roman"/>
        </w:rPr>
        <w:t>"The Spirit."</w:t>
      </w:r>
    </w:p>
    <w:p w14:paraId="2E5CE219" w14:textId="77777777" w:rsidR="007D7487" w:rsidRDefault="00E6407B">
      <w:pPr>
        <w:ind w:firstLine="288"/>
      </w:pPr>
      <w:r>
        <w:rPr>
          <w:rFonts w:cs="Times New Roman"/>
        </w:rPr>
        <w:t>"Life."</w:t>
      </w:r>
    </w:p>
    <w:p w14:paraId="3C5A9DF1" w14:textId="77777777" w:rsidR="007D7487" w:rsidRDefault="00E6407B">
      <w:pPr>
        <w:ind w:firstLine="288"/>
      </w:pPr>
      <w:r>
        <w:rPr>
          <w:rFonts w:cs="Times New Roman"/>
        </w:rPr>
        <w:t>He looked toward the roads leading away from Galilee.</w:t>
      </w:r>
    </w:p>
    <w:p w14:paraId="7B69FD9D" w14:textId="77777777" w:rsidR="007D7487" w:rsidRDefault="00E6407B">
      <w:pPr>
        <w:ind w:firstLine="288"/>
      </w:pPr>
      <w:r>
        <w:rPr>
          <w:rFonts w:cs="Times New Roman"/>
        </w:rPr>
        <w:t>"And the light that does not stop at Israel's borders."</w:t>
      </w:r>
    </w:p>
    <w:p w14:paraId="2C3372C9" w14:textId="77777777" w:rsidR="007D7487" w:rsidRDefault="00E6407B">
      <w:pPr>
        <w:ind w:firstLine="288"/>
      </w:pPr>
      <w:r>
        <w:rPr>
          <w:rFonts w:cs="Times New Roman"/>
        </w:rPr>
        <w:t>Then He said:</w:t>
      </w:r>
    </w:p>
    <w:p w14:paraId="4CC76182" w14:textId="77777777" w:rsidR="007D7487" w:rsidRDefault="00E6407B">
      <w:pPr>
        <w:ind w:firstLine="288"/>
      </w:pPr>
      <w:r>
        <w:rPr>
          <w:rFonts w:cs="Times New Roman"/>
        </w:rPr>
        <w:t>"All power is given unto me in heaven and in earth."</w:t>
      </w:r>
    </w:p>
    <w:p w14:paraId="17F4A5ED" w14:textId="77777777" w:rsidR="007D7487" w:rsidRDefault="00E6407B">
      <w:pPr>
        <w:ind w:firstLine="288"/>
      </w:pPr>
      <w:r>
        <w:rPr>
          <w:rFonts w:cs="Times New Roman"/>
        </w:rPr>
        <w:t>Thomas inhaled.</w:t>
      </w:r>
    </w:p>
    <w:p w14:paraId="1F8E2594" w14:textId="77777777" w:rsidR="007D7487" w:rsidRDefault="00E6407B">
      <w:pPr>
        <w:ind w:firstLine="288"/>
      </w:pPr>
      <w:r>
        <w:rPr>
          <w:rFonts w:cs="Times New Roman"/>
        </w:rPr>
        <w:t>Daniel.</w:t>
      </w:r>
    </w:p>
    <w:p w14:paraId="2B446640" w14:textId="77777777" w:rsidR="007D7487" w:rsidRDefault="00E6407B">
      <w:pPr>
        <w:ind w:firstLine="288"/>
      </w:pPr>
      <w:r>
        <w:rPr>
          <w:rFonts w:cs="Times New Roman"/>
        </w:rPr>
        <w:t>The Son of Man.</w:t>
      </w:r>
    </w:p>
    <w:p w14:paraId="7A1363A9" w14:textId="77777777" w:rsidR="007D7487" w:rsidRDefault="00E6407B">
      <w:pPr>
        <w:ind w:firstLine="288"/>
      </w:pPr>
      <w:r>
        <w:rPr>
          <w:rFonts w:cs="Times New Roman"/>
        </w:rPr>
        <w:t>The Ancient of Days.</w:t>
      </w:r>
    </w:p>
    <w:p w14:paraId="54E3565C" w14:textId="77777777" w:rsidR="007D7487" w:rsidRDefault="00E6407B">
      <w:pPr>
        <w:ind w:firstLine="288"/>
      </w:pPr>
      <w:r>
        <w:rPr>
          <w:rFonts w:cs="Times New Roman"/>
        </w:rPr>
        <w:t>The kingdom the adversary had offered through worship.</w:t>
      </w:r>
    </w:p>
    <w:p w14:paraId="3074ECF3" w14:textId="77777777" w:rsidR="007D7487" w:rsidRDefault="00E6407B">
      <w:pPr>
        <w:ind w:firstLine="288"/>
      </w:pPr>
      <w:r>
        <w:rPr>
          <w:rFonts w:cs="Times New Roman"/>
        </w:rPr>
        <w:t>The authority the Father had purposed through faithfulness.</w:t>
      </w:r>
    </w:p>
    <w:p w14:paraId="10B304D7" w14:textId="77777777" w:rsidR="007D7487" w:rsidRDefault="00E6407B">
      <w:pPr>
        <w:ind w:firstLine="288"/>
      </w:pPr>
      <w:r>
        <w:rPr>
          <w:rFonts w:cs="Times New Roman"/>
        </w:rPr>
        <w:t>Simon understood too.</w:t>
      </w:r>
    </w:p>
    <w:p w14:paraId="3ECD686C" w14:textId="77777777" w:rsidR="007D7487" w:rsidRDefault="00E6407B">
      <w:pPr>
        <w:ind w:firstLine="288"/>
      </w:pPr>
      <w:r>
        <w:rPr>
          <w:rFonts w:cs="Times New Roman"/>
        </w:rPr>
        <w:t>Jesus had refused to receive the kingdoms from the false giver.</w:t>
      </w:r>
    </w:p>
    <w:p w14:paraId="692BD98A" w14:textId="77777777" w:rsidR="007D7487" w:rsidRDefault="00E6407B">
      <w:pPr>
        <w:ind w:firstLine="288"/>
      </w:pPr>
      <w:r>
        <w:rPr>
          <w:rFonts w:cs="Times New Roman"/>
        </w:rPr>
        <w:t>Now the risen Son spoke of authority given.</w:t>
      </w:r>
    </w:p>
    <w:p w14:paraId="524568F6" w14:textId="77777777" w:rsidR="007D7487" w:rsidRDefault="00E6407B">
      <w:pPr>
        <w:ind w:firstLine="288"/>
      </w:pPr>
      <w:r>
        <w:rPr>
          <w:rFonts w:cs="Times New Roman"/>
        </w:rPr>
        <w:t>Not stolen.</w:t>
      </w:r>
    </w:p>
    <w:p w14:paraId="4BD87970" w14:textId="77777777" w:rsidR="007D7487" w:rsidRDefault="00E6407B">
      <w:pPr>
        <w:ind w:firstLine="288"/>
      </w:pPr>
      <w:r>
        <w:rPr>
          <w:rFonts w:cs="Times New Roman"/>
        </w:rPr>
        <w:t>Not purchased by worshiping evil.</w:t>
      </w:r>
    </w:p>
    <w:p w14:paraId="4AB78FE2" w14:textId="77777777" w:rsidR="007D7487" w:rsidRDefault="00E6407B">
      <w:pPr>
        <w:ind w:firstLine="288"/>
      </w:pPr>
      <w:r>
        <w:rPr>
          <w:rFonts w:cs="Times New Roman"/>
        </w:rPr>
        <w:t>Given.</w:t>
      </w:r>
    </w:p>
    <w:p w14:paraId="7F17B4E7" w14:textId="77777777" w:rsidR="007D7487" w:rsidRDefault="00E6407B">
      <w:pPr>
        <w:ind w:firstLine="288"/>
      </w:pPr>
      <w:r>
        <w:rPr>
          <w:rFonts w:cs="Times New Roman"/>
        </w:rPr>
        <w:t>Jesus continued.</w:t>
      </w:r>
    </w:p>
    <w:p w14:paraId="4B840006" w14:textId="77777777" w:rsidR="007D7487" w:rsidRDefault="00E6407B">
      <w:pPr>
        <w:ind w:firstLine="288"/>
      </w:pPr>
      <w:r>
        <w:rPr>
          <w:rFonts w:cs="Times New Roman"/>
        </w:rPr>
        <w:t>"Go ye therefore..."</w:t>
      </w:r>
    </w:p>
    <w:p w14:paraId="2201B4A2" w14:textId="77777777" w:rsidR="007D7487" w:rsidRDefault="00E6407B">
      <w:pPr>
        <w:ind w:firstLine="288"/>
      </w:pPr>
      <w:r>
        <w:rPr>
          <w:rFonts w:cs="Times New Roman"/>
        </w:rPr>
        <w:t>Nobody heard it as a new subject.</w:t>
      </w:r>
    </w:p>
    <w:p w14:paraId="367B6526" w14:textId="77777777" w:rsidR="007D7487" w:rsidRDefault="00E6407B">
      <w:pPr>
        <w:ind w:firstLine="288"/>
      </w:pPr>
      <w:r>
        <w:rPr>
          <w:rFonts w:cs="Times New Roman"/>
        </w:rPr>
        <w:t>"...and teach all nations."</w:t>
      </w:r>
    </w:p>
    <w:p w14:paraId="36E4226B" w14:textId="77777777" w:rsidR="007D7487" w:rsidRDefault="00E6407B">
      <w:pPr>
        <w:ind w:firstLine="288"/>
      </w:pPr>
      <w:r>
        <w:rPr>
          <w:rFonts w:cs="Times New Roman"/>
        </w:rPr>
        <w:t>Abraham.</w:t>
      </w:r>
    </w:p>
    <w:p w14:paraId="690944E0" w14:textId="77777777" w:rsidR="007D7487" w:rsidRDefault="00E6407B">
      <w:pPr>
        <w:ind w:firstLine="288"/>
      </w:pPr>
      <w:r>
        <w:rPr>
          <w:rFonts w:cs="Times New Roman"/>
        </w:rPr>
        <w:t>Solomon's stranger.</w:t>
      </w:r>
    </w:p>
    <w:p w14:paraId="23A435B2" w14:textId="77777777" w:rsidR="007D7487" w:rsidRDefault="00E6407B">
      <w:pPr>
        <w:ind w:firstLine="288"/>
      </w:pPr>
      <w:r>
        <w:rPr>
          <w:rFonts w:cs="Times New Roman"/>
        </w:rPr>
        <w:t>Isaiah's Servant.</w:t>
      </w:r>
    </w:p>
    <w:p w14:paraId="6DACABDA" w14:textId="77777777" w:rsidR="007D7487" w:rsidRDefault="00E6407B">
      <w:pPr>
        <w:ind w:firstLine="288"/>
      </w:pPr>
      <w:r>
        <w:rPr>
          <w:rFonts w:cs="Times New Roman"/>
        </w:rPr>
        <w:t>Daniel's peoples.</w:t>
      </w:r>
    </w:p>
    <w:p w14:paraId="1449C142" w14:textId="77777777" w:rsidR="007D7487" w:rsidRDefault="00E6407B">
      <w:pPr>
        <w:ind w:firstLine="288"/>
      </w:pPr>
      <w:r>
        <w:rPr>
          <w:rFonts w:cs="Times New Roman"/>
        </w:rPr>
        <w:t>Simeon's light.</w:t>
      </w:r>
    </w:p>
    <w:p w14:paraId="6C87CC94" w14:textId="77777777" w:rsidR="007D7487" w:rsidRDefault="00E6407B">
      <w:pPr>
        <w:ind w:firstLine="288"/>
      </w:pPr>
      <w:r>
        <w:rPr>
          <w:rFonts w:cs="Times New Roman"/>
        </w:rPr>
        <w:t>Galilee of the nations.</w:t>
      </w:r>
    </w:p>
    <w:p w14:paraId="30C02E2C" w14:textId="77777777" w:rsidR="007D7487" w:rsidRDefault="00E6407B">
      <w:pPr>
        <w:ind w:firstLine="288"/>
      </w:pPr>
      <w:r>
        <w:rPr>
          <w:rFonts w:cs="Times New Roman"/>
        </w:rPr>
        <w:t>Mary's whisper:</w:t>
      </w:r>
    </w:p>
    <w:p w14:paraId="57B810BF" w14:textId="77777777" w:rsidR="007D7487" w:rsidRDefault="00E6407B">
      <w:pPr>
        <w:ind w:firstLine="288"/>
      </w:pPr>
      <w:r>
        <w:rPr>
          <w:rFonts w:cs="Times New Roman"/>
        </w:rPr>
        <w:t>We can go to them.</w:t>
      </w:r>
    </w:p>
    <w:p w14:paraId="4B674328" w14:textId="77777777" w:rsidR="007D7487" w:rsidRDefault="00E6407B">
      <w:pPr>
        <w:ind w:firstLine="288"/>
      </w:pPr>
      <w:r>
        <w:rPr>
          <w:rFonts w:cs="Times New Roman"/>
        </w:rPr>
        <w:lastRenderedPageBreak/>
        <w:t>Jesus continued.</w:t>
      </w:r>
    </w:p>
    <w:p w14:paraId="53883237" w14:textId="77777777" w:rsidR="007D7487" w:rsidRDefault="00E6407B">
      <w:pPr>
        <w:ind w:firstLine="288"/>
      </w:pPr>
      <w:r>
        <w:rPr>
          <w:rFonts w:cs="Times New Roman"/>
        </w:rPr>
        <w:t>"Baptizing them in the name of the Father, and of the Son, and of the Holy Ghost..."</w:t>
      </w:r>
    </w:p>
    <w:p w14:paraId="2AFB5C45" w14:textId="77777777" w:rsidR="007D7487" w:rsidRDefault="00E6407B">
      <w:pPr>
        <w:ind w:firstLine="288"/>
      </w:pPr>
      <w:r>
        <w:rPr>
          <w:rFonts w:cs="Times New Roman"/>
        </w:rPr>
        <w:t>John remembered Jordan.</w:t>
      </w:r>
    </w:p>
    <w:p w14:paraId="080F9950" w14:textId="77777777" w:rsidR="007D7487" w:rsidRDefault="00E6407B">
      <w:pPr>
        <w:ind w:firstLine="288"/>
      </w:pPr>
      <w:r>
        <w:rPr>
          <w:rFonts w:cs="Times New Roman"/>
        </w:rPr>
        <w:t>The Father's witness.</w:t>
      </w:r>
    </w:p>
    <w:p w14:paraId="59794829" w14:textId="77777777" w:rsidR="007D7487" w:rsidRDefault="00E6407B">
      <w:pPr>
        <w:ind w:firstLine="288"/>
      </w:pPr>
      <w:r>
        <w:rPr>
          <w:rFonts w:cs="Times New Roman"/>
        </w:rPr>
        <w:t>The Spirit descending and remaining.</w:t>
      </w:r>
    </w:p>
    <w:p w14:paraId="1CD22C48" w14:textId="77777777" w:rsidR="007D7487" w:rsidRDefault="00E6407B">
      <w:pPr>
        <w:ind w:firstLine="288"/>
      </w:pPr>
      <w:r>
        <w:rPr>
          <w:rFonts w:cs="Times New Roman"/>
        </w:rPr>
        <w:t>The Son standing in the water.</w:t>
      </w:r>
    </w:p>
    <w:p w14:paraId="45F98266" w14:textId="77777777" w:rsidR="007D7487" w:rsidRDefault="00E6407B">
      <w:pPr>
        <w:ind w:firstLine="288"/>
      </w:pPr>
      <w:r>
        <w:rPr>
          <w:rFonts w:cs="Times New Roman"/>
        </w:rPr>
        <w:t>The Name now carried outward.</w:t>
      </w:r>
    </w:p>
    <w:p w14:paraId="100C5E65" w14:textId="77777777" w:rsidR="007D7487" w:rsidRDefault="00E6407B">
      <w:pPr>
        <w:ind w:firstLine="288"/>
      </w:pPr>
      <w:r>
        <w:rPr>
          <w:rFonts w:cs="Times New Roman"/>
        </w:rPr>
        <w:t>"...teaching them to observe all things whatsoever I have commanded you..."</w:t>
      </w:r>
    </w:p>
    <w:p w14:paraId="458E0C47" w14:textId="77777777" w:rsidR="007D7487" w:rsidRDefault="00E6407B">
      <w:pPr>
        <w:ind w:firstLine="288"/>
      </w:pPr>
      <w:r>
        <w:rPr>
          <w:rFonts w:cs="Times New Roman"/>
        </w:rPr>
        <w:t>John almost laughed.</w:t>
      </w:r>
    </w:p>
    <w:p w14:paraId="7579D37C" w14:textId="77777777" w:rsidR="007D7487" w:rsidRDefault="00E6407B">
      <w:pPr>
        <w:ind w:firstLine="288"/>
      </w:pPr>
      <w:r>
        <w:rPr>
          <w:rFonts w:cs="Times New Roman"/>
        </w:rPr>
        <w:t>There was so much to remember.</w:t>
      </w:r>
    </w:p>
    <w:p w14:paraId="5DB33820" w14:textId="77777777" w:rsidR="007D7487" w:rsidRDefault="00E6407B">
      <w:pPr>
        <w:ind w:firstLine="288"/>
      </w:pPr>
      <w:r>
        <w:rPr>
          <w:rFonts w:cs="Times New Roman"/>
        </w:rPr>
        <w:t>Then the Shepherd gave them what made the command bearable.</w:t>
      </w:r>
    </w:p>
    <w:p w14:paraId="3F7D1C09" w14:textId="77777777" w:rsidR="007D7487" w:rsidRDefault="00E6407B">
      <w:pPr>
        <w:ind w:firstLine="288"/>
      </w:pPr>
      <w:r>
        <w:rPr>
          <w:rFonts w:cs="Times New Roman"/>
        </w:rPr>
        <w:t>"And, lo, I am with you alway, even unto the end of the world."</w:t>
      </w:r>
    </w:p>
    <w:p w14:paraId="3DA95B23" w14:textId="77777777" w:rsidR="007D7487" w:rsidRDefault="00E6407B">
      <w:pPr>
        <w:ind w:firstLine="288"/>
      </w:pPr>
      <w:r>
        <w:rPr>
          <w:rFonts w:cs="Times New Roman"/>
          <w:i/>
        </w:rPr>
        <w:t>"And Jesus came and spake unto them, saying, All power is given unto me in heaven and in earth. Go ye therefore, and teach all nations, baptizing them in the name of the Father, and of the Son, and of the Holy Ghost: Teaching them to observe all things whatsoever I have commanded you: and, lo, I am with you alway, even unto the end of the world. Amen."</w:t>
      </w:r>
    </w:p>
    <w:p w14:paraId="251A2DB3" w14:textId="77777777" w:rsidR="007D7487" w:rsidRDefault="00E6407B">
      <w:pPr>
        <w:ind w:firstLine="288"/>
      </w:pPr>
      <w:r>
        <w:rPr>
          <w:rFonts w:cs="Times New Roman"/>
        </w:rPr>
        <w:t>The Eleven stood at the center of the commission.</w:t>
      </w:r>
    </w:p>
    <w:p w14:paraId="7857F9A6" w14:textId="77777777" w:rsidR="007D7487" w:rsidRDefault="00E6407B">
      <w:pPr>
        <w:ind w:firstLine="288"/>
      </w:pPr>
      <w:r>
        <w:rPr>
          <w:rFonts w:cs="Times New Roman"/>
        </w:rPr>
        <w:t>The broader gathering did not erase their distinct place.</w:t>
      </w:r>
    </w:p>
    <w:p w14:paraId="62115C66" w14:textId="77777777" w:rsidR="007D7487" w:rsidRDefault="00E6407B">
      <w:pPr>
        <w:ind w:firstLine="288"/>
      </w:pPr>
      <w:r>
        <w:rPr>
          <w:rFonts w:cs="Times New Roman"/>
        </w:rPr>
        <w:t>No one moved.</w:t>
      </w:r>
    </w:p>
    <w:p w14:paraId="4F12A213" w14:textId="77777777" w:rsidR="007D7487" w:rsidRDefault="00E6407B">
      <w:pPr>
        <w:ind w:firstLine="288"/>
      </w:pPr>
      <w:r>
        <w:rPr>
          <w:rFonts w:cs="Times New Roman"/>
        </w:rPr>
        <w:t>The commission did not sound like a military order pasted onto the end of a failed campaign.</w:t>
      </w:r>
    </w:p>
    <w:p w14:paraId="18E097C2" w14:textId="77777777" w:rsidR="007D7487" w:rsidRDefault="00E6407B">
      <w:pPr>
        <w:ind w:firstLine="288"/>
      </w:pPr>
      <w:r>
        <w:rPr>
          <w:rFonts w:cs="Times New Roman"/>
        </w:rPr>
        <w:t>It sounded like the next step of everything Jesus had just opened.</w:t>
      </w:r>
    </w:p>
    <w:p w14:paraId="7B2AB3AE" w14:textId="77777777" w:rsidR="007D7487" w:rsidRDefault="00E6407B">
      <w:pPr>
        <w:ind w:firstLine="288"/>
      </w:pPr>
      <w:r>
        <w:rPr>
          <w:rFonts w:cs="Times New Roman"/>
        </w:rPr>
        <w:t>The stranger no longer had to hear the Name and find his way to Jerusalem before anyone would go looking for him.</w:t>
      </w:r>
    </w:p>
    <w:p w14:paraId="303C21FB" w14:textId="77777777" w:rsidR="007D7487" w:rsidRDefault="00E6407B">
      <w:pPr>
        <w:ind w:firstLine="288"/>
      </w:pPr>
      <w:r>
        <w:rPr>
          <w:rFonts w:cs="Times New Roman"/>
        </w:rPr>
        <w:t>The witnesses would go.</w:t>
      </w:r>
    </w:p>
    <w:p w14:paraId="0DF0791F" w14:textId="77777777" w:rsidR="007D7487" w:rsidRDefault="00E6407B">
      <w:pPr>
        <w:ind w:firstLine="288"/>
      </w:pPr>
      <w:r>
        <w:rPr>
          <w:rFonts w:cs="Times New Roman"/>
        </w:rPr>
        <w:t>Not alone.</w:t>
      </w:r>
    </w:p>
    <w:p w14:paraId="5D63530E" w14:textId="77777777" w:rsidR="007D7487" w:rsidRDefault="00E6407B">
      <w:pPr>
        <w:ind w:firstLine="288"/>
      </w:pPr>
      <w:r>
        <w:rPr>
          <w:rFonts w:cs="Times New Roman"/>
        </w:rPr>
        <w:t>Not in their own authority.</w:t>
      </w:r>
    </w:p>
    <w:p w14:paraId="46763426" w14:textId="77777777" w:rsidR="007D7487" w:rsidRDefault="00E6407B">
      <w:pPr>
        <w:ind w:firstLine="288"/>
      </w:pPr>
      <w:r>
        <w:rPr>
          <w:rFonts w:cs="Times New Roman"/>
        </w:rPr>
        <w:t>Not carrying their own names.</w:t>
      </w:r>
    </w:p>
    <w:p w14:paraId="3FBB7D81" w14:textId="77777777" w:rsidR="007D7487" w:rsidRDefault="00E6407B">
      <w:pPr>
        <w:ind w:firstLine="288"/>
      </w:pPr>
      <w:r>
        <w:rPr>
          <w:rFonts w:cs="Times New Roman"/>
        </w:rPr>
        <w:t>In His.</w:t>
      </w:r>
    </w:p>
    <w:p w14:paraId="16CAA6B1" w14:textId="77777777" w:rsidR="007D7487" w:rsidRDefault="00E6407B">
      <w:pPr>
        <w:ind w:firstLine="288"/>
      </w:pPr>
      <w:r>
        <w:rPr>
          <w:rFonts w:cs="Times New Roman"/>
        </w:rPr>
        <w:t>Jesus had not yet ascended.</w:t>
      </w:r>
    </w:p>
    <w:p w14:paraId="77698C32" w14:textId="77777777" w:rsidR="007D7487" w:rsidRDefault="00E6407B">
      <w:pPr>
        <w:ind w:firstLine="288"/>
      </w:pPr>
      <w:r>
        <w:rPr>
          <w:rFonts w:cs="Times New Roman"/>
        </w:rPr>
        <w:t>The later Spirit-empowered witness from Jerusalem outward still lay ahead.</w:t>
      </w:r>
    </w:p>
    <w:p w14:paraId="27344756" w14:textId="77777777" w:rsidR="007D7487" w:rsidRDefault="00E6407B">
      <w:pPr>
        <w:ind w:firstLine="288"/>
      </w:pPr>
      <w:r>
        <w:rPr>
          <w:rFonts w:cs="Times New Roman"/>
        </w:rPr>
        <w:t>Galilee supplied the commission without collapsing every later event into the same moment.</w:t>
      </w:r>
    </w:p>
    <w:p w14:paraId="1BA17ABF" w14:textId="77777777" w:rsidR="007D7487" w:rsidRDefault="00E6407B">
      <w:pPr>
        <w:suppressLineNumbers/>
        <w:spacing w:before="100" w:after="100"/>
        <w:jc w:val="center"/>
      </w:pPr>
      <w:r>
        <w:rPr>
          <w:rFonts w:cs="Times New Roman"/>
          <w:sz w:val="20"/>
        </w:rPr>
        <w:t>* * *</w:t>
      </w:r>
    </w:p>
    <w:p w14:paraId="1CEEB653" w14:textId="77777777" w:rsidR="007D7487" w:rsidRDefault="00E6407B">
      <w:pPr>
        <w:ind w:firstLine="288"/>
      </w:pPr>
      <w:r>
        <w:rPr>
          <w:rFonts w:cs="Times New Roman"/>
        </w:rPr>
        <w:t>Jesus called the Eleven nearer.</w:t>
      </w:r>
    </w:p>
    <w:p w14:paraId="0CD545D4" w14:textId="77777777" w:rsidR="007D7487" w:rsidRDefault="00E6407B">
      <w:pPr>
        <w:ind w:firstLine="288"/>
      </w:pPr>
      <w:r>
        <w:rPr>
          <w:rFonts w:cs="Times New Roman"/>
        </w:rPr>
        <w:t>They came.</w:t>
      </w:r>
    </w:p>
    <w:p w14:paraId="6CE487EA" w14:textId="77777777" w:rsidR="007D7487" w:rsidRDefault="00E6407B">
      <w:pPr>
        <w:ind w:firstLine="288"/>
      </w:pPr>
      <w:r>
        <w:rPr>
          <w:rFonts w:cs="Times New Roman"/>
        </w:rPr>
        <w:t>The broader gathering watched.</w:t>
      </w:r>
    </w:p>
    <w:p w14:paraId="163F1B2A" w14:textId="77777777" w:rsidR="007D7487" w:rsidRDefault="00E6407B">
      <w:pPr>
        <w:ind w:firstLine="288"/>
      </w:pPr>
      <w:r>
        <w:rPr>
          <w:rFonts w:cs="Times New Roman"/>
        </w:rPr>
        <w:t>"I appointed these men as My apostles."</w:t>
      </w:r>
    </w:p>
    <w:p w14:paraId="0E01D72E" w14:textId="77777777" w:rsidR="007D7487" w:rsidRDefault="00E6407B">
      <w:pPr>
        <w:ind w:firstLine="288"/>
      </w:pPr>
      <w:r>
        <w:rPr>
          <w:rFonts w:cs="Times New Roman"/>
        </w:rPr>
        <w:t>No one mistook the distinction.</w:t>
      </w:r>
    </w:p>
    <w:p w14:paraId="77A8A6AC" w14:textId="77777777" w:rsidR="007D7487" w:rsidRDefault="00E6407B">
      <w:pPr>
        <w:ind w:firstLine="288"/>
      </w:pPr>
      <w:r>
        <w:rPr>
          <w:rFonts w:cs="Times New Roman"/>
        </w:rPr>
        <w:t>Then Jesus looked beyond them.</w:t>
      </w:r>
    </w:p>
    <w:p w14:paraId="1C0EFFB6" w14:textId="77777777" w:rsidR="007D7487" w:rsidRDefault="00E6407B">
      <w:pPr>
        <w:ind w:firstLine="288"/>
      </w:pPr>
      <w:r>
        <w:rPr>
          <w:rFonts w:cs="Times New Roman"/>
        </w:rPr>
        <w:lastRenderedPageBreak/>
        <w:t>"But all of you are witnesses."</w:t>
      </w:r>
    </w:p>
    <w:p w14:paraId="067499E6" w14:textId="77777777" w:rsidR="007D7487" w:rsidRDefault="00E6407B">
      <w:pPr>
        <w:ind w:firstLine="288"/>
      </w:pPr>
      <w:r>
        <w:rPr>
          <w:rFonts w:cs="Times New Roman"/>
        </w:rPr>
        <w:t>Mary Magdalene lifted her head.</w:t>
      </w:r>
    </w:p>
    <w:p w14:paraId="4240C98C" w14:textId="77777777" w:rsidR="007D7487" w:rsidRDefault="00E6407B">
      <w:pPr>
        <w:ind w:firstLine="288"/>
      </w:pPr>
      <w:r>
        <w:rPr>
          <w:rFonts w:cs="Times New Roman"/>
        </w:rPr>
        <w:t>Joseph.</w:t>
      </w:r>
    </w:p>
    <w:p w14:paraId="4A80D427" w14:textId="77777777" w:rsidR="007D7487" w:rsidRDefault="00E6407B">
      <w:pPr>
        <w:ind w:firstLine="288"/>
      </w:pPr>
      <w:r>
        <w:rPr>
          <w:rFonts w:cs="Times New Roman"/>
        </w:rPr>
        <w:t>Nicodemus.</w:t>
      </w:r>
    </w:p>
    <w:p w14:paraId="4B57C345" w14:textId="77777777" w:rsidR="007D7487" w:rsidRDefault="00E6407B">
      <w:pPr>
        <w:ind w:firstLine="288"/>
      </w:pPr>
      <w:r>
        <w:rPr>
          <w:rFonts w:cs="Times New Roman"/>
        </w:rPr>
        <w:t>Mary of Bethany.</w:t>
      </w:r>
    </w:p>
    <w:p w14:paraId="00EB0583" w14:textId="77777777" w:rsidR="007D7487" w:rsidRDefault="00E6407B">
      <w:pPr>
        <w:ind w:firstLine="288"/>
      </w:pPr>
      <w:r>
        <w:rPr>
          <w:rFonts w:cs="Times New Roman"/>
        </w:rPr>
        <w:t>Joanna.</w:t>
      </w:r>
    </w:p>
    <w:p w14:paraId="533F2517" w14:textId="77777777" w:rsidR="007D7487" w:rsidRDefault="00E6407B">
      <w:pPr>
        <w:ind w:firstLine="288"/>
      </w:pPr>
      <w:r>
        <w:rPr>
          <w:rFonts w:cs="Times New Roman"/>
        </w:rPr>
        <w:t>Susanna.</w:t>
      </w:r>
    </w:p>
    <w:p w14:paraId="387ECD88" w14:textId="77777777" w:rsidR="007D7487" w:rsidRDefault="00E6407B">
      <w:pPr>
        <w:ind w:firstLine="288"/>
      </w:pPr>
      <w:r>
        <w:rPr>
          <w:rFonts w:cs="Times New Roman"/>
        </w:rPr>
        <w:t>Andrew.</w:t>
      </w:r>
    </w:p>
    <w:p w14:paraId="739FA81B" w14:textId="77777777" w:rsidR="007D7487" w:rsidRDefault="00E6407B">
      <w:pPr>
        <w:ind w:firstLine="288"/>
      </w:pPr>
      <w:r>
        <w:rPr>
          <w:rFonts w:cs="Times New Roman"/>
        </w:rPr>
        <w:t>Nathanael.</w:t>
      </w:r>
    </w:p>
    <w:p w14:paraId="4F00FB82" w14:textId="77777777" w:rsidR="007D7487" w:rsidRDefault="00E6407B">
      <w:pPr>
        <w:ind w:firstLine="288"/>
      </w:pPr>
      <w:r>
        <w:rPr>
          <w:rFonts w:cs="Times New Roman"/>
        </w:rPr>
        <w:t>Thomas.</w:t>
      </w:r>
    </w:p>
    <w:p w14:paraId="73BD930C" w14:textId="77777777" w:rsidR="007D7487" w:rsidRDefault="00E6407B">
      <w:pPr>
        <w:ind w:firstLine="288"/>
      </w:pPr>
      <w:r>
        <w:rPr>
          <w:rFonts w:cs="Times New Roman"/>
        </w:rPr>
        <w:t>Matthew.</w:t>
      </w:r>
    </w:p>
    <w:p w14:paraId="4ABF37FB" w14:textId="77777777" w:rsidR="007D7487" w:rsidRDefault="00E6407B">
      <w:pPr>
        <w:ind w:firstLine="288"/>
      </w:pPr>
      <w:r>
        <w:rPr>
          <w:rFonts w:cs="Times New Roman"/>
        </w:rPr>
        <w:t>Simon.</w:t>
      </w:r>
    </w:p>
    <w:p w14:paraId="24D38582" w14:textId="77777777" w:rsidR="007D7487" w:rsidRDefault="00E6407B">
      <w:pPr>
        <w:ind w:firstLine="288"/>
      </w:pPr>
      <w:r>
        <w:rPr>
          <w:rFonts w:cs="Times New Roman"/>
        </w:rPr>
        <w:t>The women.</w:t>
      </w:r>
    </w:p>
    <w:p w14:paraId="61B5803A" w14:textId="77777777" w:rsidR="007D7487" w:rsidRDefault="00E6407B">
      <w:pPr>
        <w:ind w:firstLine="288"/>
      </w:pPr>
      <w:r>
        <w:rPr>
          <w:rFonts w:cs="Times New Roman"/>
        </w:rPr>
        <w:t>The others.</w:t>
      </w:r>
    </w:p>
    <w:p w14:paraId="0B050D29" w14:textId="77777777" w:rsidR="007D7487" w:rsidRDefault="00E6407B">
      <w:pPr>
        <w:ind w:firstLine="288"/>
      </w:pPr>
      <w:r>
        <w:rPr>
          <w:rFonts w:cs="Times New Roman"/>
        </w:rPr>
        <w:t>Jesus looked toward Joseph.</w:t>
      </w:r>
    </w:p>
    <w:p w14:paraId="5BD69A6F" w14:textId="77777777" w:rsidR="007D7487" w:rsidRDefault="00E6407B">
      <w:pPr>
        <w:ind w:firstLine="288"/>
      </w:pPr>
      <w:r>
        <w:rPr>
          <w:rFonts w:cs="Times New Roman"/>
        </w:rPr>
        <w:t>"You knew the body was dead."</w:t>
      </w:r>
    </w:p>
    <w:p w14:paraId="52EF8B89" w14:textId="77777777" w:rsidR="007D7487" w:rsidRDefault="00E6407B">
      <w:pPr>
        <w:ind w:firstLine="288"/>
      </w:pPr>
      <w:r>
        <w:rPr>
          <w:rFonts w:cs="Times New Roman"/>
        </w:rPr>
        <w:t>Joseph's eyes filled.</w:t>
      </w:r>
    </w:p>
    <w:p w14:paraId="4AC8E03C" w14:textId="77777777" w:rsidR="007D7487" w:rsidRDefault="00E6407B">
      <w:pPr>
        <w:ind w:firstLine="288"/>
      </w:pPr>
      <w:r>
        <w:rPr>
          <w:rFonts w:cs="Times New Roman"/>
        </w:rPr>
        <w:t>At Nicodemus:</w:t>
      </w:r>
    </w:p>
    <w:p w14:paraId="174F32FE" w14:textId="77777777" w:rsidR="007D7487" w:rsidRDefault="00E6407B">
      <w:pPr>
        <w:ind w:firstLine="288"/>
      </w:pPr>
      <w:r>
        <w:rPr>
          <w:rFonts w:cs="Times New Roman"/>
        </w:rPr>
        <w:t>"You knew what you placed around it."</w:t>
      </w:r>
    </w:p>
    <w:p w14:paraId="546401E7" w14:textId="77777777" w:rsidR="007D7487" w:rsidRDefault="00E6407B">
      <w:pPr>
        <w:ind w:firstLine="288"/>
      </w:pPr>
      <w:r>
        <w:rPr>
          <w:rFonts w:cs="Times New Roman"/>
        </w:rPr>
        <w:t>Nicodemus nodded.</w:t>
      </w:r>
    </w:p>
    <w:p w14:paraId="1BA9EDA3" w14:textId="77777777" w:rsidR="007D7487" w:rsidRDefault="00E6407B">
      <w:pPr>
        <w:ind w:firstLine="288"/>
      </w:pPr>
      <w:r>
        <w:rPr>
          <w:rFonts w:cs="Times New Roman"/>
        </w:rPr>
        <w:t>At Mary Magdalene:</w:t>
      </w:r>
    </w:p>
    <w:p w14:paraId="610E3D36" w14:textId="77777777" w:rsidR="007D7487" w:rsidRDefault="00E6407B">
      <w:pPr>
        <w:ind w:firstLine="288"/>
      </w:pPr>
      <w:r>
        <w:rPr>
          <w:rFonts w:cs="Times New Roman"/>
        </w:rPr>
        <w:t>"You saw the tomb."</w:t>
      </w:r>
    </w:p>
    <w:p w14:paraId="7A4F26E4" w14:textId="77777777" w:rsidR="007D7487" w:rsidRDefault="00E6407B">
      <w:pPr>
        <w:ind w:firstLine="288"/>
      </w:pPr>
      <w:r>
        <w:rPr>
          <w:rFonts w:cs="Times New Roman"/>
        </w:rPr>
        <w:t>At Thomas:</w:t>
      </w:r>
    </w:p>
    <w:p w14:paraId="4993F6B5" w14:textId="77777777" w:rsidR="007D7487" w:rsidRDefault="00E6407B">
      <w:pPr>
        <w:ind w:firstLine="288"/>
      </w:pPr>
      <w:r>
        <w:rPr>
          <w:rFonts w:cs="Times New Roman"/>
        </w:rPr>
        <w:t>"You saw the wounds."</w:t>
      </w:r>
    </w:p>
    <w:p w14:paraId="4C6C5D96" w14:textId="77777777" w:rsidR="007D7487" w:rsidRDefault="00E6407B">
      <w:pPr>
        <w:ind w:firstLine="288"/>
      </w:pPr>
      <w:r>
        <w:rPr>
          <w:rFonts w:cs="Times New Roman"/>
        </w:rPr>
        <w:t>At Andrew:</w:t>
      </w:r>
    </w:p>
    <w:p w14:paraId="744F298B" w14:textId="77777777" w:rsidR="007D7487" w:rsidRDefault="00E6407B">
      <w:pPr>
        <w:ind w:firstLine="288"/>
      </w:pPr>
      <w:r>
        <w:rPr>
          <w:rFonts w:cs="Times New Roman"/>
        </w:rPr>
        <w:t>"You heard the Baptist's testimony."</w:t>
      </w:r>
    </w:p>
    <w:p w14:paraId="1BF9A279" w14:textId="77777777" w:rsidR="007D7487" w:rsidRDefault="00E6407B">
      <w:pPr>
        <w:ind w:firstLine="288"/>
      </w:pPr>
      <w:r>
        <w:rPr>
          <w:rFonts w:cs="Times New Roman"/>
        </w:rPr>
        <w:t>At His mother:</w:t>
      </w:r>
    </w:p>
    <w:p w14:paraId="52DAC1DD" w14:textId="77777777" w:rsidR="007D7487" w:rsidRDefault="00E6407B">
      <w:pPr>
        <w:ind w:firstLine="288"/>
      </w:pPr>
      <w:r>
        <w:rPr>
          <w:rFonts w:cs="Times New Roman"/>
        </w:rPr>
        <w:t>"You carried memories none of them could carry."</w:t>
      </w:r>
    </w:p>
    <w:p w14:paraId="2D4C272F" w14:textId="77777777" w:rsidR="007D7487" w:rsidRDefault="00E6407B">
      <w:pPr>
        <w:ind w:firstLine="288"/>
      </w:pPr>
      <w:r>
        <w:rPr>
          <w:rFonts w:cs="Times New Roman"/>
        </w:rPr>
        <w:t>Then toward John.</w:t>
      </w:r>
    </w:p>
    <w:p w14:paraId="5D87FF21" w14:textId="77777777" w:rsidR="007D7487" w:rsidRDefault="00E6407B">
      <w:pPr>
        <w:ind w:firstLine="288"/>
      </w:pPr>
      <w:r>
        <w:rPr>
          <w:rFonts w:cs="Times New Roman"/>
        </w:rPr>
        <w:t>"Remember My words."</w:t>
      </w:r>
    </w:p>
    <w:p w14:paraId="455372A6" w14:textId="77777777" w:rsidR="007D7487" w:rsidRDefault="00E6407B">
      <w:pPr>
        <w:ind w:firstLine="288"/>
      </w:pPr>
      <w:r>
        <w:rPr>
          <w:rFonts w:cs="Times New Roman"/>
        </w:rPr>
        <w:t>John swallowed.</w:t>
      </w:r>
    </w:p>
    <w:p w14:paraId="2D622618" w14:textId="77777777" w:rsidR="007D7487" w:rsidRDefault="00E6407B">
      <w:pPr>
        <w:ind w:firstLine="288"/>
      </w:pPr>
      <w:r>
        <w:rPr>
          <w:rFonts w:cs="Times New Roman"/>
        </w:rPr>
        <w:t>He would.</w:t>
      </w:r>
    </w:p>
    <w:p w14:paraId="295C2DC1" w14:textId="77777777" w:rsidR="007D7487" w:rsidRDefault="00E6407B">
      <w:pPr>
        <w:ind w:firstLine="288"/>
      </w:pPr>
      <w:r>
        <w:rPr>
          <w:rFonts w:cs="Times New Roman"/>
        </w:rPr>
        <w:t>Jesus looked over the gathering.</w:t>
      </w:r>
    </w:p>
    <w:p w14:paraId="50540015" w14:textId="77777777" w:rsidR="007D7487" w:rsidRDefault="00E6407B">
      <w:pPr>
        <w:ind w:firstLine="288"/>
      </w:pPr>
      <w:r>
        <w:rPr>
          <w:rFonts w:cs="Times New Roman"/>
        </w:rPr>
        <w:t>"Different witnesses."</w:t>
      </w:r>
    </w:p>
    <w:p w14:paraId="4193FD98" w14:textId="77777777" w:rsidR="007D7487" w:rsidRDefault="00E6407B">
      <w:pPr>
        <w:ind w:firstLine="288"/>
      </w:pPr>
      <w:r>
        <w:rPr>
          <w:rFonts w:cs="Times New Roman"/>
        </w:rPr>
        <w:t>No one witness was required to borrow another person's eyes.</w:t>
      </w:r>
    </w:p>
    <w:p w14:paraId="6574937F" w14:textId="77777777" w:rsidR="007D7487" w:rsidRDefault="00E6407B">
      <w:pPr>
        <w:ind w:firstLine="288"/>
      </w:pPr>
      <w:r>
        <w:rPr>
          <w:rFonts w:cs="Times New Roman"/>
        </w:rPr>
        <w:t>Mary's garden remained Mary's.</w:t>
      </w:r>
    </w:p>
    <w:p w14:paraId="444B62D3" w14:textId="77777777" w:rsidR="007D7487" w:rsidRDefault="00E6407B">
      <w:pPr>
        <w:ind w:firstLine="288"/>
      </w:pPr>
      <w:r>
        <w:rPr>
          <w:rFonts w:cs="Times New Roman"/>
        </w:rPr>
        <w:t>Thomas' wounds remained Thomas'.</w:t>
      </w:r>
    </w:p>
    <w:p w14:paraId="1B1B23E1" w14:textId="77777777" w:rsidR="007D7487" w:rsidRDefault="00E6407B">
      <w:pPr>
        <w:ind w:firstLine="288"/>
      </w:pPr>
      <w:r>
        <w:rPr>
          <w:rFonts w:cs="Times New Roman"/>
        </w:rPr>
        <w:t>Joseph and Nicodemus' burial knowledge remained theirs.</w:t>
      </w:r>
    </w:p>
    <w:p w14:paraId="7B3C1F70" w14:textId="77777777" w:rsidR="007D7487" w:rsidRDefault="00E6407B">
      <w:pPr>
        <w:ind w:firstLine="288"/>
      </w:pPr>
      <w:r>
        <w:rPr>
          <w:rFonts w:cs="Times New Roman"/>
        </w:rPr>
        <w:lastRenderedPageBreak/>
        <w:t>Andrew's Baptist testimony remained Andrew's.</w:t>
      </w:r>
    </w:p>
    <w:p w14:paraId="4C8F0E70" w14:textId="77777777" w:rsidR="007D7487" w:rsidRDefault="00E6407B">
      <w:pPr>
        <w:ind w:firstLine="288"/>
      </w:pPr>
      <w:r>
        <w:rPr>
          <w:rFonts w:cs="Times New Roman"/>
        </w:rPr>
        <w:t>John's empty-tomb memory remained John's.</w:t>
      </w:r>
    </w:p>
    <w:p w14:paraId="2729B72E" w14:textId="77777777" w:rsidR="007D7487" w:rsidRDefault="00E6407B">
      <w:pPr>
        <w:ind w:firstLine="288"/>
      </w:pPr>
      <w:r>
        <w:rPr>
          <w:rFonts w:cs="Times New Roman"/>
        </w:rPr>
        <w:t>"Not different Lords."</w:t>
      </w:r>
    </w:p>
    <w:p w14:paraId="0665270C" w14:textId="77777777" w:rsidR="007D7487" w:rsidRDefault="00E6407B">
      <w:pPr>
        <w:ind w:firstLine="288"/>
      </w:pPr>
      <w:r>
        <w:rPr>
          <w:rFonts w:cs="Times New Roman"/>
        </w:rPr>
        <w:t>The phrase rested among them.</w:t>
      </w:r>
    </w:p>
    <w:p w14:paraId="7197A7D6" w14:textId="77777777" w:rsidR="007D7487" w:rsidRDefault="00E6407B">
      <w:pPr>
        <w:ind w:firstLine="288"/>
      </w:pPr>
      <w:r>
        <w:rPr>
          <w:rFonts w:cs="Times New Roman"/>
        </w:rPr>
        <w:t>One testimony carried by people who did not all know the same things.</w:t>
      </w:r>
    </w:p>
    <w:p w14:paraId="620EAA96" w14:textId="77777777" w:rsidR="007D7487" w:rsidRDefault="00E6407B">
      <w:pPr>
        <w:ind w:firstLine="288"/>
      </w:pPr>
      <w:r>
        <w:rPr>
          <w:rFonts w:cs="Times New Roman"/>
        </w:rPr>
        <w:t>No one person had to become everybody else.</w:t>
      </w:r>
    </w:p>
    <w:p w14:paraId="67B3216B" w14:textId="77777777" w:rsidR="007D7487" w:rsidRDefault="00E6407B">
      <w:pPr>
        <w:ind w:firstLine="288"/>
      </w:pPr>
      <w:r>
        <w:rPr>
          <w:rFonts w:cs="Times New Roman"/>
        </w:rPr>
        <w:t>The Father had distributed witness.</w:t>
      </w:r>
    </w:p>
    <w:p w14:paraId="5E15F969" w14:textId="77777777" w:rsidR="007D7487" w:rsidRDefault="00E6407B">
      <w:pPr>
        <w:ind w:firstLine="288"/>
      </w:pPr>
      <w:r>
        <w:rPr>
          <w:rFonts w:cs="Times New Roman"/>
        </w:rPr>
        <w:t>Now the testimony would converge in proclamation.</w:t>
      </w:r>
    </w:p>
    <w:p w14:paraId="0C0E0E6F" w14:textId="77777777" w:rsidR="007D7487" w:rsidRDefault="00E6407B">
      <w:pPr>
        <w:suppressLineNumbers/>
      </w:pPr>
      <w:r>
        <w:br w:type="page"/>
      </w:r>
    </w:p>
    <w:p w14:paraId="124C7146" w14:textId="77777777" w:rsidR="007D7487" w:rsidRDefault="00E6407B">
      <w:pPr>
        <w:pStyle w:val="Heading1"/>
        <w:suppressLineNumbers/>
      </w:pPr>
      <w:r>
        <w:rPr>
          <w:rFonts w:ascii="Times New Roman" w:hAnsi="Times New Roman" w:cs="Times New Roman"/>
        </w:rPr>
        <w:lastRenderedPageBreak/>
        <w:t>Section 16E — One Center and In Him Was Life</w:t>
      </w:r>
    </w:p>
    <w:p w14:paraId="19A23FB5" w14:textId="77777777" w:rsidR="007D7487" w:rsidRDefault="00E6407B">
      <w:pPr>
        <w:ind w:firstLine="288"/>
      </w:pPr>
      <w:r>
        <w:rPr>
          <w:rFonts w:cs="Times New Roman"/>
        </w:rPr>
        <w:t>For a while nobody wanted to leave.</w:t>
      </w:r>
    </w:p>
    <w:p w14:paraId="0072BBDA" w14:textId="77777777" w:rsidR="007D7487" w:rsidRDefault="00E6407B">
      <w:pPr>
        <w:ind w:firstLine="288"/>
      </w:pPr>
      <w:r>
        <w:rPr>
          <w:rFonts w:cs="Times New Roman"/>
        </w:rPr>
        <w:t>The lesson had not reduced Scripture to one doctrinal proof.</w:t>
      </w:r>
    </w:p>
    <w:p w14:paraId="4C9D5D68" w14:textId="77777777" w:rsidR="007D7487" w:rsidRDefault="00E6407B">
      <w:pPr>
        <w:ind w:firstLine="288"/>
      </w:pPr>
      <w:r>
        <w:rPr>
          <w:rFonts w:cs="Times New Roman"/>
        </w:rPr>
        <w:t>It had made the whole story more connected and therefore larger.</w:t>
      </w:r>
    </w:p>
    <w:p w14:paraId="4C153600" w14:textId="77777777" w:rsidR="007D7487" w:rsidRDefault="00E6407B">
      <w:pPr>
        <w:ind w:firstLine="288"/>
      </w:pPr>
      <w:r>
        <w:rPr>
          <w:rFonts w:cs="Times New Roman"/>
        </w:rPr>
        <w:t>They had arrived in Galilee carrying Rome.</w:t>
      </w:r>
    </w:p>
    <w:p w14:paraId="64C56D6C" w14:textId="77777777" w:rsidR="007D7487" w:rsidRDefault="00E6407B">
      <w:pPr>
        <w:ind w:firstLine="288"/>
      </w:pPr>
      <w:r>
        <w:rPr>
          <w:rFonts w:cs="Times New Roman"/>
        </w:rPr>
        <w:t>They were leaving carrying Genesis.</w:t>
      </w:r>
    </w:p>
    <w:p w14:paraId="0503B6C2" w14:textId="77777777" w:rsidR="007D7487" w:rsidRDefault="00E6407B">
      <w:pPr>
        <w:ind w:firstLine="288"/>
      </w:pPr>
      <w:r>
        <w:rPr>
          <w:rFonts w:cs="Times New Roman"/>
        </w:rPr>
        <w:t>They had come asking why Jesus had not begun the war.</w:t>
      </w:r>
    </w:p>
    <w:p w14:paraId="7A86E0E1" w14:textId="77777777" w:rsidR="007D7487" w:rsidRDefault="00E6407B">
      <w:pPr>
        <w:ind w:firstLine="288"/>
      </w:pPr>
      <w:r>
        <w:rPr>
          <w:rFonts w:cs="Times New Roman"/>
        </w:rPr>
        <w:t>They learned they had been watching the war for years.</w:t>
      </w:r>
    </w:p>
    <w:p w14:paraId="236DFE9E" w14:textId="77777777" w:rsidR="007D7487" w:rsidRDefault="00E6407B">
      <w:pPr>
        <w:ind w:firstLine="288"/>
      </w:pPr>
      <w:r>
        <w:rPr>
          <w:rFonts w:cs="Times New Roman"/>
        </w:rPr>
        <w:t>They had expected Messiah to seize kingdoms.</w:t>
      </w:r>
    </w:p>
    <w:p w14:paraId="4DCDB602" w14:textId="77777777" w:rsidR="007D7487" w:rsidRDefault="00E6407B">
      <w:pPr>
        <w:ind w:firstLine="288"/>
      </w:pPr>
      <w:r>
        <w:rPr>
          <w:rFonts w:cs="Times New Roman"/>
        </w:rPr>
        <w:t>They learned He had rejected a counterfeit kingdom before they knew Him.</w:t>
      </w:r>
    </w:p>
    <w:p w14:paraId="67CC56EC" w14:textId="77777777" w:rsidR="007D7487" w:rsidRDefault="00E6407B">
      <w:pPr>
        <w:ind w:firstLine="288"/>
      </w:pPr>
      <w:r>
        <w:rPr>
          <w:rFonts w:cs="Times New Roman"/>
        </w:rPr>
        <w:t>They looked for Joshua's sword.</w:t>
      </w:r>
    </w:p>
    <w:p w14:paraId="252F80AA" w14:textId="77777777" w:rsidR="007D7487" w:rsidRDefault="00E6407B">
      <w:pPr>
        <w:ind w:firstLine="288"/>
      </w:pPr>
      <w:r>
        <w:rPr>
          <w:rFonts w:cs="Times New Roman"/>
        </w:rPr>
        <w:t>They learned a sword could not cut sin from a heart, command an unclean spirit, or call the dead to life.</w:t>
      </w:r>
    </w:p>
    <w:p w14:paraId="2A67C6F0" w14:textId="77777777" w:rsidR="007D7487" w:rsidRDefault="00E6407B">
      <w:pPr>
        <w:ind w:firstLine="288"/>
      </w:pPr>
      <w:r>
        <w:rPr>
          <w:rFonts w:cs="Times New Roman"/>
        </w:rPr>
        <w:t>They had seen Caesarea Philippi as threatening territory.</w:t>
      </w:r>
    </w:p>
    <w:p w14:paraId="6A479C1C" w14:textId="77777777" w:rsidR="007D7487" w:rsidRDefault="00E6407B">
      <w:pPr>
        <w:ind w:firstLine="288"/>
      </w:pPr>
      <w:r>
        <w:rPr>
          <w:rFonts w:cs="Times New Roman"/>
        </w:rPr>
        <w:t>Jesus showed them a proclamation at the gates of death.</w:t>
      </w:r>
    </w:p>
    <w:p w14:paraId="583CBD7B" w14:textId="77777777" w:rsidR="007D7487" w:rsidRDefault="00E6407B">
      <w:pPr>
        <w:ind w:firstLine="288"/>
      </w:pPr>
      <w:r>
        <w:rPr>
          <w:rFonts w:cs="Times New Roman"/>
        </w:rPr>
        <w:t>They had seen the cross as collapse.</w:t>
      </w:r>
    </w:p>
    <w:p w14:paraId="2D3DF353" w14:textId="77777777" w:rsidR="007D7487" w:rsidRDefault="00E6407B">
      <w:pPr>
        <w:ind w:firstLine="288"/>
      </w:pPr>
      <w:r>
        <w:rPr>
          <w:rFonts w:cs="Times New Roman"/>
        </w:rPr>
        <w:t>David and Isaiah had described suffering within the Father's purpose.</w:t>
      </w:r>
    </w:p>
    <w:p w14:paraId="3CAC7040" w14:textId="77777777" w:rsidR="007D7487" w:rsidRDefault="00E6407B">
      <w:pPr>
        <w:ind w:firstLine="288"/>
      </w:pPr>
      <w:r>
        <w:rPr>
          <w:rFonts w:cs="Times New Roman"/>
        </w:rPr>
        <w:t>They had seen burial as final.</w:t>
      </w:r>
    </w:p>
    <w:p w14:paraId="3E5B0A76" w14:textId="77777777" w:rsidR="007D7487" w:rsidRDefault="00E6407B">
      <w:pPr>
        <w:ind w:firstLine="288"/>
      </w:pPr>
      <w:r>
        <w:rPr>
          <w:rFonts w:cs="Times New Roman"/>
        </w:rPr>
        <w:t>Isaiah had placed the Servant with the rich in His death.</w:t>
      </w:r>
    </w:p>
    <w:p w14:paraId="45AD2815" w14:textId="77777777" w:rsidR="007D7487" w:rsidRDefault="00E6407B">
      <w:pPr>
        <w:ind w:firstLine="288"/>
      </w:pPr>
      <w:r>
        <w:rPr>
          <w:rFonts w:cs="Times New Roman"/>
        </w:rPr>
        <w:t>They had seen resurrection as an impossible interruption.</w:t>
      </w:r>
    </w:p>
    <w:p w14:paraId="1EE797F4" w14:textId="77777777" w:rsidR="007D7487" w:rsidRDefault="00E6407B">
      <w:pPr>
        <w:ind w:firstLine="288"/>
      </w:pPr>
      <w:r>
        <w:rPr>
          <w:rFonts w:cs="Times New Roman"/>
        </w:rPr>
        <w:t>David had refused to leave the Holy One in corruption.</w:t>
      </w:r>
    </w:p>
    <w:p w14:paraId="35BD3BD1" w14:textId="77777777" w:rsidR="007D7487" w:rsidRDefault="00E6407B">
      <w:pPr>
        <w:ind w:firstLine="288"/>
      </w:pPr>
      <w:r>
        <w:rPr>
          <w:rFonts w:cs="Times New Roman"/>
        </w:rPr>
        <w:t>They had thought Passover belonged to Egypt.</w:t>
      </w:r>
    </w:p>
    <w:p w14:paraId="37AC820A" w14:textId="77777777" w:rsidR="007D7487" w:rsidRDefault="00E6407B">
      <w:pPr>
        <w:ind w:firstLine="288"/>
      </w:pPr>
      <w:r>
        <w:rPr>
          <w:rFonts w:cs="Times New Roman"/>
        </w:rPr>
        <w:t>John had watched the Lamb's bones remain unbroken.</w:t>
      </w:r>
    </w:p>
    <w:p w14:paraId="70058D8D" w14:textId="77777777" w:rsidR="007D7487" w:rsidRDefault="00E6407B">
      <w:pPr>
        <w:ind w:firstLine="288"/>
      </w:pPr>
      <w:r>
        <w:rPr>
          <w:rFonts w:cs="Times New Roman"/>
        </w:rPr>
        <w:t>Nicodemus had heard about Moses' lifted serpent years before watching Jesus lifted from the earth.</w:t>
      </w:r>
    </w:p>
    <w:p w14:paraId="201444D9" w14:textId="77777777" w:rsidR="007D7487" w:rsidRDefault="00E6407B">
      <w:pPr>
        <w:ind w:firstLine="288"/>
      </w:pPr>
      <w:r>
        <w:rPr>
          <w:rFonts w:cs="Times New Roman"/>
        </w:rPr>
        <w:t>They had thought sanctuary service began as a strange cluster of laws at Sinai.</w:t>
      </w:r>
    </w:p>
    <w:p w14:paraId="44A1FE97" w14:textId="77777777" w:rsidR="007D7487" w:rsidRDefault="00E6407B">
      <w:pPr>
        <w:ind w:firstLine="288"/>
      </w:pPr>
      <w:r>
        <w:rPr>
          <w:rFonts w:cs="Times New Roman"/>
        </w:rPr>
        <w:t>Jesus had taken them back to sacred space, guarding, guilt, hiding, clothing, offerings, and then forward into priests, confession, blood, ransom, and atonement.</w:t>
      </w:r>
    </w:p>
    <w:p w14:paraId="15B0C4D2" w14:textId="77777777" w:rsidR="007D7487" w:rsidRDefault="00E6407B">
      <w:pPr>
        <w:ind w:firstLine="288"/>
      </w:pPr>
      <w:r>
        <w:rPr>
          <w:rFonts w:cs="Times New Roman"/>
        </w:rPr>
        <w:t>They had thought Judah, Levi, Joseph, Manasseh, and Ephraim were separate corridors of history.</w:t>
      </w:r>
    </w:p>
    <w:p w14:paraId="397B5739" w14:textId="77777777" w:rsidR="007D7487" w:rsidRDefault="00E6407B">
      <w:pPr>
        <w:ind w:firstLine="288"/>
      </w:pPr>
      <w:r>
        <w:rPr>
          <w:rFonts w:cs="Times New Roman"/>
        </w:rPr>
        <w:t>Jesus showed them ruler, priesthood, birthright, preservation, fruitfulness, and gathering without erasing the names God had given.</w:t>
      </w:r>
    </w:p>
    <w:p w14:paraId="4BCE029E" w14:textId="77777777" w:rsidR="007D7487" w:rsidRDefault="00E6407B">
      <w:pPr>
        <w:ind w:firstLine="288"/>
      </w:pPr>
      <w:r>
        <w:rPr>
          <w:rFonts w:cs="Times New Roman"/>
        </w:rPr>
        <w:t>They had thought refuge was merely an old legal provision.</w:t>
      </w:r>
    </w:p>
    <w:p w14:paraId="39474A3B" w14:textId="77777777" w:rsidR="007D7487" w:rsidRDefault="00E6407B">
      <w:pPr>
        <w:ind w:firstLine="288"/>
      </w:pPr>
      <w:r>
        <w:rPr>
          <w:rFonts w:cs="Times New Roman"/>
        </w:rPr>
        <w:t>Galilee reminded them of Kedesh.</w:t>
      </w:r>
    </w:p>
    <w:p w14:paraId="7EF7834F" w14:textId="77777777" w:rsidR="007D7487" w:rsidRDefault="00E6407B">
      <w:pPr>
        <w:ind w:firstLine="288"/>
      </w:pPr>
      <w:r>
        <w:rPr>
          <w:rFonts w:cs="Times New Roman"/>
        </w:rPr>
        <w:t>Ephraim of Shechem.</w:t>
      </w:r>
    </w:p>
    <w:p w14:paraId="787571A5" w14:textId="77777777" w:rsidR="007D7487" w:rsidRDefault="00E6407B">
      <w:pPr>
        <w:ind w:firstLine="288"/>
      </w:pPr>
      <w:r>
        <w:rPr>
          <w:rFonts w:cs="Times New Roman"/>
        </w:rPr>
        <w:t>Manasseh of Golan.</w:t>
      </w:r>
    </w:p>
    <w:p w14:paraId="4C95C233" w14:textId="77777777" w:rsidR="007D7487" w:rsidRDefault="00E6407B">
      <w:pPr>
        <w:ind w:firstLine="288"/>
      </w:pPr>
      <w:r>
        <w:rPr>
          <w:rFonts w:cs="Times New Roman"/>
        </w:rPr>
        <w:t>Bloodguilt.</w:t>
      </w:r>
    </w:p>
    <w:p w14:paraId="2847F0BA" w14:textId="77777777" w:rsidR="007D7487" w:rsidRDefault="00E6407B">
      <w:pPr>
        <w:ind w:firstLine="288"/>
      </w:pPr>
      <w:r>
        <w:rPr>
          <w:rFonts w:cs="Times New Roman"/>
        </w:rPr>
        <w:t>Judgment.</w:t>
      </w:r>
    </w:p>
    <w:p w14:paraId="6AEACD02" w14:textId="77777777" w:rsidR="007D7487" w:rsidRDefault="00E6407B">
      <w:pPr>
        <w:ind w:firstLine="288"/>
      </w:pPr>
      <w:r>
        <w:rPr>
          <w:rFonts w:cs="Times New Roman"/>
        </w:rPr>
        <w:t>Refuge.</w:t>
      </w:r>
    </w:p>
    <w:p w14:paraId="4CC7C3D5" w14:textId="77777777" w:rsidR="007D7487" w:rsidRDefault="00E6407B">
      <w:pPr>
        <w:ind w:firstLine="288"/>
      </w:pPr>
      <w:r>
        <w:rPr>
          <w:rFonts w:cs="Times New Roman"/>
        </w:rPr>
        <w:lastRenderedPageBreak/>
        <w:t>High-priest death.</w:t>
      </w:r>
    </w:p>
    <w:p w14:paraId="26B090D5" w14:textId="77777777" w:rsidR="007D7487" w:rsidRDefault="00E6407B">
      <w:pPr>
        <w:ind w:firstLine="288"/>
      </w:pPr>
      <w:r>
        <w:rPr>
          <w:rFonts w:cs="Times New Roman"/>
        </w:rPr>
        <w:t>Return to possession.</w:t>
      </w:r>
    </w:p>
    <w:p w14:paraId="5EB0F5AC" w14:textId="77777777" w:rsidR="007D7487" w:rsidRDefault="00E6407B">
      <w:pPr>
        <w:ind w:firstLine="288"/>
      </w:pPr>
      <w:r>
        <w:rPr>
          <w:rFonts w:cs="Times New Roman"/>
        </w:rPr>
        <w:t>They had thought Ezekiel's sticks were only a memory of division.</w:t>
      </w:r>
    </w:p>
    <w:p w14:paraId="45CDAD76" w14:textId="77777777" w:rsidR="007D7487" w:rsidRDefault="00E6407B">
      <w:pPr>
        <w:ind w:firstLine="288"/>
      </w:pPr>
      <w:r>
        <w:rPr>
          <w:rFonts w:cs="Times New Roman"/>
        </w:rPr>
        <w:t>Jesus held Judah and Joseph together in His hand.</w:t>
      </w:r>
    </w:p>
    <w:p w14:paraId="7E8469DF" w14:textId="77777777" w:rsidR="007D7487" w:rsidRDefault="00E6407B">
      <w:pPr>
        <w:ind w:firstLine="288"/>
      </w:pPr>
      <w:r>
        <w:rPr>
          <w:rFonts w:cs="Times New Roman"/>
        </w:rPr>
        <w:t>They had thought Jeremiah's missing ark meant loss.</w:t>
      </w:r>
    </w:p>
    <w:p w14:paraId="38DE8054" w14:textId="77777777" w:rsidR="007D7487" w:rsidRDefault="00E6407B">
      <w:pPr>
        <w:ind w:firstLine="288"/>
      </w:pPr>
      <w:r>
        <w:rPr>
          <w:rFonts w:cs="Times New Roman"/>
        </w:rPr>
        <w:t>Jeremiah had also spoken of throne, Name, nations, and reunited houses.</w:t>
      </w:r>
    </w:p>
    <w:p w14:paraId="4AEDFB25" w14:textId="77777777" w:rsidR="007D7487" w:rsidRDefault="00E6407B">
      <w:pPr>
        <w:ind w:firstLine="288"/>
      </w:pPr>
      <w:r>
        <w:rPr>
          <w:rFonts w:cs="Times New Roman"/>
        </w:rPr>
        <w:t>They had thought fulfillment meant every promise had to be visibly completed at once.</w:t>
      </w:r>
    </w:p>
    <w:p w14:paraId="26C8921C" w14:textId="77777777" w:rsidR="007D7487" w:rsidRDefault="00E6407B">
      <w:pPr>
        <w:ind w:firstLine="288"/>
      </w:pPr>
      <w:r>
        <w:rPr>
          <w:rFonts w:cs="Times New Roman"/>
        </w:rPr>
        <w:t>Psalm 110 taught them to hear until.</w:t>
      </w:r>
    </w:p>
    <w:p w14:paraId="779A0393" w14:textId="77777777" w:rsidR="007D7487" w:rsidRDefault="00E6407B">
      <w:pPr>
        <w:ind w:firstLine="288"/>
      </w:pPr>
      <w:r>
        <w:rPr>
          <w:rFonts w:cs="Times New Roman"/>
        </w:rPr>
        <w:t>Isaiah taught them that Jesus could stop after the acceptable year while the prophet still had more to say.</w:t>
      </w:r>
    </w:p>
    <w:p w14:paraId="6A882293" w14:textId="77777777" w:rsidR="007D7487" w:rsidRDefault="00E6407B">
      <w:pPr>
        <w:ind w:firstLine="288"/>
      </w:pPr>
      <w:r>
        <w:rPr>
          <w:rFonts w:cs="Times New Roman"/>
        </w:rPr>
        <w:t>They had asked when.</w:t>
      </w:r>
    </w:p>
    <w:p w14:paraId="03A34B21" w14:textId="77777777" w:rsidR="007D7487" w:rsidRDefault="00E6407B">
      <w:pPr>
        <w:ind w:firstLine="288"/>
      </w:pPr>
      <w:r>
        <w:rPr>
          <w:rFonts w:cs="Times New Roman"/>
        </w:rPr>
        <w:t>Jesus had refused the timetable.</w:t>
      </w:r>
    </w:p>
    <w:p w14:paraId="2A85EFC8" w14:textId="77777777" w:rsidR="007D7487" w:rsidRDefault="00E6407B">
      <w:pPr>
        <w:ind w:firstLine="288"/>
      </w:pPr>
      <w:r>
        <w:rPr>
          <w:rFonts w:cs="Times New Roman"/>
        </w:rPr>
        <w:t>Then Peter had gone fishing.</w:t>
      </w:r>
    </w:p>
    <w:p w14:paraId="6F4C875F" w14:textId="77777777" w:rsidR="007D7487" w:rsidRDefault="00E6407B">
      <w:pPr>
        <w:ind w:firstLine="288"/>
      </w:pPr>
      <w:r>
        <w:rPr>
          <w:rFonts w:cs="Times New Roman"/>
        </w:rPr>
        <w:t>And Jesus had met him at a charcoal fire.</w:t>
      </w:r>
    </w:p>
    <w:p w14:paraId="65F23ECC" w14:textId="77777777" w:rsidR="007D7487" w:rsidRDefault="00E6407B">
      <w:pPr>
        <w:ind w:firstLine="288"/>
      </w:pPr>
      <w:r>
        <w:rPr>
          <w:rFonts w:cs="Times New Roman"/>
        </w:rPr>
        <w:t>They had thought Solomon's house was the destination.</w:t>
      </w:r>
    </w:p>
    <w:p w14:paraId="195FF88B" w14:textId="77777777" w:rsidR="007D7487" w:rsidRDefault="00E6407B">
      <w:pPr>
        <w:ind w:firstLine="288"/>
      </w:pPr>
      <w:r>
        <w:rPr>
          <w:rFonts w:cs="Times New Roman"/>
        </w:rPr>
        <w:t>Solomon himself had said heaven could not contain God.</w:t>
      </w:r>
    </w:p>
    <w:p w14:paraId="11CEBD92" w14:textId="77777777" w:rsidR="007D7487" w:rsidRDefault="00E6407B">
      <w:pPr>
        <w:ind w:firstLine="288"/>
      </w:pPr>
      <w:r>
        <w:rPr>
          <w:rFonts w:cs="Times New Roman"/>
        </w:rPr>
        <w:t>He had prayed for the stranger.</w:t>
      </w:r>
    </w:p>
    <w:p w14:paraId="434B520C" w14:textId="77777777" w:rsidR="007D7487" w:rsidRDefault="00E6407B">
      <w:pPr>
        <w:ind w:firstLine="288"/>
      </w:pPr>
      <w:r>
        <w:rPr>
          <w:rFonts w:cs="Times New Roman"/>
        </w:rPr>
        <w:t>For the Name.</w:t>
      </w:r>
    </w:p>
    <w:p w14:paraId="3B975F31" w14:textId="77777777" w:rsidR="007D7487" w:rsidRDefault="00E6407B">
      <w:pPr>
        <w:ind w:firstLine="288"/>
      </w:pPr>
      <w:r>
        <w:rPr>
          <w:rFonts w:cs="Times New Roman"/>
        </w:rPr>
        <w:t>For all peoples.</w:t>
      </w:r>
    </w:p>
    <w:p w14:paraId="392BA38F" w14:textId="77777777" w:rsidR="007D7487" w:rsidRDefault="00E6407B">
      <w:pPr>
        <w:ind w:firstLine="288"/>
      </w:pPr>
      <w:r>
        <w:rPr>
          <w:rFonts w:cs="Times New Roman"/>
        </w:rPr>
        <w:t>Jesus called His body the Temple.</w:t>
      </w:r>
    </w:p>
    <w:p w14:paraId="5A2E66BC" w14:textId="77777777" w:rsidR="007D7487" w:rsidRDefault="00E6407B">
      <w:pPr>
        <w:ind w:firstLine="288"/>
      </w:pPr>
      <w:r>
        <w:rPr>
          <w:rFonts w:cs="Times New Roman"/>
        </w:rPr>
        <w:t>That Temple had been destroyed.</w:t>
      </w:r>
    </w:p>
    <w:p w14:paraId="41282692" w14:textId="77777777" w:rsidR="007D7487" w:rsidRDefault="00E6407B">
      <w:pPr>
        <w:ind w:firstLine="288"/>
      </w:pPr>
      <w:r>
        <w:rPr>
          <w:rFonts w:cs="Times New Roman"/>
        </w:rPr>
        <w:t>That Temple had been raised.</w:t>
      </w:r>
    </w:p>
    <w:p w14:paraId="3C5C7493" w14:textId="77777777" w:rsidR="007D7487" w:rsidRDefault="00E6407B">
      <w:pPr>
        <w:ind w:firstLine="288"/>
      </w:pPr>
      <w:r>
        <w:rPr>
          <w:rFonts w:cs="Times New Roman"/>
        </w:rPr>
        <w:t>The Spirit had descended and remained upon Him.</w:t>
      </w:r>
    </w:p>
    <w:p w14:paraId="41F0F475" w14:textId="77777777" w:rsidR="007D7487" w:rsidRDefault="00E6407B">
      <w:pPr>
        <w:ind w:firstLine="288"/>
      </w:pPr>
      <w:r>
        <w:rPr>
          <w:rFonts w:cs="Times New Roman"/>
        </w:rPr>
        <w:t>The same Jesus promised that the Spirit would dwell in His people.</w:t>
      </w:r>
    </w:p>
    <w:p w14:paraId="53DF0A2A" w14:textId="77777777" w:rsidR="007D7487" w:rsidRDefault="00E6407B">
      <w:pPr>
        <w:ind w:firstLine="288"/>
      </w:pPr>
      <w:r>
        <w:rPr>
          <w:rFonts w:cs="Times New Roman"/>
        </w:rPr>
        <w:t>Peter had looked around and seen living stones.</w:t>
      </w:r>
    </w:p>
    <w:p w14:paraId="2E95C90C" w14:textId="77777777" w:rsidR="007D7487" w:rsidRDefault="00E6407B">
      <w:pPr>
        <w:ind w:firstLine="288"/>
      </w:pPr>
      <w:r>
        <w:rPr>
          <w:rFonts w:cs="Times New Roman"/>
        </w:rPr>
        <w:t>The stranger once traveled toward the house.</w:t>
      </w:r>
    </w:p>
    <w:p w14:paraId="434E9864" w14:textId="77777777" w:rsidR="007D7487" w:rsidRDefault="00E6407B">
      <w:pPr>
        <w:ind w:firstLine="288"/>
      </w:pPr>
      <w:r>
        <w:rPr>
          <w:rFonts w:cs="Times New Roman"/>
        </w:rPr>
        <w:t>Now the witnesses would carry the Name outward.</w:t>
      </w:r>
    </w:p>
    <w:p w14:paraId="393915A9" w14:textId="77777777" w:rsidR="007D7487" w:rsidRDefault="00E6407B">
      <w:pPr>
        <w:ind w:firstLine="288"/>
      </w:pPr>
      <w:r>
        <w:rPr>
          <w:rFonts w:cs="Times New Roman"/>
        </w:rPr>
        <w:t>The Scriptures had not failed to happen.</w:t>
      </w:r>
    </w:p>
    <w:p w14:paraId="5E00CC5C" w14:textId="77777777" w:rsidR="007D7487" w:rsidRDefault="00E6407B">
      <w:pPr>
        <w:ind w:firstLine="288"/>
      </w:pPr>
      <w:r>
        <w:rPr>
          <w:rFonts w:cs="Times New Roman"/>
        </w:rPr>
        <w:t>Abraham had taught them that righteousness was counted before Sinai.</w:t>
      </w:r>
    </w:p>
    <w:p w14:paraId="5FACC8B3" w14:textId="77777777" w:rsidR="007D7487" w:rsidRDefault="00E6407B">
      <w:pPr>
        <w:ind w:firstLine="288"/>
      </w:pPr>
      <w:r>
        <w:rPr>
          <w:rFonts w:cs="Times New Roman"/>
        </w:rPr>
        <w:t>Hosea had taught return toward YHWH without making return the price of righteousness.</w:t>
      </w:r>
    </w:p>
    <w:p w14:paraId="029C6EB8" w14:textId="77777777" w:rsidR="007D7487" w:rsidRDefault="00E6407B">
      <w:pPr>
        <w:ind w:firstLine="288"/>
      </w:pPr>
      <w:r>
        <w:rPr>
          <w:rFonts w:cs="Times New Roman"/>
        </w:rPr>
        <w:t>Ruth had taught allegiance while still needing a redeemer.</w:t>
      </w:r>
    </w:p>
    <w:p w14:paraId="46504DB4" w14:textId="77777777" w:rsidR="007D7487" w:rsidRDefault="00E6407B">
      <w:pPr>
        <w:ind w:firstLine="288"/>
      </w:pPr>
      <w:r>
        <w:rPr>
          <w:rFonts w:cs="Times New Roman"/>
        </w:rPr>
        <w:t>Psalm 67 had put the shining Face and the nations in the same prayer.</w:t>
      </w:r>
    </w:p>
    <w:p w14:paraId="11C1C976" w14:textId="77777777" w:rsidR="007D7487" w:rsidRDefault="00E6407B">
      <w:pPr>
        <w:ind w:firstLine="288"/>
      </w:pPr>
      <w:r>
        <w:rPr>
          <w:rFonts w:cs="Times New Roman"/>
        </w:rPr>
        <w:t>Israel's privilege had become responsibility rather than a reason to hide the gift.</w:t>
      </w:r>
    </w:p>
    <w:p w14:paraId="525A80E5" w14:textId="77777777" w:rsidR="007D7487" w:rsidRDefault="00E6407B">
      <w:pPr>
        <w:ind w:firstLine="288"/>
      </w:pPr>
      <w:r>
        <w:rPr>
          <w:rFonts w:cs="Times New Roman"/>
        </w:rPr>
        <w:t>They had been happening around them while the disciples were looking for something else.</w:t>
      </w:r>
    </w:p>
    <w:p w14:paraId="750FA08A" w14:textId="77777777" w:rsidR="007D7487" w:rsidRDefault="00E6407B">
      <w:pPr>
        <w:ind w:firstLine="288"/>
      </w:pPr>
      <w:r>
        <w:rPr>
          <w:rFonts w:cs="Times New Roman"/>
        </w:rPr>
        <w:t>And Jesus had told them there was more.</w:t>
      </w:r>
    </w:p>
    <w:p w14:paraId="738EB5AE" w14:textId="77777777" w:rsidR="007D7487" w:rsidRDefault="00E6407B">
      <w:pPr>
        <w:ind w:firstLine="288"/>
      </w:pPr>
      <w:r>
        <w:rPr>
          <w:rFonts w:cs="Times New Roman"/>
        </w:rPr>
        <w:t>Much more.</w:t>
      </w:r>
    </w:p>
    <w:p w14:paraId="44DCD59D" w14:textId="77777777" w:rsidR="007D7487" w:rsidRDefault="00E6407B">
      <w:pPr>
        <w:suppressLineNumbers/>
        <w:spacing w:before="100" w:after="100"/>
        <w:jc w:val="center"/>
      </w:pPr>
      <w:r>
        <w:rPr>
          <w:rFonts w:cs="Times New Roman"/>
          <w:sz w:val="20"/>
        </w:rPr>
        <w:t>* * *</w:t>
      </w:r>
    </w:p>
    <w:p w14:paraId="66FBB62F" w14:textId="77777777" w:rsidR="007D7487" w:rsidRDefault="00E6407B">
      <w:pPr>
        <w:ind w:firstLine="288"/>
      </w:pPr>
      <w:r>
        <w:rPr>
          <w:rFonts w:cs="Times New Roman"/>
        </w:rPr>
        <w:t>Nicodemus was already murmuring.</w:t>
      </w:r>
    </w:p>
    <w:p w14:paraId="61891438" w14:textId="77777777" w:rsidR="007D7487" w:rsidRDefault="00E6407B">
      <w:pPr>
        <w:ind w:firstLine="288"/>
      </w:pPr>
      <w:r>
        <w:rPr>
          <w:rFonts w:cs="Times New Roman"/>
        </w:rPr>
        <w:lastRenderedPageBreak/>
        <w:t>Peter heard him.</w:t>
      </w:r>
    </w:p>
    <w:p w14:paraId="62D99ECE" w14:textId="77777777" w:rsidR="007D7487" w:rsidRDefault="00E6407B">
      <w:pPr>
        <w:ind w:firstLine="288"/>
      </w:pPr>
      <w:r>
        <w:rPr>
          <w:rFonts w:cs="Times New Roman"/>
        </w:rPr>
        <w:t>"Stop."</w:t>
      </w:r>
    </w:p>
    <w:p w14:paraId="51AE2558" w14:textId="77777777" w:rsidR="007D7487" w:rsidRDefault="00E6407B">
      <w:pPr>
        <w:ind w:firstLine="288"/>
      </w:pPr>
      <w:r>
        <w:rPr>
          <w:rFonts w:cs="Times New Roman"/>
        </w:rPr>
        <w:t>"I am not speaking to you."</w:t>
      </w:r>
    </w:p>
    <w:p w14:paraId="20DB7903" w14:textId="77777777" w:rsidR="007D7487" w:rsidRDefault="00E6407B">
      <w:pPr>
        <w:ind w:firstLine="288"/>
      </w:pPr>
      <w:r>
        <w:rPr>
          <w:rFonts w:cs="Times New Roman"/>
        </w:rPr>
        <w:t>"You are speaking to everybody."</w:t>
      </w:r>
    </w:p>
    <w:p w14:paraId="1EBE2BFA" w14:textId="77777777" w:rsidR="007D7487" w:rsidRDefault="00E6407B">
      <w:pPr>
        <w:ind w:firstLine="288"/>
      </w:pPr>
      <w:r>
        <w:rPr>
          <w:rFonts w:cs="Times New Roman"/>
        </w:rPr>
        <w:t>"I am organizing."</w:t>
      </w:r>
    </w:p>
    <w:p w14:paraId="00A9DF08" w14:textId="77777777" w:rsidR="007D7487" w:rsidRDefault="00E6407B">
      <w:pPr>
        <w:ind w:firstLine="288"/>
      </w:pPr>
      <w:r>
        <w:rPr>
          <w:rFonts w:cs="Times New Roman"/>
        </w:rPr>
        <w:t>Joseph laughed.</w:t>
      </w:r>
    </w:p>
    <w:p w14:paraId="0FDDD4C8" w14:textId="77777777" w:rsidR="007D7487" w:rsidRDefault="00E6407B">
      <w:pPr>
        <w:ind w:firstLine="288"/>
      </w:pPr>
      <w:r>
        <w:rPr>
          <w:rFonts w:cs="Times New Roman"/>
        </w:rPr>
        <w:t>Mary of Bethany looked toward the men who had objected to her ointment.</w:t>
      </w:r>
    </w:p>
    <w:p w14:paraId="4C38A9D7" w14:textId="77777777" w:rsidR="007D7487" w:rsidRDefault="00E6407B">
      <w:pPr>
        <w:ind w:firstLine="288"/>
      </w:pPr>
      <w:r>
        <w:rPr>
          <w:rFonts w:cs="Times New Roman"/>
        </w:rPr>
        <w:t>Peter saw her looking.</w:t>
      </w:r>
    </w:p>
    <w:p w14:paraId="34D87064" w14:textId="77777777" w:rsidR="007D7487" w:rsidRDefault="00E6407B">
      <w:pPr>
        <w:ind w:firstLine="288"/>
      </w:pPr>
      <w:r>
        <w:rPr>
          <w:rFonts w:cs="Times New Roman"/>
        </w:rPr>
        <w:t>His eyes dropped immediately.</w:t>
      </w:r>
    </w:p>
    <w:p w14:paraId="6E5C6EDD" w14:textId="77777777" w:rsidR="007D7487" w:rsidRDefault="00E6407B">
      <w:pPr>
        <w:ind w:firstLine="288"/>
      </w:pPr>
      <w:r>
        <w:rPr>
          <w:rFonts w:cs="Times New Roman"/>
        </w:rPr>
        <w:t>John followed his gaze.</w:t>
      </w:r>
    </w:p>
    <w:p w14:paraId="6B15F983" w14:textId="77777777" w:rsidR="007D7487" w:rsidRDefault="00E6407B">
      <w:pPr>
        <w:ind w:firstLine="288"/>
      </w:pPr>
      <w:r>
        <w:rPr>
          <w:rFonts w:cs="Times New Roman"/>
        </w:rPr>
        <w:t>There was nothing remarkable on the ground.</w:t>
      </w:r>
    </w:p>
    <w:p w14:paraId="4511FFB7" w14:textId="77777777" w:rsidR="007D7487" w:rsidRDefault="00E6407B">
      <w:pPr>
        <w:ind w:firstLine="288"/>
      </w:pPr>
      <w:r>
        <w:rPr>
          <w:rFonts w:cs="Times New Roman"/>
        </w:rPr>
        <w:t>That did not prevent Peter from studying it with intense devotion.</w:t>
      </w:r>
    </w:p>
    <w:p w14:paraId="5E8BE353" w14:textId="77777777" w:rsidR="007D7487" w:rsidRDefault="00E6407B">
      <w:pPr>
        <w:ind w:firstLine="288"/>
      </w:pPr>
      <w:r>
        <w:rPr>
          <w:rFonts w:cs="Times New Roman"/>
        </w:rPr>
        <w:t>John laughed so suddenly he had to cover his mouth.</w:t>
      </w:r>
    </w:p>
    <w:p w14:paraId="379CCACF" w14:textId="77777777" w:rsidR="007D7487" w:rsidRDefault="00E6407B">
      <w:pPr>
        <w:ind w:firstLine="288"/>
      </w:pPr>
      <w:r>
        <w:rPr>
          <w:rFonts w:cs="Times New Roman"/>
        </w:rPr>
        <w:t>Peter glared at him.</w:t>
      </w:r>
    </w:p>
    <w:p w14:paraId="151D3102" w14:textId="77777777" w:rsidR="007D7487" w:rsidRDefault="00E6407B">
      <w:pPr>
        <w:ind w:firstLine="288"/>
      </w:pPr>
      <w:r>
        <w:rPr>
          <w:rFonts w:cs="Times New Roman"/>
        </w:rPr>
        <w:t>Mary laughed.</w:t>
      </w:r>
    </w:p>
    <w:p w14:paraId="1BEDC9FC" w14:textId="77777777" w:rsidR="007D7487" w:rsidRDefault="00E6407B">
      <w:pPr>
        <w:ind w:firstLine="288"/>
      </w:pPr>
      <w:r>
        <w:rPr>
          <w:rFonts w:cs="Times New Roman"/>
        </w:rPr>
        <w:t>The tension that had followed them from Jerusalem finally broke.</w:t>
      </w:r>
    </w:p>
    <w:p w14:paraId="0C6A7B20" w14:textId="77777777" w:rsidR="007D7487" w:rsidRDefault="00E6407B">
      <w:pPr>
        <w:ind w:firstLine="288"/>
      </w:pPr>
      <w:r>
        <w:rPr>
          <w:rFonts w:cs="Times New Roman"/>
        </w:rPr>
        <w:t>Not because everything was answered.</w:t>
      </w:r>
    </w:p>
    <w:p w14:paraId="6C024567" w14:textId="77777777" w:rsidR="007D7487" w:rsidRDefault="00E6407B">
      <w:pPr>
        <w:ind w:firstLine="288"/>
      </w:pPr>
      <w:r>
        <w:rPr>
          <w:rFonts w:cs="Times New Roman"/>
        </w:rPr>
        <w:t>Because enough had been answered that unanswered things had become invitations instead of terrors.</w:t>
      </w:r>
    </w:p>
    <w:p w14:paraId="2E2D64E6" w14:textId="77777777" w:rsidR="007D7487" w:rsidRDefault="00E6407B">
      <w:pPr>
        <w:suppressLineNumbers/>
        <w:spacing w:before="100" w:after="100"/>
        <w:jc w:val="center"/>
      </w:pPr>
      <w:r>
        <w:rPr>
          <w:rFonts w:cs="Times New Roman"/>
          <w:sz w:val="20"/>
        </w:rPr>
        <w:t>* * *</w:t>
      </w:r>
    </w:p>
    <w:p w14:paraId="1E84955D" w14:textId="77777777" w:rsidR="007D7487" w:rsidRDefault="00E6407B">
      <w:pPr>
        <w:ind w:firstLine="288"/>
      </w:pPr>
      <w:r>
        <w:rPr>
          <w:rFonts w:cs="Times New Roman"/>
        </w:rPr>
        <w:t>John looked around.</w:t>
      </w:r>
    </w:p>
    <w:p w14:paraId="5F62C10A" w14:textId="77777777" w:rsidR="007D7487" w:rsidRDefault="00E6407B">
      <w:pPr>
        <w:ind w:firstLine="288"/>
      </w:pPr>
      <w:r>
        <w:rPr>
          <w:rFonts w:cs="Times New Roman"/>
        </w:rPr>
        <w:t>Peter was still Peter.</w:t>
      </w:r>
    </w:p>
    <w:p w14:paraId="6A947592" w14:textId="77777777" w:rsidR="007D7487" w:rsidRDefault="00E6407B">
      <w:pPr>
        <w:ind w:firstLine="288"/>
      </w:pPr>
      <w:r>
        <w:rPr>
          <w:rFonts w:cs="Times New Roman"/>
        </w:rPr>
        <w:t>Strong.</w:t>
      </w:r>
    </w:p>
    <w:p w14:paraId="5C6F532E" w14:textId="77777777" w:rsidR="007D7487" w:rsidRDefault="00E6407B">
      <w:pPr>
        <w:ind w:firstLine="288"/>
      </w:pPr>
      <w:r>
        <w:rPr>
          <w:rFonts w:cs="Times New Roman"/>
        </w:rPr>
        <w:t>Impulsive.</w:t>
      </w:r>
    </w:p>
    <w:p w14:paraId="35D6F031" w14:textId="77777777" w:rsidR="007D7487" w:rsidRDefault="00E6407B">
      <w:pPr>
        <w:ind w:firstLine="288"/>
      </w:pPr>
      <w:r>
        <w:rPr>
          <w:rFonts w:cs="Times New Roman"/>
        </w:rPr>
        <w:t>The first man into a tomb and often the first man into trouble.</w:t>
      </w:r>
    </w:p>
    <w:p w14:paraId="11C95189" w14:textId="77777777" w:rsidR="007D7487" w:rsidRDefault="00E6407B">
      <w:pPr>
        <w:ind w:firstLine="288"/>
      </w:pPr>
      <w:r>
        <w:rPr>
          <w:rFonts w:cs="Times New Roman"/>
        </w:rPr>
        <w:t>But John had seen him beside the charcoal fire when the strong man could no longer keep the strong face in place.</w:t>
      </w:r>
    </w:p>
    <w:p w14:paraId="73499E0D" w14:textId="77777777" w:rsidR="007D7487" w:rsidRDefault="00E6407B">
      <w:pPr>
        <w:ind w:firstLine="288"/>
      </w:pPr>
      <w:r>
        <w:rPr>
          <w:rFonts w:cs="Times New Roman"/>
        </w:rPr>
        <w:t>Thomas was still Thomas.</w:t>
      </w:r>
    </w:p>
    <w:p w14:paraId="6A415C25" w14:textId="77777777" w:rsidR="007D7487" w:rsidRDefault="00E6407B">
      <w:pPr>
        <w:ind w:firstLine="288"/>
      </w:pPr>
      <w:r>
        <w:rPr>
          <w:rFonts w:cs="Times New Roman"/>
        </w:rPr>
        <w:t>He wanted evidence.</w:t>
      </w:r>
    </w:p>
    <w:p w14:paraId="6878E85B" w14:textId="77777777" w:rsidR="007D7487" w:rsidRDefault="00E6407B">
      <w:pPr>
        <w:ind w:firstLine="288"/>
      </w:pPr>
      <w:r>
        <w:rPr>
          <w:rFonts w:cs="Times New Roman"/>
        </w:rPr>
        <w:t>Jesus had not despised him for it.</w:t>
      </w:r>
    </w:p>
    <w:p w14:paraId="0176E100" w14:textId="77777777" w:rsidR="007D7487" w:rsidRDefault="00E6407B">
      <w:pPr>
        <w:ind w:firstLine="288"/>
      </w:pPr>
      <w:r>
        <w:rPr>
          <w:rFonts w:cs="Times New Roman"/>
        </w:rPr>
        <w:t>Matthew still understood empire.</w:t>
      </w:r>
    </w:p>
    <w:p w14:paraId="48A26CBB" w14:textId="77777777" w:rsidR="007D7487" w:rsidRDefault="00E6407B">
      <w:pPr>
        <w:ind w:firstLine="288"/>
      </w:pPr>
      <w:r>
        <w:rPr>
          <w:rFonts w:cs="Times New Roman"/>
        </w:rPr>
        <w:t>Simon still cared fiercely about Israel's freedom.</w:t>
      </w:r>
    </w:p>
    <w:p w14:paraId="1A321076" w14:textId="77777777" w:rsidR="007D7487" w:rsidRDefault="00E6407B">
      <w:pPr>
        <w:ind w:firstLine="288"/>
      </w:pPr>
      <w:r>
        <w:rPr>
          <w:rFonts w:cs="Times New Roman"/>
        </w:rPr>
        <w:t>Andrew still carried a wilderness prophet's voice.</w:t>
      </w:r>
    </w:p>
    <w:p w14:paraId="0DAE4B99" w14:textId="77777777" w:rsidR="007D7487" w:rsidRDefault="00E6407B">
      <w:pPr>
        <w:ind w:firstLine="288"/>
      </w:pPr>
      <w:r>
        <w:rPr>
          <w:rFonts w:cs="Times New Roman"/>
        </w:rPr>
        <w:t>James carried the mountain.</w:t>
      </w:r>
    </w:p>
    <w:p w14:paraId="7296E00E" w14:textId="77777777" w:rsidR="007D7487" w:rsidRDefault="00E6407B">
      <w:pPr>
        <w:ind w:firstLine="288"/>
      </w:pPr>
      <w:r>
        <w:rPr>
          <w:rFonts w:cs="Times New Roman"/>
        </w:rPr>
        <w:t>Nathanael carried Jacob's opened heaven.</w:t>
      </w:r>
    </w:p>
    <w:p w14:paraId="211E7120" w14:textId="77777777" w:rsidR="007D7487" w:rsidRDefault="00E6407B">
      <w:pPr>
        <w:ind w:firstLine="288"/>
      </w:pPr>
      <w:r>
        <w:rPr>
          <w:rFonts w:cs="Times New Roman"/>
        </w:rPr>
        <w:t>Mary Magdalene carried the sound of Jesus speaking her name beside the tomb.</w:t>
      </w:r>
    </w:p>
    <w:p w14:paraId="27E68BCE" w14:textId="77777777" w:rsidR="007D7487" w:rsidRDefault="00E6407B">
      <w:pPr>
        <w:ind w:firstLine="288"/>
      </w:pPr>
      <w:r>
        <w:rPr>
          <w:rFonts w:cs="Times New Roman"/>
        </w:rPr>
        <w:t>Mary of Bethany carried the fragrance of costly devotion.</w:t>
      </w:r>
    </w:p>
    <w:p w14:paraId="528E13A2" w14:textId="77777777" w:rsidR="007D7487" w:rsidRDefault="00E6407B">
      <w:pPr>
        <w:ind w:firstLine="288"/>
      </w:pPr>
      <w:r>
        <w:rPr>
          <w:rFonts w:cs="Times New Roman"/>
        </w:rPr>
        <w:t>Jesus' mother carried memories from before any of them knew Him.</w:t>
      </w:r>
    </w:p>
    <w:p w14:paraId="2F9417BA" w14:textId="77777777" w:rsidR="007D7487" w:rsidRDefault="00E6407B">
      <w:pPr>
        <w:ind w:firstLine="288"/>
      </w:pPr>
      <w:r>
        <w:rPr>
          <w:rFonts w:cs="Times New Roman"/>
        </w:rPr>
        <w:lastRenderedPageBreak/>
        <w:t>Joanna carried questions until they became investigations.</w:t>
      </w:r>
    </w:p>
    <w:p w14:paraId="5F5F074C" w14:textId="77777777" w:rsidR="007D7487" w:rsidRDefault="00E6407B">
      <w:pPr>
        <w:ind w:firstLine="288"/>
      </w:pPr>
      <w:r>
        <w:rPr>
          <w:rFonts w:cs="Times New Roman"/>
        </w:rPr>
        <w:t>Susanna apparently solved problems by finding Nicodemus.</w:t>
      </w:r>
    </w:p>
    <w:p w14:paraId="5BA7C872" w14:textId="77777777" w:rsidR="007D7487" w:rsidRDefault="00E6407B">
      <w:pPr>
        <w:ind w:firstLine="288"/>
      </w:pPr>
      <w:r>
        <w:rPr>
          <w:rFonts w:cs="Times New Roman"/>
        </w:rPr>
        <w:t>Joseph carried the knowledge of the dead body and the empty rich man's tomb.</w:t>
      </w:r>
    </w:p>
    <w:p w14:paraId="4EC1B573" w14:textId="77777777" w:rsidR="007D7487" w:rsidRDefault="00E6407B">
      <w:pPr>
        <w:ind w:firstLine="288"/>
      </w:pPr>
      <w:r>
        <w:rPr>
          <w:rFonts w:cs="Times New Roman"/>
        </w:rPr>
        <w:t>Nicodemus carried more Scripture in his head than most of them and had now discovered, apparently to his surprise, that the rest of his body possessed emotions.</w:t>
      </w:r>
    </w:p>
    <w:p w14:paraId="785AD62A" w14:textId="77777777" w:rsidR="007D7487" w:rsidRDefault="00E6407B">
      <w:pPr>
        <w:ind w:firstLine="288"/>
      </w:pPr>
      <w:r>
        <w:rPr>
          <w:rFonts w:cs="Times New Roman"/>
        </w:rPr>
        <w:t>He also carried a new discipline for everything he already knew:</w:t>
      </w:r>
    </w:p>
    <w:p w14:paraId="4FD6FDD8" w14:textId="77777777" w:rsidR="007D7487" w:rsidRDefault="00E6407B">
      <w:pPr>
        <w:ind w:firstLine="288"/>
      </w:pPr>
      <w:r>
        <w:rPr>
          <w:rFonts w:cs="Times New Roman"/>
        </w:rPr>
        <w:t>the teachers who had preserved the words were not to be despised;</w:t>
      </w:r>
    </w:p>
    <w:p w14:paraId="05D53997" w14:textId="77777777" w:rsidR="007D7487" w:rsidRDefault="00E6407B">
      <w:pPr>
        <w:ind w:firstLine="288"/>
      </w:pPr>
      <w:r>
        <w:rPr>
          <w:rFonts w:cs="Times New Roman"/>
        </w:rPr>
        <w:t>the inherited compartments were allowed to move when Scripture and the Father's acts required it.</w:t>
      </w:r>
    </w:p>
    <w:p w14:paraId="600EFB78" w14:textId="77777777" w:rsidR="007D7487" w:rsidRDefault="00E6407B">
      <w:pPr>
        <w:ind w:firstLine="288"/>
      </w:pPr>
      <w:r>
        <w:rPr>
          <w:rFonts w:cs="Times New Roman"/>
        </w:rPr>
        <w:t>Jesus had not made them the same.</w:t>
      </w:r>
    </w:p>
    <w:p w14:paraId="39D20B7A" w14:textId="77777777" w:rsidR="007D7487" w:rsidRDefault="00E6407B">
      <w:pPr>
        <w:ind w:firstLine="288"/>
      </w:pPr>
      <w:r>
        <w:rPr>
          <w:rFonts w:cs="Times New Roman"/>
        </w:rPr>
        <w:t>He had given them the same center.</w:t>
      </w:r>
    </w:p>
    <w:p w14:paraId="4A0F1BD7" w14:textId="77777777" w:rsidR="007D7487" w:rsidRDefault="00E6407B">
      <w:pPr>
        <w:ind w:firstLine="288"/>
      </w:pPr>
      <w:r>
        <w:rPr>
          <w:rFonts w:cs="Times New Roman"/>
        </w:rPr>
        <w:t>One Lord.</w:t>
      </w:r>
    </w:p>
    <w:p w14:paraId="40ABDCC0" w14:textId="77777777" w:rsidR="007D7487" w:rsidRDefault="00E6407B">
      <w:pPr>
        <w:ind w:firstLine="288"/>
      </w:pPr>
      <w:r>
        <w:rPr>
          <w:rFonts w:cs="Times New Roman"/>
        </w:rPr>
        <w:t>One life.</w:t>
      </w:r>
    </w:p>
    <w:p w14:paraId="1C407CD5" w14:textId="77777777" w:rsidR="007D7487" w:rsidRDefault="00E6407B">
      <w:pPr>
        <w:ind w:firstLine="288"/>
      </w:pPr>
      <w:r>
        <w:rPr>
          <w:rFonts w:cs="Times New Roman"/>
        </w:rPr>
        <w:t>One Spirit promised.</w:t>
      </w:r>
    </w:p>
    <w:p w14:paraId="7101AB00" w14:textId="77777777" w:rsidR="007D7487" w:rsidRDefault="00E6407B">
      <w:pPr>
        <w:ind w:firstLine="288"/>
      </w:pPr>
      <w:r>
        <w:rPr>
          <w:rFonts w:cs="Times New Roman"/>
        </w:rPr>
        <w:t>One Name.</w:t>
      </w:r>
    </w:p>
    <w:p w14:paraId="680A24F8" w14:textId="77777777" w:rsidR="007D7487" w:rsidRDefault="00E6407B">
      <w:pPr>
        <w:ind w:firstLine="288"/>
      </w:pPr>
      <w:r>
        <w:rPr>
          <w:rFonts w:cs="Times New Roman"/>
        </w:rPr>
        <w:t>One testimony.</w:t>
      </w:r>
    </w:p>
    <w:p w14:paraId="6839359A" w14:textId="77777777" w:rsidR="007D7487" w:rsidRDefault="00E6407B">
      <w:pPr>
        <w:ind w:firstLine="288"/>
      </w:pPr>
      <w:r>
        <w:rPr>
          <w:rFonts w:cs="Times New Roman"/>
        </w:rPr>
        <w:t>They did not yet know how difficult it would be for people this different to live and serve together.</w:t>
      </w:r>
    </w:p>
    <w:p w14:paraId="75CA4A48" w14:textId="77777777" w:rsidR="007D7487" w:rsidRDefault="00E6407B">
      <w:pPr>
        <w:ind w:firstLine="288"/>
      </w:pPr>
      <w:r>
        <w:rPr>
          <w:rFonts w:cs="Times New Roman"/>
        </w:rPr>
        <w:t>That lesson would come.</w:t>
      </w:r>
    </w:p>
    <w:p w14:paraId="6C90973A" w14:textId="77777777" w:rsidR="007D7487" w:rsidRDefault="00E6407B">
      <w:pPr>
        <w:ind w:firstLine="288"/>
      </w:pPr>
      <w:r>
        <w:rPr>
          <w:rFonts w:cs="Times New Roman"/>
        </w:rPr>
        <w:t>For now they knew what came next.</w:t>
      </w:r>
    </w:p>
    <w:p w14:paraId="02067BA5" w14:textId="77777777" w:rsidR="007D7487" w:rsidRDefault="00E6407B">
      <w:pPr>
        <w:ind w:firstLine="288"/>
      </w:pPr>
      <w:r>
        <w:rPr>
          <w:rFonts w:cs="Times New Roman"/>
        </w:rPr>
        <w:t>Tell.</w:t>
      </w:r>
    </w:p>
    <w:p w14:paraId="4DC207E3" w14:textId="77777777" w:rsidR="007D7487" w:rsidRDefault="00E6407B">
      <w:pPr>
        <w:ind w:firstLine="288"/>
      </w:pPr>
      <w:r>
        <w:rPr>
          <w:rFonts w:cs="Times New Roman"/>
        </w:rPr>
        <w:t>Tell Israel what God had done.</w:t>
      </w:r>
    </w:p>
    <w:p w14:paraId="27B569FB" w14:textId="77777777" w:rsidR="007D7487" w:rsidRDefault="00E6407B">
      <w:pPr>
        <w:ind w:firstLine="288"/>
      </w:pPr>
      <w:r>
        <w:rPr>
          <w:rFonts w:cs="Times New Roman"/>
        </w:rPr>
        <w:t>Tell family.</w:t>
      </w:r>
    </w:p>
    <w:p w14:paraId="75AF9CD8" w14:textId="77777777" w:rsidR="007D7487" w:rsidRDefault="00E6407B">
      <w:pPr>
        <w:ind w:firstLine="288"/>
      </w:pPr>
      <w:r>
        <w:rPr>
          <w:rFonts w:cs="Times New Roman"/>
        </w:rPr>
        <w:t>Tell friends.</w:t>
      </w:r>
    </w:p>
    <w:p w14:paraId="6D21026D" w14:textId="77777777" w:rsidR="007D7487" w:rsidRDefault="00E6407B">
      <w:pPr>
        <w:ind w:firstLine="288"/>
      </w:pPr>
      <w:r>
        <w:rPr>
          <w:rFonts w:cs="Times New Roman"/>
        </w:rPr>
        <w:t>Tell the frightened.</w:t>
      </w:r>
    </w:p>
    <w:p w14:paraId="26670875" w14:textId="77777777" w:rsidR="007D7487" w:rsidRDefault="00E6407B">
      <w:pPr>
        <w:ind w:firstLine="288"/>
      </w:pPr>
      <w:r>
        <w:rPr>
          <w:rFonts w:cs="Times New Roman"/>
        </w:rPr>
        <w:t>Tell those who thought Rome had the last word.</w:t>
      </w:r>
    </w:p>
    <w:p w14:paraId="59BC49E4" w14:textId="77777777" w:rsidR="007D7487" w:rsidRDefault="00E6407B">
      <w:pPr>
        <w:ind w:firstLine="288"/>
      </w:pPr>
      <w:r>
        <w:rPr>
          <w:rFonts w:cs="Times New Roman"/>
        </w:rPr>
        <w:t>Tell those who believed they were good enough to need no life from God.</w:t>
      </w:r>
    </w:p>
    <w:p w14:paraId="276BA46B" w14:textId="77777777" w:rsidR="007D7487" w:rsidRDefault="00E6407B">
      <w:pPr>
        <w:ind w:firstLine="288"/>
      </w:pPr>
      <w:r>
        <w:rPr>
          <w:rFonts w:cs="Times New Roman"/>
        </w:rPr>
        <w:t>Tell those convinced they were too wicked to receive it.</w:t>
      </w:r>
    </w:p>
    <w:p w14:paraId="678F689F" w14:textId="77777777" w:rsidR="007D7487" w:rsidRDefault="00E6407B">
      <w:pPr>
        <w:ind w:firstLine="288"/>
      </w:pPr>
      <w:r>
        <w:rPr>
          <w:rFonts w:cs="Times New Roman"/>
        </w:rPr>
        <w:t>Tell those held by powers they could not break.</w:t>
      </w:r>
    </w:p>
    <w:p w14:paraId="03AD8E1B" w14:textId="77777777" w:rsidR="007D7487" w:rsidRDefault="00E6407B">
      <w:pPr>
        <w:ind w:firstLine="288"/>
      </w:pPr>
      <w:r>
        <w:rPr>
          <w:rFonts w:cs="Times New Roman"/>
        </w:rPr>
        <w:t>Tell the stranger.</w:t>
      </w:r>
    </w:p>
    <w:p w14:paraId="34315C54" w14:textId="77777777" w:rsidR="007D7487" w:rsidRDefault="00E6407B">
      <w:pPr>
        <w:ind w:firstLine="288"/>
      </w:pPr>
      <w:r>
        <w:rPr>
          <w:rFonts w:cs="Times New Roman"/>
        </w:rPr>
        <w:t>Tell the nations.</w:t>
      </w:r>
    </w:p>
    <w:p w14:paraId="64AFD708" w14:textId="77777777" w:rsidR="007D7487" w:rsidRDefault="00E6407B">
      <w:pPr>
        <w:ind w:firstLine="288"/>
      </w:pPr>
      <w:r>
        <w:rPr>
          <w:rFonts w:cs="Times New Roman"/>
        </w:rPr>
        <w:t>Not flatten the nations into Israel.</w:t>
      </w:r>
    </w:p>
    <w:p w14:paraId="48D949EA" w14:textId="77777777" w:rsidR="007D7487" w:rsidRDefault="00E6407B">
      <w:pPr>
        <w:ind w:firstLine="288"/>
      </w:pPr>
      <w:r>
        <w:rPr>
          <w:rFonts w:cs="Times New Roman"/>
        </w:rPr>
        <w:t>Not erase Israel to reach the nations.</w:t>
      </w:r>
    </w:p>
    <w:p w14:paraId="52F56116" w14:textId="77777777" w:rsidR="007D7487" w:rsidRDefault="00E6407B">
      <w:pPr>
        <w:ind w:firstLine="288"/>
      </w:pPr>
      <w:r>
        <w:rPr>
          <w:rFonts w:cs="Times New Roman"/>
        </w:rPr>
        <w:t>Tell what the God of Abraham, Isaac, and Jacob had done through the promised Seed, and invite hearers to believe the One who had acted.</w:t>
      </w:r>
    </w:p>
    <w:p w14:paraId="2A9A62FC" w14:textId="77777777" w:rsidR="007D7487" w:rsidRDefault="00E6407B">
      <w:pPr>
        <w:ind w:firstLine="288"/>
      </w:pPr>
      <w:r>
        <w:rPr>
          <w:rFonts w:cs="Times New Roman"/>
        </w:rPr>
        <w:t>The Father had been speaking for generations.</w:t>
      </w:r>
    </w:p>
    <w:p w14:paraId="7FD416CA" w14:textId="77777777" w:rsidR="007D7487" w:rsidRDefault="00E6407B">
      <w:pPr>
        <w:ind w:firstLine="288"/>
      </w:pPr>
      <w:r>
        <w:rPr>
          <w:rFonts w:cs="Times New Roman"/>
        </w:rPr>
        <w:t>Now they understood enough to recognize the voice.</w:t>
      </w:r>
    </w:p>
    <w:p w14:paraId="067B3AE6" w14:textId="77777777" w:rsidR="007D7487" w:rsidRDefault="00E6407B">
      <w:pPr>
        <w:suppressLineNumbers/>
        <w:spacing w:before="100" w:after="100"/>
        <w:jc w:val="center"/>
      </w:pPr>
      <w:r>
        <w:rPr>
          <w:rFonts w:cs="Times New Roman"/>
          <w:sz w:val="20"/>
        </w:rPr>
        <w:t>* * *</w:t>
      </w:r>
    </w:p>
    <w:p w14:paraId="408F323E" w14:textId="77777777" w:rsidR="007D7487" w:rsidRDefault="00E6407B">
      <w:pPr>
        <w:ind w:firstLine="288"/>
      </w:pPr>
      <w:r>
        <w:rPr>
          <w:rFonts w:cs="Times New Roman"/>
        </w:rPr>
        <w:t>Years passed.</w:t>
      </w:r>
    </w:p>
    <w:p w14:paraId="50874033" w14:textId="77777777" w:rsidR="007D7487" w:rsidRDefault="00E6407B">
      <w:pPr>
        <w:ind w:firstLine="288"/>
      </w:pPr>
      <w:r>
        <w:rPr>
          <w:rFonts w:cs="Times New Roman"/>
        </w:rPr>
        <w:lastRenderedPageBreak/>
        <w:t>John saw the Spirit come.</w:t>
      </w:r>
    </w:p>
    <w:p w14:paraId="6FB6CFE6" w14:textId="77777777" w:rsidR="007D7487" w:rsidRDefault="00E6407B">
      <w:pPr>
        <w:ind w:firstLine="288"/>
      </w:pPr>
      <w:r>
        <w:rPr>
          <w:rFonts w:cs="Times New Roman"/>
        </w:rPr>
        <w:t>He saw frightened men become public witnesses.</w:t>
      </w:r>
    </w:p>
    <w:p w14:paraId="53528F8F" w14:textId="77777777" w:rsidR="007D7487" w:rsidRDefault="00E6407B">
      <w:pPr>
        <w:ind w:firstLine="288"/>
      </w:pPr>
      <w:r>
        <w:rPr>
          <w:rFonts w:cs="Times New Roman"/>
        </w:rPr>
        <w:t>He saw Peter stand where Peter once would have hidden.</w:t>
      </w:r>
    </w:p>
    <w:p w14:paraId="215A3519" w14:textId="77777777" w:rsidR="007D7487" w:rsidRDefault="00E6407B">
      <w:pPr>
        <w:ind w:firstLine="288"/>
      </w:pPr>
      <w:r>
        <w:rPr>
          <w:rFonts w:cs="Times New Roman"/>
        </w:rPr>
        <w:t>He watched people believe who had never walked beside Jesus.</w:t>
      </w:r>
    </w:p>
    <w:p w14:paraId="1CB3B2E3" w14:textId="77777777" w:rsidR="007D7487" w:rsidRDefault="00E6407B">
      <w:pPr>
        <w:ind w:firstLine="288"/>
      </w:pPr>
      <w:r>
        <w:rPr>
          <w:rFonts w:cs="Times New Roman"/>
        </w:rPr>
        <w:t>People who had never heard the Baptist cry in the wilderness.</w:t>
      </w:r>
    </w:p>
    <w:p w14:paraId="34E267C9" w14:textId="77777777" w:rsidR="007D7487" w:rsidRDefault="00E6407B">
      <w:pPr>
        <w:ind w:firstLine="288"/>
      </w:pPr>
      <w:r>
        <w:rPr>
          <w:rFonts w:cs="Times New Roman"/>
        </w:rPr>
        <w:t>Never stood beside Jordan.</w:t>
      </w:r>
    </w:p>
    <w:p w14:paraId="6CB46222" w14:textId="77777777" w:rsidR="007D7487" w:rsidRDefault="00E6407B">
      <w:pPr>
        <w:ind w:firstLine="288"/>
      </w:pPr>
      <w:r>
        <w:rPr>
          <w:rFonts w:cs="Times New Roman"/>
        </w:rPr>
        <w:t>Never watched an unclean spirit recoil.</w:t>
      </w:r>
    </w:p>
    <w:p w14:paraId="5F25A391" w14:textId="77777777" w:rsidR="007D7487" w:rsidRDefault="00E6407B">
      <w:pPr>
        <w:ind w:firstLine="288"/>
      </w:pPr>
      <w:r>
        <w:rPr>
          <w:rFonts w:cs="Times New Roman"/>
        </w:rPr>
        <w:t>Never climbed the high mountain.</w:t>
      </w:r>
    </w:p>
    <w:p w14:paraId="4200DD33" w14:textId="77777777" w:rsidR="007D7487" w:rsidRDefault="00E6407B">
      <w:pPr>
        <w:ind w:firstLine="288"/>
      </w:pPr>
      <w:r>
        <w:rPr>
          <w:rFonts w:cs="Times New Roman"/>
        </w:rPr>
        <w:t>Never saw Moses and Elijah.</w:t>
      </w:r>
    </w:p>
    <w:p w14:paraId="3632BA1B" w14:textId="77777777" w:rsidR="007D7487" w:rsidRDefault="00E6407B">
      <w:pPr>
        <w:ind w:firstLine="288"/>
      </w:pPr>
      <w:r>
        <w:rPr>
          <w:rFonts w:cs="Times New Roman"/>
        </w:rPr>
        <w:t>Never smelled Mary's spikenard as it filled the house.</w:t>
      </w:r>
    </w:p>
    <w:p w14:paraId="531A69B6" w14:textId="77777777" w:rsidR="007D7487" w:rsidRDefault="00E6407B">
      <w:pPr>
        <w:ind w:firstLine="288"/>
      </w:pPr>
      <w:r>
        <w:rPr>
          <w:rFonts w:cs="Times New Roman"/>
        </w:rPr>
        <w:t>Never heard the hammer strike.</w:t>
      </w:r>
    </w:p>
    <w:p w14:paraId="37564508" w14:textId="77777777" w:rsidR="007D7487" w:rsidRDefault="00E6407B">
      <w:pPr>
        <w:ind w:firstLine="288"/>
      </w:pPr>
      <w:r>
        <w:rPr>
          <w:rFonts w:cs="Times New Roman"/>
        </w:rPr>
        <w:t>Never stood beneath the cross.</w:t>
      </w:r>
    </w:p>
    <w:p w14:paraId="03A31C8D" w14:textId="77777777" w:rsidR="007D7487" w:rsidRDefault="00E6407B">
      <w:pPr>
        <w:ind w:firstLine="288"/>
      </w:pPr>
      <w:r>
        <w:rPr>
          <w:rFonts w:cs="Times New Roman"/>
        </w:rPr>
        <w:t>Never helped Joseph and Nicodemus carry the body.</w:t>
      </w:r>
    </w:p>
    <w:p w14:paraId="238AFC21" w14:textId="77777777" w:rsidR="007D7487" w:rsidRDefault="00E6407B">
      <w:pPr>
        <w:ind w:firstLine="288"/>
      </w:pPr>
      <w:r>
        <w:rPr>
          <w:rFonts w:cs="Times New Roman"/>
        </w:rPr>
        <w:t>Never entered the tomb.</w:t>
      </w:r>
    </w:p>
    <w:p w14:paraId="25F74C97" w14:textId="77777777" w:rsidR="007D7487" w:rsidRDefault="00E6407B">
      <w:pPr>
        <w:ind w:firstLine="288"/>
      </w:pPr>
      <w:r>
        <w:rPr>
          <w:rFonts w:cs="Times New Roman"/>
        </w:rPr>
        <w:t>Never saw the linen.</w:t>
      </w:r>
    </w:p>
    <w:p w14:paraId="1B420517" w14:textId="77777777" w:rsidR="007D7487" w:rsidRDefault="00E6407B">
      <w:pPr>
        <w:ind w:firstLine="288"/>
      </w:pPr>
      <w:r>
        <w:rPr>
          <w:rFonts w:cs="Times New Roman"/>
        </w:rPr>
        <w:t>Never touched the wounds.</w:t>
      </w:r>
    </w:p>
    <w:p w14:paraId="4EC9FABA" w14:textId="77777777" w:rsidR="007D7487" w:rsidRDefault="00E6407B">
      <w:pPr>
        <w:ind w:firstLine="288"/>
      </w:pPr>
      <w:r>
        <w:rPr>
          <w:rFonts w:cs="Times New Roman"/>
        </w:rPr>
        <w:t>Yet they believed.</w:t>
      </w:r>
    </w:p>
    <w:p w14:paraId="35A49454" w14:textId="77777777" w:rsidR="007D7487" w:rsidRDefault="00E6407B">
      <w:pPr>
        <w:ind w:firstLine="288"/>
      </w:pPr>
      <w:r>
        <w:rPr>
          <w:rFonts w:cs="Times New Roman"/>
        </w:rPr>
        <w:t>And they lived.</w:t>
      </w:r>
    </w:p>
    <w:p w14:paraId="05DB1D6E" w14:textId="77777777" w:rsidR="007D7487" w:rsidRDefault="00E6407B">
      <w:pPr>
        <w:ind w:firstLine="288"/>
      </w:pPr>
      <w:r>
        <w:rPr>
          <w:rFonts w:cs="Times New Roman"/>
        </w:rPr>
        <w:t>John grew old carrying memories younger believers possessed only through testimony.</w:t>
      </w:r>
    </w:p>
    <w:p w14:paraId="4204C04E" w14:textId="77777777" w:rsidR="007D7487" w:rsidRDefault="00E6407B">
      <w:pPr>
        <w:ind w:firstLine="288"/>
      </w:pPr>
      <w:r>
        <w:rPr>
          <w:rFonts w:cs="Times New Roman"/>
        </w:rPr>
        <w:t>Sometimes the memories returned as sounds.</w:t>
      </w:r>
    </w:p>
    <w:p w14:paraId="4B5244C8" w14:textId="77777777" w:rsidR="007D7487" w:rsidRDefault="00E6407B">
      <w:pPr>
        <w:ind w:firstLine="288"/>
      </w:pPr>
      <w:r>
        <w:rPr>
          <w:rFonts w:cs="Times New Roman"/>
        </w:rPr>
        <w:t>Peter laughing in the boat.</w:t>
      </w:r>
    </w:p>
    <w:p w14:paraId="2E257B55" w14:textId="77777777" w:rsidR="007D7487" w:rsidRDefault="00E6407B">
      <w:pPr>
        <w:ind w:firstLine="288"/>
      </w:pPr>
      <w:r>
        <w:rPr>
          <w:rFonts w:cs="Times New Roman"/>
        </w:rPr>
        <w:t>Thomas whispering:</w:t>
      </w:r>
    </w:p>
    <w:p w14:paraId="6EF93B13" w14:textId="77777777" w:rsidR="007D7487" w:rsidRDefault="00E6407B">
      <w:pPr>
        <w:ind w:firstLine="288"/>
      </w:pPr>
      <w:r>
        <w:rPr>
          <w:rFonts w:cs="Times New Roman"/>
        </w:rPr>
        <w:t>"My Lord and my God."</w:t>
      </w:r>
    </w:p>
    <w:p w14:paraId="6A5C47E1" w14:textId="77777777" w:rsidR="007D7487" w:rsidRDefault="00E6407B">
      <w:pPr>
        <w:ind w:firstLine="288"/>
      </w:pPr>
      <w:r>
        <w:rPr>
          <w:rFonts w:cs="Times New Roman"/>
        </w:rPr>
        <w:t>Nicodemus saying "of course" as though Isaiah had personally stepped out of a scroll and startled him.</w:t>
      </w:r>
    </w:p>
    <w:p w14:paraId="713E65DE" w14:textId="77777777" w:rsidR="007D7487" w:rsidRDefault="00E6407B">
      <w:pPr>
        <w:ind w:firstLine="288"/>
      </w:pPr>
      <w:r>
        <w:rPr>
          <w:rFonts w:cs="Times New Roman"/>
        </w:rPr>
        <w:t>Jesus laughing at Peter's tabernacles.</w:t>
      </w:r>
    </w:p>
    <w:p w14:paraId="01D6DB68" w14:textId="77777777" w:rsidR="007D7487" w:rsidRDefault="00E6407B">
      <w:pPr>
        <w:ind w:firstLine="288"/>
      </w:pPr>
      <w:r>
        <w:rPr>
          <w:rFonts w:cs="Times New Roman"/>
        </w:rPr>
        <w:t>Mary laughing while grown men studied the ground.</w:t>
      </w:r>
    </w:p>
    <w:p w14:paraId="2AABCBAC" w14:textId="77777777" w:rsidR="007D7487" w:rsidRDefault="00E6407B">
      <w:pPr>
        <w:ind w:firstLine="288"/>
      </w:pPr>
      <w:r>
        <w:rPr>
          <w:rFonts w:cs="Times New Roman"/>
        </w:rPr>
        <w:t>Sometimes memory came as smell.</w:t>
      </w:r>
    </w:p>
    <w:p w14:paraId="1BB14361" w14:textId="77777777" w:rsidR="007D7487" w:rsidRDefault="00E6407B">
      <w:pPr>
        <w:ind w:firstLine="288"/>
      </w:pPr>
      <w:r>
        <w:rPr>
          <w:rFonts w:cs="Times New Roman"/>
        </w:rPr>
        <w:t>Charcoal.</w:t>
      </w:r>
    </w:p>
    <w:p w14:paraId="7A72AC10" w14:textId="77777777" w:rsidR="007D7487" w:rsidRDefault="00E6407B">
      <w:pPr>
        <w:ind w:firstLine="288"/>
      </w:pPr>
      <w:r>
        <w:rPr>
          <w:rFonts w:cs="Times New Roman"/>
        </w:rPr>
        <w:t>Spikenard.</w:t>
      </w:r>
    </w:p>
    <w:p w14:paraId="1C3FDB20" w14:textId="77777777" w:rsidR="007D7487" w:rsidRDefault="00E6407B">
      <w:pPr>
        <w:ind w:firstLine="288"/>
      </w:pPr>
      <w:r>
        <w:rPr>
          <w:rFonts w:cs="Times New Roman"/>
        </w:rPr>
        <w:t>Myrrh.</w:t>
      </w:r>
    </w:p>
    <w:p w14:paraId="58C61119" w14:textId="77777777" w:rsidR="007D7487" w:rsidRDefault="00E6407B">
      <w:pPr>
        <w:ind w:firstLine="288"/>
      </w:pPr>
      <w:r>
        <w:rPr>
          <w:rFonts w:cs="Times New Roman"/>
        </w:rPr>
        <w:t>Aloes.</w:t>
      </w:r>
    </w:p>
    <w:p w14:paraId="418AC7F2" w14:textId="77777777" w:rsidR="007D7487" w:rsidRDefault="00E6407B">
      <w:pPr>
        <w:ind w:firstLine="288"/>
      </w:pPr>
      <w:r>
        <w:rPr>
          <w:rFonts w:cs="Times New Roman"/>
        </w:rPr>
        <w:t>The sharp medicinal trace inside a cool tomb.</w:t>
      </w:r>
    </w:p>
    <w:p w14:paraId="04255CEB" w14:textId="77777777" w:rsidR="007D7487" w:rsidRDefault="00E6407B">
      <w:pPr>
        <w:ind w:firstLine="288"/>
      </w:pPr>
      <w:r>
        <w:rPr>
          <w:rFonts w:cs="Times New Roman"/>
        </w:rPr>
        <w:t>Sometimes as touch.</w:t>
      </w:r>
    </w:p>
    <w:p w14:paraId="286A5A38" w14:textId="77777777" w:rsidR="007D7487" w:rsidRDefault="00E6407B">
      <w:pPr>
        <w:ind w:firstLine="288"/>
      </w:pPr>
      <w:r>
        <w:rPr>
          <w:rFonts w:cs="Times New Roman"/>
        </w:rPr>
        <w:t>Stone beneath his palm at the tomb entrance.</w:t>
      </w:r>
    </w:p>
    <w:p w14:paraId="1313EEB0" w14:textId="77777777" w:rsidR="007D7487" w:rsidRDefault="00E6407B">
      <w:pPr>
        <w:ind w:firstLine="288"/>
      </w:pPr>
      <w:r>
        <w:rPr>
          <w:rFonts w:cs="Times New Roman"/>
        </w:rPr>
        <w:t>Rope against his hands.</w:t>
      </w:r>
    </w:p>
    <w:p w14:paraId="7EB88F54" w14:textId="77777777" w:rsidR="007D7487" w:rsidRDefault="00E6407B">
      <w:pPr>
        <w:ind w:firstLine="288"/>
      </w:pPr>
      <w:r>
        <w:rPr>
          <w:rFonts w:cs="Times New Roman"/>
        </w:rPr>
        <w:t>The rough surface of a boat.</w:t>
      </w:r>
    </w:p>
    <w:p w14:paraId="095F8EF7" w14:textId="77777777" w:rsidR="007D7487" w:rsidRDefault="00E6407B">
      <w:pPr>
        <w:ind w:firstLine="288"/>
      </w:pPr>
      <w:r>
        <w:rPr>
          <w:rFonts w:cs="Times New Roman"/>
        </w:rPr>
        <w:t>Sometimes as light.</w:t>
      </w:r>
    </w:p>
    <w:p w14:paraId="31FC608A" w14:textId="77777777" w:rsidR="007D7487" w:rsidRDefault="00E6407B">
      <w:pPr>
        <w:ind w:firstLine="288"/>
      </w:pPr>
      <w:r>
        <w:rPr>
          <w:rFonts w:cs="Times New Roman"/>
        </w:rPr>
        <w:lastRenderedPageBreak/>
        <w:t>Jerusalem beginning to wake.</w:t>
      </w:r>
    </w:p>
    <w:p w14:paraId="3A105A8F" w14:textId="77777777" w:rsidR="007D7487" w:rsidRDefault="00E6407B">
      <w:pPr>
        <w:ind w:firstLine="288"/>
      </w:pPr>
      <w:r>
        <w:rPr>
          <w:rFonts w:cs="Times New Roman"/>
        </w:rPr>
        <w:t>The brightness on the mountain.</w:t>
      </w:r>
    </w:p>
    <w:p w14:paraId="206F0448" w14:textId="77777777" w:rsidR="007D7487" w:rsidRDefault="00E6407B">
      <w:pPr>
        <w:ind w:firstLine="288"/>
      </w:pPr>
      <w:r>
        <w:rPr>
          <w:rFonts w:cs="Times New Roman"/>
        </w:rPr>
        <w:t>Morning over Galilee.</w:t>
      </w:r>
    </w:p>
    <w:p w14:paraId="5E03F9F3" w14:textId="77777777" w:rsidR="007D7487" w:rsidRDefault="00E6407B">
      <w:pPr>
        <w:ind w:firstLine="288"/>
      </w:pPr>
      <w:r>
        <w:rPr>
          <w:rFonts w:cs="Times New Roman"/>
        </w:rPr>
        <w:t>And sometimes a memory came from Golgotha itself.</w:t>
      </w:r>
    </w:p>
    <w:p w14:paraId="5998B72B" w14:textId="77777777" w:rsidR="007D7487" w:rsidRDefault="00E6407B">
      <w:pPr>
        <w:ind w:firstLine="288"/>
      </w:pPr>
      <w:r>
        <w:rPr>
          <w:rFonts w:cs="Times New Roman"/>
        </w:rPr>
        <w:t>Nicodemus.</w:t>
      </w:r>
    </w:p>
    <w:p w14:paraId="52B7C8EF" w14:textId="77777777" w:rsidR="007D7487" w:rsidRDefault="00E6407B">
      <w:pPr>
        <w:ind w:firstLine="288"/>
      </w:pPr>
      <w:r>
        <w:rPr>
          <w:rFonts w:cs="Times New Roman"/>
        </w:rPr>
        <w:t>Not the controlled teacher of Israel.</w:t>
      </w:r>
    </w:p>
    <w:p w14:paraId="6FA44A45" w14:textId="77777777" w:rsidR="007D7487" w:rsidRDefault="00E6407B">
      <w:pPr>
        <w:ind w:firstLine="288"/>
      </w:pPr>
      <w:r>
        <w:rPr>
          <w:rFonts w:cs="Times New Roman"/>
        </w:rPr>
        <w:t>Not then.</w:t>
      </w:r>
    </w:p>
    <w:p w14:paraId="0CC223EB" w14:textId="77777777" w:rsidR="007D7487" w:rsidRDefault="00E6407B">
      <w:pPr>
        <w:ind w:firstLine="288"/>
      </w:pPr>
      <w:r>
        <w:rPr>
          <w:rFonts w:cs="Times New Roman"/>
        </w:rPr>
        <w:t>A man standing beneath catastrophe while Scripture broke open faster than grief could contain it.</w:t>
      </w:r>
    </w:p>
    <w:p w14:paraId="0EE8A2C0" w14:textId="77777777" w:rsidR="007D7487" w:rsidRDefault="00E6407B">
      <w:pPr>
        <w:ind w:firstLine="288"/>
      </w:pPr>
      <w:r>
        <w:rPr>
          <w:rFonts w:cs="Times New Roman"/>
        </w:rPr>
        <w:t>John could still see him grabbing John's shoulders.</w:t>
      </w:r>
    </w:p>
    <w:p w14:paraId="0DB851F5" w14:textId="77777777" w:rsidR="007D7487" w:rsidRDefault="00E6407B">
      <w:pPr>
        <w:ind w:firstLine="288"/>
      </w:pPr>
      <w:r>
        <w:rPr>
          <w:rFonts w:cs="Times New Roman"/>
        </w:rPr>
        <w:t>"In the beginning..."</w:t>
      </w:r>
    </w:p>
    <w:p w14:paraId="732CCBF0" w14:textId="77777777" w:rsidR="007D7487" w:rsidRDefault="00E6407B">
      <w:pPr>
        <w:ind w:firstLine="288"/>
      </w:pPr>
      <w:r>
        <w:rPr>
          <w:rFonts w:cs="Times New Roman"/>
        </w:rPr>
        <w:t>Nicodemus had struggled for breath.</w:t>
      </w:r>
    </w:p>
    <w:p w14:paraId="1898AF46" w14:textId="77777777" w:rsidR="007D7487" w:rsidRDefault="00E6407B">
      <w:pPr>
        <w:ind w:firstLine="288"/>
      </w:pPr>
      <w:r>
        <w:rPr>
          <w:rFonts w:cs="Times New Roman"/>
        </w:rPr>
        <w:t>"The Word!"</w:t>
      </w:r>
    </w:p>
    <w:p w14:paraId="3488D849" w14:textId="77777777" w:rsidR="007D7487" w:rsidRDefault="00E6407B">
      <w:pPr>
        <w:ind w:firstLine="288"/>
      </w:pPr>
      <w:r>
        <w:rPr>
          <w:rFonts w:cs="Times New Roman"/>
        </w:rPr>
        <w:t>John had stared at him.</w:t>
      </w:r>
    </w:p>
    <w:p w14:paraId="00DE49C8" w14:textId="77777777" w:rsidR="007D7487" w:rsidRDefault="00E6407B">
      <w:pPr>
        <w:ind w:firstLine="288"/>
      </w:pPr>
      <w:r>
        <w:rPr>
          <w:rFonts w:cs="Times New Roman"/>
        </w:rPr>
        <w:t>Nicodemus's eyes had been wide with shock and discovery.</w:t>
      </w:r>
    </w:p>
    <w:p w14:paraId="6AC1284A" w14:textId="77777777" w:rsidR="007D7487" w:rsidRDefault="00E6407B">
      <w:pPr>
        <w:ind w:firstLine="288"/>
      </w:pPr>
      <w:r>
        <w:rPr>
          <w:rFonts w:cs="Times New Roman"/>
        </w:rPr>
        <w:t>"The Word is the light!"</w:t>
      </w:r>
    </w:p>
    <w:p w14:paraId="0F33864A" w14:textId="77777777" w:rsidR="007D7487" w:rsidRDefault="00E6407B">
      <w:pPr>
        <w:ind w:firstLine="288"/>
      </w:pPr>
      <w:r>
        <w:rPr>
          <w:rFonts w:cs="Times New Roman"/>
        </w:rPr>
        <w:t>Nicodemus had not dictated a Gospel beneath the cross.</w:t>
      </w:r>
    </w:p>
    <w:p w14:paraId="46B376EF" w14:textId="77777777" w:rsidR="007D7487" w:rsidRDefault="00E6407B">
      <w:pPr>
        <w:ind w:firstLine="288"/>
      </w:pPr>
      <w:r>
        <w:rPr>
          <w:rFonts w:cs="Times New Roman"/>
        </w:rPr>
        <w:t>His broken observation became one memory among many that John would later weigh beside Scripture, Jesus' own words, and everything he had witnessed.</w:t>
      </w:r>
    </w:p>
    <w:p w14:paraId="6DE6958C" w14:textId="77777777" w:rsidR="007D7487" w:rsidRDefault="00E6407B">
      <w:pPr>
        <w:ind w:firstLine="288"/>
      </w:pPr>
      <w:r>
        <w:rPr>
          <w:rFonts w:cs="Times New Roman"/>
        </w:rPr>
        <w:t>At the time John had scarcely understood what the older man was trying to say.</w:t>
      </w:r>
    </w:p>
    <w:p w14:paraId="42041D30" w14:textId="77777777" w:rsidR="007D7487" w:rsidRDefault="00E6407B">
      <w:pPr>
        <w:ind w:firstLine="288"/>
      </w:pPr>
      <w:r>
        <w:rPr>
          <w:rFonts w:cs="Times New Roman"/>
        </w:rPr>
        <w:t>The cross was in front of them.</w:t>
      </w:r>
    </w:p>
    <w:p w14:paraId="32E081B2" w14:textId="77777777" w:rsidR="007D7487" w:rsidRDefault="00E6407B">
      <w:pPr>
        <w:ind w:firstLine="288"/>
      </w:pPr>
      <w:r>
        <w:rPr>
          <w:rFonts w:cs="Times New Roman"/>
        </w:rPr>
        <w:t>Mary was grieving.</w:t>
      </w:r>
    </w:p>
    <w:p w14:paraId="69DC5989" w14:textId="77777777" w:rsidR="007D7487" w:rsidRDefault="00E6407B">
      <w:pPr>
        <w:ind w:firstLine="288"/>
      </w:pPr>
      <w:r>
        <w:rPr>
          <w:rFonts w:cs="Times New Roman"/>
        </w:rPr>
        <w:t>Jesus was dying.</w:t>
      </w:r>
    </w:p>
    <w:p w14:paraId="4563CEBC" w14:textId="77777777" w:rsidR="007D7487" w:rsidRDefault="00E6407B">
      <w:pPr>
        <w:ind w:firstLine="288"/>
      </w:pPr>
      <w:r>
        <w:rPr>
          <w:rFonts w:cs="Times New Roman"/>
        </w:rPr>
        <w:t>It had been no time for a theological argument.</w:t>
      </w:r>
    </w:p>
    <w:p w14:paraId="20FEE6B4" w14:textId="77777777" w:rsidR="007D7487" w:rsidRDefault="00E6407B">
      <w:pPr>
        <w:ind w:firstLine="288"/>
      </w:pPr>
      <w:r>
        <w:rPr>
          <w:rFonts w:cs="Times New Roman"/>
        </w:rPr>
        <w:t>Yet the words stayed.</w:t>
      </w:r>
    </w:p>
    <w:p w14:paraId="6DE54A26" w14:textId="77777777" w:rsidR="007D7487" w:rsidRDefault="00E6407B">
      <w:pPr>
        <w:ind w:firstLine="288"/>
      </w:pPr>
      <w:r>
        <w:rPr>
          <w:rFonts w:cs="Times New Roman"/>
        </w:rPr>
        <w:t>Beginning.</w:t>
      </w:r>
    </w:p>
    <w:p w14:paraId="105A8DF1" w14:textId="77777777" w:rsidR="007D7487" w:rsidRDefault="00E6407B">
      <w:pPr>
        <w:ind w:firstLine="288"/>
      </w:pPr>
      <w:r>
        <w:rPr>
          <w:rFonts w:cs="Times New Roman"/>
        </w:rPr>
        <w:t>Word.</w:t>
      </w:r>
    </w:p>
    <w:p w14:paraId="7D040D05" w14:textId="77777777" w:rsidR="007D7487" w:rsidRDefault="00E6407B">
      <w:pPr>
        <w:ind w:firstLine="288"/>
      </w:pPr>
      <w:r>
        <w:rPr>
          <w:rFonts w:cs="Times New Roman"/>
        </w:rPr>
        <w:t>Light.</w:t>
      </w:r>
    </w:p>
    <w:p w14:paraId="1F747B0B" w14:textId="77777777" w:rsidR="007D7487" w:rsidRDefault="00E6407B">
      <w:pPr>
        <w:ind w:firstLine="288"/>
      </w:pPr>
      <w:r>
        <w:rPr>
          <w:rFonts w:cs="Times New Roman"/>
        </w:rPr>
        <w:t>Nicodemus had not given John a Gospel.</w:t>
      </w:r>
    </w:p>
    <w:p w14:paraId="52A12325" w14:textId="77777777" w:rsidR="007D7487" w:rsidRDefault="00E6407B">
      <w:pPr>
        <w:ind w:firstLine="288"/>
      </w:pPr>
      <w:r>
        <w:rPr>
          <w:rFonts w:cs="Times New Roman"/>
        </w:rPr>
        <w:t>He had not authored John's theology.</w:t>
      </w:r>
    </w:p>
    <w:p w14:paraId="0ACE2D98" w14:textId="77777777" w:rsidR="007D7487" w:rsidRDefault="00E6407B">
      <w:pPr>
        <w:ind w:firstLine="288"/>
      </w:pPr>
      <w:r>
        <w:rPr>
          <w:rFonts w:cs="Times New Roman"/>
        </w:rPr>
        <w:t>He had simply become one more witness carrying one more piece before John knew where it belonged.</w:t>
      </w:r>
    </w:p>
    <w:p w14:paraId="22B7C9F5" w14:textId="77777777" w:rsidR="007D7487" w:rsidRDefault="00E6407B">
      <w:pPr>
        <w:ind w:firstLine="288"/>
      </w:pPr>
      <w:r>
        <w:rPr>
          <w:rFonts w:cs="Times New Roman"/>
        </w:rPr>
        <w:t>Years later, John understood more.</w:t>
      </w:r>
    </w:p>
    <w:p w14:paraId="7FCB7625" w14:textId="77777777" w:rsidR="007D7487" w:rsidRDefault="00E6407B">
      <w:pPr>
        <w:suppressLineNumbers/>
        <w:spacing w:before="100" w:after="100"/>
        <w:jc w:val="center"/>
      </w:pPr>
      <w:r>
        <w:rPr>
          <w:rFonts w:cs="Times New Roman"/>
          <w:sz w:val="20"/>
        </w:rPr>
        <w:t>* * *</w:t>
      </w:r>
    </w:p>
    <w:p w14:paraId="3B8067D9" w14:textId="77777777" w:rsidR="007D7487" w:rsidRDefault="00E6407B">
      <w:pPr>
        <w:ind w:firstLine="288"/>
      </w:pPr>
      <w:r>
        <w:rPr>
          <w:rFonts w:cs="Times New Roman"/>
        </w:rPr>
        <w:t>One question followed John longer than most.</w:t>
      </w:r>
    </w:p>
    <w:p w14:paraId="481CB3CB" w14:textId="77777777" w:rsidR="007D7487" w:rsidRDefault="00E6407B">
      <w:pPr>
        <w:ind w:firstLine="288"/>
      </w:pPr>
      <w:r>
        <w:rPr>
          <w:rFonts w:cs="Times New Roman"/>
        </w:rPr>
        <w:t>Where does life come from?</w:t>
      </w:r>
    </w:p>
    <w:p w14:paraId="102A42EC" w14:textId="77777777" w:rsidR="007D7487" w:rsidRDefault="00E6407B">
      <w:pPr>
        <w:ind w:firstLine="288"/>
      </w:pPr>
      <w:r>
        <w:rPr>
          <w:rFonts w:cs="Times New Roman"/>
        </w:rPr>
        <w:t>John had stood inside a tomb filled with everything men could bring to a dead body.</w:t>
      </w:r>
    </w:p>
    <w:p w14:paraId="405618D9" w14:textId="77777777" w:rsidR="007D7487" w:rsidRDefault="00E6407B">
      <w:pPr>
        <w:ind w:firstLine="288"/>
      </w:pPr>
      <w:r>
        <w:rPr>
          <w:rFonts w:cs="Times New Roman"/>
        </w:rPr>
        <w:t>Linen.</w:t>
      </w:r>
    </w:p>
    <w:p w14:paraId="420410C0" w14:textId="77777777" w:rsidR="007D7487" w:rsidRDefault="00E6407B">
      <w:pPr>
        <w:ind w:firstLine="288"/>
      </w:pPr>
      <w:r>
        <w:rPr>
          <w:rFonts w:cs="Times New Roman"/>
        </w:rPr>
        <w:t>Spices.</w:t>
      </w:r>
    </w:p>
    <w:p w14:paraId="31038060" w14:textId="77777777" w:rsidR="007D7487" w:rsidRDefault="00E6407B">
      <w:pPr>
        <w:ind w:firstLine="288"/>
      </w:pPr>
      <w:r>
        <w:rPr>
          <w:rFonts w:cs="Times New Roman"/>
        </w:rPr>
        <w:lastRenderedPageBreak/>
        <w:t>Medicine.</w:t>
      </w:r>
    </w:p>
    <w:p w14:paraId="6E60A88E" w14:textId="77777777" w:rsidR="007D7487" w:rsidRDefault="00E6407B">
      <w:pPr>
        <w:ind w:firstLine="288"/>
      </w:pPr>
      <w:r>
        <w:rPr>
          <w:rFonts w:cs="Times New Roman"/>
        </w:rPr>
        <w:t>Fragrance.</w:t>
      </w:r>
    </w:p>
    <w:p w14:paraId="0D2F4CF2" w14:textId="77777777" w:rsidR="007D7487" w:rsidRDefault="00E6407B">
      <w:pPr>
        <w:ind w:firstLine="288"/>
      </w:pPr>
      <w:r>
        <w:rPr>
          <w:rFonts w:cs="Times New Roman"/>
        </w:rPr>
        <w:t>Care.</w:t>
      </w:r>
    </w:p>
    <w:p w14:paraId="6AA78F0B" w14:textId="77777777" w:rsidR="007D7487" w:rsidRDefault="00E6407B">
      <w:pPr>
        <w:ind w:firstLine="288"/>
      </w:pPr>
      <w:r>
        <w:rPr>
          <w:rFonts w:cs="Times New Roman"/>
        </w:rPr>
        <w:t>Love.</w:t>
      </w:r>
    </w:p>
    <w:p w14:paraId="39277C80" w14:textId="77777777" w:rsidR="007D7487" w:rsidRDefault="00E6407B">
      <w:pPr>
        <w:ind w:firstLine="288"/>
      </w:pPr>
      <w:r>
        <w:rPr>
          <w:rFonts w:cs="Times New Roman"/>
        </w:rPr>
        <w:t>Created things.</w:t>
      </w:r>
    </w:p>
    <w:p w14:paraId="3AE01CBB" w14:textId="77777777" w:rsidR="007D7487" w:rsidRDefault="00E6407B">
      <w:pPr>
        <w:ind w:firstLine="288"/>
      </w:pPr>
      <w:r>
        <w:rPr>
          <w:rFonts w:cs="Times New Roman"/>
        </w:rPr>
        <w:t>Good things.</w:t>
      </w:r>
    </w:p>
    <w:p w14:paraId="42BB10CB" w14:textId="77777777" w:rsidR="007D7487" w:rsidRDefault="00E6407B">
      <w:pPr>
        <w:ind w:firstLine="288"/>
      </w:pPr>
      <w:r>
        <w:rPr>
          <w:rFonts w:cs="Times New Roman"/>
        </w:rPr>
        <w:t>Things God had made capable of doing what created things do.</w:t>
      </w:r>
    </w:p>
    <w:p w14:paraId="1D8013F0" w14:textId="77777777" w:rsidR="007D7487" w:rsidRDefault="00E6407B">
      <w:pPr>
        <w:ind w:firstLine="288"/>
      </w:pPr>
      <w:r>
        <w:rPr>
          <w:rFonts w:cs="Times New Roman"/>
        </w:rPr>
        <w:t>A balm may soothe.</w:t>
      </w:r>
    </w:p>
    <w:p w14:paraId="5589B002" w14:textId="77777777" w:rsidR="007D7487" w:rsidRDefault="00E6407B">
      <w:pPr>
        <w:ind w:firstLine="288"/>
      </w:pPr>
      <w:r>
        <w:rPr>
          <w:rFonts w:cs="Times New Roman"/>
        </w:rPr>
        <w:t>Oil may carry.</w:t>
      </w:r>
    </w:p>
    <w:p w14:paraId="1E32240E" w14:textId="77777777" w:rsidR="007D7487" w:rsidRDefault="00E6407B">
      <w:pPr>
        <w:ind w:firstLine="288"/>
      </w:pPr>
      <w:r>
        <w:rPr>
          <w:rFonts w:cs="Times New Roman"/>
        </w:rPr>
        <w:t>A resin may protect.</w:t>
      </w:r>
    </w:p>
    <w:p w14:paraId="049DF313" w14:textId="77777777" w:rsidR="007D7487" w:rsidRDefault="00E6407B">
      <w:pPr>
        <w:ind w:firstLine="288"/>
      </w:pPr>
      <w:r>
        <w:rPr>
          <w:rFonts w:cs="Times New Roman"/>
        </w:rPr>
        <w:t>A cloth may wrap.</w:t>
      </w:r>
    </w:p>
    <w:p w14:paraId="3A82C60B" w14:textId="77777777" w:rsidR="007D7487" w:rsidRDefault="00E6407B">
      <w:pPr>
        <w:ind w:firstLine="288"/>
      </w:pPr>
      <w:r>
        <w:rPr>
          <w:rFonts w:cs="Times New Roman"/>
        </w:rPr>
        <w:t>Hands may wash.</w:t>
      </w:r>
    </w:p>
    <w:p w14:paraId="45F458EE" w14:textId="77777777" w:rsidR="007D7487" w:rsidRDefault="00E6407B">
      <w:pPr>
        <w:ind w:firstLine="288"/>
      </w:pPr>
      <w:r>
        <w:rPr>
          <w:rFonts w:cs="Times New Roman"/>
        </w:rPr>
        <w:t>A physician may tend what still lives.</w:t>
      </w:r>
    </w:p>
    <w:p w14:paraId="4A04807F" w14:textId="77777777" w:rsidR="007D7487" w:rsidRDefault="00E6407B">
      <w:pPr>
        <w:ind w:firstLine="288"/>
      </w:pPr>
      <w:r>
        <w:rPr>
          <w:rFonts w:cs="Times New Roman"/>
        </w:rPr>
        <w:t>None of those things had been foolish.</w:t>
      </w:r>
    </w:p>
    <w:p w14:paraId="29C26067" w14:textId="77777777" w:rsidR="007D7487" w:rsidRDefault="00E6407B">
      <w:pPr>
        <w:ind w:firstLine="288"/>
      </w:pPr>
      <w:r>
        <w:rPr>
          <w:rFonts w:cs="Times New Roman"/>
        </w:rPr>
        <w:t>None had been worthless.</w:t>
      </w:r>
    </w:p>
    <w:p w14:paraId="20F92836" w14:textId="77777777" w:rsidR="007D7487" w:rsidRDefault="00E6407B">
      <w:pPr>
        <w:ind w:firstLine="288"/>
      </w:pPr>
      <w:r>
        <w:rPr>
          <w:rFonts w:cs="Times New Roman"/>
        </w:rPr>
        <w:t>Joseph and Nicodemus had honored the body with what they possessed.</w:t>
      </w:r>
    </w:p>
    <w:p w14:paraId="11885C76" w14:textId="77777777" w:rsidR="007D7487" w:rsidRDefault="00E6407B">
      <w:pPr>
        <w:ind w:firstLine="288"/>
      </w:pPr>
      <w:r>
        <w:rPr>
          <w:rFonts w:cs="Times New Roman"/>
        </w:rPr>
        <w:t>But life had not been hiding inside any of it.</w:t>
      </w:r>
    </w:p>
    <w:p w14:paraId="374FE13A" w14:textId="77777777" w:rsidR="007D7487" w:rsidRDefault="00E6407B">
      <w:pPr>
        <w:ind w:firstLine="288"/>
      </w:pPr>
      <w:r>
        <w:rPr>
          <w:rFonts w:cs="Times New Roman"/>
        </w:rPr>
        <w:t>No amount of balm had told dead lungs to breathe.</w:t>
      </w:r>
    </w:p>
    <w:p w14:paraId="0E80370E" w14:textId="77777777" w:rsidR="007D7487" w:rsidRDefault="00E6407B">
      <w:pPr>
        <w:ind w:firstLine="288"/>
      </w:pPr>
      <w:r>
        <w:rPr>
          <w:rFonts w:cs="Times New Roman"/>
        </w:rPr>
        <w:t>No spice had commanded a silent heart.</w:t>
      </w:r>
    </w:p>
    <w:p w14:paraId="67CCC46A" w14:textId="77777777" w:rsidR="007D7487" w:rsidRDefault="00E6407B">
      <w:pPr>
        <w:ind w:firstLine="288"/>
      </w:pPr>
      <w:r>
        <w:rPr>
          <w:rFonts w:cs="Times New Roman"/>
        </w:rPr>
        <w:t>No linen had called blood back into motion.</w:t>
      </w:r>
    </w:p>
    <w:p w14:paraId="3597F66B" w14:textId="77777777" w:rsidR="007D7487" w:rsidRDefault="00E6407B">
      <w:pPr>
        <w:ind w:firstLine="288"/>
      </w:pPr>
      <w:r>
        <w:rPr>
          <w:rFonts w:cs="Times New Roman"/>
        </w:rPr>
        <w:t>No human hand had reached into death and taken Jesus out.</w:t>
      </w:r>
    </w:p>
    <w:p w14:paraId="21D52D88" w14:textId="77777777" w:rsidR="007D7487" w:rsidRDefault="00E6407B">
      <w:pPr>
        <w:ind w:firstLine="288"/>
      </w:pPr>
      <w:r>
        <w:rPr>
          <w:rFonts w:cs="Times New Roman"/>
        </w:rPr>
        <w:t>The Father had given life.</w:t>
      </w:r>
    </w:p>
    <w:p w14:paraId="0A4078E6" w14:textId="77777777" w:rsidR="007D7487" w:rsidRDefault="00E6407B">
      <w:pPr>
        <w:ind w:firstLine="288"/>
      </w:pPr>
      <w:r>
        <w:rPr>
          <w:rFonts w:cs="Times New Roman"/>
        </w:rPr>
        <w:t>John remembered Jesus' words in Galilee.</w:t>
      </w:r>
    </w:p>
    <w:p w14:paraId="666AD5C3" w14:textId="77777777" w:rsidR="007D7487" w:rsidRDefault="00E6407B">
      <w:pPr>
        <w:ind w:firstLine="288"/>
      </w:pPr>
      <w:r>
        <w:rPr>
          <w:rFonts w:cs="Times New Roman"/>
        </w:rPr>
        <w:t>The dead shall hear the voice of the Son of God.</w:t>
      </w:r>
    </w:p>
    <w:p w14:paraId="2B977B40" w14:textId="77777777" w:rsidR="007D7487" w:rsidRDefault="00E6407B">
      <w:pPr>
        <w:ind w:firstLine="288"/>
      </w:pPr>
      <w:r>
        <w:rPr>
          <w:rFonts w:cs="Times New Roman"/>
        </w:rPr>
        <w:t>And they that hear shall live.</w:t>
      </w:r>
    </w:p>
    <w:p w14:paraId="6D5FFED2" w14:textId="77777777" w:rsidR="007D7487" w:rsidRDefault="00E6407B">
      <w:pPr>
        <w:ind w:firstLine="288"/>
      </w:pPr>
      <w:r>
        <w:rPr>
          <w:rFonts w:cs="Times New Roman"/>
        </w:rPr>
        <w:t>He remembered the tomb.</w:t>
      </w:r>
    </w:p>
    <w:p w14:paraId="16BF9D73" w14:textId="77777777" w:rsidR="007D7487" w:rsidRDefault="00E6407B">
      <w:pPr>
        <w:ind w:firstLine="288"/>
      </w:pPr>
      <w:r>
        <w:rPr>
          <w:rFonts w:cs="Times New Roman"/>
        </w:rPr>
        <w:t>He had believed before he understood.</w:t>
      </w:r>
    </w:p>
    <w:p w14:paraId="500812A1" w14:textId="77777777" w:rsidR="007D7487" w:rsidRDefault="00E6407B">
      <w:pPr>
        <w:ind w:firstLine="288"/>
      </w:pPr>
      <w:r>
        <w:rPr>
          <w:rFonts w:cs="Times New Roman"/>
        </w:rPr>
        <w:t>Now he understood enough to know the question went farther back than the tomb.</w:t>
      </w:r>
    </w:p>
    <w:p w14:paraId="60BF79C3" w14:textId="77777777" w:rsidR="007D7487" w:rsidRDefault="00E6407B">
      <w:pPr>
        <w:ind w:firstLine="288"/>
      </w:pPr>
      <w:r>
        <w:rPr>
          <w:rFonts w:cs="Times New Roman"/>
        </w:rPr>
        <w:t>Before Abraham.</w:t>
      </w:r>
    </w:p>
    <w:p w14:paraId="2CAF0E6D" w14:textId="77777777" w:rsidR="007D7487" w:rsidRDefault="00E6407B">
      <w:pPr>
        <w:ind w:firstLine="288"/>
      </w:pPr>
      <w:r>
        <w:rPr>
          <w:rFonts w:cs="Times New Roman"/>
        </w:rPr>
        <w:t>Before Moses.</w:t>
      </w:r>
    </w:p>
    <w:p w14:paraId="52C9243E" w14:textId="77777777" w:rsidR="007D7487" w:rsidRDefault="00E6407B">
      <w:pPr>
        <w:ind w:firstLine="288"/>
      </w:pPr>
      <w:r>
        <w:rPr>
          <w:rFonts w:cs="Times New Roman"/>
        </w:rPr>
        <w:t>Before Jacob.</w:t>
      </w:r>
    </w:p>
    <w:p w14:paraId="098044A8" w14:textId="77777777" w:rsidR="007D7487" w:rsidRDefault="00E6407B">
      <w:pPr>
        <w:ind w:firstLine="288"/>
      </w:pPr>
      <w:r>
        <w:rPr>
          <w:rFonts w:cs="Times New Roman"/>
        </w:rPr>
        <w:t>Before Adam hid among trees.</w:t>
      </w:r>
    </w:p>
    <w:p w14:paraId="18D68440" w14:textId="77777777" w:rsidR="007D7487" w:rsidRDefault="00E6407B">
      <w:pPr>
        <w:ind w:firstLine="288"/>
      </w:pPr>
      <w:r>
        <w:rPr>
          <w:rFonts w:cs="Times New Roman"/>
        </w:rPr>
        <w:t>Before the serpent spoke.</w:t>
      </w:r>
    </w:p>
    <w:p w14:paraId="789C4CF6" w14:textId="77777777" w:rsidR="007D7487" w:rsidRDefault="00E6407B">
      <w:pPr>
        <w:ind w:firstLine="288"/>
      </w:pPr>
      <w:r>
        <w:rPr>
          <w:rFonts w:cs="Times New Roman"/>
        </w:rPr>
        <w:t>Before there was a human body that could die.</w:t>
      </w:r>
    </w:p>
    <w:p w14:paraId="1F415EAC" w14:textId="77777777" w:rsidR="007D7487" w:rsidRDefault="00E6407B">
      <w:pPr>
        <w:ind w:firstLine="288"/>
      </w:pPr>
      <w:r>
        <w:rPr>
          <w:rFonts w:cs="Times New Roman"/>
        </w:rPr>
        <w:t>Where does life come from?</w:t>
      </w:r>
    </w:p>
    <w:p w14:paraId="29D9B624" w14:textId="77777777" w:rsidR="007D7487" w:rsidRDefault="00E6407B">
      <w:pPr>
        <w:ind w:firstLine="288"/>
      </w:pPr>
      <w:r>
        <w:rPr>
          <w:rFonts w:cs="Times New Roman"/>
        </w:rPr>
        <w:t>John sat to write.</w:t>
      </w:r>
    </w:p>
    <w:p w14:paraId="202D4BC3" w14:textId="77777777" w:rsidR="007D7487" w:rsidRDefault="00E6407B">
      <w:pPr>
        <w:ind w:firstLine="288"/>
      </w:pPr>
      <w:r>
        <w:rPr>
          <w:rFonts w:cs="Times New Roman"/>
        </w:rPr>
        <w:t>He could have begun at the tomb.</w:t>
      </w:r>
    </w:p>
    <w:p w14:paraId="04C032AA" w14:textId="77777777" w:rsidR="007D7487" w:rsidRDefault="00E6407B">
      <w:pPr>
        <w:ind w:firstLine="288"/>
      </w:pPr>
      <w:r>
        <w:rPr>
          <w:rFonts w:cs="Times New Roman"/>
        </w:rPr>
        <w:t>He did not.</w:t>
      </w:r>
    </w:p>
    <w:p w14:paraId="5C64476C" w14:textId="77777777" w:rsidR="007D7487" w:rsidRDefault="00E6407B">
      <w:pPr>
        <w:ind w:firstLine="288"/>
      </w:pPr>
      <w:r>
        <w:rPr>
          <w:rFonts w:cs="Times New Roman"/>
        </w:rPr>
        <w:lastRenderedPageBreak/>
        <w:t>He could have begun with the cross.</w:t>
      </w:r>
    </w:p>
    <w:p w14:paraId="0E14E5C3" w14:textId="77777777" w:rsidR="007D7487" w:rsidRDefault="00E6407B">
      <w:pPr>
        <w:ind w:firstLine="288"/>
      </w:pPr>
      <w:r>
        <w:rPr>
          <w:rFonts w:cs="Times New Roman"/>
        </w:rPr>
        <w:t>He did not.</w:t>
      </w:r>
    </w:p>
    <w:p w14:paraId="52BF100D" w14:textId="77777777" w:rsidR="007D7487" w:rsidRDefault="00E6407B">
      <w:pPr>
        <w:ind w:firstLine="288"/>
      </w:pPr>
      <w:r>
        <w:rPr>
          <w:rFonts w:cs="Times New Roman"/>
        </w:rPr>
        <w:t>He could have begun with Jordan and the wilderness prophet.</w:t>
      </w:r>
    </w:p>
    <w:p w14:paraId="06D7B4FE" w14:textId="77777777" w:rsidR="007D7487" w:rsidRDefault="00E6407B">
      <w:pPr>
        <w:ind w:firstLine="288"/>
      </w:pPr>
      <w:r>
        <w:rPr>
          <w:rFonts w:cs="Times New Roman"/>
        </w:rPr>
        <w:t>Or with Bethlehem.</w:t>
      </w:r>
    </w:p>
    <w:p w14:paraId="1C4727D4" w14:textId="77777777" w:rsidR="007D7487" w:rsidRDefault="00E6407B">
      <w:pPr>
        <w:ind w:firstLine="288"/>
      </w:pPr>
      <w:r>
        <w:rPr>
          <w:rFonts w:cs="Times New Roman"/>
        </w:rPr>
        <w:t>Or with Mary.</w:t>
      </w:r>
    </w:p>
    <w:p w14:paraId="70CFA24A" w14:textId="77777777" w:rsidR="007D7487" w:rsidRDefault="00E6407B">
      <w:pPr>
        <w:ind w:firstLine="288"/>
      </w:pPr>
      <w:r>
        <w:rPr>
          <w:rFonts w:cs="Times New Roman"/>
        </w:rPr>
        <w:t>He went farther back.</w:t>
      </w:r>
    </w:p>
    <w:p w14:paraId="6891EC83" w14:textId="77777777" w:rsidR="007D7487" w:rsidRDefault="00E6407B">
      <w:pPr>
        <w:ind w:firstLine="288"/>
      </w:pPr>
      <w:r>
        <w:rPr>
          <w:rFonts w:cs="Times New Roman"/>
        </w:rPr>
        <w:t>The beginning.</w:t>
      </w:r>
    </w:p>
    <w:p w14:paraId="412B52B4" w14:textId="77777777" w:rsidR="007D7487" w:rsidRDefault="00E6407B">
      <w:pPr>
        <w:ind w:firstLine="288"/>
      </w:pPr>
      <w:r>
        <w:rPr>
          <w:rFonts w:cs="Times New Roman"/>
        </w:rPr>
        <w:t>Nicodemus's broken words beneath the cross returned.</w:t>
      </w:r>
    </w:p>
    <w:p w14:paraId="3610998F" w14:textId="77777777" w:rsidR="007D7487" w:rsidRDefault="00E6407B">
      <w:pPr>
        <w:ind w:firstLine="288"/>
      </w:pPr>
      <w:r>
        <w:rPr>
          <w:rFonts w:cs="Times New Roman"/>
        </w:rPr>
        <w:t>The Word.</w:t>
      </w:r>
    </w:p>
    <w:p w14:paraId="35DFD871" w14:textId="77777777" w:rsidR="007D7487" w:rsidRDefault="00E6407B">
      <w:pPr>
        <w:ind w:firstLine="288"/>
      </w:pPr>
      <w:r>
        <w:rPr>
          <w:rFonts w:cs="Times New Roman"/>
        </w:rPr>
        <w:t>The light.</w:t>
      </w:r>
    </w:p>
    <w:p w14:paraId="677F4A8E" w14:textId="77777777" w:rsidR="007D7487" w:rsidRDefault="00E6407B">
      <w:pPr>
        <w:ind w:firstLine="288"/>
      </w:pPr>
      <w:r>
        <w:rPr>
          <w:rFonts w:cs="Times New Roman"/>
        </w:rPr>
        <w:t>John placed his hand over the page.</w:t>
      </w:r>
    </w:p>
    <w:p w14:paraId="195C0BD2" w14:textId="77777777" w:rsidR="007D7487" w:rsidRDefault="00E6407B">
      <w:pPr>
        <w:ind w:firstLine="288"/>
      </w:pPr>
      <w:r>
        <w:rPr>
          <w:rFonts w:cs="Times New Roman"/>
        </w:rPr>
        <w:t>Then wrote:</w:t>
      </w:r>
    </w:p>
    <w:p w14:paraId="7B3E2FC8" w14:textId="77777777" w:rsidR="007D7487" w:rsidRDefault="00E6407B">
      <w:pPr>
        <w:ind w:firstLine="288"/>
      </w:pPr>
      <w:r>
        <w:rPr>
          <w:rFonts w:cs="Times New Roman"/>
          <w:i/>
        </w:rPr>
        <w:t>"In the beginning was the Word, and the Word was with God, and the Word was God."</w:t>
      </w:r>
    </w:p>
    <w:p w14:paraId="1BBC0A36" w14:textId="77777777" w:rsidR="007D7487" w:rsidRDefault="00E6407B">
      <w:pPr>
        <w:ind w:firstLine="288"/>
      </w:pPr>
      <w:r>
        <w:rPr>
          <w:rFonts w:cs="Times New Roman"/>
        </w:rPr>
        <w:t>In the beginning was the Word.</w:t>
      </w:r>
    </w:p>
    <w:p w14:paraId="17E08B84" w14:textId="77777777" w:rsidR="007D7487" w:rsidRDefault="00E6407B">
      <w:pPr>
        <w:ind w:firstLine="288"/>
      </w:pPr>
      <w:r>
        <w:rPr>
          <w:rFonts w:cs="Times New Roman"/>
        </w:rPr>
        <w:t>He stopped.</w:t>
      </w:r>
    </w:p>
    <w:p w14:paraId="1C550EE3" w14:textId="77777777" w:rsidR="007D7487" w:rsidRDefault="00E6407B">
      <w:pPr>
        <w:ind w:firstLine="288"/>
      </w:pPr>
      <w:r>
        <w:rPr>
          <w:rFonts w:cs="Times New Roman"/>
        </w:rPr>
        <w:t>The words were simple.</w:t>
      </w:r>
    </w:p>
    <w:p w14:paraId="0628DC55" w14:textId="77777777" w:rsidR="007D7487" w:rsidRDefault="00E6407B">
      <w:pPr>
        <w:ind w:firstLine="288"/>
      </w:pPr>
      <w:r>
        <w:rPr>
          <w:rFonts w:cs="Times New Roman"/>
        </w:rPr>
        <w:t>Their depth was not.</w:t>
      </w:r>
    </w:p>
    <w:p w14:paraId="68994F64" w14:textId="77777777" w:rsidR="007D7487" w:rsidRDefault="00E6407B">
      <w:pPr>
        <w:ind w:firstLine="288"/>
      </w:pPr>
      <w:r>
        <w:rPr>
          <w:rFonts w:cs="Times New Roman"/>
        </w:rPr>
        <w:t>And the Word was with God.</w:t>
      </w:r>
    </w:p>
    <w:p w14:paraId="5C87971A" w14:textId="77777777" w:rsidR="007D7487" w:rsidRDefault="00E6407B">
      <w:pPr>
        <w:ind w:firstLine="288"/>
      </w:pPr>
      <w:r>
        <w:rPr>
          <w:rFonts w:cs="Times New Roman"/>
        </w:rPr>
        <w:t>Then:</w:t>
      </w:r>
    </w:p>
    <w:p w14:paraId="58BCB03D" w14:textId="77777777" w:rsidR="007D7487" w:rsidRDefault="00E6407B">
      <w:pPr>
        <w:ind w:firstLine="288"/>
      </w:pPr>
      <w:r>
        <w:rPr>
          <w:rFonts w:cs="Times New Roman"/>
        </w:rPr>
        <w:t>And the Word was God.</w:t>
      </w:r>
    </w:p>
    <w:p w14:paraId="59C1EE4C" w14:textId="77777777" w:rsidR="007D7487" w:rsidRDefault="00E6407B">
      <w:pPr>
        <w:ind w:firstLine="288"/>
      </w:pPr>
      <w:r>
        <w:rPr>
          <w:rFonts w:cs="Times New Roman"/>
        </w:rPr>
        <w:t>Creation opened beneath the sentence.</w:t>
      </w:r>
    </w:p>
    <w:p w14:paraId="7FDFC727" w14:textId="77777777" w:rsidR="007D7487" w:rsidRDefault="00E6407B">
      <w:pPr>
        <w:ind w:firstLine="288"/>
      </w:pPr>
      <w:r>
        <w:rPr>
          <w:rFonts w:cs="Times New Roman"/>
        </w:rPr>
        <w:t>All things made by Him.</w:t>
      </w:r>
    </w:p>
    <w:p w14:paraId="46E81270" w14:textId="77777777" w:rsidR="007D7487" w:rsidRDefault="00E6407B">
      <w:pPr>
        <w:ind w:firstLine="288"/>
      </w:pPr>
      <w:r>
        <w:rPr>
          <w:rFonts w:cs="Times New Roman"/>
        </w:rPr>
        <w:t>Nothing made without Him.</w:t>
      </w:r>
    </w:p>
    <w:p w14:paraId="5018227C" w14:textId="77777777" w:rsidR="007D7487" w:rsidRDefault="00E6407B">
      <w:pPr>
        <w:ind w:firstLine="288"/>
      </w:pPr>
      <w:r>
        <w:rPr>
          <w:rFonts w:cs="Times New Roman"/>
        </w:rPr>
        <w:t>John thought of Eden.</w:t>
      </w:r>
    </w:p>
    <w:p w14:paraId="48EFDA0B" w14:textId="77777777" w:rsidR="007D7487" w:rsidRDefault="00E6407B">
      <w:pPr>
        <w:ind w:firstLine="288"/>
      </w:pPr>
      <w:r>
        <w:rPr>
          <w:rFonts w:cs="Times New Roman"/>
        </w:rPr>
        <w:t>Of breath.</w:t>
      </w:r>
    </w:p>
    <w:p w14:paraId="348CC086" w14:textId="77777777" w:rsidR="007D7487" w:rsidRDefault="00E6407B">
      <w:pPr>
        <w:ind w:firstLine="288"/>
      </w:pPr>
      <w:r>
        <w:rPr>
          <w:rFonts w:cs="Times New Roman"/>
        </w:rPr>
        <w:t>Of bodies.</w:t>
      </w:r>
    </w:p>
    <w:p w14:paraId="16C29712" w14:textId="77777777" w:rsidR="007D7487" w:rsidRDefault="00E6407B">
      <w:pPr>
        <w:ind w:firstLine="288"/>
      </w:pPr>
      <w:r>
        <w:rPr>
          <w:rFonts w:cs="Times New Roman"/>
        </w:rPr>
        <w:t>Of a world that had received life before any man had learned to fear death.</w:t>
      </w:r>
    </w:p>
    <w:p w14:paraId="422A3E78" w14:textId="77777777" w:rsidR="007D7487" w:rsidRDefault="00E6407B">
      <w:pPr>
        <w:ind w:firstLine="288"/>
      </w:pPr>
      <w:r>
        <w:rPr>
          <w:rFonts w:cs="Times New Roman"/>
        </w:rPr>
        <w:t>Then the answer he had been carrying ever since the tomb.</w:t>
      </w:r>
    </w:p>
    <w:p w14:paraId="69AB4C85" w14:textId="77777777" w:rsidR="007D7487" w:rsidRDefault="00E6407B">
      <w:pPr>
        <w:ind w:firstLine="288"/>
      </w:pPr>
      <w:r>
        <w:rPr>
          <w:rFonts w:cs="Times New Roman"/>
        </w:rPr>
        <w:t>In him was life.</w:t>
      </w:r>
    </w:p>
    <w:p w14:paraId="6BA37CBB" w14:textId="77777777" w:rsidR="007D7487" w:rsidRDefault="00E6407B">
      <w:pPr>
        <w:ind w:firstLine="288"/>
      </w:pPr>
      <w:r>
        <w:rPr>
          <w:rFonts w:cs="Times New Roman"/>
          <w:i/>
        </w:rPr>
        <w:t>"In him was life; and the life was the light of men."</w:t>
      </w:r>
    </w:p>
    <w:p w14:paraId="79F4F9C8" w14:textId="77777777" w:rsidR="007D7487" w:rsidRDefault="00E6407B">
      <w:pPr>
        <w:ind w:firstLine="288"/>
      </w:pPr>
      <w:r>
        <w:rPr>
          <w:rFonts w:cs="Times New Roman"/>
        </w:rPr>
        <w:t>John stopped again.</w:t>
      </w:r>
    </w:p>
    <w:p w14:paraId="461F6491" w14:textId="77777777" w:rsidR="007D7487" w:rsidRDefault="00E6407B">
      <w:pPr>
        <w:ind w:firstLine="288"/>
      </w:pPr>
      <w:r>
        <w:rPr>
          <w:rFonts w:cs="Times New Roman"/>
        </w:rPr>
        <w:t>Galilee returned.</w:t>
      </w:r>
    </w:p>
    <w:p w14:paraId="3D61F2B5" w14:textId="77777777" w:rsidR="007D7487" w:rsidRDefault="00E6407B">
      <w:pPr>
        <w:ind w:firstLine="288"/>
      </w:pPr>
      <w:r>
        <w:rPr>
          <w:rFonts w:cs="Times New Roman"/>
        </w:rPr>
        <w:t>Simeon in Mary's memory.</w:t>
      </w:r>
    </w:p>
    <w:p w14:paraId="71A8D009" w14:textId="77777777" w:rsidR="007D7487" w:rsidRDefault="00E6407B">
      <w:pPr>
        <w:ind w:firstLine="288"/>
      </w:pPr>
      <w:r>
        <w:rPr>
          <w:rFonts w:cs="Times New Roman"/>
        </w:rPr>
        <w:t>Isaiah.</w:t>
      </w:r>
    </w:p>
    <w:p w14:paraId="7441D1A4" w14:textId="77777777" w:rsidR="007D7487" w:rsidRDefault="00E6407B">
      <w:pPr>
        <w:ind w:firstLine="288"/>
      </w:pPr>
      <w:r>
        <w:rPr>
          <w:rFonts w:cs="Times New Roman"/>
        </w:rPr>
        <w:t>The people sitting in darkness.</w:t>
      </w:r>
    </w:p>
    <w:p w14:paraId="1C1481D5" w14:textId="77777777" w:rsidR="007D7487" w:rsidRDefault="00E6407B">
      <w:pPr>
        <w:ind w:firstLine="288"/>
      </w:pPr>
      <w:r>
        <w:rPr>
          <w:rFonts w:cs="Times New Roman"/>
        </w:rPr>
        <w:t>The light moving toward nations.</w:t>
      </w:r>
    </w:p>
    <w:p w14:paraId="59C58897" w14:textId="77777777" w:rsidR="007D7487" w:rsidRDefault="00E6407B">
      <w:pPr>
        <w:ind w:firstLine="288"/>
      </w:pPr>
      <w:r>
        <w:rPr>
          <w:rFonts w:cs="Times New Roman"/>
        </w:rPr>
        <w:t>The wilderness prophet bearing witness.</w:t>
      </w:r>
    </w:p>
    <w:p w14:paraId="0A15FC40" w14:textId="77777777" w:rsidR="007D7487" w:rsidRDefault="00E6407B">
      <w:pPr>
        <w:ind w:firstLine="288"/>
      </w:pPr>
      <w:r>
        <w:rPr>
          <w:rFonts w:cs="Times New Roman"/>
        </w:rPr>
        <w:t>John wrote:</w:t>
      </w:r>
    </w:p>
    <w:p w14:paraId="087ACC3D" w14:textId="77777777" w:rsidR="007D7487" w:rsidRDefault="00E6407B">
      <w:pPr>
        <w:ind w:firstLine="288"/>
      </w:pPr>
      <w:r>
        <w:rPr>
          <w:rFonts w:cs="Times New Roman"/>
        </w:rPr>
        <w:lastRenderedPageBreak/>
        <w:t>And the life was the light of men.</w:t>
      </w:r>
    </w:p>
    <w:p w14:paraId="69FA0158" w14:textId="77777777" w:rsidR="007D7487" w:rsidRDefault="00E6407B">
      <w:pPr>
        <w:ind w:firstLine="288"/>
      </w:pPr>
      <w:r>
        <w:rPr>
          <w:rFonts w:cs="Times New Roman"/>
        </w:rPr>
        <w:t>The years gathered around him.</w:t>
      </w:r>
    </w:p>
    <w:p w14:paraId="37128E39" w14:textId="77777777" w:rsidR="007D7487" w:rsidRDefault="00E6407B">
      <w:pPr>
        <w:ind w:firstLine="288"/>
      </w:pPr>
      <w:r>
        <w:rPr>
          <w:rFonts w:cs="Times New Roman"/>
        </w:rPr>
        <w:t>Light shining in darkness.</w:t>
      </w:r>
    </w:p>
    <w:p w14:paraId="5DE6E0D8" w14:textId="77777777" w:rsidR="007D7487" w:rsidRDefault="00E6407B">
      <w:pPr>
        <w:ind w:firstLine="288"/>
      </w:pPr>
      <w:r>
        <w:rPr>
          <w:rFonts w:cs="Times New Roman"/>
        </w:rPr>
        <w:t>Darkness unable to overcome it.</w:t>
      </w:r>
    </w:p>
    <w:p w14:paraId="7D4CAAE3" w14:textId="77777777" w:rsidR="007D7487" w:rsidRDefault="00E6407B">
      <w:pPr>
        <w:ind w:firstLine="288"/>
      </w:pPr>
      <w:r>
        <w:rPr>
          <w:rFonts w:cs="Times New Roman"/>
        </w:rPr>
        <w:t>The true Light coming into the world.</w:t>
      </w:r>
    </w:p>
    <w:p w14:paraId="0144C04D" w14:textId="77777777" w:rsidR="007D7487" w:rsidRDefault="00E6407B">
      <w:pPr>
        <w:ind w:firstLine="288"/>
      </w:pPr>
      <w:r>
        <w:rPr>
          <w:rFonts w:cs="Times New Roman"/>
        </w:rPr>
        <w:t>Then another memory.</w:t>
      </w:r>
    </w:p>
    <w:p w14:paraId="45920AEF" w14:textId="77777777" w:rsidR="007D7487" w:rsidRDefault="00E6407B">
      <w:pPr>
        <w:ind w:firstLine="288"/>
      </w:pPr>
      <w:r>
        <w:rPr>
          <w:rFonts w:cs="Times New Roman"/>
        </w:rPr>
        <w:t>Solomon's house.</w:t>
      </w:r>
    </w:p>
    <w:p w14:paraId="0EBA5F2D" w14:textId="77777777" w:rsidR="007D7487" w:rsidRDefault="00E6407B">
      <w:pPr>
        <w:ind w:firstLine="288"/>
      </w:pPr>
      <w:r>
        <w:rPr>
          <w:rFonts w:cs="Times New Roman"/>
        </w:rPr>
        <w:t>Glory.</w:t>
      </w:r>
    </w:p>
    <w:p w14:paraId="1EE1F2F4" w14:textId="77777777" w:rsidR="007D7487" w:rsidRDefault="00E6407B">
      <w:pPr>
        <w:ind w:firstLine="288"/>
      </w:pPr>
      <w:r>
        <w:rPr>
          <w:rFonts w:cs="Times New Roman"/>
        </w:rPr>
        <w:t>A God heaven could not contain.</w:t>
      </w:r>
    </w:p>
    <w:p w14:paraId="5D32378E" w14:textId="77777777" w:rsidR="007D7487" w:rsidRDefault="00E6407B">
      <w:pPr>
        <w:ind w:firstLine="288"/>
      </w:pPr>
      <w:r>
        <w:rPr>
          <w:rFonts w:cs="Times New Roman"/>
        </w:rPr>
        <w:t>Jesus standing alive in Galilee and calling His body the Temple He had raised.</w:t>
      </w:r>
    </w:p>
    <w:p w14:paraId="6A8A3646" w14:textId="77777777" w:rsidR="007D7487" w:rsidRDefault="00E6407B">
      <w:pPr>
        <w:ind w:firstLine="288"/>
      </w:pPr>
      <w:r>
        <w:rPr>
          <w:rFonts w:cs="Times New Roman"/>
        </w:rPr>
        <w:t>The Spirit descending.</w:t>
      </w:r>
    </w:p>
    <w:p w14:paraId="535106A7" w14:textId="77777777" w:rsidR="007D7487" w:rsidRDefault="00E6407B">
      <w:pPr>
        <w:ind w:firstLine="288"/>
      </w:pPr>
      <w:r>
        <w:rPr>
          <w:rFonts w:cs="Times New Roman"/>
        </w:rPr>
        <w:t>Remaining.</w:t>
      </w:r>
    </w:p>
    <w:p w14:paraId="66790BBC" w14:textId="77777777" w:rsidR="007D7487" w:rsidRDefault="00E6407B">
      <w:pPr>
        <w:ind w:firstLine="288"/>
      </w:pPr>
      <w:r>
        <w:rPr>
          <w:rFonts w:cs="Times New Roman"/>
        </w:rPr>
        <w:t>The promise:</w:t>
      </w:r>
    </w:p>
    <w:p w14:paraId="4CC407AF" w14:textId="77777777" w:rsidR="007D7487" w:rsidRDefault="00E6407B">
      <w:pPr>
        <w:ind w:firstLine="288"/>
      </w:pPr>
      <w:r>
        <w:rPr>
          <w:rFonts w:cs="Times New Roman"/>
        </w:rPr>
        <w:t>He dwelleth with you, and shall be in you.</w:t>
      </w:r>
    </w:p>
    <w:p w14:paraId="17679CFE" w14:textId="77777777" w:rsidR="007D7487" w:rsidRDefault="00E6407B">
      <w:pPr>
        <w:ind w:firstLine="288"/>
      </w:pPr>
      <w:r>
        <w:rPr>
          <w:rFonts w:cs="Times New Roman"/>
        </w:rPr>
        <w:t>The thought John had carried without words that day finally received them.</w:t>
      </w:r>
    </w:p>
    <w:p w14:paraId="7CFE7CA2" w14:textId="77777777" w:rsidR="007D7487" w:rsidRDefault="00E6407B">
      <w:pPr>
        <w:ind w:firstLine="288"/>
      </w:pPr>
      <w:r>
        <w:rPr>
          <w:rFonts w:cs="Times New Roman"/>
        </w:rPr>
        <w:t>The Word was made flesh.</w:t>
      </w:r>
    </w:p>
    <w:p w14:paraId="4A00542D" w14:textId="77777777" w:rsidR="007D7487" w:rsidRDefault="00E6407B">
      <w:pPr>
        <w:ind w:firstLine="288"/>
      </w:pPr>
      <w:r>
        <w:rPr>
          <w:rFonts w:cs="Times New Roman"/>
          <w:i/>
        </w:rPr>
        <w:t>"And the Word was made flesh, and dwelt among us, (and we beheld his glory, the glory as of the only begotten of the Father,) full of grace and truth."</w:t>
      </w:r>
    </w:p>
    <w:p w14:paraId="09AA2FF9" w14:textId="77777777" w:rsidR="007D7487" w:rsidRDefault="00E6407B">
      <w:pPr>
        <w:ind w:firstLine="288"/>
      </w:pPr>
      <w:r>
        <w:rPr>
          <w:rFonts w:cs="Times New Roman"/>
        </w:rPr>
        <w:t>And dwelt among us.</w:t>
      </w:r>
    </w:p>
    <w:p w14:paraId="60FF0CF7" w14:textId="77777777" w:rsidR="007D7487" w:rsidRDefault="00E6407B">
      <w:pPr>
        <w:ind w:firstLine="288"/>
      </w:pPr>
      <w:r>
        <w:rPr>
          <w:rFonts w:cs="Times New Roman"/>
        </w:rPr>
        <w:t>John stopped.</w:t>
      </w:r>
    </w:p>
    <w:p w14:paraId="33A151B3" w14:textId="77777777" w:rsidR="007D7487" w:rsidRDefault="00E6407B">
      <w:pPr>
        <w:ind w:firstLine="288"/>
      </w:pPr>
      <w:r>
        <w:rPr>
          <w:rFonts w:cs="Times New Roman"/>
        </w:rPr>
        <w:t>Dwelt.</w:t>
      </w:r>
    </w:p>
    <w:p w14:paraId="4EC7FE11" w14:textId="77777777" w:rsidR="007D7487" w:rsidRDefault="00E6407B">
      <w:pPr>
        <w:ind w:firstLine="288"/>
      </w:pPr>
      <w:r>
        <w:rPr>
          <w:rFonts w:cs="Times New Roman"/>
        </w:rPr>
        <w:t>Tabernacled among us.</w:t>
      </w:r>
    </w:p>
    <w:p w14:paraId="696ABB4C" w14:textId="77777777" w:rsidR="007D7487" w:rsidRDefault="00E6407B">
      <w:pPr>
        <w:ind w:firstLine="288"/>
      </w:pPr>
      <w:r>
        <w:rPr>
          <w:rFonts w:cs="Times New Roman"/>
        </w:rPr>
        <w:t>The glory that filled Solomon's house had never meant God could be contained by stone.</w:t>
      </w:r>
    </w:p>
    <w:p w14:paraId="3EA04CBE" w14:textId="77777777" w:rsidR="007D7487" w:rsidRDefault="00E6407B">
      <w:pPr>
        <w:ind w:firstLine="288"/>
      </w:pPr>
      <w:r>
        <w:rPr>
          <w:rFonts w:cs="Times New Roman"/>
        </w:rPr>
        <w:t>Now John knew what he had seen in Jesus.</w:t>
      </w:r>
    </w:p>
    <w:p w14:paraId="26ACF1B6" w14:textId="77777777" w:rsidR="007D7487" w:rsidRDefault="00E6407B">
      <w:pPr>
        <w:ind w:firstLine="288"/>
      </w:pPr>
      <w:r>
        <w:rPr>
          <w:rFonts w:cs="Times New Roman"/>
        </w:rPr>
        <w:t>We beheld his glory.</w:t>
      </w:r>
    </w:p>
    <w:p w14:paraId="53C1A10B" w14:textId="77777777" w:rsidR="007D7487" w:rsidRDefault="00E6407B">
      <w:pPr>
        <w:ind w:firstLine="288"/>
      </w:pPr>
      <w:r>
        <w:rPr>
          <w:rFonts w:cs="Times New Roman"/>
        </w:rPr>
        <w:t>He remembered the mountain.</w:t>
      </w:r>
    </w:p>
    <w:p w14:paraId="464BF93D" w14:textId="77777777" w:rsidR="007D7487" w:rsidRDefault="00E6407B">
      <w:pPr>
        <w:ind w:firstLine="288"/>
      </w:pPr>
      <w:r>
        <w:rPr>
          <w:rFonts w:cs="Times New Roman"/>
        </w:rPr>
        <w:t>The signs.</w:t>
      </w:r>
    </w:p>
    <w:p w14:paraId="6BA5759F" w14:textId="77777777" w:rsidR="007D7487" w:rsidRDefault="00E6407B">
      <w:pPr>
        <w:ind w:firstLine="288"/>
      </w:pPr>
      <w:r>
        <w:rPr>
          <w:rFonts w:cs="Times New Roman"/>
        </w:rPr>
        <w:t>The cross.</w:t>
      </w:r>
    </w:p>
    <w:p w14:paraId="459E3425" w14:textId="77777777" w:rsidR="007D7487" w:rsidRDefault="00E6407B">
      <w:pPr>
        <w:ind w:firstLine="288"/>
      </w:pPr>
      <w:r>
        <w:rPr>
          <w:rFonts w:cs="Times New Roman"/>
        </w:rPr>
        <w:t>The risen hands.</w:t>
      </w:r>
    </w:p>
    <w:p w14:paraId="6143521F" w14:textId="77777777" w:rsidR="007D7487" w:rsidRDefault="00E6407B">
      <w:pPr>
        <w:ind w:firstLine="288"/>
      </w:pPr>
      <w:r>
        <w:rPr>
          <w:rFonts w:cs="Times New Roman"/>
        </w:rPr>
        <w:t>Glory did not mean Jesus had avoided suffering.</w:t>
      </w:r>
    </w:p>
    <w:p w14:paraId="6EB25191" w14:textId="77777777" w:rsidR="007D7487" w:rsidRDefault="00E6407B">
      <w:pPr>
        <w:ind w:firstLine="288"/>
      </w:pPr>
      <w:r>
        <w:rPr>
          <w:rFonts w:cs="Times New Roman"/>
        </w:rPr>
        <w:t>Glory had passed through it.</w:t>
      </w:r>
    </w:p>
    <w:p w14:paraId="49F00D81" w14:textId="77777777" w:rsidR="007D7487" w:rsidRDefault="00E6407B">
      <w:pPr>
        <w:suppressLineNumbers/>
        <w:spacing w:before="100" w:after="100"/>
        <w:jc w:val="center"/>
      </w:pPr>
      <w:r>
        <w:rPr>
          <w:rFonts w:cs="Times New Roman"/>
          <w:sz w:val="20"/>
        </w:rPr>
        <w:t>* * *</w:t>
      </w:r>
    </w:p>
    <w:p w14:paraId="1942E203" w14:textId="77777777" w:rsidR="007D7487" w:rsidRDefault="00E6407B">
      <w:pPr>
        <w:ind w:firstLine="288"/>
      </w:pPr>
      <w:r>
        <w:rPr>
          <w:rFonts w:cs="Times New Roman"/>
        </w:rPr>
        <w:t>John kept writing.</w:t>
      </w:r>
    </w:p>
    <w:p w14:paraId="35E53FE4" w14:textId="77777777" w:rsidR="007D7487" w:rsidRDefault="00E6407B">
      <w:pPr>
        <w:ind w:firstLine="288"/>
      </w:pPr>
      <w:r>
        <w:rPr>
          <w:rFonts w:cs="Times New Roman"/>
        </w:rPr>
        <w:t>He came to the wilderness witness.</w:t>
      </w:r>
    </w:p>
    <w:p w14:paraId="36D0ED83" w14:textId="77777777" w:rsidR="007D7487" w:rsidRDefault="00E6407B">
      <w:pPr>
        <w:ind w:firstLine="288"/>
      </w:pPr>
      <w:r>
        <w:rPr>
          <w:rFonts w:cs="Times New Roman"/>
        </w:rPr>
        <w:t>A man sent from God.</w:t>
      </w:r>
    </w:p>
    <w:p w14:paraId="083492B6" w14:textId="77777777" w:rsidR="007D7487" w:rsidRDefault="00E6407B">
      <w:pPr>
        <w:ind w:firstLine="288"/>
      </w:pPr>
      <w:r>
        <w:rPr>
          <w:rFonts w:cs="Times New Roman"/>
        </w:rPr>
        <w:t>His name was John.</w:t>
      </w:r>
    </w:p>
    <w:p w14:paraId="63ECF49B" w14:textId="77777777" w:rsidR="007D7487" w:rsidRDefault="00E6407B">
      <w:pPr>
        <w:ind w:firstLine="288"/>
      </w:pPr>
      <w:r>
        <w:rPr>
          <w:rFonts w:cs="Times New Roman"/>
        </w:rPr>
        <w:t>Not the Light.</w:t>
      </w:r>
    </w:p>
    <w:p w14:paraId="1470C9C2" w14:textId="77777777" w:rsidR="007D7487" w:rsidRDefault="00E6407B">
      <w:pPr>
        <w:ind w:firstLine="288"/>
      </w:pPr>
      <w:r>
        <w:rPr>
          <w:rFonts w:cs="Times New Roman"/>
        </w:rPr>
        <w:t>A witness to the Light.</w:t>
      </w:r>
    </w:p>
    <w:p w14:paraId="45F8DD16" w14:textId="77777777" w:rsidR="007D7487" w:rsidRDefault="00E6407B">
      <w:pPr>
        <w:ind w:firstLine="288"/>
      </w:pPr>
      <w:r>
        <w:rPr>
          <w:rFonts w:cs="Times New Roman"/>
        </w:rPr>
        <w:lastRenderedPageBreak/>
        <w:t>John smiled faintly.</w:t>
      </w:r>
    </w:p>
    <w:p w14:paraId="77466503" w14:textId="77777777" w:rsidR="007D7487" w:rsidRDefault="00E6407B">
      <w:pPr>
        <w:ind w:firstLine="288"/>
      </w:pPr>
      <w:r>
        <w:rPr>
          <w:rFonts w:cs="Times New Roman"/>
        </w:rPr>
        <w:t>The Baptist would have approved of being placed beneath the One he had spent his life pointing toward.</w:t>
      </w:r>
    </w:p>
    <w:p w14:paraId="629E23FE" w14:textId="77777777" w:rsidR="007D7487" w:rsidRDefault="00E6407B">
      <w:pPr>
        <w:ind w:firstLine="288"/>
      </w:pPr>
      <w:r>
        <w:rPr>
          <w:rFonts w:cs="Times New Roman"/>
        </w:rPr>
        <w:t>John remembered Andrew.</w:t>
      </w:r>
    </w:p>
    <w:p w14:paraId="67D7A382" w14:textId="77777777" w:rsidR="007D7487" w:rsidRDefault="00E6407B">
      <w:pPr>
        <w:ind w:firstLine="288"/>
      </w:pPr>
      <w:r>
        <w:rPr>
          <w:rFonts w:cs="Times New Roman"/>
        </w:rPr>
        <w:t>"I followed him before I followed Jesus."</w:t>
      </w:r>
    </w:p>
    <w:p w14:paraId="56A8A311" w14:textId="77777777" w:rsidR="007D7487" w:rsidRDefault="00E6407B">
      <w:pPr>
        <w:ind w:firstLine="288"/>
      </w:pPr>
      <w:r>
        <w:rPr>
          <w:rFonts w:cs="Times New Roman"/>
        </w:rPr>
        <w:t>He remembered his own first hearing.</w:t>
      </w:r>
    </w:p>
    <w:p w14:paraId="1E84B226" w14:textId="77777777" w:rsidR="007D7487" w:rsidRDefault="00E6407B">
      <w:pPr>
        <w:ind w:firstLine="288"/>
      </w:pPr>
      <w:r>
        <w:rPr>
          <w:rFonts w:cs="Times New Roman"/>
        </w:rPr>
        <w:t>Behold the Lamb of God.</w:t>
      </w:r>
    </w:p>
    <w:p w14:paraId="63B30FA7" w14:textId="77777777" w:rsidR="007D7487" w:rsidRDefault="00E6407B">
      <w:pPr>
        <w:ind w:firstLine="288"/>
      </w:pPr>
      <w:r>
        <w:rPr>
          <w:rFonts w:cs="Times New Roman"/>
        </w:rPr>
        <w:t>He remembered the Baptist saying he saw the Spirit descending and remaining.</w:t>
      </w:r>
    </w:p>
    <w:p w14:paraId="676C6E2E" w14:textId="77777777" w:rsidR="007D7487" w:rsidRDefault="00E6407B">
      <w:pPr>
        <w:ind w:firstLine="288"/>
      </w:pPr>
      <w:r>
        <w:rPr>
          <w:rFonts w:cs="Times New Roman"/>
        </w:rPr>
        <w:t>He remembered Jesus in Galilee reminding them that the witness had not begun after resurrection.</w:t>
      </w:r>
    </w:p>
    <w:p w14:paraId="45CBC5DC" w14:textId="77777777" w:rsidR="007D7487" w:rsidRDefault="00E6407B">
      <w:pPr>
        <w:ind w:firstLine="288"/>
      </w:pPr>
      <w:r>
        <w:rPr>
          <w:rFonts w:cs="Times New Roman"/>
        </w:rPr>
        <w:t>Father.</w:t>
      </w:r>
    </w:p>
    <w:p w14:paraId="35725905" w14:textId="77777777" w:rsidR="007D7487" w:rsidRDefault="00E6407B">
      <w:pPr>
        <w:ind w:firstLine="288"/>
      </w:pPr>
      <w:r>
        <w:rPr>
          <w:rFonts w:cs="Times New Roman"/>
        </w:rPr>
        <w:t>Spirit.</w:t>
      </w:r>
    </w:p>
    <w:p w14:paraId="7ECDF552" w14:textId="77777777" w:rsidR="007D7487" w:rsidRDefault="00E6407B">
      <w:pPr>
        <w:ind w:firstLine="288"/>
      </w:pPr>
      <w:r>
        <w:rPr>
          <w:rFonts w:cs="Times New Roman"/>
        </w:rPr>
        <w:t>The Baptist.</w:t>
      </w:r>
    </w:p>
    <w:p w14:paraId="3E494932" w14:textId="77777777" w:rsidR="007D7487" w:rsidRDefault="00E6407B">
      <w:pPr>
        <w:ind w:firstLine="288"/>
      </w:pPr>
      <w:r>
        <w:rPr>
          <w:rFonts w:cs="Times New Roman"/>
        </w:rPr>
        <w:t>Works.</w:t>
      </w:r>
    </w:p>
    <w:p w14:paraId="1C89C720" w14:textId="77777777" w:rsidR="007D7487" w:rsidRDefault="00E6407B">
      <w:pPr>
        <w:ind w:firstLine="288"/>
      </w:pPr>
      <w:r>
        <w:rPr>
          <w:rFonts w:cs="Times New Roman"/>
        </w:rPr>
        <w:t>Scripture.</w:t>
      </w:r>
    </w:p>
    <w:p w14:paraId="6CA8E6CC" w14:textId="77777777" w:rsidR="007D7487" w:rsidRDefault="00E6407B">
      <w:pPr>
        <w:ind w:firstLine="288"/>
      </w:pPr>
      <w:r>
        <w:rPr>
          <w:rFonts w:cs="Times New Roman"/>
        </w:rPr>
        <w:t>Disciples.</w:t>
      </w:r>
    </w:p>
    <w:p w14:paraId="26AB0796" w14:textId="77777777" w:rsidR="007D7487" w:rsidRDefault="00E6407B">
      <w:pPr>
        <w:ind w:firstLine="288"/>
      </w:pPr>
      <w:r>
        <w:rPr>
          <w:rFonts w:cs="Times New Roman"/>
        </w:rPr>
        <w:t>Death.</w:t>
      </w:r>
    </w:p>
    <w:p w14:paraId="0A4ED97E" w14:textId="77777777" w:rsidR="007D7487" w:rsidRDefault="00E6407B">
      <w:pPr>
        <w:ind w:firstLine="288"/>
      </w:pPr>
      <w:r>
        <w:rPr>
          <w:rFonts w:cs="Times New Roman"/>
        </w:rPr>
        <w:t>Burial.</w:t>
      </w:r>
    </w:p>
    <w:p w14:paraId="0DFA5BA4" w14:textId="77777777" w:rsidR="007D7487" w:rsidRDefault="00E6407B">
      <w:pPr>
        <w:ind w:firstLine="288"/>
      </w:pPr>
      <w:r>
        <w:rPr>
          <w:rFonts w:cs="Times New Roman"/>
        </w:rPr>
        <w:t>Resurrection.</w:t>
      </w:r>
    </w:p>
    <w:p w14:paraId="589A6424" w14:textId="77777777" w:rsidR="007D7487" w:rsidRDefault="00E6407B">
      <w:pPr>
        <w:ind w:firstLine="288"/>
      </w:pPr>
      <w:r>
        <w:rPr>
          <w:rFonts w:cs="Times New Roman"/>
        </w:rPr>
        <w:t>Witness upon witness.</w:t>
      </w:r>
    </w:p>
    <w:p w14:paraId="36009072" w14:textId="77777777" w:rsidR="007D7487" w:rsidRDefault="00E6407B">
      <w:pPr>
        <w:ind w:firstLine="288"/>
      </w:pPr>
      <w:r>
        <w:rPr>
          <w:rFonts w:cs="Times New Roman"/>
        </w:rPr>
        <w:t>Not all the same witness.</w:t>
      </w:r>
    </w:p>
    <w:p w14:paraId="4EB2374F" w14:textId="77777777" w:rsidR="007D7487" w:rsidRDefault="00E6407B">
      <w:pPr>
        <w:ind w:firstLine="288"/>
      </w:pPr>
      <w:r>
        <w:rPr>
          <w:rFonts w:cs="Times New Roman"/>
        </w:rPr>
        <w:t>One testimony.</w:t>
      </w:r>
    </w:p>
    <w:p w14:paraId="2600BFFF" w14:textId="77777777" w:rsidR="007D7487" w:rsidRDefault="00E6407B">
      <w:pPr>
        <w:suppressLineNumbers/>
        <w:spacing w:before="100" w:after="100"/>
        <w:jc w:val="center"/>
      </w:pPr>
      <w:r>
        <w:rPr>
          <w:rFonts w:cs="Times New Roman"/>
          <w:sz w:val="20"/>
        </w:rPr>
        <w:t>* * *</w:t>
      </w:r>
    </w:p>
    <w:p w14:paraId="05D25B81" w14:textId="77777777" w:rsidR="007D7487" w:rsidRDefault="00E6407B">
      <w:pPr>
        <w:ind w:firstLine="288"/>
      </w:pPr>
      <w:r>
        <w:rPr>
          <w:rFonts w:cs="Times New Roman"/>
        </w:rPr>
        <w:t>Then John reached the question Nicodemus had once carried into the night.</w:t>
      </w:r>
    </w:p>
    <w:p w14:paraId="720D0A60" w14:textId="77777777" w:rsidR="007D7487" w:rsidRDefault="00E6407B">
      <w:pPr>
        <w:ind w:firstLine="288"/>
      </w:pPr>
      <w:r>
        <w:rPr>
          <w:rFonts w:cs="Times New Roman"/>
        </w:rPr>
        <w:t>How can a man receive the life God gives?</w:t>
      </w:r>
    </w:p>
    <w:p w14:paraId="7953ECA6" w14:textId="77777777" w:rsidR="007D7487" w:rsidRDefault="00E6407B">
      <w:pPr>
        <w:ind w:firstLine="288"/>
      </w:pPr>
      <w:r>
        <w:rPr>
          <w:rFonts w:cs="Times New Roman"/>
        </w:rPr>
        <w:t>John remembered the rooftop.</w:t>
      </w:r>
    </w:p>
    <w:p w14:paraId="23AA8C2D" w14:textId="77777777" w:rsidR="007D7487" w:rsidRDefault="00E6407B">
      <w:pPr>
        <w:ind w:firstLine="288"/>
      </w:pPr>
      <w:r>
        <w:rPr>
          <w:rFonts w:cs="Times New Roman"/>
        </w:rPr>
        <w:t>The confusion.</w:t>
      </w:r>
    </w:p>
    <w:p w14:paraId="60D0552A" w14:textId="77777777" w:rsidR="007D7487" w:rsidRDefault="00E6407B">
      <w:pPr>
        <w:ind w:firstLine="288"/>
      </w:pPr>
      <w:r>
        <w:rPr>
          <w:rFonts w:cs="Times New Roman"/>
        </w:rPr>
        <w:t>Born from above.</w:t>
      </w:r>
    </w:p>
    <w:p w14:paraId="33601CA7" w14:textId="77777777" w:rsidR="007D7487" w:rsidRDefault="00E6407B">
      <w:pPr>
        <w:ind w:firstLine="288"/>
      </w:pPr>
      <w:r>
        <w:rPr>
          <w:rFonts w:cs="Times New Roman"/>
        </w:rPr>
        <w:t>Water.</w:t>
      </w:r>
    </w:p>
    <w:p w14:paraId="0937F7D5" w14:textId="77777777" w:rsidR="007D7487" w:rsidRDefault="00E6407B">
      <w:pPr>
        <w:ind w:firstLine="288"/>
      </w:pPr>
      <w:r>
        <w:rPr>
          <w:rFonts w:cs="Times New Roman"/>
        </w:rPr>
        <w:t>Spirit.</w:t>
      </w:r>
    </w:p>
    <w:p w14:paraId="432B4C98" w14:textId="77777777" w:rsidR="007D7487" w:rsidRDefault="00E6407B">
      <w:pPr>
        <w:ind w:firstLine="288"/>
      </w:pPr>
      <w:r>
        <w:rPr>
          <w:rFonts w:cs="Times New Roman"/>
        </w:rPr>
        <w:t>Ezekiel:</w:t>
      </w:r>
    </w:p>
    <w:p w14:paraId="6F262F1E" w14:textId="77777777" w:rsidR="007D7487" w:rsidRDefault="00E6407B">
      <w:pPr>
        <w:ind w:firstLine="288"/>
      </w:pPr>
      <w:r>
        <w:rPr>
          <w:rFonts w:cs="Times New Roman"/>
        </w:rPr>
        <w:t>I will cleanse.</w:t>
      </w:r>
    </w:p>
    <w:p w14:paraId="26EA922D" w14:textId="77777777" w:rsidR="007D7487" w:rsidRDefault="00E6407B">
      <w:pPr>
        <w:ind w:firstLine="288"/>
      </w:pPr>
      <w:r>
        <w:rPr>
          <w:rFonts w:cs="Times New Roman"/>
        </w:rPr>
        <w:t>I will give.</w:t>
      </w:r>
    </w:p>
    <w:p w14:paraId="0FF6A0FE" w14:textId="77777777" w:rsidR="007D7487" w:rsidRDefault="00E6407B">
      <w:pPr>
        <w:ind w:firstLine="288"/>
      </w:pPr>
      <w:r>
        <w:rPr>
          <w:rFonts w:cs="Times New Roman"/>
        </w:rPr>
        <w:t>I will put My Spirit within you.</w:t>
      </w:r>
    </w:p>
    <w:p w14:paraId="038ADF2F" w14:textId="77777777" w:rsidR="007D7487" w:rsidRDefault="00E6407B">
      <w:pPr>
        <w:ind w:firstLine="288"/>
      </w:pPr>
      <w:r>
        <w:rPr>
          <w:rFonts w:cs="Times New Roman"/>
        </w:rPr>
        <w:t>John knew what he wanted the reader to see.</w:t>
      </w:r>
    </w:p>
    <w:p w14:paraId="01A0B651" w14:textId="77777777" w:rsidR="007D7487" w:rsidRDefault="00E6407B">
      <w:pPr>
        <w:ind w:firstLine="288"/>
      </w:pPr>
      <w:r>
        <w:rPr>
          <w:rFonts w:cs="Times New Roman"/>
        </w:rPr>
        <w:t>Jesus had not come merely to give men more information about God.</w:t>
      </w:r>
    </w:p>
    <w:p w14:paraId="0D7EE34C" w14:textId="77777777" w:rsidR="007D7487" w:rsidRDefault="00E6407B">
      <w:pPr>
        <w:ind w:firstLine="288"/>
      </w:pPr>
      <w:r>
        <w:rPr>
          <w:rFonts w:cs="Times New Roman"/>
        </w:rPr>
        <w:t>Life had entered the world.</w:t>
      </w:r>
    </w:p>
    <w:p w14:paraId="57E291FB" w14:textId="77777777" w:rsidR="007D7487" w:rsidRDefault="00E6407B">
      <w:pPr>
        <w:ind w:firstLine="288"/>
      </w:pPr>
      <w:r>
        <w:rPr>
          <w:rFonts w:cs="Times New Roman"/>
        </w:rPr>
        <w:t>Those who received Him.</w:t>
      </w:r>
    </w:p>
    <w:p w14:paraId="2A073871" w14:textId="77777777" w:rsidR="007D7487" w:rsidRDefault="00E6407B">
      <w:pPr>
        <w:ind w:firstLine="288"/>
      </w:pPr>
      <w:r>
        <w:rPr>
          <w:rFonts w:cs="Times New Roman"/>
        </w:rPr>
        <w:t>Those who believed on His name.</w:t>
      </w:r>
    </w:p>
    <w:p w14:paraId="720D1892" w14:textId="77777777" w:rsidR="007D7487" w:rsidRDefault="00E6407B">
      <w:pPr>
        <w:ind w:firstLine="288"/>
      </w:pPr>
      <w:r>
        <w:rPr>
          <w:rFonts w:cs="Times New Roman"/>
        </w:rPr>
        <w:lastRenderedPageBreak/>
        <w:t>To them He gave power to become the children of God.</w:t>
      </w:r>
    </w:p>
    <w:p w14:paraId="7B748ADA" w14:textId="77777777" w:rsidR="007D7487" w:rsidRDefault="00E6407B">
      <w:pPr>
        <w:ind w:firstLine="288"/>
      </w:pPr>
      <w:r>
        <w:rPr>
          <w:rFonts w:cs="Times New Roman"/>
        </w:rPr>
        <w:t>Not because bloodline could manufacture the birth.</w:t>
      </w:r>
    </w:p>
    <w:p w14:paraId="40FFCA1A" w14:textId="77777777" w:rsidR="007D7487" w:rsidRDefault="00E6407B">
      <w:pPr>
        <w:ind w:firstLine="288"/>
      </w:pPr>
      <w:r>
        <w:rPr>
          <w:rFonts w:cs="Times New Roman"/>
        </w:rPr>
        <w:t>Not because flesh could manufacture it.</w:t>
      </w:r>
    </w:p>
    <w:p w14:paraId="2FF9197E" w14:textId="77777777" w:rsidR="007D7487" w:rsidRDefault="00E6407B">
      <w:pPr>
        <w:ind w:firstLine="288"/>
      </w:pPr>
      <w:r>
        <w:rPr>
          <w:rFonts w:cs="Times New Roman"/>
        </w:rPr>
        <w:t>Not because human will could force it.</w:t>
      </w:r>
    </w:p>
    <w:p w14:paraId="0253CCA5" w14:textId="77777777" w:rsidR="007D7487" w:rsidRDefault="00E6407B">
      <w:pPr>
        <w:ind w:firstLine="288"/>
      </w:pPr>
      <w:r>
        <w:rPr>
          <w:rFonts w:cs="Times New Roman"/>
        </w:rPr>
        <w:t>But of God.</w:t>
      </w:r>
    </w:p>
    <w:p w14:paraId="63DE8F8F" w14:textId="77777777" w:rsidR="007D7487" w:rsidRDefault="00E6407B">
      <w:pPr>
        <w:ind w:firstLine="288"/>
      </w:pPr>
      <w:r>
        <w:rPr>
          <w:rFonts w:cs="Times New Roman"/>
          <w:i/>
        </w:rPr>
        <w:t>"But as many as received him, to them gave he power to become the sons of God, even to them that believe on his name: Which were born, not of blood, nor of the will of the flesh, nor of the will of man, but of God."</w:t>
      </w:r>
    </w:p>
    <w:p w14:paraId="6C3654F0" w14:textId="77777777" w:rsidR="007D7487" w:rsidRDefault="00E6407B">
      <w:pPr>
        <w:ind w:firstLine="288"/>
      </w:pPr>
      <w:r>
        <w:rPr>
          <w:rFonts w:cs="Times New Roman"/>
        </w:rPr>
        <w:t>Years later the Abraham discussion had words John could now put on the page.</w:t>
      </w:r>
    </w:p>
    <w:p w14:paraId="7B6572EB" w14:textId="77777777" w:rsidR="007D7487" w:rsidRDefault="00E6407B">
      <w:pPr>
        <w:ind w:firstLine="288"/>
      </w:pPr>
      <w:r>
        <w:rPr>
          <w:rFonts w:cs="Times New Roman"/>
        </w:rPr>
        <w:t>The historical bloodline had carried the promise and the Seed.</w:t>
      </w:r>
    </w:p>
    <w:p w14:paraId="7DF6ABC3" w14:textId="77777777" w:rsidR="007D7487" w:rsidRDefault="00E6407B">
      <w:pPr>
        <w:ind w:firstLine="288"/>
      </w:pPr>
      <w:r>
        <w:rPr>
          <w:rFonts w:cs="Times New Roman"/>
        </w:rPr>
        <w:t>The new birth itself was not manufactured by bloodline.</w:t>
      </w:r>
    </w:p>
    <w:p w14:paraId="7B28448F" w14:textId="77777777" w:rsidR="007D7487" w:rsidRDefault="00E6407B">
      <w:pPr>
        <w:ind w:firstLine="288"/>
      </w:pPr>
      <w:r>
        <w:rPr>
          <w:rFonts w:cs="Times New Roman"/>
        </w:rPr>
        <w:t>Receiving and believing stood beside birth from God.</w:t>
      </w:r>
    </w:p>
    <w:p w14:paraId="52DB115E" w14:textId="77777777" w:rsidR="007D7487" w:rsidRDefault="00E6407B">
      <w:pPr>
        <w:ind w:firstLine="288"/>
      </w:pPr>
      <w:r>
        <w:rPr>
          <w:rFonts w:cs="Times New Roman"/>
        </w:rPr>
        <w:t>The family of believing heirs could enlarge without requiring Abraham's historical family to have been meaningless.</w:t>
      </w:r>
    </w:p>
    <w:p w14:paraId="393620E2" w14:textId="77777777" w:rsidR="007D7487" w:rsidRDefault="00E6407B">
      <w:pPr>
        <w:ind w:firstLine="288"/>
      </w:pPr>
      <w:r>
        <w:rPr>
          <w:rFonts w:cs="Times New Roman"/>
        </w:rPr>
        <w:t>John laid down the pen.</w:t>
      </w:r>
    </w:p>
    <w:p w14:paraId="6C9860DB" w14:textId="77777777" w:rsidR="007D7487" w:rsidRDefault="00E6407B">
      <w:pPr>
        <w:ind w:firstLine="288"/>
      </w:pPr>
      <w:r>
        <w:rPr>
          <w:rFonts w:cs="Times New Roman"/>
        </w:rPr>
        <w:t>The language reached backward to Adam and forward beyond anything John could yet put into one sentence.</w:t>
      </w:r>
    </w:p>
    <w:p w14:paraId="2CC89AD6" w14:textId="77777777" w:rsidR="007D7487" w:rsidRDefault="00E6407B">
      <w:pPr>
        <w:ind w:firstLine="288"/>
      </w:pPr>
      <w:r>
        <w:rPr>
          <w:rFonts w:cs="Times New Roman"/>
        </w:rPr>
        <w:t>Born of God.</w:t>
      </w:r>
    </w:p>
    <w:p w14:paraId="26E8BF2A" w14:textId="77777777" w:rsidR="007D7487" w:rsidRDefault="00E6407B">
      <w:pPr>
        <w:ind w:firstLine="288"/>
      </w:pPr>
      <w:r>
        <w:rPr>
          <w:rFonts w:cs="Times New Roman"/>
        </w:rPr>
        <w:t>Life from God.</w:t>
      </w:r>
    </w:p>
    <w:p w14:paraId="49FA634F" w14:textId="77777777" w:rsidR="007D7487" w:rsidRDefault="00E6407B">
      <w:pPr>
        <w:ind w:firstLine="288"/>
      </w:pPr>
      <w:r>
        <w:rPr>
          <w:rFonts w:cs="Times New Roman"/>
        </w:rPr>
        <w:t>Not self-produced.</w:t>
      </w:r>
    </w:p>
    <w:p w14:paraId="25C09841" w14:textId="77777777" w:rsidR="007D7487" w:rsidRDefault="00E6407B">
      <w:pPr>
        <w:ind w:firstLine="288"/>
      </w:pPr>
      <w:r>
        <w:rPr>
          <w:rFonts w:cs="Times New Roman"/>
        </w:rPr>
        <w:t>Not inherited merely because a righteous ancestor once believed.</w:t>
      </w:r>
    </w:p>
    <w:p w14:paraId="689DC52F" w14:textId="77777777" w:rsidR="007D7487" w:rsidRDefault="00E6407B">
      <w:pPr>
        <w:ind w:firstLine="288"/>
      </w:pPr>
      <w:r>
        <w:rPr>
          <w:rFonts w:cs="Times New Roman"/>
        </w:rPr>
        <w:t>Not purchased by a man's own covering.</w:t>
      </w:r>
    </w:p>
    <w:p w14:paraId="07A29889" w14:textId="77777777" w:rsidR="007D7487" w:rsidRDefault="00E6407B">
      <w:pPr>
        <w:ind w:firstLine="288"/>
      </w:pPr>
      <w:r>
        <w:rPr>
          <w:rFonts w:cs="Times New Roman"/>
        </w:rPr>
        <w:t>Received.</w:t>
      </w:r>
    </w:p>
    <w:p w14:paraId="03C267EF" w14:textId="77777777" w:rsidR="007D7487" w:rsidRDefault="00E6407B">
      <w:pPr>
        <w:suppressLineNumbers/>
        <w:spacing w:before="100" w:after="100"/>
        <w:jc w:val="center"/>
      </w:pPr>
      <w:r>
        <w:rPr>
          <w:rFonts w:cs="Times New Roman"/>
          <w:sz w:val="20"/>
        </w:rPr>
        <w:t>* * *</w:t>
      </w:r>
    </w:p>
    <w:p w14:paraId="5419FD16" w14:textId="77777777" w:rsidR="007D7487" w:rsidRDefault="00E6407B">
      <w:pPr>
        <w:ind w:firstLine="288"/>
      </w:pPr>
      <w:r>
        <w:rPr>
          <w:rFonts w:cs="Times New Roman"/>
        </w:rPr>
        <w:t>Sometimes John remembered Peter asking:</w:t>
      </w:r>
    </w:p>
    <w:p w14:paraId="040F16DA" w14:textId="77777777" w:rsidR="007D7487" w:rsidRDefault="00E6407B">
      <w:pPr>
        <w:ind w:firstLine="288"/>
      </w:pPr>
      <w:r>
        <w:rPr>
          <w:rFonts w:cs="Times New Roman"/>
        </w:rPr>
        <w:t>"And what of him, Lord?"</w:t>
      </w:r>
    </w:p>
    <w:p w14:paraId="51EC6536" w14:textId="77777777" w:rsidR="007D7487" w:rsidRDefault="00E6407B">
      <w:pPr>
        <w:ind w:firstLine="288"/>
      </w:pPr>
      <w:r>
        <w:rPr>
          <w:rFonts w:cs="Times New Roman"/>
        </w:rPr>
        <w:t>And Jesus answering:</w:t>
      </w:r>
    </w:p>
    <w:p w14:paraId="74F3B569" w14:textId="77777777" w:rsidR="007D7487" w:rsidRDefault="00E6407B">
      <w:pPr>
        <w:ind w:firstLine="288"/>
      </w:pPr>
      <w:r>
        <w:rPr>
          <w:rFonts w:cs="Times New Roman"/>
        </w:rPr>
        <w:t>"If I will that he tarry till I come, what is that to thee? Follow thou me."</w:t>
      </w:r>
    </w:p>
    <w:p w14:paraId="44837375" w14:textId="77777777" w:rsidR="007D7487" w:rsidRDefault="00E6407B">
      <w:pPr>
        <w:ind w:firstLine="288"/>
      </w:pPr>
      <w:r>
        <w:rPr>
          <w:rFonts w:cs="Times New Roman"/>
        </w:rPr>
        <w:t>People repeated the saying.</w:t>
      </w:r>
    </w:p>
    <w:p w14:paraId="01F12227" w14:textId="77777777" w:rsidR="007D7487" w:rsidRDefault="00E6407B">
      <w:pPr>
        <w:ind w:firstLine="288"/>
      </w:pPr>
      <w:r>
        <w:rPr>
          <w:rFonts w:cs="Times New Roman"/>
        </w:rPr>
        <w:t>Some misunderstood it.</w:t>
      </w:r>
    </w:p>
    <w:p w14:paraId="1AB7F30F" w14:textId="77777777" w:rsidR="007D7487" w:rsidRDefault="00E6407B">
      <w:pPr>
        <w:ind w:firstLine="288"/>
      </w:pPr>
      <w:r>
        <w:rPr>
          <w:rFonts w:cs="Times New Roman"/>
        </w:rPr>
        <w:t>John refused to make it promise something Jesus had not promised.</w:t>
      </w:r>
    </w:p>
    <w:p w14:paraId="1DF44578" w14:textId="77777777" w:rsidR="007D7487" w:rsidRDefault="00E6407B">
      <w:pPr>
        <w:ind w:firstLine="288"/>
      </w:pPr>
      <w:r>
        <w:rPr>
          <w:rFonts w:cs="Times New Roman"/>
        </w:rPr>
        <w:t>He remembered what Jesus had actually said.</w:t>
      </w:r>
    </w:p>
    <w:p w14:paraId="3F19CDDB" w14:textId="77777777" w:rsidR="007D7487" w:rsidRDefault="00E6407B">
      <w:pPr>
        <w:ind w:firstLine="288"/>
      </w:pPr>
      <w:r>
        <w:rPr>
          <w:rFonts w:cs="Times New Roman"/>
        </w:rPr>
        <w:t>If.</w:t>
      </w:r>
    </w:p>
    <w:p w14:paraId="5BFB2C6A" w14:textId="77777777" w:rsidR="007D7487" w:rsidRDefault="00E6407B">
      <w:pPr>
        <w:ind w:firstLine="288"/>
      </w:pPr>
      <w:r>
        <w:rPr>
          <w:rFonts w:cs="Times New Roman"/>
          <w:i/>
        </w:rPr>
        <w:t>"Then went this saying abroad among the brethren, that that disciple should not die: yet Jesus said not unto him, He shall not die; but, If I will that he tarry till I come, what is that to thee?"</w:t>
      </w:r>
    </w:p>
    <w:p w14:paraId="4DE3C0E3" w14:textId="77777777" w:rsidR="007D7487" w:rsidRDefault="00E6407B">
      <w:pPr>
        <w:ind w:firstLine="288"/>
      </w:pPr>
      <w:r>
        <w:rPr>
          <w:rFonts w:cs="Times New Roman"/>
        </w:rPr>
        <w:t>John preserved the correction rather than improving Jesus' words into a promise He had not made.</w:t>
      </w:r>
    </w:p>
    <w:p w14:paraId="356BB143" w14:textId="77777777" w:rsidR="007D7487" w:rsidRDefault="00E6407B">
      <w:pPr>
        <w:ind w:firstLine="288"/>
      </w:pPr>
      <w:r>
        <w:rPr>
          <w:rFonts w:cs="Times New Roman"/>
        </w:rPr>
        <w:t>The question remained.</w:t>
      </w:r>
    </w:p>
    <w:p w14:paraId="7F7C2749" w14:textId="77777777" w:rsidR="007D7487" w:rsidRDefault="00E6407B">
      <w:pPr>
        <w:ind w:firstLine="288"/>
      </w:pPr>
      <w:r>
        <w:rPr>
          <w:rFonts w:cs="Times New Roman"/>
        </w:rPr>
        <w:t>So did the command.</w:t>
      </w:r>
    </w:p>
    <w:p w14:paraId="58FC1474" w14:textId="77777777" w:rsidR="007D7487" w:rsidRDefault="00E6407B">
      <w:pPr>
        <w:ind w:firstLine="288"/>
      </w:pPr>
      <w:r>
        <w:rPr>
          <w:rFonts w:cs="Times New Roman"/>
        </w:rPr>
        <w:t>Follow.</w:t>
      </w:r>
    </w:p>
    <w:p w14:paraId="59A98692" w14:textId="77777777" w:rsidR="007D7487" w:rsidRDefault="00E6407B">
      <w:pPr>
        <w:ind w:firstLine="288"/>
      </w:pPr>
      <w:r>
        <w:rPr>
          <w:rFonts w:cs="Times New Roman"/>
        </w:rPr>
        <w:lastRenderedPageBreak/>
        <w:t>John had learned in Galilee not to call finished what the Father had begun.</w:t>
      </w:r>
    </w:p>
    <w:p w14:paraId="579C8679" w14:textId="77777777" w:rsidR="007D7487" w:rsidRDefault="00E6407B">
      <w:pPr>
        <w:ind w:firstLine="288"/>
      </w:pPr>
      <w:r>
        <w:rPr>
          <w:rFonts w:cs="Times New Roman"/>
        </w:rPr>
        <w:t>He had learned not to call unfulfilled what had already begun simply because an until remained.</w:t>
      </w:r>
    </w:p>
    <w:p w14:paraId="2ADFBE54" w14:textId="77777777" w:rsidR="007D7487" w:rsidRDefault="00E6407B">
      <w:pPr>
        <w:ind w:firstLine="288"/>
      </w:pPr>
      <w:r>
        <w:rPr>
          <w:rFonts w:cs="Times New Roman"/>
        </w:rPr>
        <w:t>There were promises he understood.</w:t>
      </w:r>
    </w:p>
    <w:p w14:paraId="64956558" w14:textId="77777777" w:rsidR="007D7487" w:rsidRDefault="00E6407B">
      <w:pPr>
        <w:ind w:firstLine="288"/>
      </w:pPr>
      <w:r>
        <w:rPr>
          <w:rFonts w:cs="Times New Roman"/>
        </w:rPr>
        <w:t>Promises he understood partly.</w:t>
      </w:r>
    </w:p>
    <w:p w14:paraId="525DD016" w14:textId="77777777" w:rsidR="007D7487" w:rsidRDefault="00E6407B">
      <w:pPr>
        <w:ind w:firstLine="288"/>
      </w:pPr>
      <w:r>
        <w:rPr>
          <w:rFonts w:cs="Times New Roman"/>
        </w:rPr>
        <w:t>And things still waiting on the Father's appointed time.</w:t>
      </w:r>
    </w:p>
    <w:p w14:paraId="7404C424" w14:textId="77777777" w:rsidR="007D7487" w:rsidRDefault="00E6407B">
      <w:pPr>
        <w:ind w:firstLine="288"/>
      </w:pPr>
      <w:r>
        <w:rPr>
          <w:rFonts w:cs="Times New Roman"/>
        </w:rPr>
        <w:t>He did not need to manufacture an answer before God gave one.</w:t>
      </w:r>
    </w:p>
    <w:p w14:paraId="75E58559" w14:textId="77777777" w:rsidR="007D7487" w:rsidRDefault="00E6407B">
      <w:pPr>
        <w:suppressLineNumbers/>
        <w:spacing w:before="100" w:after="100"/>
        <w:jc w:val="center"/>
      </w:pPr>
      <w:r>
        <w:rPr>
          <w:rFonts w:cs="Times New Roman"/>
          <w:sz w:val="20"/>
        </w:rPr>
        <w:t>* * *</w:t>
      </w:r>
    </w:p>
    <w:p w14:paraId="0139934F" w14:textId="77777777" w:rsidR="007D7487" w:rsidRDefault="00E6407B">
      <w:pPr>
        <w:ind w:firstLine="288"/>
      </w:pPr>
      <w:r>
        <w:rPr>
          <w:rFonts w:cs="Times New Roman"/>
        </w:rPr>
        <w:t>John returned in memory to the empty tomb.</w:t>
      </w:r>
    </w:p>
    <w:p w14:paraId="18D4E770" w14:textId="77777777" w:rsidR="007D7487" w:rsidRDefault="00E6407B">
      <w:pPr>
        <w:ind w:firstLine="288"/>
      </w:pPr>
      <w:r>
        <w:rPr>
          <w:rFonts w:cs="Times New Roman"/>
        </w:rPr>
        <w:t>Cool stone.</w:t>
      </w:r>
    </w:p>
    <w:p w14:paraId="3ABF6DD5" w14:textId="77777777" w:rsidR="007D7487" w:rsidRDefault="00E6407B">
      <w:pPr>
        <w:ind w:firstLine="288"/>
      </w:pPr>
      <w:r>
        <w:rPr>
          <w:rFonts w:cs="Times New Roman"/>
        </w:rPr>
        <w:t>Linen.</w:t>
      </w:r>
    </w:p>
    <w:p w14:paraId="5CE567EB" w14:textId="77777777" w:rsidR="007D7487" w:rsidRDefault="00E6407B">
      <w:pPr>
        <w:ind w:firstLine="288"/>
      </w:pPr>
      <w:r>
        <w:rPr>
          <w:rFonts w:cs="Times New Roman"/>
        </w:rPr>
        <w:t>The head cloth apart.</w:t>
      </w:r>
    </w:p>
    <w:p w14:paraId="67D09B4E" w14:textId="77777777" w:rsidR="007D7487" w:rsidRDefault="00E6407B">
      <w:pPr>
        <w:ind w:firstLine="288"/>
      </w:pPr>
      <w:r>
        <w:rPr>
          <w:rFonts w:cs="Times New Roman"/>
        </w:rPr>
        <w:t>The place where Jesus had lain.</w:t>
      </w:r>
    </w:p>
    <w:p w14:paraId="48E2DF9E" w14:textId="77777777" w:rsidR="007D7487" w:rsidRDefault="00E6407B">
      <w:pPr>
        <w:ind w:firstLine="288"/>
      </w:pPr>
      <w:r>
        <w:rPr>
          <w:rFonts w:cs="Times New Roman"/>
        </w:rPr>
        <w:t>He remembered the question rising before explanation.</w:t>
      </w:r>
    </w:p>
    <w:p w14:paraId="42A999E6" w14:textId="77777777" w:rsidR="007D7487" w:rsidRDefault="00E6407B">
      <w:pPr>
        <w:ind w:firstLine="288"/>
      </w:pPr>
      <w:r>
        <w:rPr>
          <w:rFonts w:cs="Times New Roman"/>
        </w:rPr>
        <w:t>Something impossible had happened.</w:t>
      </w:r>
    </w:p>
    <w:p w14:paraId="7F81DCCD" w14:textId="77777777" w:rsidR="007D7487" w:rsidRDefault="00E6407B">
      <w:pPr>
        <w:ind w:firstLine="288"/>
      </w:pPr>
      <w:r>
        <w:rPr>
          <w:rFonts w:cs="Times New Roman"/>
        </w:rPr>
        <w:t>Mary's theft explanation did not fit.</w:t>
      </w:r>
    </w:p>
    <w:p w14:paraId="340092EB" w14:textId="77777777" w:rsidR="007D7487" w:rsidRDefault="00E6407B">
      <w:pPr>
        <w:ind w:firstLine="288"/>
      </w:pPr>
      <w:r>
        <w:rPr>
          <w:rFonts w:cs="Times New Roman"/>
        </w:rPr>
        <w:t>He had believed before he possessed the resurrection category.</w:t>
      </w:r>
    </w:p>
    <w:p w14:paraId="15111153" w14:textId="77777777" w:rsidR="007D7487" w:rsidRDefault="00E6407B">
      <w:pPr>
        <w:ind w:firstLine="288"/>
      </w:pPr>
      <w:r>
        <w:rPr>
          <w:rFonts w:cs="Times New Roman"/>
        </w:rPr>
        <w:t>Years later the words were clearer.</w:t>
      </w:r>
    </w:p>
    <w:p w14:paraId="4AD2495C" w14:textId="77777777" w:rsidR="007D7487" w:rsidRDefault="00E6407B">
      <w:pPr>
        <w:ind w:firstLine="288"/>
      </w:pPr>
      <w:r>
        <w:rPr>
          <w:rFonts w:cs="Times New Roman"/>
        </w:rPr>
        <w:t>The balm had not failed because balm was useless.</w:t>
      </w:r>
    </w:p>
    <w:p w14:paraId="00552EB5" w14:textId="77777777" w:rsidR="007D7487" w:rsidRDefault="00E6407B">
      <w:pPr>
        <w:ind w:firstLine="288"/>
      </w:pPr>
      <w:r>
        <w:rPr>
          <w:rFonts w:cs="Times New Roman"/>
        </w:rPr>
        <w:t>The body had not been discarded because bodies did not matter.</w:t>
      </w:r>
    </w:p>
    <w:p w14:paraId="5EED98E3" w14:textId="77777777" w:rsidR="007D7487" w:rsidRDefault="00E6407B">
      <w:pPr>
        <w:ind w:firstLine="288"/>
      </w:pPr>
      <w:r>
        <w:rPr>
          <w:rFonts w:cs="Times New Roman"/>
        </w:rPr>
        <w:t>The created things had done what created things were given to do.</w:t>
      </w:r>
    </w:p>
    <w:p w14:paraId="5C0F3314" w14:textId="77777777" w:rsidR="007D7487" w:rsidRDefault="00E6407B">
      <w:pPr>
        <w:ind w:firstLine="288"/>
      </w:pPr>
      <w:r>
        <w:rPr>
          <w:rFonts w:cs="Times New Roman"/>
        </w:rPr>
        <w:t>Human hands had done what love could do.</w:t>
      </w:r>
    </w:p>
    <w:p w14:paraId="4E275CBB" w14:textId="77777777" w:rsidR="007D7487" w:rsidRDefault="00E6407B">
      <w:pPr>
        <w:ind w:firstLine="288"/>
      </w:pPr>
      <w:r>
        <w:rPr>
          <w:rFonts w:cs="Times New Roman"/>
        </w:rPr>
        <w:t>But none of them was the source.</w:t>
      </w:r>
    </w:p>
    <w:p w14:paraId="571D634D" w14:textId="77777777" w:rsidR="007D7487" w:rsidRDefault="00E6407B">
      <w:pPr>
        <w:ind w:firstLine="288"/>
      </w:pPr>
      <w:r>
        <w:rPr>
          <w:rFonts w:cs="Times New Roman"/>
        </w:rPr>
        <w:t>In Him was life.</w:t>
      </w:r>
    </w:p>
    <w:p w14:paraId="1D7753FF" w14:textId="77777777" w:rsidR="007D7487" w:rsidRDefault="00E6407B">
      <w:pPr>
        <w:ind w:firstLine="288"/>
      </w:pPr>
      <w:r>
        <w:rPr>
          <w:rFonts w:cs="Times New Roman"/>
        </w:rPr>
        <w:t>John looked down at the words.</w:t>
      </w:r>
    </w:p>
    <w:p w14:paraId="05DE1B02" w14:textId="77777777" w:rsidR="007D7487" w:rsidRDefault="00E6407B">
      <w:pPr>
        <w:ind w:firstLine="288"/>
      </w:pPr>
      <w:r>
        <w:rPr>
          <w:rFonts w:cs="Times New Roman"/>
        </w:rPr>
        <w:t>The life was not trapped in Galilee.</w:t>
      </w:r>
    </w:p>
    <w:p w14:paraId="34BEC623" w14:textId="77777777" w:rsidR="007D7487" w:rsidRDefault="00E6407B">
      <w:pPr>
        <w:ind w:firstLine="288"/>
      </w:pPr>
      <w:r>
        <w:rPr>
          <w:rFonts w:cs="Times New Roman"/>
        </w:rPr>
        <w:t>Not trapped in Judea.</w:t>
      </w:r>
    </w:p>
    <w:p w14:paraId="15C3FF37" w14:textId="77777777" w:rsidR="007D7487" w:rsidRDefault="00E6407B">
      <w:pPr>
        <w:ind w:firstLine="288"/>
      </w:pPr>
      <w:r>
        <w:rPr>
          <w:rFonts w:cs="Times New Roman"/>
        </w:rPr>
        <w:t>Not trapped in a stone house.</w:t>
      </w:r>
    </w:p>
    <w:p w14:paraId="1B2293EF" w14:textId="77777777" w:rsidR="007D7487" w:rsidRDefault="00E6407B">
      <w:pPr>
        <w:ind w:firstLine="288"/>
      </w:pPr>
      <w:r>
        <w:rPr>
          <w:rFonts w:cs="Times New Roman"/>
        </w:rPr>
        <w:t>Not trapped inside one tribe.</w:t>
      </w:r>
    </w:p>
    <w:p w14:paraId="1891FF15" w14:textId="77777777" w:rsidR="007D7487" w:rsidRDefault="00E6407B">
      <w:pPr>
        <w:ind w:firstLine="288"/>
      </w:pPr>
      <w:r>
        <w:rPr>
          <w:rFonts w:cs="Times New Roman"/>
        </w:rPr>
        <w:t>Not trapped inside the experience of men who had personally touched the wounds.</w:t>
      </w:r>
    </w:p>
    <w:p w14:paraId="33F39881" w14:textId="77777777" w:rsidR="007D7487" w:rsidRDefault="00E6407B">
      <w:pPr>
        <w:ind w:firstLine="288"/>
      </w:pPr>
      <w:r>
        <w:rPr>
          <w:rFonts w:cs="Times New Roman"/>
        </w:rPr>
        <w:t>The light had gone outward.</w:t>
      </w:r>
    </w:p>
    <w:p w14:paraId="232E5878" w14:textId="77777777" w:rsidR="007D7487" w:rsidRDefault="00E6407B">
      <w:pPr>
        <w:ind w:firstLine="288"/>
      </w:pPr>
      <w:r>
        <w:rPr>
          <w:rFonts w:cs="Times New Roman"/>
        </w:rPr>
        <w:t>The witnesses had gone.</w:t>
      </w:r>
    </w:p>
    <w:p w14:paraId="4404B1A2" w14:textId="77777777" w:rsidR="007D7487" w:rsidRDefault="00E6407B">
      <w:pPr>
        <w:ind w:firstLine="288"/>
      </w:pPr>
      <w:r>
        <w:rPr>
          <w:rFonts w:cs="Times New Roman"/>
        </w:rPr>
        <w:t>The Name had traveled.</w:t>
      </w:r>
    </w:p>
    <w:p w14:paraId="031F7CFB" w14:textId="77777777" w:rsidR="007D7487" w:rsidRDefault="00E6407B">
      <w:pPr>
        <w:ind w:firstLine="288"/>
      </w:pPr>
      <w:r>
        <w:rPr>
          <w:rFonts w:cs="Times New Roman"/>
        </w:rPr>
        <w:t>And strangers had heard.</w:t>
      </w:r>
    </w:p>
    <w:p w14:paraId="6A0A5697" w14:textId="77777777" w:rsidR="007D7487" w:rsidRDefault="00E6407B">
      <w:pPr>
        <w:ind w:firstLine="288"/>
      </w:pPr>
      <w:r>
        <w:rPr>
          <w:rFonts w:cs="Times New Roman"/>
        </w:rPr>
        <w:t>John dipped the pen again.</w:t>
      </w:r>
    </w:p>
    <w:p w14:paraId="29A8BB8C" w14:textId="77777777" w:rsidR="007D7487" w:rsidRDefault="00E6407B">
      <w:pPr>
        <w:ind w:firstLine="288"/>
      </w:pPr>
      <w:r>
        <w:rPr>
          <w:rFonts w:cs="Times New Roman"/>
        </w:rPr>
        <w:t>The answer to where life comes from had not diminished created things.</w:t>
      </w:r>
    </w:p>
    <w:p w14:paraId="492FA86D" w14:textId="77777777" w:rsidR="007D7487" w:rsidRDefault="00E6407B">
      <w:pPr>
        <w:ind w:firstLine="288"/>
      </w:pPr>
      <w:r>
        <w:rPr>
          <w:rFonts w:cs="Times New Roman"/>
        </w:rPr>
        <w:t>It had put them in their proper place.</w:t>
      </w:r>
    </w:p>
    <w:p w14:paraId="445D2AC6" w14:textId="77777777" w:rsidR="007D7487" w:rsidRDefault="00E6407B">
      <w:pPr>
        <w:ind w:firstLine="288"/>
      </w:pPr>
      <w:r>
        <w:rPr>
          <w:rFonts w:cs="Times New Roman"/>
        </w:rPr>
        <w:t>The answer had not diminished Israel.</w:t>
      </w:r>
    </w:p>
    <w:p w14:paraId="453ECB37" w14:textId="77777777" w:rsidR="007D7487" w:rsidRDefault="00E6407B">
      <w:pPr>
        <w:ind w:firstLine="288"/>
      </w:pPr>
      <w:r>
        <w:rPr>
          <w:rFonts w:cs="Times New Roman"/>
        </w:rPr>
        <w:t>It had shown why the promise had been carried through Israel.</w:t>
      </w:r>
    </w:p>
    <w:p w14:paraId="1506DC4B" w14:textId="77777777" w:rsidR="007D7487" w:rsidRDefault="00E6407B">
      <w:pPr>
        <w:ind w:firstLine="288"/>
      </w:pPr>
      <w:r>
        <w:rPr>
          <w:rFonts w:cs="Times New Roman"/>
        </w:rPr>
        <w:lastRenderedPageBreak/>
        <w:t>It had not diminished genealogy.</w:t>
      </w:r>
    </w:p>
    <w:p w14:paraId="433DDE85" w14:textId="77777777" w:rsidR="007D7487" w:rsidRDefault="00E6407B">
      <w:pPr>
        <w:ind w:firstLine="288"/>
      </w:pPr>
      <w:r>
        <w:rPr>
          <w:rFonts w:cs="Times New Roman"/>
        </w:rPr>
        <w:t>It had shown what genealogy could and could not do.</w:t>
      </w:r>
    </w:p>
    <w:p w14:paraId="378E73C7" w14:textId="77777777" w:rsidR="007D7487" w:rsidRDefault="00E6407B">
      <w:pPr>
        <w:ind w:firstLine="288"/>
      </w:pPr>
      <w:r>
        <w:rPr>
          <w:rFonts w:cs="Times New Roman"/>
        </w:rPr>
        <w:t>It had not diminished return, washing, sacrifice, priesthood, Temple, inheritance, or witness.</w:t>
      </w:r>
    </w:p>
    <w:p w14:paraId="6EFC5C80" w14:textId="77777777" w:rsidR="007D7487" w:rsidRDefault="00E6407B">
      <w:pPr>
        <w:ind w:firstLine="288"/>
      </w:pPr>
      <w:r>
        <w:rPr>
          <w:rFonts w:cs="Times New Roman"/>
        </w:rPr>
        <w:t>It had taught John to ask what each one did, what each one could not do, and how the Father's manifold wisdom brought them together in the Son.</w:t>
      </w:r>
    </w:p>
    <w:p w14:paraId="62759814" w14:textId="77777777" w:rsidR="007D7487" w:rsidRDefault="00E6407B">
      <w:pPr>
        <w:ind w:firstLine="288"/>
      </w:pPr>
      <w:r>
        <w:rPr>
          <w:rFonts w:cs="Times New Roman"/>
        </w:rPr>
        <w:t>There was more.</w:t>
      </w:r>
    </w:p>
    <w:sectPr w:rsidR="007D7487" w:rsidSect="00034616">
      <w:footerReference w:type="default" r:id="rId8"/>
      <w:footerReference w:type="first" r:id="rId9"/>
      <w:pgSz w:w="12240" w:h="15840"/>
      <w:pgMar w:top="1037" w:right="1181" w:bottom="1037" w:left="1296" w:header="720" w:footer="720" w:gutter="0"/>
      <w:lnNumType w:countBy="5"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59905" w14:textId="77777777" w:rsidR="00E6407B" w:rsidRDefault="00E6407B">
      <w:pPr>
        <w:spacing w:after="0" w:line="240" w:lineRule="auto"/>
      </w:pPr>
      <w:r>
        <w:separator/>
      </w:r>
    </w:p>
  </w:endnote>
  <w:endnote w:type="continuationSeparator" w:id="0">
    <w:p w14:paraId="13E81F71" w14:textId="77777777" w:rsidR="00E6407B" w:rsidRDefault="00E64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Noto Sans Phoenician">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446D2" w14:textId="77777777" w:rsidR="007D7487" w:rsidRDefault="00E6407B">
    <w:pPr>
      <w:pStyle w:val="Footer"/>
      <w:jc w:val="center"/>
    </w:pPr>
    <w:r>
      <w:rPr>
        <w:rFonts w:cs="Times New Roman"/>
        <w:sz w:val="18"/>
      </w:rPr>
      <w:t xml:space="preserve">Page </w:t>
    </w:r>
    <w:r>
      <w:rPr>
        <w:rFonts w:cs="Times New Roman"/>
        <w:sz w:val="18"/>
      </w:rPr>
      <w:fldChar w:fldCharType="begin"/>
    </w:r>
    <w:r>
      <w:rPr>
        <w:rFonts w:cs="Times New Roman"/>
        <w:sz w:val="18"/>
      </w:rPr>
      <w:instrText xml:space="preserve"> PAGE </w:instrText>
    </w:r>
    <w:r w:rsidR="00866C06">
      <w:rPr>
        <w:rFonts w:cs="Times New Roman"/>
        <w:sz w:val="18"/>
      </w:rPr>
      <w:fldChar w:fldCharType="separate"/>
    </w:r>
    <w:r w:rsidR="00866C06">
      <w:rPr>
        <w:rFonts w:cs="Times New Roman"/>
        <w:noProof/>
        <w:sz w:val="18"/>
      </w:rPr>
      <w:t>2</w:t>
    </w:r>
    <w:r>
      <w:rPr>
        <w:rFonts w:cs="Times New Roman"/>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F1F14" w14:textId="77777777" w:rsidR="007D7487" w:rsidRDefault="007D74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CD4DE" w14:textId="77777777" w:rsidR="00E6407B" w:rsidRDefault="00E6407B">
      <w:pPr>
        <w:spacing w:after="0" w:line="240" w:lineRule="auto"/>
      </w:pPr>
      <w:r>
        <w:separator/>
      </w:r>
    </w:p>
  </w:footnote>
  <w:footnote w:type="continuationSeparator" w:id="0">
    <w:p w14:paraId="37D2A2BE" w14:textId="77777777" w:rsidR="00E6407B" w:rsidRDefault="00E640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30411292">
    <w:abstractNumId w:val="8"/>
  </w:num>
  <w:num w:numId="2" w16cid:durableId="597369732">
    <w:abstractNumId w:val="6"/>
  </w:num>
  <w:num w:numId="3" w16cid:durableId="1492911132">
    <w:abstractNumId w:val="5"/>
  </w:num>
  <w:num w:numId="4" w16cid:durableId="693382642">
    <w:abstractNumId w:val="4"/>
  </w:num>
  <w:num w:numId="5" w16cid:durableId="137841324">
    <w:abstractNumId w:val="7"/>
  </w:num>
  <w:num w:numId="6" w16cid:durableId="533540717">
    <w:abstractNumId w:val="3"/>
  </w:num>
  <w:num w:numId="7" w16cid:durableId="1214074500">
    <w:abstractNumId w:val="2"/>
  </w:num>
  <w:num w:numId="8" w16cid:durableId="1417247096">
    <w:abstractNumId w:val="1"/>
  </w:num>
  <w:num w:numId="9" w16cid:durableId="105278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D7487"/>
    <w:rsid w:val="00866C06"/>
    <w:rsid w:val="00AA1D8D"/>
    <w:rsid w:val="00B47730"/>
    <w:rsid w:val="00CB0664"/>
    <w:rsid w:val="00DC1398"/>
    <w:rsid w:val="00E6407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2C714D"/>
  <w14:defaultImageDpi w14:val="300"/>
  <w15:docId w15:val="{FEB32331-37D4-4AD0-99CB-DA72E044C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47"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after="20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LineNumber">
    <w:name w:val="line number"/>
    <w:basedOn w:val="DefaultParagraphFont"/>
    <w:uiPriority w:val="99"/>
    <w:semiHidden/>
    <w:unhideWhenUsed/>
    <w:rsid w:val="00866C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286</Pages>
  <Words>47959</Words>
  <Characters>282005</Characters>
  <Application>Microsoft Office Word</Application>
  <DocSecurity>0</DocSecurity>
  <Lines>5875</Lines>
  <Paragraphs>5321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324643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John/Galilee Bridge — Master Narrative — Sections 1–16</dc:title>
  <dc:subject>Bible SuperChat — John/Galilee master narrative</dc:subject>
  <dc:creator>python-docx</dc:creator>
  <cp:keywords/>
  <dc:description>Preservation-first master assembly from governing V4 Sections 1–16. Production notes removed; duplicate packet-boundary echoes reduced; substantive narrative retained.</dc:description>
  <cp:lastModifiedBy>Matt McCafferty</cp:lastModifiedBy>
  <cp:revision>2</cp:revision>
  <dcterms:created xsi:type="dcterms:W3CDTF">2013-12-23T23:15:00Z</dcterms:created>
  <dcterms:modified xsi:type="dcterms:W3CDTF">2026-09-24T11:44:00Z</dcterms:modified>
  <cp:category/>
</cp:coreProperties>
</file>