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Grace0.xml" ContentType="application/vnd.openxmlformats-officedocument.wordprocessingml.header+xml"/>
  <Override PartName="/word/footerGrace0.xml" ContentType="application/vnd.openxmlformats-officedocument.wordprocessingml.footer+xml"/>
  <Override PartName="/word/headerGrace1.xml" ContentType="application/vnd.openxmlformats-officedocument.wordprocessingml.header+xml"/>
  <Override PartName="/word/footerGrace1.xml" ContentType="application/vnd.openxmlformats-officedocument.wordprocessingml.footer+xml"/>
  <Override PartName="/word/headerGrace2.xml" ContentType="application/vnd.openxmlformats-officedocument.wordprocessingml.header+xml"/>
  <Override PartName="/word/footerGrace2.xml" ContentType="application/vnd.openxmlformats-officedocument.wordprocessingml.footer+xml"/>
  <Override PartName="/word/headerGrace3.xml" ContentType="application/vnd.openxmlformats-officedocument.wordprocessingml.header+xml"/>
  <Override PartName="/word/footerGrace3.xml" ContentType="application/vnd.openxmlformats-officedocument.wordprocessingml.footer+xml"/>
  <Override PartName="/word/headerGrace4.xml" ContentType="application/vnd.openxmlformats-officedocument.wordprocessingml.header+xml"/>
  <Override PartName="/word/footerGrace4.xml" ContentType="application/vnd.openxmlformats-officedocument.wordprocessingml.footer+xml"/>
  <Override PartName="/word/headerGrace5.xml" ContentType="application/vnd.openxmlformats-officedocument.wordprocessingml.header+xml"/>
  <Override PartName="/word/footerGrace5.xml" ContentType="application/vnd.openxmlformats-officedocument.wordprocessingml.footer+xml"/>
  <Override PartName="/word/headerGrace6.xml" ContentType="application/vnd.openxmlformats-officedocument.wordprocessingml.header+xml"/>
  <Override PartName="/word/footerGrace6.xml" ContentType="application/vnd.openxmlformats-officedocument.wordprocessingml.footer+xml"/>
  <Override PartName="/word/headerGrace7.xml" ContentType="application/vnd.openxmlformats-officedocument.wordprocessingml.header+xml"/>
  <Override PartName="/word/footerGrace7.xml" ContentType="application/vnd.openxmlformats-officedocument.wordprocessingml.footer+xml"/>
  <Override PartName="/word/headerGrace8.xml" ContentType="application/vnd.openxmlformats-officedocument.wordprocessingml.header+xml"/>
  <Override PartName="/word/footerGrace8.xml" ContentType="application/vnd.openxmlformats-officedocument.wordprocessingml.footer+xml"/>
  <Override PartName="/word/headerGrace9.xml" ContentType="application/vnd.openxmlformats-officedocument.wordprocessingml.header+xml"/>
  <Override PartName="/word/footerGrace9.xml" ContentType="application/vnd.openxmlformats-officedocument.wordprocessingml.footer+xml"/>
  <Override PartName="/word/headerGrace10.xml" ContentType="application/vnd.openxmlformats-officedocument.wordprocessingml.header+xml"/>
  <Override PartName="/word/footerGrace10.xml" ContentType="application/vnd.openxmlformats-officedocument.wordprocessingml.footer+xml"/>
  <Override PartName="/word/headerGrace11.xml" ContentType="application/vnd.openxmlformats-officedocument.wordprocessingml.header+xml"/>
  <Override PartName="/word/footerGrace1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17B8" w14:textId="77777777" w:rsidR="00831057" w:rsidRDefault="00000000">
      <w:pPr>
        <w:pStyle w:val="Title"/>
        <w:jc w:val="center"/>
      </w:pPr>
      <w:r>
        <w:t>Grace to Glorification</w:t>
      </w:r>
    </w:p>
    <w:p w14:paraId="1B53ADFC" w14:textId="77777777" w:rsidR="00831057" w:rsidRDefault="00000000">
      <w:pPr>
        <w:spacing w:after="240"/>
        <w:jc w:val="center"/>
      </w:pPr>
      <w:r>
        <w:rPr>
          <w:i/>
          <w:color w:val="595959"/>
          <w:sz w:val="28"/>
        </w:rPr>
        <w:t>Opening Statement</w:t>
      </w:r>
    </w:p>
    <w:p w14:paraId="7446629A" w14:textId="77777777" w:rsidR="00831057" w:rsidRDefault="00000000">
      <w:pPr>
        <w:spacing w:after="400"/>
        <w:jc w:val="center"/>
      </w:pPr>
      <w:r>
        <w:rPr>
          <w:i/>
          <w:color w:val="1F4E79"/>
          <w:sz w:val="19"/>
        </w:rPr>
        <w:t>Numbers 6 • Face • Grace • Peace • Name</w:t>
      </w:r>
    </w:p>
    <w:p w14:paraId="4B41A7C7" w14:textId="77777777" w:rsidR="00831057" w:rsidRDefault="00000000">
      <w:pPr>
        <w:pStyle w:val="Heading1"/>
      </w:pPr>
      <w:r>
        <w:t>Opening — When a Familiar Word Becomes Too Familiar</w:t>
      </w:r>
    </w:p>
    <w:p w14:paraId="30CE649F" w14:textId="77777777" w:rsidR="00831057" w:rsidRDefault="00000000">
      <w:pPr>
        <w:ind w:firstLine="317"/>
      </w:pPr>
      <w:r>
        <w:t>Grace is one of those words almost every Christian already knows.</w:t>
      </w:r>
    </w:p>
    <w:p w14:paraId="78F6EDBE" w14:textId="77777777" w:rsidR="00831057" w:rsidRDefault="00000000">
      <w:r>
        <w:rPr>
          <w:i/>
        </w:rPr>
        <w:t>That may be the danger.</w:t>
      </w:r>
    </w:p>
    <w:p w14:paraId="340B84E4" w14:textId="77777777" w:rsidR="00831057" w:rsidRDefault="00000000">
      <w:pPr>
        <w:ind w:firstLine="317"/>
      </w:pPr>
      <w:r>
        <w:t>The word is loved, quoted, sung, printed on coffee mugs, placed in sermon titles, attached to testimonies, and used to explain nearly every kind of help God gives. Grace is forgiveness. Grace is favor. Grace is strength. Grace is God helping in weakness. Grace is God providing in need. Grace is God being kind when kindness is not deserved.</w:t>
      </w:r>
    </w:p>
    <w:p w14:paraId="38F5E3D6" w14:textId="77777777" w:rsidR="00831057" w:rsidRDefault="00000000">
      <w:r>
        <w:rPr>
          <w:i/>
        </w:rPr>
        <w:t>All of that may be true.</w:t>
      </w:r>
    </w:p>
    <w:p w14:paraId="4C326DBF" w14:textId="77777777" w:rsidR="00831057" w:rsidRDefault="00000000">
      <w:r>
        <w:rPr>
          <w:i/>
        </w:rPr>
        <w:t>And still, something may be missing.</w:t>
      </w:r>
    </w:p>
    <w:p w14:paraId="45A90C88" w14:textId="77777777" w:rsidR="00831057" w:rsidRDefault="00000000">
      <w:pPr>
        <w:ind w:firstLine="317"/>
      </w:pPr>
      <w:r>
        <w:t>A word can become so familiar that it stops being examined. It can become so useful in Christian speech that it begins to carry meanings supplied by habit, sermons, songs, denominational systems, and personal experience before Scripture has been allowed to build the meaning in its own order.</w:t>
      </w:r>
    </w:p>
    <w:p w14:paraId="01529693" w14:textId="77777777" w:rsidR="00831057" w:rsidRDefault="00000000">
      <w:pPr>
        <w:ind w:firstLine="317"/>
      </w:pPr>
      <w:r>
        <w:t>Grace then becomes a small word for a large collection of benefits.</w:t>
      </w:r>
    </w:p>
    <w:p w14:paraId="58673EB9" w14:textId="77777777" w:rsidR="00831057" w:rsidRDefault="00000000">
      <w:pPr>
        <w:spacing w:after="40"/>
        <w:ind w:left="504"/>
      </w:pPr>
      <w:r>
        <w:t>God helped with a bill.</w:t>
      </w:r>
    </w:p>
    <w:p w14:paraId="0BDE1754" w14:textId="77777777" w:rsidR="00831057" w:rsidRDefault="00000000">
      <w:pPr>
        <w:spacing w:after="40"/>
        <w:ind w:left="504"/>
      </w:pPr>
      <w:r>
        <w:t>God restored a relationship.</w:t>
      </w:r>
    </w:p>
    <w:p w14:paraId="6231A178" w14:textId="77777777" w:rsidR="00831057" w:rsidRDefault="00000000">
      <w:pPr>
        <w:spacing w:after="40"/>
        <w:ind w:left="504"/>
      </w:pPr>
      <w:r>
        <w:t>God gave strength in grief.</w:t>
      </w:r>
    </w:p>
    <w:p w14:paraId="250C5C07" w14:textId="77777777" w:rsidR="00831057" w:rsidRDefault="00000000">
      <w:pPr>
        <w:spacing w:after="40"/>
        <w:ind w:left="504"/>
      </w:pPr>
      <w:r>
        <w:t>God forgave sin.</w:t>
      </w:r>
    </w:p>
    <w:p w14:paraId="66332D71" w14:textId="77777777" w:rsidR="00831057" w:rsidRDefault="00000000">
      <w:pPr>
        <w:spacing w:after="40"/>
        <w:ind w:left="504"/>
      </w:pPr>
      <w:r>
        <w:t>God opened a door.</w:t>
      </w:r>
    </w:p>
    <w:p w14:paraId="54632B08" w14:textId="77777777" w:rsidR="00831057" w:rsidRDefault="00000000">
      <w:pPr>
        <w:spacing w:after="40"/>
        <w:ind w:left="504"/>
      </w:pPr>
      <w:r>
        <w:t>God comforted a wound.</w:t>
      </w:r>
    </w:p>
    <w:p w14:paraId="7B76A9B8" w14:textId="77777777" w:rsidR="00831057" w:rsidRDefault="00000000">
      <w:pPr>
        <w:ind w:firstLine="317"/>
      </w:pPr>
      <w:r>
        <w:t>These are not small things. The God of Scripture does provide. He does comfort. He does hear. He does give daily bread. Jesus Himself taught confidence in the Father who feeds the birds and clothes the field.</w:t>
      </w:r>
    </w:p>
    <w:p w14:paraId="1259F38E" w14:textId="77777777" w:rsidR="00831057" w:rsidRDefault="00000000">
      <w:pPr>
        <w:ind w:firstLine="317"/>
      </w:pPr>
      <w:r>
        <w:t>But grace is larger than assistance for the life already imagined.</w:t>
      </w:r>
    </w:p>
    <w:p w14:paraId="1FE13DDE" w14:textId="77777777" w:rsidR="00831057" w:rsidRDefault="00000000">
      <w:pPr>
        <w:ind w:firstLine="317"/>
      </w:pPr>
      <w:r>
        <w:t>Grace belongs to the purpose for which God made humanity in the first place.</w:t>
      </w:r>
    </w:p>
    <w:tbl>
      <w:tblPr>
        <w:tblW w:w="0" w:type="auto"/>
        <w:jc w:val="center"/>
        <w:tblLook w:val="04A0" w:firstRow="1" w:lastRow="0" w:firstColumn="1" w:lastColumn="0" w:noHBand="0" w:noVBand="1"/>
      </w:tblPr>
      <w:tblGrid>
        <w:gridCol w:w="10080"/>
      </w:tblGrid>
      <w:tr w:rsidR="00831057" w14:paraId="6BAE7A8E" w14:textId="77777777">
        <w:trPr>
          <w:jc w:val="center"/>
        </w:trPr>
        <w:tc>
          <w:tcPr>
            <w:tcW w:w="10080" w:type="dxa"/>
            <w:tcBorders>
              <w:top w:val="single" w:sz="8" w:space="0" w:color="7EA6D9"/>
              <w:left w:val="single" w:sz="8" w:space="0" w:color="7EA6D9"/>
              <w:bottom w:val="single" w:sz="8" w:space="0" w:color="7EA6D9"/>
              <w:right w:val="single" w:sz="8" w:space="0" w:color="7EA6D9"/>
            </w:tcBorders>
            <w:shd w:val="clear" w:color="auto" w:fill="EAF3FF"/>
            <w:tcMar>
              <w:top w:w="180" w:type="dxa"/>
              <w:left w:w="180" w:type="dxa"/>
              <w:bottom w:w="180" w:type="dxa"/>
              <w:right w:w="180" w:type="dxa"/>
            </w:tcMar>
            <w:vAlign w:val="center"/>
          </w:tcPr>
          <w:p w14:paraId="1F0F38BB" w14:textId="77777777" w:rsidR="00831057" w:rsidRDefault="00000000">
            <w:r>
              <w:rPr>
                <w:i/>
                <w:color w:val="1F4E79"/>
                <w:sz w:val="22"/>
              </w:rPr>
              <w:t>“Let us make man in our image, after our likeness…”</w:t>
            </w:r>
          </w:p>
          <w:p w14:paraId="26001190" w14:textId="77777777" w:rsidR="00831057" w:rsidRDefault="00000000">
            <w:pPr>
              <w:jc w:val="right"/>
            </w:pPr>
            <w:r>
              <w:rPr>
                <w:i/>
                <w:color w:val="1F4E79"/>
                <w:sz w:val="20"/>
              </w:rPr>
              <w:t>—Genesis 1:26</w:t>
            </w:r>
          </w:p>
        </w:tc>
      </w:tr>
    </w:tbl>
    <w:p w14:paraId="1FA09119" w14:textId="77777777" w:rsidR="00831057" w:rsidRDefault="00831057"/>
    <w:p w14:paraId="6DEB3B21" w14:textId="77777777" w:rsidR="00831057" w:rsidRDefault="00000000">
      <w:pPr>
        <w:ind w:firstLine="317"/>
      </w:pPr>
      <w:r>
        <w:t>The story begins with image, life, earth, dominion, fellowship, and God’s intention to be known in His creation. Adam was truly made in the image of God, yet Adam was not the completed glorified image. The fall did not merely create personal guilt. It wounded the image, brought death, fractured fellowship, and placed creation under a curse.</w:t>
      </w:r>
    </w:p>
    <w:p w14:paraId="74485307" w14:textId="77777777" w:rsidR="00831057" w:rsidRDefault="00000000">
      <w:pPr>
        <w:ind w:firstLine="317"/>
      </w:pPr>
      <w:r>
        <w:t>So grace cannot be reduced to God improving circumstances inside a fallen order.</w:t>
      </w:r>
    </w:p>
    <w:p w14:paraId="15A61F11" w14:textId="77777777" w:rsidR="00831057" w:rsidRDefault="00000000">
      <w:pPr>
        <w:ind w:firstLine="317"/>
      </w:pPr>
      <w:r>
        <w:t>Grace must be large enough to answer the fall.</w:t>
      </w:r>
    </w:p>
    <w:p w14:paraId="21029BD4" w14:textId="77777777" w:rsidR="00831057" w:rsidRDefault="00000000">
      <w:pPr>
        <w:spacing w:after="40"/>
        <w:ind w:left="504"/>
      </w:pPr>
      <w:r>
        <w:t>It must cover shame.</w:t>
      </w:r>
    </w:p>
    <w:p w14:paraId="7C20E6E2" w14:textId="77777777" w:rsidR="00831057" w:rsidRDefault="00000000">
      <w:pPr>
        <w:spacing w:after="40"/>
        <w:ind w:left="504"/>
      </w:pPr>
      <w:r>
        <w:t>It must preserve life.</w:t>
      </w:r>
    </w:p>
    <w:p w14:paraId="15466843" w14:textId="77777777" w:rsidR="00831057" w:rsidRDefault="00000000">
      <w:pPr>
        <w:spacing w:after="40"/>
        <w:ind w:left="504"/>
      </w:pPr>
      <w:r>
        <w:t>It must hear the cry.</w:t>
      </w:r>
    </w:p>
    <w:p w14:paraId="491A8511" w14:textId="77777777" w:rsidR="00831057" w:rsidRDefault="00000000">
      <w:pPr>
        <w:spacing w:after="40"/>
        <w:ind w:left="504"/>
      </w:pPr>
      <w:r>
        <w:t>It must remember promise.</w:t>
      </w:r>
    </w:p>
    <w:p w14:paraId="196FB5E5" w14:textId="77777777" w:rsidR="00831057" w:rsidRDefault="00000000">
      <w:pPr>
        <w:spacing w:after="40"/>
        <w:ind w:left="504"/>
      </w:pPr>
      <w:r>
        <w:t>It must deliver by the hand of YHWH.</w:t>
      </w:r>
    </w:p>
    <w:p w14:paraId="6DA1C810" w14:textId="77777777" w:rsidR="00831057" w:rsidRDefault="00000000">
      <w:pPr>
        <w:spacing w:after="40"/>
        <w:ind w:left="504"/>
      </w:pPr>
      <w:r>
        <w:t>It must bring a people through water and Spirit.</w:t>
      </w:r>
    </w:p>
    <w:p w14:paraId="7284FEA7" w14:textId="77777777" w:rsidR="00831057" w:rsidRDefault="00000000">
      <w:pPr>
        <w:spacing w:after="40"/>
        <w:ind w:left="504"/>
      </w:pPr>
      <w:r>
        <w:lastRenderedPageBreak/>
        <w:t>It must place the Name of God upon them.</w:t>
      </w:r>
    </w:p>
    <w:p w14:paraId="732A3BC9" w14:textId="77777777" w:rsidR="00831057" w:rsidRDefault="00000000">
      <w:pPr>
        <w:spacing w:after="40"/>
        <w:ind w:left="504"/>
      </w:pPr>
      <w:r>
        <w:t>It must make His Face shine.</w:t>
      </w:r>
    </w:p>
    <w:p w14:paraId="3644763F" w14:textId="77777777" w:rsidR="00831057" w:rsidRDefault="00000000">
      <w:pPr>
        <w:spacing w:after="40"/>
        <w:ind w:left="504"/>
      </w:pPr>
      <w:r>
        <w:t>It must provide priesthood, sacrifice, blessing, cleansing, peace, and restored dwelling.</w:t>
      </w:r>
    </w:p>
    <w:p w14:paraId="7B791BD6" w14:textId="77777777" w:rsidR="00831057" w:rsidRDefault="00000000">
      <w:pPr>
        <w:spacing w:after="40"/>
        <w:ind w:left="504"/>
      </w:pPr>
      <w:r>
        <w:t>It must bring the promised Seed.</w:t>
      </w:r>
    </w:p>
    <w:p w14:paraId="702DCF7C" w14:textId="77777777" w:rsidR="00831057" w:rsidRDefault="00000000">
      <w:pPr>
        <w:spacing w:after="40"/>
        <w:ind w:left="504"/>
      </w:pPr>
      <w:r>
        <w:t>It must reveal the pierced One.</w:t>
      </w:r>
    </w:p>
    <w:p w14:paraId="287DB3DF" w14:textId="77777777" w:rsidR="00831057" w:rsidRDefault="00000000">
      <w:pPr>
        <w:spacing w:after="40"/>
        <w:ind w:left="504"/>
      </w:pPr>
      <w:r>
        <w:t>It must pour out the Spirit.</w:t>
      </w:r>
    </w:p>
    <w:p w14:paraId="796A342C" w14:textId="77777777" w:rsidR="00831057" w:rsidRDefault="00000000">
      <w:pPr>
        <w:spacing w:after="40"/>
        <w:ind w:left="504"/>
      </w:pPr>
      <w:r>
        <w:t>It must make living stones into a dwelling place for God.</w:t>
      </w:r>
    </w:p>
    <w:p w14:paraId="7A6064BB" w14:textId="77777777" w:rsidR="00831057" w:rsidRDefault="00000000">
      <w:pPr>
        <w:spacing w:after="40"/>
        <w:ind w:left="504"/>
      </w:pPr>
      <w:r>
        <w:t>It must carry humanity from fallen image to glorified image.</w:t>
      </w:r>
    </w:p>
    <w:p w14:paraId="5F0557BD" w14:textId="77777777" w:rsidR="00831057" w:rsidRDefault="00000000">
      <w:pPr>
        <w:ind w:firstLine="317"/>
      </w:pPr>
      <w:r>
        <w:t>Only then does daily grace find its proper place.</w:t>
      </w:r>
    </w:p>
    <w:p w14:paraId="6B03C699" w14:textId="77777777" w:rsidR="00831057" w:rsidRDefault="00000000">
      <w:pPr>
        <w:ind w:firstLine="317"/>
      </w:pPr>
      <w:r>
        <w:t>The daily provision is real, but it is not the center. The center is the God who intends to reclaim what is His, dwell with His people, and fill His creation with the knowledge of Himself.</w:t>
      </w:r>
    </w:p>
    <w:p w14:paraId="0AE6CCBA" w14:textId="77777777" w:rsidR="00831057" w:rsidRDefault="00000000">
      <w:pPr>
        <w:ind w:firstLine="317"/>
      </w:pPr>
      <w:r>
        <w:t>This is why grace must be followed slowly.</w:t>
      </w:r>
    </w:p>
    <w:p w14:paraId="5348B9D6" w14:textId="08FC8A86" w:rsidR="00831057" w:rsidRDefault="00000000">
      <w:pPr>
        <w:ind w:firstLine="317"/>
      </w:pPr>
      <w:r>
        <w:t>Not merely by asking where the word first appears, but by tracing the actions of God that prepare the word before it is named: covering, accepting faith, warning the sinner, blessing through a priest-king, counting righteousness, renaming, hearing supplication, remembering covenant, delivering by His own hand, revealing His Face, and placing His Name upon a people.</w:t>
      </w:r>
    </w:p>
    <w:p w14:paraId="280E1E69" w14:textId="77777777" w:rsidR="00831057" w:rsidRDefault="00000000">
      <w:pPr>
        <w:ind w:firstLine="317"/>
      </w:pPr>
      <w:r>
        <w:t>Noah will matter deeply. The ark will become one of the clearest pictures of life sheltered and preserved. But the ark should not be rushed. Grace named in Noah becomes more visible after the wider story has taught what God is preserving, why He preserves it, and where the preserved life is going.</w:t>
      </w:r>
    </w:p>
    <w:p w14:paraId="40B1698D" w14:textId="77777777" w:rsidR="00831057" w:rsidRDefault="00000000">
      <w:pPr>
        <w:ind w:firstLine="317"/>
      </w:pPr>
      <w:r>
        <w:t>The path begins with a familiar word made strange again.</w:t>
      </w:r>
    </w:p>
    <w:p w14:paraId="712B2408" w14:textId="77777777" w:rsidR="00831057" w:rsidRDefault="00000000">
      <w:pPr>
        <w:ind w:firstLine="317"/>
      </w:pPr>
      <w:r>
        <w:t>Grace is not merely God being kind to the undeserving.</w:t>
      </w:r>
    </w:p>
    <w:p w14:paraId="1F1230A2" w14:textId="77777777" w:rsidR="00831057" w:rsidRDefault="00000000">
      <w:pPr>
        <w:spacing w:before="120" w:after="120"/>
        <w:ind w:left="360" w:right="360"/>
        <w:sectPr w:rsidR="00831057" w:rsidSect="00034616">
          <w:headerReference w:type="default" r:id="rIdGrace0header"/>
          <w:footerReference w:type="default" r:id="rIdGrace0footer"/>
          <w:type w:val="nextPage"/>
          <w:pgSz w:w="12240" w:h="15840"/>
          <w:pgMar w:top="936" w:right="1080" w:bottom="864" w:left="1080" w:header="720" w:footer="720" w:gutter="0"/>
          <w:pgNumType w:start="1"/>
          <w:cols w:space="720"/>
          <w:docGrid w:linePitch="360"/>
        </w:sectPr>
      </w:pPr>
      <w:r>
        <w:rPr>
          <w:b/>
          <w:color w:val="1F4E79"/>
          <w:sz w:val="23"/>
        </w:rPr>
        <w:t>Grace is YHWH’s covenant favor acting to guard, shelter, preserve, renew, indwell, and glorify life through the promised Priest-King, until the dwelling of God is with man, the curse is gone, His servants see His Face, His Name is in their foreheads, and the image reaches its appointed glory.</w:t>
      </w:r>
    </w:p>
    <w:p>
      <w:pPr>
        <w:pStyle w:val="Grace1Normal"/>
        <w:spacing w:after="200"/>
        <w:jc w:val="center"/>
      </w:pPr>
      <w:r>
        <w:rPr>
          <w:rFonts w:ascii="Georgia" w:hAnsi="Georgia"/>
          <w:b/>
          <w:i w:val="0"/>
          <w:color w:val="1F4E79"/>
          <w:sz w:val="36"/>
        </w:rPr>
        <w:t>GRACE TO GLORIFICATION</w:t>
      </w:r>
    </w:p>
    <w:p>
      <w:pPr>
        <w:pStyle w:val="Grace1Normal"/>
        <w:spacing w:after="60"/>
        <w:jc w:val="center"/>
      </w:pPr>
      <w:r>
        <w:rPr>
          <w:rFonts w:ascii="Georgia" w:hAnsi="Georgia"/>
          <w:b w:val="0"/>
          <w:i/>
          <w:color w:val="464646"/>
          <w:sz w:val="28"/>
        </w:rPr>
        <w:t>Part One</w:t>
      </w:r>
    </w:p>
    <w:p>
      <w:pPr>
        <w:pStyle w:val="Grace1Normal"/>
        <w:spacing w:after="80"/>
        <w:jc w:val="center"/>
      </w:pPr>
      <w:r>
        <w:rPr>
          <w:rFonts w:ascii="Georgia" w:hAnsi="Georgia"/>
          <w:b/>
          <w:i w:val="0"/>
          <w:color w:val="1F4E79"/>
          <w:sz w:val="40"/>
        </w:rPr>
        <w:t>The Priestly Word of Grace</w:t>
      </w:r>
    </w:p>
    <w:p>
      <w:pPr>
        <w:pStyle w:val="Grace1Normal"/>
        <w:spacing w:after="280"/>
        <w:jc w:val="center"/>
      </w:pPr>
      <w:r>
        <w:rPr>
          <w:rFonts w:ascii="Georgia" w:hAnsi="Georgia"/>
          <w:b w:val="0"/>
          <w:i/>
          <w:color w:val="464646"/>
          <w:sz w:val="25"/>
        </w:rPr>
        <w:t>Numbers 6 and the First Spirograph Loop</w:t>
      </w:r>
    </w:p>
    <w:p>
      <w:pPr>
        <w:pStyle w:val="Grace1BodyText"/>
        <w:spacing w:after="120" w:line="259" w:lineRule="auto"/>
      </w:pPr>
      <w:r>
        <w:rPr>
          <w:rFonts w:ascii="Georgia" w:hAnsi="Georgia"/>
          <w:b w:val="0"/>
          <w:i w:val="0"/>
          <w:sz w:val="22"/>
        </w:rPr>
        <w:t>This first section does not attempt to define grace all at once. It places the reader at the center of the pattern: the priestly blessing of Numbers 6. From there, the first loop reaches backward to Melchizedek and Jacob, then forward to Christ, the true High Priest after the order of Melchizedek.</w:t>
      </w:r>
    </w:p>
    <w:p>
      <w:pPr>
        <w:pStyle w:val="Grace1Normal"/>
        <w:spacing w:before="80" w:after="160"/>
        <w:jc w:val="center"/>
      </w:pPr>
      <w:r>
        <w:rPr>
          <w:rFonts w:ascii="Georgia" w:hAnsi="Georgia"/>
          <w:b/>
          <w:color w:val="1F4E79"/>
          <w:sz w:val="22"/>
        </w:rPr>
        <w:t>YHWH → Moses the prophet → Aaron the priest → Israel</w:t>
      </w:r>
    </w:p>
    <w:p>
      <w:pPr>
        <w:pStyle w:val="Grace1Normal"/>
        <w:spacing w:before="80" w:after="160"/>
        <w:jc w:val="center"/>
      </w:pPr>
      <w:r>
        <w:rPr>
          <w:rFonts w:ascii="Georgia" w:hAnsi="Georgia"/>
          <w:b/>
          <w:color w:val="1F4E79"/>
          <w:sz w:val="22"/>
        </w:rPr>
        <w:t>Blessing → Keeping → Face → Grace → Peace → Name</w:t>
      </w:r>
    </w:p>
    <w:p>
      <w:pPr>
        <w:pStyle w:val="Grace1Heading1"/>
        <w:spacing w:before="240" w:after="120"/>
      </w:pPr>
      <w:r>
        <w:rPr>
          <w:rFonts w:ascii="Georgia" w:hAnsi="Georgia"/>
          <w:b/>
          <w:color w:val="1F4E79"/>
          <w:sz w:val="32"/>
        </w:rPr>
        <w:t>1. YHWH Gives the Priestly Word</w:t>
      </w:r>
    </w:p>
    <w:p>
      <w:pPr>
        <w:pStyle w:val="Grace1BodyText"/>
        <w:spacing w:after="120" w:line="259" w:lineRule="auto"/>
      </w:pPr>
      <w:r>
        <w:rPr>
          <w:rFonts w:ascii="Georgia" w:hAnsi="Georgia"/>
          <w:b w:val="0"/>
          <w:i w:val="0"/>
          <w:sz w:val="22"/>
        </w:rPr>
        <w:t>Numbers 6 is often called the Aaronic blessing, but the passage itself keeps the source clear. Aaron speaks, but YHWH blesses. The priestly mouth carries the divine word, but the grace remains YHWH’s.</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1Normal"/>
              <w:spacing w:after="80"/>
            </w:pPr>
            <w:r/>
            <w:r>
              <w:rPr>
                <w:rFonts w:ascii="Georgia" w:hAnsi="Georgia"/>
                <w:b/>
                <w:i/>
                <w:color w:val="1F4E79"/>
                <w:sz w:val="21"/>
              </w:rPr>
              <w:t>Numbers 6:22–27</w:t>
            </w:r>
          </w:p>
          <w:p>
            <w:pPr>
              <w:pStyle w:val="Grace1Normal"/>
              <w:spacing w:after="60" w:line="252" w:lineRule="auto"/>
            </w:pPr>
            <w:r>
              <w:rPr>
                <w:rFonts w:ascii="Georgia" w:hAnsi="Georgia"/>
                <w:color w:val="00376E"/>
                <w:sz w:val="20"/>
              </w:rPr>
              <w:t>And the LORD spake unto Moses, saying,</w:t>
            </w:r>
          </w:p>
          <w:p>
            <w:pPr>
              <w:pStyle w:val="Grace1Normal"/>
              <w:spacing w:after="60" w:line="252" w:lineRule="auto"/>
            </w:pPr>
            <w:r>
              <w:rPr>
                <w:rFonts w:ascii="Georgia" w:hAnsi="Georgia"/>
                <w:color w:val="00376E"/>
                <w:sz w:val="20"/>
              </w:rPr>
              <w:t>Speak unto Aaron and unto his sons, saying, On this wise ye shall bless the children of Israel, saying unto them,</w:t>
            </w:r>
          </w:p>
          <w:p>
            <w:pPr>
              <w:pStyle w:val="Grace1Normal"/>
              <w:spacing w:after="60" w:line="252" w:lineRule="auto"/>
            </w:pPr>
            <w:r>
              <w:rPr>
                <w:rFonts w:ascii="Georgia" w:hAnsi="Georgia"/>
                <w:color w:val="00376E"/>
                <w:sz w:val="20"/>
              </w:rPr>
              <w:t>The LORD bless thee, and keep thee:</w:t>
            </w:r>
          </w:p>
          <w:p>
            <w:pPr>
              <w:pStyle w:val="Grace1Normal"/>
              <w:spacing w:after="60" w:line="252" w:lineRule="auto"/>
            </w:pPr>
            <w:r>
              <w:rPr>
                <w:rFonts w:ascii="Georgia" w:hAnsi="Georgia"/>
                <w:color w:val="00376E"/>
                <w:sz w:val="20"/>
              </w:rPr>
              <w:t>The LORD make his face shine upon thee, and be gracious unto thee:</w:t>
            </w:r>
          </w:p>
          <w:p>
            <w:pPr>
              <w:pStyle w:val="Grace1Normal"/>
              <w:spacing w:after="60" w:line="252" w:lineRule="auto"/>
            </w:pPr>
            <w:r>
              <w:rPr>
                <w:rFonts w:ascii="Georgia" w:hAnsi="Georgia"/>
                <w:color w:val="00376E"/>
                <w:sz w:val="20"/>
              </w:rPr>
              <w:t>The LORD lift up his countenance upon thee, and give thee peace.</w:t>
            </w:r>
          </w:p>
          <w:p>
            <w:pPr>
              <w:pStyle w:val="Grace1Normal"/>
              <w:spacing w:after="60" w:line="252" w:lineRule="auto"/>
            </w:pPr>
            <w:r>
              <w:rPr>
                <w:rFonts w:ascii="Georgia" w:hAnsi="Georgia"/>
                <w:color w:val="00376E"/>
                <w:sz w:val="20"/>
              </w:rPr>
              <w:t>And they shall put my name upon the children of Israel; and I will bless them.</w:t>
            </w:r>
          </w:p>
        </w:tc>
      </w:tr>
    </w:tbl>
    <w:p>
      <w:pPr>
        <w:pStyle w:val="Grace1Normal"/>
        <w:spacing w:after="20"/>
      </w:pPr>
    </w:p>
    <w:p>
      <w:pPr>
        <w:pStyle w:val="Grace1BodyText"/>
        <w:spacing w:after="120" w:line="259" w:lineRule="auto"/>
        <w:ind w:firstLine="259"/>
      </w:pPr>
      <w:r>
        <w:rPr>
          <w:rFonts w:ascii="Georgia" w:hAnsi="Georgia"/>
          <w:b w:val="0"/>
          <w:i w:val="0"/>
          <w:sz w:val="22"/>
        </w:rPr>
        <w:t>The movement is precise. YHWH speaks to Moses. Moses carries the word to Aaron and his sons. Aaron and his sons speak the blessing over Israel. Then YHWH says, “I will bless them.” The blessing is not sourced in Aaron. It belongs to YHWH from beginning to end.</w:t>
      </w:r>
    </w:p>
    <w:p>
      <w:pPr>
        <w:pStyle w:val="Grace1BodyText"/>
        <w:spacing w:after="120" w:line="259" w:lineRule="auto"/>
        <w:ind w:firstLine="259"/>
      </w:pPr>
      <w:r>
        <w:rPr>
          <w:rFonts w:ascii="Georgia" w:hAnsi="Georgia"/>
          <w:b w:val="0"/>
          <w:i w:val="0"/>
          <w:sz w:val="22"/>
        </w:rPr>
        <w:t>Grace does not bypass human vocation; it restores and empowers it. YHWH gives the word, supplies the presence, and then works through the obedient human vessel so that His Name may be known, His kingdom displayed, and His glory revealed.</w:t>
      </w:r>
    </w:p>
    <w:p>
      <w:pPr>
        <w:pStyle w:val="Grace1BodyText"/>
        <w:spacing w:after="120" w:line="259" w:lineRule="auto"/>
        <w:ind w:firstLine="259"/>
      </w:pPr>
      <w:r>
        <w:rPr>
          <w:rFonts w:ascii="Georgia" w:hAnsi="Georgia"/>
          <w:b w:val="0"/>
          <w:i w:val="0"/>
          <w:sz w:val="22"/>
        </w:rPr>
        <w:t>In Numbers 6, YHWH speaks through Moses the prophet to Aaron the priest, and Aaron speaks YHWH’s blessing over the people. The blessing remains YHWH’s, but He chooses to carry His word through appointed human vessels so that the people may receive His Name, the nations may know Him, and He may be glorified.</w:t>
      </w:r>
    </w:p>
    <w:p>
      <w:pPr>
        <w:pStyle w:val="Grace1BodyText"/>
        <w:spacing w:after="120" w:line="259" w:lineRule="auto"/>
        <w:ind w:firstLine="259"/>
      </w:pPr>
      <w:r>
        <w:rPr>
          <w:rFonts w:ascii="Georgia" w:hAnsi="Georgia"/>
          <w:b w:val="0"/>
          <w:i w:val="0"/>
          <w:sz w:val="22"/>
        </w:rPr>
        <w:t>This is the center point. The study will return to it repeatedly. For now, the first observation is simple: the priest does not manufacture grace. The priest is trained to carry the word of YHWH’s favor.</w:t>
      </w:r>
    </w:p>
    <w:p>
      <w:pPr>
        <w:pStyle w:val="Grace1Heading1"/>
        <w:spacing w:before="240" w:after="120"/>
      </w:pPr>
      <w:r>
        <w:rPr>
          <w:rFonts w:ascii="Georgia" w:hAnsi="Georgia"/>
          <w:b/>
          <w:color w:val="1F4E79"/>
          <w:sz w:val="32"/>
        </w:rPr>
        <w:t>2. A Priest Who Blesses Before Aaron</w:t>
      </w:r>
    </w:p>
    <w:p>
      <w:pPr>
        <w:pStyle w:val="Grace1BodyText"/>
        <w:spacing w:after="120" w:line="259" w:lineRule="auto"/>
      </w:pPr>
      <w:r>
        <w:rPr>
          <w:rFonts w:ascii="Georgia" w:hAnsi="Georgia"/>
          <w:b w:val="0"/>
          <w:i w:val="0"/>
          <w:sz w:val="22"/>
        </w:rPr>
        <w:t>Aaron is being trained into priestly service, but Aaron is not the first priest in Scripture. Before Aaron blesses Israel, Melchizedek blesses Abram. Scripture introduces him as both king and priest, and his blessing comes in the name of the Most High God, possessor of heaven and earth.</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1Normal"/>
              <w:spacing w:after="80"/>
            </w:pPr>
            <w:r/>
            <w:r>
              <w:rPr>
                <w:rFonts w:ascii="Georgia" w:hAnsi="Georgia"/>
                <w:b/>
                <w:i/>
                <w:color w:val="1F4E79"/>
                <w:sz w:val="21"/>
              </w:rPr>
              <w:t>Genesis 14:18–20</w:t>
            </w:r>
          </w:p>
          <w:p>
            <w:pPr>
              <w:pStyle w:val="Grace1Normal"/>
              <w:spacing w:after="60" w:line="252" w:lineRule="auto"/>
            </w:pPr>
            <w:r>
              <w:rPr>
                <w:rFonts w:ascii="Georgia" w:hAnsi="Georgia"/>
                <w:color w:val="00376E"/>
                <w:sz w:val="20"/>
              </w:rPr>
              <w:t>And Melchizedek king of Salem brought forth bread and wine: and he was the priest of the most high God.</w:t>
            </w:r>
          </w:p>
          <w:p>
            <w:pPr>
              <w:pStyle w:val="Grace1Normal"/>
              <w:spacing w:after="60" w:line="252" w:lineRule="auto"/>
            </w:pPr>
            <w:r>
              <w:rPr>
                <w:rFonts w:ascii="Georgia" w:hAnsi="Georgia"/>
                <w:color w:val="00376E"/>
                <w:sz w:val="20"/>
              </w:rPr>
              <w:t>And he blessed him, and said, Blessed be Abram of the most high God, possessor of heaven and earth:</w:t>
            </w:r>
          </w:p>
          <w:p>
            <w:pPr>
              <w:pStyle w:val="Grace1Normal"/>
              <w:spacing w:after="60" w:line="252" w:lineRule="auto"/>
            </w:pPr>
            <w:r>
              <w:rPr>
                <w:rFonts w:ascii="Georgia" w:hAnsi="Georgia"/>
                <w:color w:val="00376E"/>
                <w:sz w:val="20"/>
              </w:rPr>
              <w:t>And blessed be the most high God, which hath delivered thine enemies into thy hand. And he gave him tithes of all.</w:t>
            </w:r>
          </w:p>
        </w:tc>
      </w:tr>
    </w:tbl>
    <w:p>
      <w:pPr>
        <w:pStyle w:val="Grace1Normal"/>
        <w:spacing w:after="20"/>
      </w:pPr>
    </w:p>
    <w:p>
      <w:pPr>
        <w:pStyle w:val="Grace1BodyText"/>
        <w:spacing w:after="120" w:line="259" w:lineRule="auto"/>
        <w:ind w:firstLine="259"/>
      </w:pPr>
      <w:r>
        <w:rPr>
          <w:rFonts w:ascii="Georgia" w:hAnsi="Georgia"/>
          <w:b w:val="0"/>
          <w:i w:val="0"/>
          <w:sz w:val="22"/>
        </w:rPr>
        <w:t>The passage does not require an identity argument here. The immediate point is already weighty enough. Before the Aaronic priesthood is formed, Scripture has placed a priest-king in the story, and that priest-king blesses Abraham.</w:t>
      </w:r>
    </w:p>
    <w:p>
      <w:pPr>
        <w:pStyle w:val="Grace1BodyText"/>
        <w:spacing w:after="120" w:line="259" w:lineRule="auto"/>
        <w:ind w:firstLine="259"/>
      </w:pPr>
      <w:r>
        <w:rPr>
          <w:rFonts w:ascii="Georgia" w:hAnsi="Georgia"/>
          <w:b w:val="0"/>
          <w:i w:val="0"/>
          <w:sz w:val="22"/>
        </w:rPr>
        <w:t>Melchizedek does not appear as a decorative detail. He brings together kingship, priesthood, blessing, bread and wine, and the God who possesses heaven and earth. Later Scripture will return to him, but even here the first loop has already begun: priesthood and blessing appear before Aaron, and they are connected to Abraham’s promise-line.</w:t>
      </w:r>
    </w:p>
    <w:p>
      <w:pPr>
        <w:pStyle w:val="Grace1Heading1"/>
        <w:spacing w:before="240" w:after="120"/>
      </w:pPr>
      <w:r>
        <w:rPr>
          <w:rFonts w:ascii="Georgia" w:hAnsi="Georgia"/>
          <w:b/>
          <w:color w:val="1F4E79"/>
          <w:sz w:val="32"/>
        </w:rPr>
        <w:t>3. Israel Is Born from Blessing, Face, and Name</w:t>
      </w:r>
    </w:p>
    <w:p>
      <w:pPr>
        <w:pStyle w:val="Grace1BodyText"/>
        <w:spacing w:after="120" w:line="259" w:lineRule="auto"/>
      </w:pPr>
      <w:r>
        <w:rPr>
          <w:rFonts w:ascii="Georgia" w:hAnsi="Georgia"/>
          <w:b w:val="0"/>
          <w:i w:val="0"/>
          <w:sz w:val="22"/>
        </w:rPr>
        <w:t>The same loop then touches Jacob. The grandson of Abraham clings for blessing. He does not merely receive comfort. He receives blessing, a new name, and preserved life before the Face of God.</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1Normal"/>
              <w:spacing w:after="80"/>
            </w:pPr>
            <w:r/>
            <w:r>
              <w:rPr>
                <w:rFonts w:ascii="Georgia" w:hAnsi="Georgia"/>
                <w:b/>
                <w:i/>
                <w:color w:val="1F4E79"/>
                <w:sz w:val="21"/>
              </w:rPr>
              <w:t>Genesis 32:26–30</w:t>
            </w:r>
          </w:p>
          <w:p>
            <w:pPr>
              <w:pStyle w:val="Grace1Normal"/>
              <w:spacing w:after="60" w:line="252" w:lineRule="auto"/>
            </w:pPr>
            <w:r>
              <w:rPr>
                <w:rFonts w:ascii="Georgia" w:hAnsi="Georgia"/>
                <w:color w:val="00376E"/>
                <w:sz w:val="20"/>
              </w:rPr>
              <w:t>And he said, Let me go, for the day breaketh. And he said, I will not let thee go, except thou bless me.</w:t>
            </w:r>
          </w:p>
          <w:p>
            <w:pPr>
              <w:pStyle w:val="Grace1Normal"/>
              <w:spacing w:after="60" w:line="252" w:lineRule="auto"/>
            </w:pPr>
            <w:r>
              <w:rPr>
                <w:rFonts w:ascii="Georgia" w:hAnsi="Georgia"/>
                <w:color w:val="00376E"/>
                <w:sz w:val="20"/>
              </w:rPr>
              <w:t>And he said unto him, What is thy name? And he said, Jacob.</w:t>
            </w:r>
          </w:p>
          <w:p>
            <w:pPr>
              <w:pStyle w:val="Grace1Normal"/>
              <w:spacing w:after="60" w:line="252" w:lineRule="auto"/>
            </w:pPr>
            <w:r>
              <w:rPr>
                <w:rFonts w:ascii="Georgia" w:hAnsi="Georgia"/>
                <w:color w:val="00376E"/>
                <w:sz w:val="20"/>
              </w:rPr>
              <w:t>And he said, Thy name shall be called no more Jacob, but Israel: for as a prince hast thou power with God and with men, and hast prevailed.</w:t>
            </w:r>
          </w:p>
          <w:p>
            <w:pPr>
              <w:pStyle w:val="Grace1Normal"/>
              <w:spacing w:after="60" w:line="252" w:lineRule="auto"/>
            </w:pPr>
            <w:r>
              <w:rPr>
                <w:rFonts w:ascii="Georgia" w:hAnsi="Georgia"/>
                <w:color w:val="00376E"/>
                <w:sz w:val="20"/>
              </w:rPr>
              <w:t>And Jacob asked him, and said, Tell me, I pray thee, thy name. And he said, Wherefore is it that thou dost ask after my name? And he blessed him there.</w:t>
            </w:r>
          </w:p>
          <w:p>
            <w:pPr>
              <w:pStyle w:val="Grace1Normal"/>
              <w:spacing w:after="60" w:line="252" w:lineRule="auto"/>
            </w:pPr>
            <w:r>
              <w:rPr>
                <w:rFonts w:ascii="Georgia" w:hAnsi="Georgia"/>
                <w:color w:val="00376E"/>
                <w:sz w:val="20"/>
              </w:rPr>
              <w:t>And Jacob called the name of the place Peniel: for I have seen God face to face, and my life is preserved.</w:t>
            </w:r>
          </w:p>
        </w:tc>
      </w:tr>
    </w:tbl>
    <w:p>
      <w:pPr>
        <w:pStyle w:val="Grace1Normal"/>
        <w:spacing w:after="20"/>
      </w:pPr>
    </w:p>
    <w:p>
      <w:pPr>
        <w:pStyle w:val="Grace1BodyText"/>
        <w:spacing w:after="120" w:line="259" w:lineRule="auto"/>
        <w:ind w:firstLine="259"/>
      </w:pPr>
      <w:r>
        <w:rPr>
          <w:rFonts w:ascii="Georgia" w:hAnsi="Georgia"/>
          <w:b w:val="0"/>
          <w:i w:val="0"/>
          <w:sz w:val="22"/>
        </w:rPr>
        <w:t>This is one of the first great contact points with Numbers 6. Jacob asks for blessing. The One who meets him is able to bless. Jacob receives a new name. The place is named Peniel because he has seen God face to face, and his life is preserved.</w:t>
      </w:r>
    </w:p>
    <w:p>
      <w:pPr>
        <w:pStyle w:val="Grace1BodyText"/>
        <w:spacing w:after="120" w:line="259" w:lineRule="auto"/>
        <w:ind w:firstLine="259"/>
      </w:pPr>
      <w:r>
        <w:rPr>
          <w:rFonts w:ascii="Georgia" w:hAnsi="Georgia"/>
          <w:b w:val="0"/>
          <w:i w:val="0"/>
          <w:sz w:val="22"/>
        </w:rPr>
        <w:t>Before Aaron ever says, “The LORD make his face shine upon thee,” Israel’s own name has already been born from an encounter involving blessing, Face, name, and preserved life. The priestly blessing will later be spoken over Israel, but Israel itself is the name given in the place where Jacob clung for blessing and lived before the Face of God.</w:t>
      </w:r>
    </w:p>
    <w:p>
      <w:pPr>
        <w:pStyle w:val="Grace1BodyText"/>
        <w:spacing w:after="120" w:line="259" w:lineRule="auto"/>
        <w:ind w:firstLine="259"/>
      </w:pPr>
      <w:r>
        <w:rPr>
          <w:rFonts w:ascii="Georgia" w:hAnsi="Georgia"/>
          <w:b w:val="0"/>
          <w:i w:val="0"/>
          <w:sz w:val="22"/>
        </w:rPr>
        <w:t>The location belongs to the promise and inheritance corridor of the story, but this section does not need to carry all of that weight at once. The main line is already clear: Abraham is blessed by a priest-king; Jacob clings for blessing and is renamed Israel; the Face of God is seen; life is preserved.</w:t>
      </w:r>
    </w:p>
    <w:p>
      <w:pPr>
        <w:pStyle w:val="Grace1Heading1"/>
        <w:spacing w:before="240" w:after="120"/>
      </w:pPr>
      <w:r>
        <w:rPr>
          <w:rFonts w:ascii="Georgia" w:hAnsi="Georgia"/>
          <w:b/>
          <w:color w:val="1F4E79"/>
          <w:sz w:val="32"/>
        </w:rPr>
        <w:t>4. Hosea Rehearses the Encounter</w:t>
      </w:r>
    </w:p>
    <w:p>
      <w:pPr>
        <w:pStyle w:val="Grace1BodyText"/>
        <w:spacing w:after="120" w:line="259" w:lineRule="auto"/>
      </w:pPr>
      <w:r>
        <w:rPr>
          <w:rFonts w:ascii="Georgia" w:hAnsi="Georgia"/>
          <w:b w:val="0"/>
          <w:i w:val="0"/>
          <w:sz w:val="22"/>
        </w:rPr>
        <w:t>Hosea later recalls Jacob’s encounter and refuses to flatten it into mere human struggle. He places it inside the language of God, angel, supplication, and the Name of YHWH.</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1Normal"/>
              <w:spacing w:after="80"/>
            </w:pPr>
            <w:r/>
            <w:r>
              <w:rPr>
                <w:rFonts w:ascii="Georgia" w:hAnsi="Georgia"/>
                <w:b/>
                <w:i/>
                <w:color w:val="1F4E79"/>
                <w:sz w:val="21"/>
              </w:rPr>
              <w:t>Hosea 12:3–5</w:t>
            </w:r>
          </w:p>
          <w:p>
            <w:pPr>
              <w:pStyle w:val="Grace1Normal"/>
              <w:spacing w:after="60" w:line="252" w:lineRule="auto"/>
            </w:pPr>
            <w:r>
              <w:rPr>
                <w:rFonts w:ascii="Georgia" w:hAnsi="Georgia"/>
                <w:color w:val="00376E"/>
                <w:sz w:val="20"/>
              </w:rPr>
              <w:t>He took his brother by the heel in the womb, and by his strength he had power with God:</w:t>
            </w:r>
          </w:p>
          <w:p>
            <w:pPr>
              <w:pStyle w:val="Grace1Normal"/>
              <w:spacing w:after="60" w:line="252" w:lineRule="auto"/>
            </w:pPr>
            <w:r>
              <w:rPr>
                <w:rFonts w:ascii="Georgia" w:hAnsi="Georgia"/>
                <w:color w:val="00376E"/>
                <w:sz w:val="20"/>
              </w:rPr>
              <w:t>Yea, he had power over the angel, and prevailed: he wept, and made supplication unto him: he found him in Bethel, and there he spake with us;</w:t>
            </w:r>
          </w:p>
          <w:p>
            <w:pPr>
              <w:pStyle w:val="Grace1Normal"/>
              <w:spacing w:after="60" w:line="252" w:lineRule="auto"/>
            </w:pPr>
            <w:r>
              <w:rPr>
                <w:rFonts w:ascii="Georgia" w:hAnsi="Georgia"/>
                <w:color w:val="00376E"/>
                <w:sz w:val="20"/>
              </w:rPr>
              <w:t>Even the LORD God of hosts; the LORD is his memorial.</w:t>
            </w:r>
          </w:p>
        </w:tc>
      </w:tr>
    </w:tbl>
    <w:p>
      <w:pPr>
        <w:pStyle w:val="Grace1Normal"/>
        <w:spacing w:after="20"/>
      </w:pPr>
    </w:p>
    <w:p>
      <w:pPr>
        <w:pStyle w:val="Grace1BodyText"/>
        <w:spacing w:after="120" w:line="259" w:lineRule="auto"/>
        <w:ind w:firstLine="259"/>
      </w:pPr>
      <w:r>
        <w:rPr>
          <w:rFonts w:ascii="Georgia" w:hAnsi="Georgia"/>
          <w:b w:val="0"/>
          <w:i w:val="0"/>
          <w:sz w:val="22"/>
        </w:rPr>
        <w:t>Hosea adds a word that will matter later: supplication. Jacob’s blessing was not detached from weakness, pleading, desire, and clinging. He wept and made supplication. The encounter leads Hosea to say, “Even the LORD God of hosts; the LORD is his memorial.”</w:t>
      </w:r>
    </w:p>
    <w:p>
      <w:pPr>
        <w:pStyle w:val="Grace1BodyText"/>
        <w:spacing w:after="120" w:line="259" w:lineRule="auto"/>
        <w:ind w:firstLine="259"/>
      </w:pPr>
      <w:r>
        <w:rPr>
          <w:rFonts w:ascii="Georgia" w:hAnsi="Georgia"/>
          <w:b w:val="0"/>
          <w:i w:val="0"/>
          <w:sz w:val="22"/>
        </w:rPr>
        <w:t>This means the Jacob event is not a side story. It is a theological witness. Blessing, supplication, the Face of God, the Name, and preserved life are already touching one another before Numbers 6 gathers them into priestly speech.</w:t>
      </w:r>
    </w:p>
    <w:p>
      <w:pPr>
        <w:pStyle w:val="Grace1Heading1"/>
        <w:spacing w:before="240" w:after="120"/>
      </w:pPr>
      <w:r>
        <w:rPr>
          <w:rFonts w:ascii="Georgia" w:hAnsi="Georgia"/>
          <w:b/>
          <w:color w:val="1F4E79"/>
          <w:sz w:val="32"/>
        </w:rPr>
        <w:t>5. Numbers 6 Reheard</w:t>
      </w:r>
    </w:p>
    <w:p>
      <w:pPr>
        <w:pStyle w:val="Grace1BodyText"/>
        <w:spacing w:after="120" w:line="259" w:lineRule="auto"/>
      </w:pPr>
      <w:r>
        <w:rPr>
          <w:rFonts w:ascii="Georgia" w:hAnsi="Georgia"/>
          <w:b w:val="0"/>
          <w:i w:val="0"/>
          <w:sz w:val="22"/>
        </w:rPr>
        <w:t>Now Numbers 6 can be heard with greater weight. The blessing is spoken over Israel, but Israel itself is the name born from blessing, Face, supplication, and preserved life.</w:t>
      </w:r>
    </w:p>
    <w:p>
      <w:pPr>
        <w:pStyle w:val="Grace1Normal"/>
        <w:spacing w:before="80" w:after="160"/>
        <w:jc w:val="center"/>
      </w:pPr>
      <w:r>
        <w:rPr>
          <w:rFonts w:ascii="Georgia" w:hAnsi="Georgia"/>
          <w:b/>
          <w:color w:val="1F4E79"/>
          <w:sz w:val="22"/>
        </w:rPr>
        <w:t>Melchizedek blesses Abraham → Jacob receives blessing and the name Israel → Numbers 6 places YHWH’s Face, grace, peace, and Name upon Israel</w:t>
      </w:r>
    </w:p>
    <w:p>
      <w:pPr>
        <w:pStyle w:val="Grace1BodyText"/>
        <w:spacing w:after="120" w:line="259" w:lineRule="auto"/>
        <w:ind w:firstLine="259"/>
      </w:pPr>
      <w:r>
        <w:rPr>
          <w:rFonts w:ascii="Georgia" w:hAnsi="Georgia"/>
          <w:b w:val="0"/>
          <w:i w:val="0"/>
          <w:sz w:val="22"/>
        </w:rPr>
        <w:t>The priestly blessing does not merely wish good things upon a people. It gathers earlier lines of the story and speaks them over Israel in the Name of YHWH. Blessing has already been priestly. The Face has already meant preserved life. The Name has already been given by the One who blesses. Supplication has already risen from weakness. Numbers 6 brings these lines into one concentrated priestly word.</w:t>
      </w:r>
    </w:p>
    <w:p>
      <w:pPr>
        <w:pStyle w:val="Grace1Heading1"/>
        <w:spacing w:before="240" w:after="120"/>
      </w:pPr>
      <w:r>
        <w:rPr>
          <w:rFonts w:ascii="Georgia" w:hAnsi="Georgia"/>
          <w:b/>
          <w:color w:val="1F4E79"/>
          <w:sz w:val="32"/>
        </w:rPr>
        <w:t>6. The Priestly Shape Moves Toward Christ</w:t>
      </w:r>
    </w:p>
    <w:p>
      <w:pPr>
        <w:pStyle w:val="Grace1BodyText"/>
        <w:spacing w:after="120" w:line="259" w:lineRule="auto"/>
      </w:pPr>
      <w:r>
        <w:rPr>
          <w:rFonts w:ascii="Georgia" w:hAnsi="Georgia"/>
          <w:b w:val="0"/>
          <w:i w:val="0"/>
          <w:sz w:val="22"/>
        </w:rPr>
        <w:t>The loop then turns forward. If Aaron is trained to speak YHWH’s blessing, and if Melchizedek already stands as priest-king before Aaron, then the question begins to form: who can finally give what the priestly blessing speaks?</w:t>
      </w:r>
    </w:p>
    <w:p>
      <w:pPr>
        <w:pStyle w:val="Grace1BodyText"/>
        <w:spacing w:after="120" w:line="259" w:lineRule="auto"/>
        <w:ind w:firstLine="259"/>
      </w:pPr>
      <w:r>
        <w:rPr>
          <w:rFonts w:ascii="Georgia" w:hAnsi="Georgia"/>
          <w:b w:val="0"/>
          <w:i w:val="0"/>
          <w:sz w:val="22"/>
        </w:rPr>
        <w:t>Before Jesus enters the Jordan, Scripture has already shown how priestly ministry is publicly established. Moses washes Aaron, clothes him, anoints him, and presents him according to the command of YHWH. The priest does not appoint himself. He is washed, anointed, and publicly set apart by the word of God.</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1Normal"/>
              <w:spacing w:after="80"/>
            </w:pPr>
            <w:r/>
            <w:r>
              <w:rPr>
                <w:rFonts w:ascii="Georgia" w:hAnsi="Georgia"/>
                <w:b/>
                <w:i/>
                <w:color w:val="1F4E79"/>
                <w:sz w:val="21"/>
              </w:rPr>
              <w:t>Leviticus 8:5–6, 12</w:t>
            </w:r>
          </w:p>
          <w:p>
            <w:pPr>
              <w:pStyle w:val="Grace1Normal"/>
              <w:spacing w:after="60" w:line="252" w:lineRule="auto"/>
            </w:pPr>
            <w:r>
              <w:rPr>
                <w:rFonts w:ascii="Georgia" w:hAnsi="Georgia"/>
                <w:color w:val="00376E"/>
                <w:sz w:val="20"/>
              </w:rPr>
              <w:t>And Moses said unto the congregation, This is the thing which the LORD commanded to be done.</w:t>
            </w:r>
          </w:p>
          <w:p>
            <w:pPr>
              <w:pStyle w:val="Grace1Normal"/>
              <w:spacing w:after="60" w:line="252" w:lineRule="auto"/>
            </w:pPr>
            <w:r>
              <w:rPr>
                <w:rFonts w:ascii="Georgia" w:hAnsi="Georgia"/>
                <w:color w:val="00376E"/>
                <w:sz w:val="20"/>
              </w:rPr>
              <w:t>And Moses brought Aaron and his sons, and washed them with water.</w:t>
            </w:r>
          </w:p>
          <w:p>
            <w:pPr>
              <w:pStyle w:val="Grace1Normal"/>
              <w:spacing w:after="60" w:line="252" w:lineRule="auto"/>
            </w:pPr>
            <w:r>
              <w:rPr>
                <w:rFonts w:ascii="Georgia" w:hAnsi="Georgia"/>
                <w:color w:val="00376E"/>
                <w:sz w:val="20"/>
              </w:rPr>
              <w:t>And he poured of the anointing oil upon Aaron’s head, and anointed him, to sanctify him.</w:t>
            </w:r>
          </w:p>
        </w:tc>
      </w:tr>
    </w:tbl>
    <w:p>
      <w:pPr>
        <w:pStyle w:val="Grace1Normal"/>
        <w:spacing w:after="20"/>
      </w:pPr>
    </w:p>
    <w:p>
      <w:pPr>
        <w:pStyle w:val="Grace1BodyText"/>
        <w:spacing w:after="120" w:line="259" w:lineRule="auto"/>
        <w:ind w:firstLine="259"/>
      </w:pPr>
      <w:r>
        <w:rPr>
          <w:rFonts w:ascii="Georgia" w:hAnsi="Georgia"/>
          <w:b w:val="0"/>
          <w:i w:val="0"/>
          <w:sz w:val="22"/>
        </w:rPr>
        <w:t>When Jesus enters the Jordan, the pattern reappears in a greater form. He is washed in the waters, the Spirit descends upon Him, and the Father declares Him as the beloved Son. The scene does not need to carry the whole doctrine of Christ’s priesthood by itself, but it is priestly-shaped: washing, anointing, declaration, and the beginning of public ministry.</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1Normal"/>
              <w:spacing w:after="80"/>
            </w:pPr>
            <w:r/>
            <w:r>
              <w:rPr>
                <w:rFonts w:ascii="Georgia" w:hAnsi="Georgia"/>
                <w:b/>
                <w:i/>
                <w:color w:val="1F4E79"/>
                <w:sz w:val="21"/>
              </w:rPr>
              <w:t>Matthew 3:13, 16–17</w:t>
            </w:r>
          </w:p>
          <w:p>
            <w:pPr>
              <w:pStyle w:val="Grace1Normal"/>
              <w:spacing w:after="60" w:line="252" w:lineRule="auto"/>
            </w:pPr>
            <w:r>
              <w:rPr>
                <w:rFonts w:ascii="Georgia" w:hAnsi="Georgia"/>
                <w:color w:val="00376E"/>
                <w:sz w:val="20"/>
              </w:rPr>
              <w:t>Then cometh Jesus from Galilee to Jordan unto John, to be baptized of him.</w:t>
            </w:r>
          </w:p>
          <w:p>
            <w:pPr>
              <w:pStyle w:val="Grace1Normal"/>
              <w:spacing w:after="60" w:line="252" w:lineRule="auto"/>
            </w:pPr>
            <w:r>
              <w:rPr>
                <w:rFonts w:ascii="Georgia" w:hAnsi="Georgia"/>
                <w:color w:val="00376E"/>
                <w:sz w:val="20"/>
              </w:rPr>
              <w:t>And Jesus, when he was baptized, went up straightway out of the water: and, lo, the heavens were opened unto him, and he saw the Spirit of God descending like a dove, and lighting upon him:</w:t>
            </w:r>
          </w:p>
          <w:p>
            <w:pPr>
              <w:pStyle w:val="Grace1Normal"/>
              <w:spacing w:after="60" w:line="252" w:lineRule="auto"/>
            </w:pPr>
            <w:r>
              <w:rPr>
                <w:rFonts w:ascii="Georgia" w:hAnsi="Georgia"/>
                <w:color w:val="00376E"/>
                <w:sz w:val="20"/>
              </w:rPr>
              <w:t>And lo a voice from heaven, saying, This is my beloved Son, in whom I am well pleased.</w:t>
            </w:r>
          </w:p>
        </w:tc>
      </w:tr>
    </w:tbl>
    <w:p>
      <w:pPr>
        <w:pStyle w:val="Grace1Normal"/>
        <w:spacing w:after="20"/>
      </w:pPr>
    </w:p>
    <w:p>
      <w:pPr>
        <w:pStyle w:val="Grace1BodyText"/>
        <w:spacing w:after="120" w:line="259" w:lineRule="auto"/>
        <w:ind w:firstLine="259"/>
      </w:pPr>
      <w:r>
        <w:rPr>
          <w:rFonts w:ascii="Georgia" w:hAnsi="Georgia"/>
          <w:b w:val="0"/>
          <w:i w:val="0"/>
          <w:sz w:val="22"/>
        </w:rPr>
        <w:t>After His death, resurrection, and ascension, Hebrews opens the full reality. Christ’s priesthood is not grounded in Levitical descent. He is from Judah according to the royal line, yet He is declared Priest forever after the order of Melchizedek, by divine oath and the power of an endless life.</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1Normal"/>
              <w:spacing w:after="80"/>
            </w:pPr>
            <w:r/>
            <w:r>
              <w:rPr>
                <w:rFonts w:ascii="Georgia" w:hAnsi="Georgia"/>
                <w:b/>
                <w:i/>
                <w:color w:val="1F4E79"/>
                <w:sz w:val="21"/>
              </w:rPr>
              <w:t>Hebrews 7:14–17, 21, 24–25</w:t>
            </w:r>
          </w:p>
          <w:p>
            <w:pPr>
              <w:pStyle w:val="Grace1Normal"/>
              <w:spacing w:after="60" w:line="252" w:lineRule="auto"/>
            </w:pPr>
            <w:r>
              <w:rPr>
                <w:rFonts w:ascii="Georgia" w:hAnsi="Georgia"/>
                <w:color w:val="00376E"/>
                <w:sz w:val="20"/>
              </w:rPr>
              <w:t>For it is evident that our Lord sprang out of Juda; of which tribe Moses spake nothing concerning priesthood.</w:t>
            </w:r>
          </w:p>
          <w:p>
            <w:pPr>
              <w:pStyle w:val="Grace1Normal"/>
              <w:spacing w:after="60" w:line="252" w:lineRule="auto"/>
            </w:pPr>
            <w:r>
              <w:rPr>
                <w:rFonts w:ascii="Georgia" w:hAnsi="Georgia"/>
                <w:color w:val="00376E"/>
                <w:sz w:val="20"/>
              </w:rPr>
              <w:t>And it is yet far more evident: for that after the similitude of Melchisedec there ariseth another priest,</w:t>
            </w:r>
          </w:p>
          <w:p>
            <w:pPr>
              <w:pStyle w:val="Grace1Normal"/>
              <w:spacing w:after="60" w:line="252" w:lineRule="auto"/>
            </w:pPr>
            <w:r>
              <w:rPr>
                <w:rFonts w:ascii="Georgia" w:hAnsi="Georgia"/>
                <w:color w:val="00376E"/>
                <w:sz w:val="20"/>
              </w:rPr>
              <w:t>Who is made, not after the law of a carnal commandment, but after the power of an endless life.</w:t>
            </w:r>
          </w:p>
          <w:p>
            <w:pPr>
              <w:pStyle w:val="Grace1Normal"/>
              <w:spacing w:after="60" w:line="252" w:lineRule="auto"/>
            </w:pPr>
            <w:r>
              <w:rPr>
                <w:rFonts w:ascii="Georgia" w:hAnsi="Georgia"/>
                <w:color w:val="00376E"/>
                <w:sz w:val="20"/>
              </w:rPr>
              <w:t>For he testifieth, Thou art a priest for ever after the order of Melchisedec.</w:t>
            </w:r>
          </w:p>
          <w:p>
            <w:pPr>
              <w:pStyle w:val="Grace1Normal"/>
              <w:spacing w:after="60" w:line="252" w:lineRule="auto"/>
            </w:pPr>
            <w:r>
              <w:rPr>
                <w:rFonts w:ascii="Georgia" w:hAnsi="Georgia"/>
                <w:color w:val="00376E"/>
                <w:sz w:val="20"/>
              </w:rPr>
              <w:t>...by him that said unto him, The Lord sware and will not repent, Thou art a priest for ever after the order of Melchisedec:</w:t>
            </w:r>
          </w:p>
          <w:p>
            <w:pPr>
              <w:pStyle w:val="Grace1Normal"/>
              <w:spacing w:after="60" w:line="252" w:lineRule="auto"/>
            </w:pPr>
            <w:r>
              <w:rPr>
                <w:rFonts w:ascii="Georgia" w:hAnsi="Georgia"/>
                <w:color w:val="00376E"/>
                <w:sz w:val="20"/>
              </w:rPr>
              <w:t>But this man, because he continueth ever, hath an unchangeable priesthood.</w:t>
            </w:r>
          </w:p>
          <w:p>
            <w:pPr>
              <w:pStyle w:val="Grace1Normal"/>
              <w:spacing w:after="60" w:line="252" w:lineRule="auto"/>
            </w:pPr>
            <w:r>
              <w:rPr>
                <w:rFonts w:ascii="Georgia" w:hAnsi="Georgia"/>
                <w:color w:val="00376E"/>
                <w:sz w:val="20"/>
              </w:rPr>
              <w:t>Wherefore he is able also to save them to the uttermost that come unto God by him, seeing he ever liveth to make intercession for them.</w:t>
            </w:r>
          </w:p>
        </w:tc>
      </w:tr>
    </w:tbl>
    <w:p>
      <w:pPr>
        <w:pStyle w:val="Grace1Normal"/>
        <w:spacing w:after="20"/>
      </w:pPr>
    </w:p>
    <w:p>
      <w:pPr>
        <w:pStyle w:val="Grace1BodyText"/>
        <w:spacing w:after="120" w:line="259" w:lineRule="auto"/>
        <w:ind w:firstLine="259"/>
      </w:pPr>
      <w:r>
        <w:rPr>
          <w:rFonts w:ascii="Georgia" w:hAnsi="Georgia"/>
          <w:b w:val="0"/>
          <w:i w:val="0"/>
          <w:sz w:val="22"/>
        </w:rPr>
        <w:t>Aaron can speak the blessing, but Aaron cannot bring the whole blessing to eternal fulfillment. Christ is the Priest-King who can. He is washed, anointed, declared, tested, obedient, sacrificed, raised, ascended, and enthroned. Hebrews reveals Him as the High Priest who continues forever.</w:t>
      </w:r>
    </w:p>
    <w:p>
      <w:pPr>
        <w:pStyle w:val="Grace1BodyText"/>
        <w:spacing w:after="120" w:line="259" w:lineRule="auto"/>
        <w:ind w:firstLine="259"/>
      </w:pPr>
      <w:r>
        <w:rPr>
          <w:rFonts w:ascii="Georgia" w:hAnsi="Georgia"/>
          <w:b w:val="0"/>
          <w:i w:val="0"/>
          <w:sz w:val="22"/>
        </w:rPr>
        <w:t>The first loop now stands open. The blessing before Aaron, the name Israel, the Face of God, the priestly blessing, and the Melchizedek priesthood all converge in Christ.</w:t>
      </w:r>
    </w:p>
    <w:p>
      <w:pPr>
        <w:pStyle w:val="Grace1BodyText"/>
        <w:spacing w:after="120" w:line="259" w:lineRule="auto"/>
      </w:pPr>
      <w:r>
        <w:rPr>
          <w:rFonts w:ascii="Georgia" w:hAnsi="Georgia"/>
          <w:b/>
          <w:i w:val="0"/>
          <w:sz w:val="22"/>
        </w:rPr>
        <w:t>Aaron was trained to speak the blessing. Christ is able to give what the blessing speaks.</w:t>
      </w:r>
    </w:p>
    <w:tbl>
      <w:tblPr>
        <w:tblW w:type="auto" w:w="0"/>
        <w:jc w:val="center"/>
        <w:tblLook w:firstColumn="1" w:firstRow="1" w:lastColumn="0" w:lastRow="0" w:noHBand="0" w:noVBand="1" w:val="04A0"/>
      </w:tblPr>
      <w:tblGrid>
        <w:gridCol w:w="10080"/>
      </w:tblGrid>
      <w:tr>
        <w:tc>
          <w:tcPr>
            <w:tcW w:type="dxa" w:w="10080"/>
            <w:shd w:fill="F4F9EF"/>
            <w:tcBorders>
              <w:top w:sz="8" w:val="single" w:color="70AD47" w:space="0"/>
              <w:left w:sz="8" w:val="single" w:color="70AD47" w:space="0"/>
              <w:bottom w:sz="8" w:val="single" w:color="70AD47" w:space="0"/>
              <w:right w:sz="8" w:val="single" w:color="70AD47" w:space="0"/>
            </w:tcBorders>
          </w:tcPr>
          <w:p>
            <w:pPr>
              <w:pStyle w:val="Grace1Normal"/>
              <w:spacing w:after="100"/>
            </w:pPr>
            <w:r/>
            <w:r>
              <w:rPr>
                <w:rFonts w:ascii="Georgia" w:hAnsi="Georgia"/>
                <w:b/>
                <w:color w:val="385723"/>
                <w:sz w:val="23"/>
              </w:rPr>
              <w:t>Build So Far</w:t>
            </w:r>
          </w:p>
          <w:p>
            <w:pPr>
              <w:pStyle w:val="Grace1Normal"/>
              <w:spacing w:after="60"/>
              <w:ind w:left="259" w:hanging="187"/>
            </w:pPr>
            <w:r>
              <w:rPr>
                <w:rFonts w:ascii="Georgia" w:hAnsi="Georgia"/>
                <w:sz w:val="21"/>
              </w:rPr>
              <w:t>• Numbers 6 is the center: YHWH gives the word, Moses carries it as prophet, Aaron speaks it as priest, and YHWH blesses.</w:t>
            </w:r>
          </w:p>
          <w:p>
            <w:pPr>
              <w:pStyle w:val="Grace1Normal"/>
              <w:spacing w:after="60"/>
              <w:ind w:left="259" w:hanging="187"/>
            </w:pPr>
            <w:r>
              <w:rPr>
                <w:rFonts w:ascii="Georgia" w:hAnsi="Georgia"/>
                <w:sz w:val="21"/>
              </w:rPr>
              <w:t>• Before Aaron, Melchizedek appears as priest-king and blesses Abram in the name of the Most High God, possessor of heaven and earth.</w:t>
            </w:r>
          </w:p>
          <w:p>
            <w:pPr>
              <w:pStyle w:val="Grace1Normal"/>
              <w:spacing w:after="60"/>
              <w:ind w:left="259" w:hanging="187"/>
            </w:pPr>
            <w:r>
              <w:rPr>
                <w:rFonts w:ascii="Georgia" w:hAnsi="Georgia"/>
                <w:sz w:val="21"/>
              </w:rPr>
              <w:t>• Before Numbers 6 speaks of the Face shining upon Israel, Jacob sees God face to face, receives blessing and a new name, and his life is preserved.</w:t>
            </w:r>
          </w:p>
          <w:p>
            <w:pPr>
              <w:pStyle w:val="Grace1Normal"/>
              <w:spacing w:after="60"/>
              <w:ind w:left="259" w:hanging="187"/>
            </w:pPr>
            <w:r>
              <w:rPr>
                <w:rFonts w:ascii="Georgia" w:hAnsi="Georgia"/>
                <w:sz w:val="21"/>
              </w:rPr>
              <w:t>• Hosea recalls Jacob’s encounter as a divine event involving supplication and the memorial Name of YHWH.</w:t>
            </w:r>
          </w:p>
          <w:p>
            <w:pPr>
              <w:pStyle w:val="Grace1Normal"/>
              <w:spacing w:after="60"/>
              <w:ind w:left="259" w:hanging="187"/>
            </w:pPr>
            <w:r>
              <w:rPr>
                <w:rFonts w:ascii="Georgia" w:hAnsi="Georgia"/>
                <w:sz w:val="21"/>
              </w:rPr>
              <w:t>• Jesus enters the Jordan in a priestly-shaped scene of washing, Spirit-anointing, and the Father’s declaration, and Hebrews reveals Him as High Priest forever after the order of Melchizedek.</w:t>
            </w:r>
          </w:p>
          <w:p>
            <w:pPr>
              <w:pStyle w:val="Grace1Normal"/>
              <w:spacing w:after="60"/>
              <w:ind w:left="259" w:hanging="187"/>
            </w:pPr>
            <w:r>
              <w:rPr>
                <w:rFonts w:ascii="Georgia" w:hAnsi="Georgia"/>
                <w:sz w:val="21"/>
              </w:rPr>
              <w:t>• The first Spirograph loop is therefore established: priestly blessing begins before Aaron and reaches beyond Aaron in Christ.</w:t>
            </w:r>
          </w:p>
        </w:tc>
      </w:tr>
    </w:tbl>
    <w:p>
      <w:pPr>
        <w:pStyle w:val="Grace1Normal"/>
        <w:spacing w:after="20"/>
        <w:sectPr w:rsidR="00FC693F" w:rsidRPr="0006063C" w:rsidSect="00034616">
          <w:headerReference w:type="default" r:id="rIdGrace1header"/>
          <w:footerReference w:type="default" r:id="rIdGrace1footer"/>
          <w:type w:val="nextPage"/>
          <w:pgSz w:w="12240" w:h="15840"/>
          <w:pgMar w:top="936" w:right="1080" w:bottom="936" w:left="1080" w:header="432" w:footer="432" w:gutter="0"/>
          <w:pgNumType w:start="1"/>
          <w:cols w:space="720"/>
          <w:docGrid w:linePitch="360"/>
        </w:sectPr>
      </w:pPr>
    </w:p>
    <w:p>
      <w:pPr>
        <w:pStyle w:val="Grace2Normal"/>
        <w:spacing w:after="200"/>
        <w:jc w:val="center"/>
      </w:pPr>
      <w:r>
        <w:rPr>
          <w:rFonts w:ascii="Georgia" w:hAnsi="Georgia"/>
          <w:b/>
          <w:i w:val="0"/>
          <w:color w:val="1F4E79"/>
          <w:sz w:val="36"/>
        </w:rPr>
        <w:t>GRACE TO GLORIFICATION</w:t>
      </w:r>
    </w:p>
    <w:p>
      <w:pPr>
        <w:pStyle w:val="Grace2Normal"/>
        <w:spacing w:after="60"/>
        <w:jc w:val="center"/>
      </w:pPr>
      <w:r>
        <w:rPr>
          <w:rFonts w:ascii="Georgia" w:hAnsi="Georgia"/>
          <w:b w:val="0"/>
          <w:i/>
          <w:color w:val="464646"/>
          <w:sz w:val="28"/>
        </w:rPr>
        <w:t>Part Two</w:t>
      </w:r>
    </w:p>
    <w:p>
      <w:pPr>
        <w:pStyle w:val="Grace2Normal"/>
        <w:spacing w:after="80"/>
        <w:jc w:val="center"/>
      </w:pPr>
      <w:r>
        <w:rPr>
          <w:rFonts w:ascii="Georgia" w:hAnsi="Georgia"/>
          <w:b/>
          <w:i w:val="0"/>
          <w:color w:val="1F4E79"/>
          <w:sz w:val="40"/>
        </w:rPr>
        <w:t>The LORD Who Blesses</w:t>
      </w:r>
    </w:p>
    <w:p>
      <w:pPr>
        <w:pStyle w:val="Grace2Normal"/>
        <w:spacing w:after="280"/>
        <w:jc w:val="center"/>
      </w:pPr>
      <w:r>
        <w:rPr>
          <w:rFonts w:ascii="Georgia" w:hAnsi="Georgia"/>
          <w:b w:val="0"/>
          <w:i/>
          <w:color w:val="464646"/>
          <w:sz w:val="25"/>
        </w:rPr>
        <w:t>Name, Hand, Blessing, Keeping, and Face</w:t>
      </w:r>
    </w:p>
    <w:p>
      <w:pPr>
        <w:pStyle w:val="Grace2BodyText"/>
        <w:spacing w:after="120" w:line="259" w:lineRule="auto"/>
      </w:pPr>
      <w:r>
        <w:rPr>
          <w:rFonts w:ascii="Georgia" w:hAnsi="Georgia"/>
          <w:b w:val="0"/>
          <w:i w:val="0"/>
          <w:sz w:val="22"/>
        </w:rPr>
        <w:t>Part One established the center of the study: YHWH gives the priestly word, Moses carries it as prophet, Aaron speaks it as priest, and YHWH blesses. Part Two slows down over the opening phrases of the blessing itself: “The LORD bless thee, and keep thee: The LORD make his face shine upon thee.”</w:t>
      </w:r>
    </w:p>
    <w:p>
      <w:pPr>
        <w:pStyle w:val="Grace2Normal"/>
        <w:spacing w:before="80" w:after="160"/>
        <w:jc w:val="center"/>
      </w:pPr>
      <w:r>
        <w:rPr>
          <w:rFonts w:ascii="Georgia" w:hAnsi="Georgia"/>
          <w:b/>
          <w:color w:val="1F4E79"/>
          <w:sz w:val="22"/>
        </w:rPr>
        <w:t>The LORD → bless thee → keep thee → make His Face shine upon thee</w:t>
      </w:r>
    </w:p>
    <w:p>
      <w:pPr>
        <w:pStyle w:val="Grace2BodyText"/>
        <w:spacing w:after="120" w:line="259" w:lineRule="auto"/>
      </w:pPr>
      <w:r>
        <w:rPr>
          <w:rFonts w:ascii="Georgia" w:hAnsi="Georgia"/>
          <w:b w:val="0"/>
          <w:i w:val="0"/>
          <w:sz w:val="22"/>
        </w:rPr>
        <w:t>The first question is not yet what grace means. The first question is who the LORD is, what kind of blessing He gives, why keeping belongs to blessing, and what it means for His Face to shine upon the one blessed.</w:t>
      </w:r>
    </w:p>
    <w:p>
      <w:pPr>
        <w:pStyle w:val="Grace2Heading1"/>
        <w:spacing w:before="240" w:after="120"/>
      </w:pPr>
      <w:r>
        <w:rPr>
          <w:rFonts w:ascii="Georgia" w:hAnsi="Georgia"/>
          <w:b/>
          <w:color w:val="1F4E79"/>
          <w:sz w:val="32"/>
        </w:rPr>
        <w:t>1. The Blessing Begins With Identity</w:t>
      </w:r>
    </w:p>
    <w:p>
      <w:pPr>
        <w:pStyle w:val="Grace2BodyText"/>
        <w:spacing w:after="120" w:line="259" w:lineRule="auto"/>
      </w:pPr>
      <w:r>
        <w:rPr>
          <w:rFonts w:ascii="Georgia" w:hAnsi="Georgia"/>
          <w:b w:val="0"/>
          <w:i w:val="0"/>
          <w:sz w:val="22"/>
        </w:rPr>
        <w:t>Numbers 6 begins with the words, “The LORD bless thee.” The people hearing this blessing are not hearing the name of an unknown deity. They have just been brought out of Egypt by the God who revealed His own Name and acted by His own hand.</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Numbers 6:24–25</w:t>
            </w:r>
          </w:p>
          <w:p>
            <w:pPr>
              <w:pStyle w:val="Grace2Normal"/>
              <w:spacing w:after="60" w:line="252" w:lineRule="auto"/>
            </w:pPr>
            <w:r>
              <w:rPr>
                <w:rFonts w:ascii="Georgia" w:hAnsi="Georgia"/>
                <w:color w:val="00376E"/>
                <w:sz w:val="20"/>
              </w:rPr>
              <w:t>The LORD bless thee, and keep thee:</w:t>
            </w:r>
          </w:p>
          <w:p>
            <w:pPr>
              <w:pStyle w:val="Grace2Normal"/>
              <w:spacing w:after="60" w:line="252" w:lineRule="auto"/>
            </w:pPr>
            <w:r>
              <w:rPr>
                <w:rFonts w:ascii="Georgia" w:hAnsi="Georgia"/>
                <w:color w:val="00376E"/>
                <w:sz w:val="20"/>
              </w:rPr>
              <w:t>The LORD make his face shine upon thee, and be gracious unto thee:</w:t>
            </w:r>
          </w:p>
        </w:tc>
      </w:tr>
    </w:tbl>
    <w:p>
      <w:pPr>
        <w:pStyle w:val="Grace2Normal"/>
        <w:spacing w:after="20"/>
      </w:pPr>
    </w:p>
    <w:p>
      <w:pPr>
        <w:pStyle w:val="Grace2BodyText"/>
        <w:spacing w:after="120" w:line="259" w:lineRule="auto"/>
        <w:ind w:firstLine="259"/>
      </w:pPr>
      <w:r>
        <w:rPr>
          <w:rFonts w:ascii="Georgia" w:hAnsi="Georgia"/>
          <w:b w:val="0"/>
          <w:i w:val="0"/>
          <w:sz w:val="22"/>
        </w:rPr>
        <w:t>The blessing begins with identity before benefit. The One who blesses is YHWH, the God of Abraham, Isaac, and Jacob, the God who hears the cry, remembers covenant, sends His servant, supplies His presence, stretches out His hand, and makes Himself known.</w:t>
      </w:r>
    </w:p>
    <w:p>
      <w:pPr>
        <w:pStyle w:val="Grace2Heading1"/>
        <w:spacing w:before="240" w:after="120"/>
      </w:pPr>
      <w:r>
        <w:rPr>
          <w:rFonts w:ascii="Georgia" w:hAnsi="Georgia"/>
          <w:b/>
          <w:color w:val="1F4E79"/>
          <w:sz w:val="32"/>
        </w:rPr>
        <w:t>2. The God Who Gives His Own Name</w:t>
      </w:r>
    </w:p>
    <w:p>
      <w:pPr>
        <w:pStyle w:val="Grace2BodyText"/>
        <w:spacing w:after="120" w:line="259" w:lineRule="auto"/>
      </w:pPr>
      <w:r>
        <w:rPr>
          <w:rFonts w:ascii="Georgia" w:hAnsi="Georgia"/>
          <w:b w:val="0"/>
          <w:i w:val="0"/>
          <w:sz w:val="22"/>
        </w:rPr>
        <w:t>In Genesis, Jacob receives a new name after clinging for blessing. He is called Israel, and the place is named Peniel because he has seen God face to face and his life is preserved. The giving of a name is not a small thing in Scripture. Names reveal identity, calling, authority, and possession.</w:t>
      </w:r>
    </w:p>
    <w:p>
      <w:pPr>
        <w:pStyle w:val="Grace2BodyText"/>
        <w:spacing w:after="120" w:line="259" w:lineRule="auto"/>
        <w:ind w:firstLine="259"/>
      </w:pPr>
      <w:r>
        <w:rPr>
          <w:rFonts w:ascii="Georgia" w:hAnsi="Georgia"/>
          <w:b w:val="0"/>
          <w:i w:val="0"/>
          <w:sz w:val="22"/>
        </w:rPr>
        <w:t>In Exodus, the movement deepens. God does not merely rename a man. He proclaims His own Name to Moses in the context of covenant, cry, sending, presence, and deliverance.</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Exodus 3:6–8</w:t>
            </w:r>
          </w:p>
          <w:p>
            <w:pPr>
              <w:pStyle w:val="Grace2Normal"/>
              <w:spacing w:after="60" w:line="252" w:lineRule="auto"/>
            </w:pPr>
            <w:r>
              <w:rPr>
                <w:rFonts w:ascii="Georgia" w:hAnsi="Georgia"/>
                <w:color w:val="00376E"/>
                <w:sz w:val="20"/>
              </w:rPr>
              <w:t>Moreover he said, I am the God of thy father, the God of Abraham, the God of Isaac, and the God of Jacob.</w:t>
            </w:r>
          </w:p>
          <w:p>
            <w:pPr>
              <w:pStyle w:val="Grace2Normal"/>
              <w:spacing w:after="60" w:line="252" w:lineRule="auto"/>
            </w:pPr>
            <w:r>
              <w:rPr>
                <w:rFonts w:ascii="Georgia" w:hAnsi="Georgia"/>
                <w:color w:val="00376E"/>
                <w:sz w:val="20"/>
              </w:rPr>
              <w:t>And the LORD said, I have surely seen the affliction of my people which are in Egypt, and have heard their cry...</w:t>
            </w:r>
          </w:p>
          <w:p>
            <w:pPr>
              <w:pStyle w:val="Grace2Normal"/>
              <w:spacing w:after="60" w:line="252" w:lineRule="auto"/>
            </w:pPr>
            <w:r>
              <w:rPr>
                <w:rFonts w:ascii="Georgia" w:hAnsi="Georgia"/>
                <w:color w:val="00376E"/>
                <w:sz w:val="20"/>
              </w:rPr>
              <w:t>And I am come down to deliver them out of the hand of the Egyptians...</w:t>
            </w:r>
          </w:p>
        </w:tc>
      </w:tr>
    </w:tbl>
    <w:p>
      <w:pPr>
        <w:pStyle w:val="Grace2Normal"/>
        <w:spacing w:after="20"/>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Exodus 3:11–15</w:t>
            </w:r>
          </w:p>
          <w:p>
            <w:pPr>
              <w:pStyle w:val="Grace2Normal"/>
              <w:spacing w:after="60" w:line="252" w:lineRule="auto"/>
            </w:pPr>
            <w:r>
              <w:rPr>
                <w:rFonts w:ascii="Georgia" w:hAnsi="Georgia"/>
                <w:color w:val="00376E"/>
                <w:sz w:val="20"/>
              </w:rPr>
              <w:t>And Moses said unto God, Who am I, that I should go unto Pharaoh...?</w:t>
            </w:r>
          </w:p>
          <w:p>
            <w:pPr>
              <w:pStyle w:val="Grace2Normal"/>
              <w:spacing w:after="60" w:line="252" w:lineRule="auto"/>
            </w:pPr>
            <w:r>
              <w:rPr>
                <w:rFonts w:ascii="Georgia" w:hAnsi="Georgia"/>
                <w:color w:val="00376E"/>
                <w:sz w:val="20"/>
              </w:rPr>
              <w:t>And he said, Certainly I will be with thee...</w:t>
            </w:r>
          </w:p>
          <w:p>
            <w:pPr>
              <w:pStyle w:val="Grace2Normal"/>
              <w:spacing w:after="60" w:line="252" w:lineRule="auto"/>
            </w:pPr>
            <w:r>
              <w:rPr>
                <w:rFonts w:ascii="Georgia" w:hAnsi="Georgia"/>
                <w:color w:val="00376E"/>
                <w:sz w:val="20"/>
              </w:rPr>
              <w:t>And God said unto Moses, I AM THAT I AM...</w:t>
            </w:r>
          </w:p>
          <w:p>
            <w:pPr>
              <w:pStyle w:val="Grace2Normal"/>
              <w:spacing w:after="60" w:line="252" w:lineRule="auto"/>
            </w:pPr>
            <w:r>
              <w:rPr>
                <w:rFonts w:ascii="Georgia" w:hAnsi="Georgia"/>
                <w:color w:val="00376E"/>
                <w:sz w:val="20"/>
              </w:rPr>
              <w:t>...The LORD God of your fathers, the God of Abraham, the God of Isaac, and the God of Jacob, hath sent me unto you: this is my name for ever...</w:t>
            </w:r>
          </w:p>
        </w:tc>
      </w:tr>
    </w:tbl>
    <w:p>
      <w:pPr>
        <w:pStyle w:val="Grace2Normal"/>
        <w:spacing w:after="20"/>
      </w:pPr>
    </w:p>
    <w:p>
      <w:pPr>
        <w:pStyle w:val="Grace2BodyText"/>
        <w:spacing w:after="120" w:line="259" w:lineRule="auto"/>
        <w:ind w:firstLine="259"/>
      </w:pPr>
      <w:r>
        <w:rPr>
          <w:rFonts w:ascii="Georgia" w:hAnsi="Georgia"/>
          <w:b w:val="0"/>
          <w:i w:val="0"/>
          <w:sz w:val="22"/>
        </w:rPr>
        <w:t>When Moses asks, “Who am I?” YHWH does not answer by magnifying Moses. He answers by giving His presence: “Certainly I will be with thee.” Grace does not rest on the sufficiency of the vessel. Grace rests on the presence of the One who sends.</w:t>
      </w:r>
    </w:p>
    <w:p>
      <w:pPr>
        <w:pStyle w:val="Grace2BodyText"/>
        <w:spacing w:after="120" w:line="259" w:lineRule="auto"/>
        <w:ind w:firstLine="259"/>
      </w:pPr>
      <w:r>
        <w:rPr>
          <w:rFonts w:ascii="Georgia" w:hAnsi="Georgia"/>
          <w:b w:val="0"/>
          <w:i w:val="0"/>
          <w:sz w:val="22"/>
        </w:rPr>
        <w:t>When Moses asks what Name he should give, God answers, “I AM THAT I AM.” The One who sends Moses does not borrow being. He is. And because He is, He can give life, preserve life, judge life, redeem life, and bring His people into covenant nearness.</w:t>
      </w:r>
    </w:p>
    <w:p>
      <w:pPr>
        <w:pStyle w:val="Grace2Heading1"/>
        <w:spacing w:before="240" w:after="120"/>
      </w:pPr>
      <w:r>
        <w:rPr>
          <w:rFonts w:ascii="Georgia" w:hAnsi="Georgia"/>
          <w:b/>
          <w:color w:val="1F4E79"/>
          <w:sz w:val="32"/>
        </w:rPr>
        <w:t>3. The Hand That Judges, Delivers, and Brings the Firstborn Through Waters</w:t>
      </w:r>
    </w:p>
    <w:p>
      <w:pPr>
        <w:pStyle w:val="Grace2BodyText"/>
        <w:spacing w:after="120" w:line="259" w:lineRule="auto"/>
      </w:pPr>
      <w:r>
        <w:rPr>
          <w:rFonts w:ascii="Georgia" w:hAnsi="Georgia"/>
          <w:b w:val="0"/>
          <w:i w:val="0"/>
          <w:sz w:val="22"/>
        </w:rPr>
        <w:t>The hand of YHWH was not theoretical to Israel. Egypt had seen it in judgment. Israel had seen it in deliverance. Before Aaron speaks the priestly blessing, the people have already watched the Name and the hand of YHWH displayed in history.</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Exodus 4:22–23</w:t>
            </w:r>
          </w:p>
          <w:p>
            <w:pPr>
              <w:pStyle w:val="Grace2Normal"/>
              <w:spacing w:after="60" w:line="252" w:lineRule="auto"/>
            </w:pPr>
            <w:r>
              <w:rPr>
                <w:rFonts w:ascii="Georgia" w:hAnsi="Georgia"/>
                <w:color w:val="00376E"/>
                <w:sz w:val="20"/>
              </w:rPr>
              <w:t>And thou shalt say unto Pharaoh, Thus saith the LORD, Israel is my son, even my firstborn:</w:t>
            </w:r>
          </w:p>
          <w:p>
            <w:pPr>
              <w:pStyle w:val="Grace2Normal"/>
              <w:spacing w:after="60" w:line="252" w:lineRule="auto"/>
            </w:pPr>
            <w:r>
              <w:rPr>
                <w:rFonts w:ascii="Georgia" w:hAnsi="Georgia"/>
                <w:color w:val="00376E"/>
                <w:sz w:val="20"/>
              </w:rPr>
              <w:t>And I say unto thee, Let my son go, that he may serve me...</w:t>
            </w:r>
          </w:p>
        </w:tc>
      </w:tr>
    </w:tbl>
    <w:p>
      <w:pPr>
        <w:pStyle w:val="Grace2Normal"/>
        <w:spacing w:after="20"/>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Exodus 6:5–7</w:t>
            </w:r>
          </w:p>
          <w:p>
            <w:pPr>
              <w:pStyle w:val="Grace2Normal"/>
              <w:spacing w:after="60" w:line="252" w:lineRule="auto"/>
            </w:pPr>
            <w:r>
              <w:rPr>
                <w:rFonts w:ascii="Georgia" w:hAnsi="Georgia"/>
                <w:color w:val="00376E"/>
                <w:sz w:val="20"/>
              </w:rPr>
              <w:t>And I have also heard the groaning of the children of Israel...</w:t>
            </w:r>
          </w:p>
          <w:p>
            <w:pPr>
              <w:pStyle w:val="Grace2Normal"/>
              <w:spacing w:after="60" w:line="252" w:lineRule="auto"/>
            </w:pPr>
            <w:r>
              <w:rPr>
                <w:rFonts w:ascii="Georgia" w:hAnsi="Georgia"/>
                <w:color w:val="00376E"/>
                <w:sz w:val="20"/>
              </w:rPr>
              <w:t>Wherefore say unto the children of Israel, I am the LORD...</w:t>
            </w:r>
          </w:p>
          <w:p>
            <w:pPr>
              <w:pStyle w:val="Grace2Normal"/>
              <w:spacing w:after="60" w:line="252" w:lineRule="auto"/>
            </w:pPr>
            <w:r>
              <w:rPr>
                <w:rFonts w:ascii="Georgia" w:hAnsi="Georgia"/>
                <w:color w:val="00376E"/>
                <w:sz w:val="20"/>
              </w:rPr>
              <w:t>...I will redeem you with a stretched out arm, and with great judgments:</w:t>
            </w:r>
          </w:p>
          <w:p>
            <w:pPr>
              <w:pStyle w:val="Grace2Normal"/>
              <w:spacing w:after="60" w:line="252" w:lineRule="auto"/>
            </w:pPr>
            <w:r>
              <w:rPr>
                <w:rFonts w:ascii="Georgia" w:hAnsi="Georgia"/>
                <w:color w:val="00376E"/>
                <w:sz w:val="20"/>
              </w:rPr>
              <w:t>And I will take you to me for a people, and I will be to you a God...</w:t>
            </w:r>
          </w:p>
        </w:tc>
      </w:tr>
    </w:tbl>
    <w:p>
      <w:pPr>
        <w:pStyle w:val="Grace2Normal"/>
        <w:spacing w:after="20"/>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Exodus 7:5; 8:19; 12:12</w:t>
            </w:r>
          </w:p>
          <w:p>
            <w:pPr>
              <w:pStyle w:val="Grace2Normal"/>
              <w:spacing w:after="60" w:line="252" w:lineRule="auto"/>
            </w:pPr>
            <w:r>
              <w:rPr>
                <w:rFonts w:ascii="Georgia" w:hAnsi="Georgia"/>
                <w:color w:val="00376E"/>
                <w:sz w:val="20"/>
              </w:rPr>
              <w:t>And the Egyptians shall know that I am the LORD, when I stretch forth mine hand upon Egypt...</w:t>
            </w:r>
          </w:p>
          <w:p>
            <w:pPr>
              <w:pStyle w:val="Grace2Normal"/>
              <w:spacing w:after="60" w:line="252" w:lineRule="auto"/>
            </w:pPr>
            <w:r>
              <w:rPr>
                <w:rFonts w:ascii="Georgia" w:hAnsi="Georgia"/>
                <w:color w:val="00376E"/>
                <w:sz w:val="20"/>
              </w:rPr>
              <w:t>Then the magicians said unto Pharaoh, This is the finger of God...</w:t>
            </w:r>
          </w:p>
          <w:p>
            <w:pPr>
              <w:pStyle w:val="Grace2Normal"/>
              <w:spacing w:after="60" w:line="252" w:lineRule="auto"/>
            </w:pPr>
            <w:r>
              <w:rPr>
                <w:rFonts w:ascii="Georgia" w:hAnsi="Georgia"/>
                <w:color w:val="00376E"/>
                <w:sz w:val="20"/>
              </w:rPr>
              <w:t>...against all the gods of Egypt I will execute judgment: I am the LORD.</w:t>
            </w:r>
          </w:p>
        </w:tc>
      </w:tr>
    </w:tbl>
    <w:p>
      <w:pPr>
        <w:pStyle w:val="Grace2Normal"/>
        <w:spacing w:after="20"/>
      </w:pPr>
    </w:p>
    <w:p>
      <w:pPr>
        <w:pStyle w:val="Grace2BodyText"/>
        <w:spacing w:after="120" w:line="259" w:lineRule="auto"/>
        <w:ind w:firstLine="259"/>
      </w:pPr>
      <w:r>
        <w:rPr>
          <w:rFonts w:ascii="Georgia" w:hAnsi="Georgia"/>
          <w:b w:val="0"/>
          <w:i w:val="0"/>
          <w:sz w:val="22"/>
        </w:rPr>
        <w:t>His hand judged Egypt. His hand exposed the gods of Egypt. His hand brought Israel out by strength. But the hand of YHWH did more than remove Israel from bondage. YHWH called Israel His firstborn son, and by His hand He brought His firstborn through the waters toward promise, inheritance, worship, and covenant nearness.</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Exodus 13:3; 14:30–31; 15:6</w:t>
            </w:r>
          </w:p>
          <w:p>
            <w:pPr>
              <w:pStyle w:val="Grace2Normal"/>
              <w:spacing w:after="60" w:line="252" w:lineRule="auto"/>
            </w:pPr>
            <w:r>
              <w:rPr>
                <w:rFonts w:ascii="Georgia" w:hAnsi="Georgia"/>
                <w:color w:val="00376E"/>
                <w:sz w:val="20"/>
              </w:rPr>
              <w:t>Remember this day, in which ye came out from Egypt... for by strength of hand the LORD brought you out from this place...</w:t>
            </w:r>
          </w:p>
          <w:p>
            <w:pPr>
              <w:pStyle w:val="Grace2Normal"/>
              <w:spacing w:after="60" w:line="252" w:lineRule="auto"/>
            </w:pPr>
            <w:r>
              <w:rPr>
                <w:rFonts w:ascii="Georgia" w:hAnsi="Georgia"/>
                <w:color w:val="00376E"/>
                <w:sz w:val="20"/>
              </w:rPr>
              <w:t>Thus the LORD saved Israel that day out of the hand of the Egyptians...</w:t>
            </w:r>
          </w:p>
          <w:p>
            <w:pPr>
              <w:pStyle w:val="Grace2Normal"/>
              <w:spacing w:after="60" w:line="252" w:lineRule="auto"/>
            </w:pPr>
            <w:r>
              <w:rPr>
                <w:rFonts w:ascii="Georgia" w:hAnsi="Georgia"/>
                <w:color w:val="00376E"/>
                <w:sz w:val="20"/>
              </w:rPr>
              <w:t>And Israel saw that great work which the LORD did upon the Egyptians...</w:t>
            </w:r>
          </w:p>
          <w:p>
            <w:pPr>
              <w:pStyle w:val="Grace2Normal"/>
              <w:spacing w:after="60" w:line="252" w:lineRule="auto"/>
            </w:pPr>
            <w:r>
              <w:rPr>
                <w:rFonts w:ascii="Georgia" w:hAnsi="Georgia"/>
                <w:color w:val="00376E"/>
                <w:sz w:val="20"/>
              </w:rPr>
              <w:t>Thy right hand, O LORD, is become glorious in power: thy right hand, O LORD, hath dashed in pieces the enemy.</w:t>
            </w:r>
          </w:p>
        </w:tc>
      </w:tr>
    </w:tbl>
    <w:p>
      <w:pPr>
        <w:pStyle w:val="Grace2Normal"/>
        <w:spacing w:after="20"/>
      </w:pPr>
    </w:p>
    <w:p>
      <w:pPr>
        <w:pStyle w:val="Grace2BodyText"/>
        <w:spacing w:after="120" w:line="259" w:lineRule="auto"/>
        <w:ind w:firstLine="259"/>
      </w:pPr>
      <w:r>
        <w:rPr>
          <w:rFonts w:ascii="Georgia" w:hAnsi="Georgia"/>
          <w:b w:val="0"/>
          <w:i w:val="0"/>
          <w:sz w:val="22"/>
        </w:rPr>
        <w:t>So when Aaron says, “The LORD bless thee,” Israel is not hearing a religious phrase. They are hearing the blessing of the God whose Name has been revealed and whose hand has already acted: the hand that judged, delivered, preserved, and brought His firstborn through the waters toward promise and inheritance.</w:t>
      </w:r>
    </w:p>
    <w:p>
      <w:pPr>
        <w:pStyle w:val="Grace2Heading1"/>
        <w:spacing w:before="240" w:after="120"/>
      </w:pPr>
      <w:r>
        <w:rPr>
          <w:rFonts w:ascii="Georgia" w:hAnsi="Georgia"/>
          <w:b/>
          <w:color w:val="1F4E79"/>
          <w:sz w:val="32"/>
        </w:rPr>
        <w:t>4. Blessing and Keeping Belong Together</w:t>
      </w:r>
    </w:p>
    <w:p>
      <w:pPr>
        <w:pStyle w:val="Grace2BodyText"/>
        <w:spacing w:after="120" w:line="259" w:lineRule="auto"/>
      </w:pPr>
      <w:r>
        <w:rPr>
          <w:rFonts w:ascii="Georgia" w:hAnsi="Georgia"/>
          <w:b w:val="0"/>
          <w:i w:val="0"/>
          <w:sz w:val="22"/>
        </w:rPr>
        <w:t>Numbers 6 does not begin with grace. It begins with blessing: “The LORD bless thee, and keep thee.” The two words belong together. YHWH blesses, and YHWH keeps. Blessing is not merely a pleasant word spoken over life as it already is. Blessing is YHWH’s favor carrying life, promise, and vocation forward under His purpose. Keeping is the preservation of that life under His care.</w:t>
      </w:r>
    </w:p>
    <w:p>
      <w:pPr>
        <w:pStyle w:val="Grace2BodyText"/>
        <w:spacing w:after="120" w:line="259" w:lineRule="auto"/>
        <w:ind w:firstLine="259"/>
      </w:pPr>
      <w:r>
        <w:rPr>
          <w:rFonts w:ascii="Georgia" w:hAnsi="Georgia"/>
          <w:b w:val="0"/>
          <w:i w:val="0"/>
          <w:sz w:val="22"/>
        </w:rPr>
        <w:t>Jacob shows the pattern before Numbers 6 speaks it. He asks for blessing, but the encounter does not end with blessing alone. He receives a new name, sees the Face of God, and says, “my life is preserved.” Blessing and preservation are already touching one another before Aaron ever speaks, “The LORD bless thee, and keep thee.”</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Genesis 15:6; Genesis 32:26, 30</w:t>
            </w:r>
          </w:p>
          <w:p>
            <w:pPr>
              <w:pStyle w:val="Grace2Normal"/>
              <w:spacing w:after="60" w:line="252" w:lineRule="auto"/>
            </w:pPr>
            <w:r>
              <w:rPr>
                <w:rFonts w:ascii="Georgia" w:hAnsi="Georgia"/>
                <w:color w:val="00376E"/>
                <w:sz w:val="20"/>
              </w:rPr>
              <w:t>And he believed in the LORD; and he counted it to him for righteousness.</w:t>
            </w:r>
          </w:p>
          <w:p>
            <w:pPr>
              <w:pStyle w:val="Grace2Normal"/>
              <w:spacing w:after="60" w:line="252" w:lineRule="auto"/>
            </w:pPr>
            <w:r>
              <w:rPr>
                <w:rFonts w:ascii="Georgia" w:hAnsi="Georgia"/>
                <w:color w:val="00376E"/>
                <w:sz w:val="20"/>
              </w:rPr>
              <w:t>...I will not let thee go, except thou bless me.</w:t>
            </w:r>
          </w:p>
          <w:p>
            <w:pPr>
              <w:pStyle w:val="Grace2Normal"/>
              <w:spacing w:after="60" w:line="252" w:lineRule="auto"/>
            </w:pPr>
            <w:r>
              <w:rPr>
                <w:rFonts w:ascii="Georgia" w:hAnsi="Georgia"/>
                <w:color w:val="00376E"/>
                <w:sz w:val="20"/>
              </w:rPr>
              <w:t>...I have seen God face to face, and my life is preserved.</w:t>
            </w:r>
          </w:p>
        </w:tc>
      </w:tr>
    </w:tbl>
    <w:p>
      <w:pPr>
        <w:pStyle w:val="Grace2Normal"/>
        <w:spacing w:after="20"/>
      </w:pPr>
    </w:p>
    <w:p>
      <w:pPr>
        <w:pStyle w:val="Grace2BodyText"/>
        <w:spacing w:after="120" w:line="259" w:lineRule="auto"/>
        <w:ind w:firstLine="259"/>
      </w:pPr>
      <w:r>
        <w:rPr>
          <w:rFonts w:ascii="Georgia" w:hAnsi="Georgia"/>
          <w:b w:val="0"/>
          <w:i w:val="0"/>
          <w:sz w:val="22"/>
        </w:rPr>
        <w:t>Blessing is not treated in Scripture as automatic possession. Abraham believes, and it is counted to him for righteousness. Jacob clings and will not let go unless he is blessed. The blessing of YHWH is offered by grace, but it is not received as a license to resist YHWH’s word.</w:t>
      </w:r>
    </w:p>
    <w:p>
      <w:pPr>
        <w:pStyle w:val="Grace2Heading1"/>
        <w:spacing w:before="240" w:after="120"/>
      </w:pPr>
      <w:r>
        <w:rPr>
          <w:rFonts w:ascii="Georgia" w:hAnsi="Georgia"/>
          <w:b/>
          <w:color w:val="1F4E79"/>
          <w:sz w:val="32"/>
        </w:rPr>
        <w:t>5. Blessing, Response, and Culpability</w:t>
      </w:r>
    </w:p>
    <w:p>
      <w:pPr>
        <w:pStyle w:val="Grace2BodyText"/>
        <w:spacing w:after="120" w:line="259" w:lineRule="auto"/>
      </w:pPr>
      <w:r>
        <w:rPr>
          <w:rFonts w:ascii="Georgia" w:hAnsi="Georgia"/>
          <w:b w:val="0"/>
          <w:i w:val="0"/>
          <w:sz w:val="22"/>
        </w:rPr>
        <w:t>Moses later places life and death, blessing and cursing, before Israel. The people are called to choose life, to love YHWH, to obey His voice, and to cleave unto Him. Blessing is received under the word and way of YHWH, not seized by flesh, pride, or presumption.</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Deuteronomy 30:19–20</w:t>
            </w:r>
          </w:p>
          <w:p>
            <w:pPr>
              <w:pStyle w:val="Grace2Normal"/>
              <w:spacing w:after="60" w:line="252" w:lineRule="auto"/>
            </w:pPr>
            <w:r>
              <w:rPr>
                <w:rFonts w:ascii="Georgia" w:hAnsi="Georgia"/>
                <w:color w:val="00376E"/>
                <w:sz w:val="20"/>
              </w:rPr>
              <w:t>I call heaven and earth to record this day against you, that I have set before you life and death, blessing and cursing:</w:t>
            </w:r>
          </w:p>
          <w:p>
            <w:pPr>
              <w:pStyle w:val="Grace2Normal"/>
              <w:spacing w:after="60" w:line="252" w:lineRule="auto"/>
            </w:pPr>
            <w:r>
              <w:rPr>
                <w:rFonts w:ascii="Georgia" w:hAnsi="Georgia"/>
                <w:color w:val="00376E"/>
                <w:sz w:val="20"/>
              </w:rPr>
              <w:t>therefore choose life, that both thou and thy seed may live:</w:t>
            </w:r>
          </w:p>
          <w:p>
            <w:pPr>
              <w:pStyle w:val="Grace2Normal"/>
              <w:spacing w:after="60" w:line="252" w:lineRule="auto"/>
            </w:pPr>
            <w:r>
              <w:rPr>
                <w:rFonts w:ascii="Georgia" w:hAnsi="Georgia"/>
                <w:color w:val="00376E"/>
                <w:sz w:val="20"/>
              </w:rPr>
              <w:t>That thou mayest love the LORD thy God, and that thou mayest obey his voice, and that thou mayest cleave unto him...</w:t>
            </w:r>
          </w:p>
        </w:tc>
      </w:tr>
    </w:tbl>
    <w:p>
      <w:pPr>
        <w:pStyle w:val="Grace2Normal"/>
        <w:spacing w:after="20"/>
      </w:pPr>
    </w:p>
    <w:p>
      <w:pPr>
        <w:pStyle w:val="Grace2BodyText"/>
        <w:spacing w:after="120" w:line="259" w:lineRule="auto"/>
        <w:ind w:firstLine="259"/>
      </w:pPr>
      <w:r>
        <w:rPr>
          <w:rFonts w:ascii="Georgia" w:hAnsi="Georgia"/>
          <w:b w:val="0"/>
          <w:i w:val="0"/>
          <w:sz w:val="22"/>
        </w:rPr>
        <w:t>This same pattern appears later in the history of Israel. The people called by YHWH’s Name are told to humble themselves, pray, seek His Face, and turn from wicked ways. Then He will hear, forgive, and heal. The Name, the Face, the hearing of prayer, forgiveness, healing, and preservation all belong to the same covenant world.</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2 Chronicles 7:14</w:t>
            </w:r>
          </w:p>
          <w:p>
            <w:pPr>
              <w:pStyle w:val="Grace2Normal"/>
              <w:spacing w:after="60" w:line="252" w:lineRule="auto"/>
            </w:pPr>
            <w:r>
              <w:rPr>
                <w:rFonts w:ascii="Georgia" w:hAnsi="Georgia"/>
                <w:color w:val="00376E"/>
                <w:sz w:val="20"/>
              </w:rPr>
              <w:t>If my people, which are called by my name, shall humble themselves, and pray, and seek my face,</w:t>
            </w:r>
          </w:p>
          <w:p>
            <w:pPr>
              <w:pStyle w:val="Grace2Normal"/>
              <w:spacing w:after="60" w:line="252" w:lineRule="auto"/>
            </w:pPr>
            <w:r>
              <w:rPr>
                <w:rFonts w:ascii="Georgia" w:hAnsi="Georgia"/>
                <w:color w:val="00376E"/>
                <w:sz w:val="20"/>
              </w:rPr>
              <w:t>and turn from their wicked ways; then will I hear from heaven, and will forgive their sin, and will heal their land.</w:t>
            </w:r>
          </w:p>
        </w:tc>
      </w:tr>
    </w:tbl>
    <w:p>
      <w:pPr>
        <w:pStyle w:val="Grace2Normal"/>
        <w:spacing w:after="20"/>
      </w:pPr>
    </w:p>
    <w:p>
      <w:pPr>
        <w:pStyle w:val="Grace2BodyText"/>
        <w:spacing w:after="120" w:line="259" w:lineRule="auto"/>
        <w:ind w:firstLine="259"/>
      </w:pPr>
      <w:r>
        <w:rPr>
          <w:rFonts w:ascii="Georgia" w:hAnsi="Georgia"/>
          <w:b w:val="0"/>
          <w:i w:val="0"/>
          <w:sz w:val="22"/>
        </w:rPr>
        <w:t>The prophets continue the witness. YHWH does not delight in the death of the wicked. He calls, warns, pleads, and invites return. Yet refusal remains real. Grace does not erase culpability. Blessing is not seized by flesh, inherited by pride, or possessed by presumption. It is received by faith, humility, turning, and the life that responds to YHWH’s word.</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Ezekiel 33:11; Matthew 23:37</w:t>
            </w:r>
          </w:p>
          <w:p>
            <w:pPr>
              <w:pStyle w:val="Grace2Normal"/>
              <w:spacing w:after="60" w:line="252" w:lineRule="auto"/>
            </w:pPr>
            <w:r>
              <w:rPr>
                <w:rFonts w:ascii="Georgia" w:hAnsi="Georgia"/>
                <w:color w:val="00376E"/>
                <w:sz w:val="20"/>
              </w:rPr>
              <w:t>As I live, saith the Lord GOD, I have no pleasure in the death of the wicked;</w:t>
            </w:r>
          </w:p>
          <w:p>
            <w:pPr>
              <w:pStyle w:val="Grace2Normal"/>
              <w:spacing w:after="60" w:line="252" w:lineRule="auto"/>
            </w:pPr>
            <w:r>
              <w:rPr>
                <w:rFonts w:ascii="Georgia" w:hAnsi="Georgia"/>
                <w:color w:val="00376E"/>
                <w:sz w:val="20"/>
              </w:rPr>
              <w:t>but that the wicked turn from his way and live...</w:t>
            </w:r>
          </w:p>
          <w:p>
            <w:pPr>
              <w:pStyle w:val="Grace2Normal"/>
              <w:spacing w:after="60" w:line="252" w:lineRule="auto"/>
            </w:pPr>
            <w:r>
              <w:rPr>
                <w:rFonts w:ascii="Georgia" w:hAnsi="Georgia"/>
                <w:color w:val="00376E"/>
                <w:sz w:val="20"/>
              </w:rPr>
              <w:t>O Jerusalem, Jerusalem... how often would I have gathered thy children together, even as a hen gathereth her chickens under her wings, and ye would not!</w:t>
            </w:r>
          </w:p>
        </w:tc>
      </w:tr>
    </w:tbl>
    <w:p>
      <w:pPr>
        <w:pStyle w:val="Grace2Normal"/>
        <w:spacing w:after="20"/>
      </w:pPr>
    </w:p>
    <w:p>
      <w:pPr>
        <w:pStyle w:val="Grace2BodyText"/>
        <w:spacing w:after="120" w:line="259" w:lineRule="auto"/>
        <w:ind w:firstLine="259"/>
      </w:pPr>
      <w:r>
        <w:rPr>
          <w:rFonts w:ascii="Georgia" w:hAnsi="Georgia"/>
          <w:b w:val="0"/>
          <w:i w:val="0"/>
          <w:sz w:val="22"/>
        </w:rPr>
        <w:t>The desire to gather, shelter, and preserve is there. The refusal is also there. This matters for the study of grace. Grace is shelter offered, not shelter forced. YHWH gathers those who come under His word, His Face, His Name, and His appointed way of life.</w:t>
      </w:r>
    </w:p>
    <w:p>
      <w:pPr>
        <w:pStyle w:val="Grace2Heading1"/>
        <w:spacing w:before="240" w:after="120"/>
      </w:pPr>
      <w:r>
        <w:rPr>
          <w:rFonts w:ascii="Georgia" w:hAnsi="Georgia"/>
          <w:b/>
          <w:color w:val="1F4E79"/>
          <w:sz w:val="32"/>
        </w:rPr>
        <w:t>6. The Face That Shines</w:t>
      </w:r>
    </w:p>
    <w:p>
      <w:pPr>
        <w:pStyle w:val="Grace2BodyText"/>
        <w:spacing w:after="120" w:line="259" w:lineRule="auto"/>
      </w:pPr>
      <w:r>
        <w:rPr>
          <w:rFonts w:ascii="Georgia" w:hAnsi="Georgia"/>
          <w:b w:val="0"/>
          <w:i w:val="0"/>
          <w:sz w:val="22"/>
        </w:rPr>
        <w:t>Numbers 6 then moves from blessing and keeping to the Face of YHWH: “The LORD make his face shine upon thee.” For modern readers, the language of the Face shining may feel unfamiliar. Scripture helps by giving the contrast.</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Deuteronomy 31:17; Psalm 34:16</w:t>
            </w:r>
          </w:p>
          <w:p>
            <w:pPr>
              <w:pStyle w:val="Grace2Normal"/>
              <w:spacing w:after="60" w:line="252" w:lineRule="auto"/>
            </w:pPr>
            <w:r>
              <w:rPr>
                <w:rFonts w:ascii="Georgia" w:hAnsi="Georgia"/>
                <w:color w:val="00376E"/>
                <w:sz w:val="20"/>
              </w:rPr>
              <w:t>...I will forsake them, and I will hide my face from them, and they shall be devoured...</w:t>
            </w:r>
          </w:p>
          <w:p>
            <w:pPr>
              <w:pStyle w:val="Grace2Normal"/>
              <w:spacing w:after="60" w:line="252" w:lineRule="auto"/>
            </w:pPr>
            <w:r>
              <w:rPr>
                <w:rFonts w:ascii="Georgia" w:hAnsi="Georgia"/>
                <w:color w:val="00376E"/>
                <w:sz w:val="20"/>
              </w:rPr>
              <w:t>The face of the LORD is against them that do evil, to cut off the remembrance of them from the earth.</w:t>
            </w:r>
          </w:p>
        </w:tc>
      </w:tr>
    </w:tbl>
    <w:p>
      <w:pPr>
        <w:pStyle w:val="Grace2Normal"/>
        <w:spacing w:after="20"/>
      </w:pPr>
    </w:p>
    <w:p>
      <w:pPr>
        <w:pStyle w:val="Grace2BodyText"/>
        <w:spacing w:after="120" w:line="259" w:lineRule="auto"/>
        <w:ind w:firstLine="259"/>
      </w:pPr>
      <w:r>
        <w:rPr>
          <w:rFonts w:ascii="Georgia" w:hAnsi="Georgia"/>
          <w:b w:val="0"/>
          <w:i w:val="0"/>
          <w:sz w:val="22"/>
        </w:rPr>
        <w:t>Sometimes YHWH hides His Face. This is the language of withdrawal, grief, distance, and judgment. Sometimes the Face of YHWH is against the wicked. This is not blessing but opposition. But in Numbers 6, the Face of YHWH shines upon the people. His Face is not hidden from them. His Face is not set against them. His Face is turned toward them in favor.</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Psalm 31:16; Psalm 80:3</w:t>
            </w:r>
          </w:p>
          <w:p>
            <w:pPr>
              <w:pStyle w:val="Grace2Normal"/>
              <w:spacing w:after="60" w:line="252" w:lineRule="auto"/>
            </w:pPr>
            <w:r>
              <w:rPr>
                <w:rFonts w:ascii="Georgia" w:hAnsi="Georgia"/>
                <w:color w:val="00376E"/>
                <w:sz w:val="20"/>
              </w:rPr>
              <w:t>Make thy face to shine upon thy servant: save me for thy mercies’ sake.</w:t>
            </w:r>
          </w:p>
          <w:p>
            <w:pPr>
              <w:pStyle w:val="Grace2Normal"/>
              <w:spacing w:after="60" w:line="252" w:lineRule="auto"/>
            </w:pPr>
            <w:r>
              <w:rPr>
                <w:rFonts w:ascii="Georgia" w:hAnsi="Georgia"/>
                <w:color w:val="00376E"/>
                <w:sz w:val="20"/>
              </w:rPr>
              <w:t>Turn us again, O God, and cause thy face to shine; and we shall be saved.</w:t>
            </w:r>
          </w:p>
        </w:tc>
      </w:tr>
    </w:tbl>
    <w:p>
      <w:pPr>
        <w:pStyle w:val="Grace2Normal"/>
        <w:spacing w:after="20"/>
      </w:pPr>
    </w:p>
    <w:p>
      <w:pPr>
        <w:pStyle w:val="Grace2BodyText"/>
        <w:spacing w:after="120" w:line="259" w:lineRule="auto"/>
        <w:ind w:firstLine="259"/>
      </w:pPr>
      <w:r>
        <w:rPr>
          <w:rFonts w:ascii="Georgia" w:hAnsi="Georgia"/>
          <w:b w:val="0"/>
          <w:i w:val="0"/>
          <w:sz w:val="22"/>
        </w:rPr>
        <w:t>The shining Face is therefore not decorative language. It is personal favor turned toward the one in need of mercy, salvation, restoration, and preserved life. Jacob’s story prepared the line: “I have seen God face to face, and my life is preserved.”</w:t>
      </w:r>
    </w:p>
    <w:p>
      <w:pPr>
        <w:pStyle w:val="Grace2BodyText"/>
        <w:spacing w:after="120" w:line="259" w:lineRule="auto"/>
        <w:ind w:firstLine="259"/>
      </w:pPr>
      <w:r>
        <w:rPr>
          <w:rFonts w:ascii="Georgia" w:hAnsi="Georgia"/>
          <w:b w:val="0"/>
          <w:i w:val="0"/>
          <w:sz w:val="22"/>
        </w:rPr>
        <w:t>Later, Paul will speak of “the light of the knowledge of the glory of God in the face of Jesus Christ.” The Face of God is not finally known as an abstraction. The glory of God is revealed in the face of Christ.</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2Normal"/>
              <w:spacing w:after="80"/>
            </w:pPr>
            <w:r/>
            <w:r>
              <w:rPr>
                <w:rFonts w:ascii="Georgia" w:hAnsi="Georgia"/>
                <w:b/>
                <w:i/>
                <w:color w:val="1F4E79"/>
                <w:sz w:val="21"/>
              </w:rPr>
              <w:t>2 Corinthians 4:6; Revelation 22:4</w:t>
            </w:r>
          </w:p>
          <w:p>
            <w:pPr>
              <w:pStyle w:val="Grace2Normal"/>
              <w:spacing w:after="60" w:line="252" w:lineRule="auto"/>
            </w:pPr>
            <w:r>
              <w:rPr>
                <w:rFonts w:ascii="Georgia" w:hAnsi="Georgia"/>
                <w:color w:val="00376E"/>
                <w:sz w:val="20"/>
              </w:rPr>
              <w:t>For God, who commanded the light to shine out of darkness, hath shined in our hearts,</w:t>
            </w:r>
          </w:p>
          <w:p>
            <w:pPr>
              <w:pStyle w:val="Grace2Normal"/>
              <w:spacing w:after="60" w:line="252" w:lineRule="auto"/>
            </w:pPr>
            <w:r>
              <w:rPr>
                <w:rFonts w:ascii="Georgia" w:hAnsi="Georgia"/>
                <w:color w:val="00376E"/>
                <w:sz w:val="20"/>
              </w:rPr>
              <w:t>to give the light of the knowledge of the glory of God in the face of Jesus Christ.</w:t>
            </w:r>
          </w:p>
          <w:p>
            <w:pPr>
              <w:pStyle w:val="Grace2Normal"/>
              <w:spacing w:after="60" w:line="252" w:lineRule="auto"/>
            </w:pPr>
            <w:r>
              <w:rPr>
                <w:rFonts w:ascii="Georgia" w:hAnsi="Georgia"/>
                <w:color w:val="00376E"/>
                <w:sz w:val="20"/>
              </w:rPr>
              <w:t>And they shall see his face; and his name shall be in their foreheads.</w:t>
            </w:r>
          </w:p>
        </w:tc>
      </w:tr>
    </w:tbl>
    <w:p>
      <w:pPr>
        <w:pStyle w:val="Grace2Normal"/>
        <w:spacing w:after="20"/>
      </w:pPr>
    </w:p>
    <w:p>
      <w:pPr>
        <w:pStyle w:val="Grace2BodyText"/>
        <w:spacing w:after="120" w:line="259" w:lineRule="auto"/>
        <w:ind w:firstLine="259"/>
      </w:pPr>
      <w:r>
        <w:rPr>
          <w:rFonts w:ascii="Georgia" w:hAnsi="Georgia"/>
          <w:b w:val="0"/>
          <w:i w:val="0"/>
          <w:sz w:val="22"/>
        </w:rPr>
        <w:t>Revelation brings the line to its appointed end. Numbers 6 blesses toward that end. The Face shines now in priestly blessing, but the final hope is that His servants will see His Face, bear His Name, and live where the curse is gone.</w:t>
      </w:r>
    </w:p>
    <w:p>
      <w:pPr>
        <w:pStyle w:val="Grace2BodyText"/>
        <w:spacing w:after="120" w:line="259" w:lineRule="auto"/>
      </w:pPr>
      <w:r>
        <w:rPr>
          <w:rFonts w:ascii="Georgia" w:hAnsi="Georgia"/>
          <w:b/>
          <w:i w:val="0"/>
          <w:sz w:val="22"/>
        </w:rPr>
        <w:t>The shining Face of YHWH is His personal favor turned toward His people: not hidden in abandonment, not set against them in judgment, but lifted toward them for mercy, restoration, salvation, and preserved life.</w:t>
      </w:r>
    </w:p>
    <w:tbl>
      <w:tblPr>
        <w:tblW w:type="auto" w:w="0"/>
        <w:jc w:val="center"/>
        <w:tblLook w:firstColumn="1" w:firstRow="1" w:lastColumn="0" w:lastRow="0" w:noHBand="0" w:noVBand="1" w:val="04A0"/>
      </w:tblPr>
      <w:tblGrid>
        <w:gridCol w:w="10080"/>
      </w:tblGrid>
      <w:tr>
        <w:trPr>
          <w:cantSplit/>
        </w:trPr>
        <w:tc>
          <w:tcPr>
            <w:tcW w:type="dxa" w:w="10080"/>
            <w:shd w:fill="F4F9EF"/>
            <w:tcBorders>
              <w:top w:sz="8" w:val="single" w:color="70AD47" w:space="0"/>
              <w:left w:sz="8" w:val="single" w:color="70AD47" w:space="0"/>
              <w:bottom w:sz="8" w:val="single" w:color="70AD47" w:space="0"/>
              <w:right w:sz="8" w:val="single" w:color="70AD47" w:space="0"/>
            </w:tcBorders>
          </w:tcPr>
          <w:p>
            <w:pPr>
              <w:pStyle w:val="Grace2Normal"/>
              <w:spacing w:after="100"/>
            </w:pPr>
            <w:r/>
            <w:r>
              <w:rPr>
                <w:rFonts w:ascii="Georgia" w:hAnsi="Georgia"/>
                <w:b/>
                <w:color w:val="385723"/>
                <w:sz w:val="23"/>
              </w:rPr>
              <w:t>Build So Far</w:t>
            </w:r>
          </w:p>
          <w:p>
            <w:pPr>
              <w:pStyle w:val="Grace2Normal"/>
              <w:spacing w:after="60"/>
              <w:ind w:left="259" w:hanging="187"/>
            </w:pPr>
            <w:r>
              <w:rPr>
                <w:rFonts w:ascii="Georgia" w:hAnsi="Georgia"/>
                <w:sz w:val="21"/>
              </w:rPr>
              <w:t>• The blessing begins with identity: the LORD who blesses is YHWH, the God who gives His own Name and acts by His own hand.</w:t>
            </w:r>
          </w:p>
          <w:p>
            <w:pPr>
              <w:pStyle w:val="Grace2Normal"/>
              <w:spacing w:after="60"/>
              <w:ind w:left="259" w:hanging="187"/>
            </w:pPr>
            <w:r>
              <w:rPr>
                <w:rFonts w:ascii="Georgia" w:hAnsi="Georgia"/>
                <w:sz w:val="21"/>
              </w:rPr>
              <w:t>• YHWH hears the cry, remembers covenant, sends Moses, supplies presence, judges Egypt, and brings His firstborn through the waters toward promise and inheritance.</w:t>
            </w:r>
          </w:p>
          <w:p>
            <w:pPr>
              <w:pStyle w:val="Grace2Normal"/>
              <w:spacing w:after="60"/>
              <w:ind w:left="259" w:hanging="187"/>
            </w:pPr>
            <w:r>
              <w:rPr>
                <w:rFonts w:ascii="Georgia" w:hAnsi="Georgia"/>
                <w:sz w:val="21"/>
              </w:rPr>
              <w:t>• Blessing and keeping belong together: YHWH’s blessing carries life, promise, and vocation forward; His keeping preserves that life under His care.</w:t>
            </w:r>
          </w:p>
          <w:p>
            <w:pPr>
              <w:pStyle w:val="Grace2Normal"/>
              <w:spacing w:after="60"/>
              <w:ind w:left="259" w:hanging="187"/>
            </w:pPr>
            <w:r>
              <w:rPr>
                <w:rFonts w:ascii="Georgia" w:hAnsi="Georgia"/>
                <w:sz w:val="21"/>
              </w:rPr>
              <w:t>• Blessing is not automatic possession. Scripture calls for faith, humility, turning, clinging, and the life that responds to YHWH’s word.</w:t>
            </w:r>
          </w:p>
          <w:p>
            <w:pPr>
              <w:pStyle w:val="Grace2Normal"/>
              <w:spacing w:after="60"/>
              <w:ind w:left="259" w:hanging="187"/>
            </w:pPr>
            <w:r>
              <w:rPr>
                <w:rFonts w:ascii="Georgia" w:hAnsi="Georgia"/>
                <w:sz w:val="21"/>
              </w:rPr>
              <w:t>• The shining Face is YHWH’s personal favor turned toward His people, not hidden from them and not set against them in judgment.</w:t>
            </w:r>
          </w:p>
          <w:p>
            <w:pPr>
              <w:pStyle w:val="Grace2Normal"/>
              <w:spacing w:after="60"/>
              <w:ind w:left="259" w:hanging="187"/>
            </w:pPr>
            <w:r>
              <w:rPr>
                <w:rFonts w:ascii="Georgia" w:hAnsi="Georgia"/>
                <w:sz w:val="21"/>
              </w:rPr>
              <w:t>• The final hope is already beginning to appear: Face seen, Name borne, life preserved, and the people dwelling under YHWH’s favor.</w:t>
            </w:r>
          </w:p>
        </w:tc>
      </w:tr>
    </w:tbl>
    <w:p>
      <w:pPr>
        <w:pStyle w:val="Grace2Normal"/>
        <w:spacing w:after="20"/>
        <w:sectPr w:rsidR="00FC693F" w:rsidRPr="0006063C" w:rsidSect="00034616">
          <w:headerReference w:type="default" r:id="rIdGrace2header"/>
          <w:footerReference w:type="default" r:id="rIdGrace2footer"/>
          <w:type w:val="nextPage"/>
          <w:pgSz w:w="12240" w:h="15840"/>
          <w:pgMar w:top="936" w:right="1080" w:bottom="936" w:left="1080" w:header="432" w:footer="432" w:gutter="0"/>
          <w:pgNumType w:start="1"/>
          <w:cols w:space="720"/>
          <w:docGrid w:linePitch="360"/>
        </w:sectPr>
      </w:pPr>
    </w:p>
    <w:p>
      <w:pPr>
        <w:pStyle w:val="Grace3Normal"/>
        <w:spacing w:after="200"/>
        <w:jc w:val="center"/>
      </w:pPr>
      <w:r>
        <w:rPr>
          <w:rFonts w:ascii="Georgia" w:hAnsi="Georgia"/>
          <w:b/>
          <w:i w:val="0"/>
          <w:color w:val="1F4E79"/>
          <w:sz w:val="36"/>
        </w:rPr>
        <w:t>GRACE TO GLORIFICATION</w:t>
      </w:r>
    </w:p>
    <w:p>
      <w:pPr>
        <w:pStyle w:val="Grace3Normal"/>
        <w:spacing w:after="60"/>
        <w:jc w:val="center"/>
      </w:pPr>
      <w:r>
        <w:rPr>
          <w:rFonts w:ascii="Georgia" w:hAnsi="Georgia"/>
          <w:b w:val="0"/>
          <w:i/>
          <w:color w:val="464646"/>
          <w:sz w:val="28"/>
        </w:rPr>
        <w:t>Part Three</w:t>
      </w:r>
    </w:p>
    <w:p>
      <w:pPr>
        <w:pStyle w:val="Grace3Normal"/>
        <w:spacing w:after="80"/>
        <w:jc w:val="center"/>
      </w:pPr>
      <w:r>
        <w:rPr>
          <w:rFonts w:ascii="Georgia" w:hAnsi="Georgia"/>
          <w:b/>
          <w:i w:val="0"/>
          <w:color w:val="1F4E79"/>
          <w:sz w:val="40"/>
        </w:rPr>
        <w:t>The Peace Given</w:t>
      </w:r>
    </w:p>
    <w:p>
      <w:pPr>
        <w:pStyle w:val="Grace3Normal"/>
        <w:spacing w:after="280"/>
        <w:jc w:val="center"/>
      </w:pPr>
      <w:r>
        <w:rPr>
          <w:rFonts w:ascii="Georgia" w:hAnsi="Georgia"/>
          <w:b w:val="0"/>
          <w:i/>
          <w:color w:val="464646"/>
          <w:sz w:val="25"/>
        </w:rPr>
        <w:t>Priesthood, Kingdom, and the Covenant of Peace</w:t>
      </w:r>
    </w:p>
    <w:p>
      <w:pPr>
        <w:pStyle w:val="Grace3BodyText"/>
        <w:spacing w:after="120" w:line="259" w:lineRule="auto"/>
      </w:pPr>
      <w:r>
        <w:rPr>
          <w:rFonts w:ascii="Georgia" w:hAnsi="Georgia"/>
          <w:b w:val="0"/>
          <w:i w:val="0"/>
          <w:sz w:val="22"/>
        </w:rPr>
        <w:t>Part Two followed the LORD who blesses, the hand that delivers, the blessing that keeps, and the Face that shines. Part Three follows the next phrase of the priestly blessing: “The LORD lift up his countenance upon thee, and give thee peace.”</w:t>
      </w:r>
    </w:p>
    <w:p>
      <w:pPr>
        <w:pStyle w:val="Grace3Normal"/>
        <w:spacing w:before="80" w:after="160"/>
        <w:jc w:val="center"/>
      </w:pPr>
      <w:r>
        <w:rPr>
          <w:rFonts w:ascii="Georgia" w:hAnsi="Georgia"/>
          <w:b/>
          <w:color w:val="1F4E79"/>
          <w:sz w:val="22"/>
        </w:rPr>
        <w:t>Countenance Lifted → Peace Given → Priesthood → Kingdom → Christ the Priest-King</w:t>
      </w:r>
    </w:p>
    <w:p>
      <w:pPr>
        <w:pStyle w:val="Grace3BodyText"/>
        <w:spacing w:after="120" w:line="259" w:lineRule="auto"/>
      </w:pPr>
      <w:r>
        <w:rPr>
          <w:rFonts w:ascii="Georgia" w:hAnsi="Georgia"/>
          <w:b w:val="0"/>
          <w:i w:val="0"/>
          <w:sz w:val="22"/>
        </w:rPr>
        <w:t>Peace in this study cannot be treated as mere inward calm. The peace of Numbers 6 belongs to covenant, atonement, priesthood, kingly rule, reconciliation, and the final removal of the curse.</w:t>
      </w:r>
    </w:p>
    <w:p>
      <w:pPr>
        <w:pStyle w:val="Grace3Heading1"/>
        <w:spacing w:before="240" w:after="120"/>
      </w:pPr>
      <w:r>
        <w:rPr>
          <w:rFonts w:ascii="Georgia" w:hAnsi="Georgia"/>
          <w:b/>
          <w:color w:val="1F4E79"/>
          <w:sz w:val="32"/>
        </w:rPr>
        <w:t>1. Peace Is Not a Decorative Ending</w:t>
      </w:r>
    </w:p>
    <w:p>
      <w:pPr>
        <w:pStyle w:val="Grace3BodyText"/>
        <w:spacing w:after="120" w:line="259" w:lineRule="auto"/>
      </w:pPr>
      <w:r>
        <w:rPr>
          <w:rFonts w:ascii="Georgia" w:hAnsi="Georgia"/>
          <w:b w:val="0"/>
          <w:i w:val="0"/>
          <w:sz w:val="22"/>
        </w:rPr>
        <w:t>Numbers 6 does not end with blessing, keeping, Face, or even grace. It moves toward peace. The Face of YHWH shines, His countenance is lifted, and peace is given.</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Numbers 6:25–26</w:t>
            </w:r>
          </w:p>
          <w:p>
            <w:pPr>
              <w:pStyle w:val="Grace3Normal"/>
              <w:spacing w:after="60" w:line="252" w:lineRule="auto"/>
            </w:pPr>
            <w:r>
              <w:rPr>
                <w:rFonts w:ascii="Georgia" w:hAnsi="Georgia"/>
                <w:color w:val="00376E"/>
                <w:sz w:val="20"/>
              </w:rPr>
              <w:t>The LORD make his face shine upon thee, and be gracious unto thee:</w:t>
            </w:r>
          </w:p>
          <w:p>
            <w:pPr>
              <w:pStyle w:val="Grace3Normal"/>
              <w:spacing w:after="60" w:line="252" w:lineRule="auto"/>
            </w:pPr>
            <w:r>
              <w:rPr>
                <w:rFonts w:ascii="Georgia" w:hAnsi="Georgia"/>
                <w:color w:val="00376E"/>
                <w:sz w:val="20"/>
              </w:rPr>
              <w:t>The LORD lift up his countenance upon thee, and give thee peace.</w:t>
            </w:r>
          </w:p>
        </w:tc>
      </w:tr>
    </w:tbl>
    <w:p>
      <w:pPr>
        <w:pStyle w:val="Grace3Normal"/>
        <w:spacing w:after="20"/>
      </w:pPr>
    </w:p>
    <w:p>
      <w:pPr>
        <w:pStyle w:val="Grace3BodyText"/>
        <w:spacing w:after="120" w:line="259" w:lineRule="auto"/>
        <w:ind w:firstLine="259"/>
      </w:pPr>
      <w:r>
        <w:rPr>
          <w:rFonts w:ascii="Georgia" w:hAnsi="Georgia"/>
          <w:b w:val="0"/>
          <w:i w:val="0"/>
          <w:sz w:val="22"/>
        </w:rPr>
        <w:t>Peace is not merely a pleasant feeling spoken over a troubled life. Peace is restored order under the favor of YHWH. It is life no longer standing under hostility, curse, uncleanness, accusation, exile, or enmity. Peace requires more than a word wished over the people. Peace requires atonement, priestly mediation, covenant faithfulness, and kingly rule.</w:t>
      </w:r>
    </w:p>
    <w:p>
      <w:pPr>
        <w:pStyle w:val="Grace3BodyText"/>
        <w:spacing w:after="120" w:line="259" w:lineRule="auto"/>
        <w:ind w:firstLine="259"/>
      </w:pPr>
      <w:r>
        <w:rPr>
          <w:rFonts w:ascii="Georgia" w:hAnsi="Georgia"/>
          <w:b w:val="0"/>
          <w:i w:val="0"/>
          <w:sz w:val="22"/>
        </w:rPr>
        <w:t>This is why the covenant of peace matters. It is not one of the covenants usually placed on a Sunday school flannel graph, yet Scripture gives it weight in the priestly and prophetic storyline.</w:t>
      </w:r>
    </w:p>
    <w:p>
      <w:pPr>
        <w:pStyle w:val="Grace3Heading1"/>
        <w:spacing w:before="240" w:after="120"/>
      </w:pPr>
      <w:r>
        <w:rPr>
          <w:rFonts w:ascii="Georgia" w:hAnsi="Georgia"/>
          <w:b/>
          <w:color w:val="1F4E79"/>
          <w:sz w:val="32"/>
        </w:rPr>
        <w:t>2. The Covenant of Peace and Everlasting Priesthood</w:t>
      </w:r>
    </w:p>
    <w:p>
      <w:pPr>
        <w:pStyle w:val="Grace3BodyText"/>
        <w:spacing w:after="120" w:line="259" w:lineRule="auto"/>
      </w:pPr>
      <w:r>
        <w:rPr>
          <w:rFonts w:ascii="Georgia" w:hAnsi="Georgia"/>
          <w:b w:val="0"/>
          <w:i w:val="0"/>
          <w:sz w:val="22"/>
        </w:rPr>
        <w:t>In Numbers 25, YHWH gives Phinehas “my covenant of peace,” and immediately connects that covenant with priesthood. Peace is tied to zeal for YHWH, atonement, and the preservation of the people from judgment.</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Numbers 25:12–13</w:t>
            </w:r>
          </w:p>
          <w:p>
            <w:pPr>
              <w:pStyle w:val="Grace3Normal"/>
              <w:spacing w:after="60" w:line="252" w:lineRule="auto"/>
            </w:pPr>
            <w:r>
              <w:rPr>
                <w:rFonts w:ascii="Georgia" w:hAnsi="Georgia"/>
                <w:color w:val="00376E"/>
                <w:sz w:val="20"/>
              </w:rPr>
              <w:t>Wherefore say, Behold, I give unto him my covenant of peace:</w:t>
            </w:r>
          </w:p>
          <w:p>
            <w:pPr>
              <w:pStyle w:val="Grace3Normal"/>
              <w:spacing w:after="60" w:line="252" w:lineRule="auto"/>
            </w:pPr>
            <w:r>
              <w:rPr>
                <w:rFonts w:ascii="Georgia" w:hAnsi="Georgia"/>
                <w:color w:val="00376E"/>
                <w:sz w:val="20"/>
              </w:rPr>
              <w:t>And he shall have it, and his seed after him, even the covenant of an everlasting priesthood;</w:t>
            </w:r>
          </w:p>
          <w:p>
            <w:pPr>
              <w:pStyle w:val="Grace3Normal"/>
              <w:spacing w:after="60" w:line="252" w:lineRule="auto"/>
            </w:pPr>
            <w:r>
              <w:rPr>
                <w:rFonts w:ascii="Georgia" w:hAnsi="Georgia"/>
                <w:color w:val="00376E"/>
                <w:sz w:val="20"/>
              </w:rPr>
              <w:t>because he was zealous for his God, and made an atonement for the children of Israel.</w:t>
            </w:r>
          </w:p>
        </w:tc>
      </w:tr>
    </w:tbl>
    <w:p>
      <w:pPr>
        <w:pStyle w:val="Grace3Normal"/>
        <w:spacing w:after="20"/>
      </w:pPr>
    </w:p>
    <w:p>
      <w:pPr>
        <w:pStyle w:val="Grace3BodyText"/>
        <w:spacing w:after="120" w:line="259" w:lineRule="auto"/>
        <w:ind w:firstLine="259"/>
      </w:pPr>
      <w:r>
        <w:rPr>
          <w:rFonts w:ascii="Georgia" w:hAnsi="Georgia"/>
          <w:b w:val="0"/>
          <w:i w:val="0"/>
          <w:sz w:val="22"/>
        </w:rPr>
        <w:t>The passage joins peace to priesthood and atonement. Peace is not sentimental. Peace answers a real breach. The priestly line is given in connection with turning away wrath and preserving life before YHWH.</w:t>
      </w:r>
    </w:p>
    <w:p>
      <w:pPr>
        <w:pStyle w:val="Grace3BodyText"/>
        <w:spacing w:after="120" w:line="259" w:lineRule="auto"/>
        <w:ind w:firstLine="259"/>
      </w:pPr>
      <w:r>
        <w:rPr>
          <w:rFonts w:ascii="Georgia" w:hAnsi="Georgia"/>
          <w:b w:val="0"/>
          <w:i w:val="0"/>
          <w:sz w:val="22"/>
        </w:rPr>
        <w:t>Malachi later looks back on Levi and describes the covenant in similar terms. It was a covenant of life and peace, and the priest was called to preserve knowledge, teach truth, and turn many away from iniquity.</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Malachi 2:5–7</w:t>
            </w:r>
          </w:p>
          <w:p>
            <w:pPr>
              <w:pStyle w:val="Grace3Normal"/>
              <w:spacing w:after="60" w:line="252" w:lineRule="auto"/>
            </w:pPr>
            <w:r>
              <w:rPr>
                <w:rFonts w:ascii="Georgia" w:hAnsi="Georgia"/>
                <w:color w:val="00376E"/>
                <w:sz w:val="20"/>
              </w:rPr>
              <w:t>My covenant was with him of life and peace; and I gave them to him for the fear wherewith he feared me...</w:t>
            </w:r>
          </w:p>
          <w:p>
            <w:pPr>
              <w:pStyle w:val="Grace3Normal"/>
              <w:spacing w:after="60" w:line="252" w:lineRule="auto"/>
            </w:pPr>
            <w:r>
              <w:rPr>
                <w:rFonts w:ascii="Georgia" w:hAnsi="Georgia"/>
                <w:color w:val="00376E"/>
                <w:sz w:val="20"/>
              </w:rPr>
              <w:t>The law of truth was in his mouth, and iniquity was not found in his lips...</w:t>
            </w:r>
          </w:p>
          <w:p>
            <w:pPr>
              <w:pStyle w:val="Grace3Normal"/>
              <w:spacing w:after="60" w:line="252" w:lineRule="auto"/>
            </w:pPr>
            <w:r>
              <w:rPr>
                <w:rFonts w:ascii="Georgia" w:hAnsi="Georgia"/>
                <w:color w:val="00376E"/>
                <w:sz w:val="20"/>
              </w:rPr>
              <w:t>...he walked with me in peace and equity, and did turn many away from iniquity.</w:t>
            </w:r>
          </w:p>
          <w:p>
            <w:pPr>
              <w:pStyle w:val="Grace3Normal"/>
              <w:spacing w:after="60" w:line="252" w:lineRule="auto"/>
            </w:pPr>
            <w:r>
              <w:rPr>
                <w:rFonts w:ascii="Georgia" w:hAnsi="Georgia"/>
                <w:color w:val="00376E"/>
                <w:sz w:val="20"/>
              </w:rPr>
              <w:t>For the priest’s lips should keep knowledge, and they should seek the law at his mouth...</w:t>
            </w:r>
          </w:p>
        </w:tc>
      </w:tr>
    </w:tbl>
    <w:p>
      <w:pPr>
        <w:pStyle w:val="Grace3Normal"/>
        <w:spacing w:after="20"/>
      </w:pPr>
    </w:p>
    <w:p>
      <w:pPr>
        <w:pStyle w:val="Grace3BodyText"/>
        <w:spacing w:after="120" w:line="259" w:lineRule="auto"/>
        <w:ind w:firstLine="259"/>
      </w:pPr>
      <w:r>
        <w:rPr>
          <w:rFonts w:ascii="Georgia" w:hAnsi="Georgia"/>
          <w:b w:val="0"/>
          <w:i w:val="0"/>
          <w:sz w:val="22"/>
        </w:rPr>
        <w:t>The priestly covenant of peace therefore carries life, instruction, atonement, turning from iniquity, and right representation of YHWH. Peace is connected to the way a people may live before God and not be consumed.</w:t>
      </w:r>
    </w:p>
    <w:p>
      <w:pPr>
        <w:pStyle w:val="Grace3Heading1"/>
        <w:spacing w:before="240" w:after="120"/>
      </w:pPr>
      <w:r>
        <w:rPr>
          <w:rFonts w:ascii="Georgia" w:hAnsi="Georgia"/>
          <w:b/>
          <w:color w:val="1F4E79"/>
          <w:sz w:val="32"/>
        </w:rPr>
        <w:t>3. Peace Moves Toward a Shepherd-King</w:t>
      </w:r>
    </w:p>
    <w:p>
      <w:pPr>
        <w:pStyle w:val="Grace3BodyText"/>
        <w:spacing w:after="120" w:line="259" w:lineRule="auto"/>
      </w:pPr>
      <w:r>
        <w:rPr>
          <w:rFonts w:ascii="Georgia" w:hAnsi="Georgia"/>
          <w:b w:val="0"/>
          <w:i w:val="0"/>
          <w:sz w:val="22"/>
        </w:rPr>
        <w:t>The prophets do not leave the covenant of peace only in the priestly line. Ezekiel moves peace toward a shepherd-king. The people need more than ritual order. They need a Davidic shepherd who gathers, feeds, rules, and secures them.</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Ezekiel 34:23–25</w:t>
            </w:r>
          </w:p>
          <w:p>
            <w:pPr>
              <w:pStyle w:val="Grace3Normal"/>
              <w:spacing w:after="60" w:line="252" w:lineRule="auto"/>
            </w:pPr>
            <w:r>
              <w:rPr>
                <w:rFonts w:ascii="Georgia" w:hAnsi="Georgia"/>
                <w:color w:val="00376E"/>
                <w:sz w:val="20"/>
              </w:rPr>
              <w:t>And I will set up one shepherd over them, and he shall feed them, even my servant David...</w:t>
            </w:r>
          </w:p>
          <w:p>
            <w:pPr>
              <w:pStyle w:val="Grace3Normal"/>
              <w:spacing w:after="60" w:line="252" w:lineRule="auto"/>
            </w:pPr>
            <w:r>
              <w:rPr>
                <w:rFonts w:ascii="Georgia" w:hAnsi="Georgia"/>
                <w:color w:val="00376E"/>
                <w:sz w:val="20"/>
              </w:rPr>
              <w:t>And I the LORD will be their God, and my servant David a prince among them...</w:t>
            </w:r>
          </w:p>
          <w:p>
            <w:pPr>
              <w:pStyle w:val="Grace3Normal"/>
              <w:spacing w:after="60" w:line="252" w:lineRule="auto"/>
            </w:pPr>
            <w:r>
              <w:rPr>
                <w:rFonts w:ascii="Georgia" w:hAnsi="Georgia"/>
                <w:color w:val="00376E"/>
                <w:sz w:val="20"/>
              </w:rPr>
              <w:t>And I will make with them a covenant of peace, and will cause the evil beasts to cease out of the land...</w:t>
            </w:r>
          </w:p>
        </w:tc>
      </w:tr>
    </w:tbl>
    <w:p>
      <w:pPr>
        <w:pStyle w:val="Grace3Normal"/>
        <w:spacing w:after="20"/>
      </w:pPr>
    </w:p>
    <w:p>
      <w:pPr>
        <w:pStyle w:val="Grace3BodyText"/>
        <w:spacing w:after="120" w:line="259" w:lineRule="auto"/>
        <w:ind w:firstLine="259"/>
      </w:pPr>
      <w:r>
        <w:rPr>
          <w:rFonts w:ascii="Georgia" w:hAnsi="Georgia"/>
          <w:b w:val="0"/>
          <w:i w:val="0"/>
          <w:sz w:val="22"/>
        </w:rPr>
        <w:t>Ezekiel 37 joins the same themes again: David the king, one shepherd, an everlasting covenant, the covenant of peace, and the sanctuary of YHWH in the midst of the people.</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Ezekiel 37:24–28</w:t>
            </w:r>
          </w:p>
          <w:p>
            <w:pPr>
              <w:pStyle w:val="Grace3Normal"/>
              <w:spacing w:after="60" w:line="252" w:lineRule="auto"/>
            </w:pPr>
            <w:r>
              <w:rPr>
                <w:rFonts w:ascii="Georgia" w:hAnsi="Georgia"/>
                <w:color w:val="00376E"/>
                <w:sz w:val="20"/>
              </w:rPr>
              <w:t>And David my servant shall be king over them; and they all shall have one shepherd...</w:t>
            </w:r>
          </w:p>
          <w:p>
            <w:pPr>
              <w:pStyle w:val="Grace3Normal"/>
              <w:spacing w:after="60" w:line="252" w:lineRule="auto"/>
            </w:pPr>
            <w:r>
              <w:rPr>
                <w:rFonts w:ascii="Georgia" w:hAnsi="Georgia"/>
                <w:color w:val="00376E"/>
                <w:sz w:val="20"/>
              </w:rPr>
              <w:t>Moreover I will make a covenant of peace with them; it shall be an everlasting covenant with them...</w:t>
            </w:r>
          </w:p>
          <w:p>
            <w:pPr>
              <w:pStyle w:val="Grace3Normal"/>
              <w:spacing w:after="60" w:line="252" w:lineRule="auto"/>
            </w:pPr>
            <w:r>
              <w:rPr>
                <w:rFonts w:ascii="Georgia" w:hAnsi="Georgia"/>
                <w:color w:val="00376E"/>
                <w:sz w:val="20"/>
              </w:rPr>
              <w:t>My tabernacle also shall be with them: yea, I will be their God, and they shall be my people.</w:t>
            </w:r>
          </w:p>
          <w:p>
            <w:pPr>
              <w:pStyle w:val="Grace3Normal"/>
              <w:spacing w:after="60" w:line="252" w:lineRule="auto"/>
            </w:pPr>
            <w:r>
              <w:rPr>
                <w:rFonts w:ascii="Georgia" w:hAnsi="Georgia"/>
                <w:color w:val="00376E"/>
                <w:sz w:val="20"/>
              </w:rPr>
              <w:t>And the heathen shall know that I the LORD do sanctify Israel, when my sanctuary shall be in the midst of them for evermore.</w:t>
            </w:r>
          </w:p>
        </w:tc>
      </w:tr>
    </w:tbl>
    <w:p>
      <w:pPr>
        <w:pStyle w:val="Grace3Normal"/>
        <w:spacing w:after="20"/>
      </w:pPr>
    </w:p>
    <w:p>
      <w:pPr>
        <w:pStyle w:val="Grace3BodyText"/>
        <w:spacing w:after="120" w:line="259" w:lineRule="auto"/>
        <w:ind w:firstLine="259"/>
      </w:pPr>
      <w:r>
        <w:rPr>
          <w:rFonts w:ascii="Georgia" w:hAnsi="Georgia"/>
          <w:b w:val="0"/>
          <w:i w:val="0"/>
          <w:sz w:val="22"/>
        </w:rPr>
        <w:t>Peace now requires both priesthood and kingship. The priest makes atonement, teaches truth, and turns many from iniquity. The king shepherds, protects, rules, gathers, and establishes order. The covenant of peace begins to point toward one who can carry both lines without corruption.</w:t>
      </w:r>
    </w:p>
    <w:p>
      <w:pPr>
        <w:pStyle w:val="Grace3Heading1"/>
        <w:spacing w:before="240" w:after="120"/>
      </w:pPr>
      <w:r>
        <w:rPr>
          <w:rFonts w:ascii="Georgia" w:hAnsi="Georgia"/>
          <w:b/>
          <w:color w:val="1F4E79"/>
          <w:sz w:val="32"/>
        </w:rPr>
        <w:t>4. The Separated Lines and the Need for a Priest-King</w:t>
      </w:r>
    </w:p>
    <w:p>
      <w:pPr>
        <w:pStyle w:val="Grace3BodyText"/>
        <w:spacing w:after="120" w:line="259" w:lineRule="auto"/>
      </w:pPr>
      <w:r>
        <w:rPr>
          <w:rFonts w:ascii="Georgia" w:hAnsi="Georgia"/>
          <w:b w:val="0"/>
          <w:i w:val="0"/>
          <w:sz w:val="22"/>
        </w:rPr>
        <w:t>Before Aaron, Scripture had already shown a priest-king: Melchizedek, king of Salem and priest of the Most High God. But after Melchizedek, the offices are separated in Israel. The priestly line belongs to Aaron and Levi. The royal line moves through Judah and David.</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Genesis 14:18–20</w:t>
            </w:r>
          </w:p>
          <w:p>
            <w:pPr>
              <w:pStyle w:val="Grace3Normal"/>
              <w:spacing w:after="60" w:line="252" w:lineRule="auto"/>
            </w:pPr>
            <w:r>
              <w:rPr>
                <w:rFonts w:ascii="Georgia" w:hAnsi="Georgia"/>
                <w:color w:val="00376E"/>
                <w:sz w:val="20"/>
              </w:rPr>
              <w:t>And Melchizedek king of Salem brought forth bread and wine:</w:t>
            </w:r>
          </w:p>
          <w:p>
            <w:pPr>
              <w:pStyle w:val="Grace3Normal"/>
              <w:spacing w:after="60" w:line="252" w:lineRule="auto"/>
            </w:pPr>
            <w:r>
              <w:rPr>
                <w:rFonts w:ascii="Georgia" w:hAnsi="Georgia"/>
                <w:color w:val="00376E"/>
                <w:sz w:val="20"/>
              </w:rPr>
              <w:t>and he was the priest of the most high God.</w:t>
            </w:r>
          </w:p>
          <w:p>
            <w:pPr>
              <w:pStyle w:val="Grace3Normal"/>
              <w:spacing w:after="60" w:line="252" w:lineRule="auto"/>
            </w:pPr>
            <w:r>
              <w:rPr>
                <w:rFonts w:ascii="Georgia" w:hAnsi="Georgia"/>
                <w:color w:val="00376E"/>
                <w:sz w:val="20"/>
              </w:rPr>
              <w:t>And he blessed him, and said, Blessed be Abram of the most high God, possessor of heaven and earth...</w:t>
            </w:r>
          </w:p>
        </w:tc>
      </w:tr>
    </w:tbl>
    <w:p>
      <w:pPr>
        <w:pStyle w:val="Grace3Normal"/>
        <w:spacing w:after="20"/>
      </w:pPr>
    </w:p>
    <w:p>
      <w:pPr>
        <w:pStyle w:val="Grace3BodyText"/>
        <w:spacing w:after="120" w:line="259" w:lineRule="auto"/>
        <w:ind w:firstLine="259"/>
      </w:pPr>
      <w:r>
        <w:rPr>
          <w:rFonts w:ascii="Georgia" w:hAnsi="Georgia"/>
          <w:b w:val="0"/>
          <w:i w:val="0"/>
          <w:sz w:val="22"/>
        </w:rPr>
        <w:t>No ordinary king from Judah could simply seize priestly office. Scripture even warns against that confusion when Uzziah, though king, intrudes into priestly service and is judged. The separated lines leave the reader waiting for one who can legitimately be both King and Priest by the word and oath of YHWH.</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2 Chronicles 26:18–19</w:t>
            </w:r>
          </w:p>
          <w:p>
            <w:pPr>
              <w:pStyle w:val="Grace3Normal"/>
              <w:spacing w:after="60" w:line="252" w:lineRule="auto"/>
            </w:pPr>
            <w:r>
              <w:rPr>
                <w:rFonts w:ascii="Georgia" w:hAnsi="Georgia"/>
                <w:color w:val="00376E"/>
                <w:sz w:val="20"/>
              </w:rPr>
              <w:t>It appertaineth not unto thee, Uzziah, to burn incense unto the LORD, but to the priests the sons of Aaron...</w:t>
            </w:r>
          </w:p>
          <w:p>
            <w:pPr>
              <w:pStyle w:val="Grace3Normal"/>
              <w:spacing w:after="60" w:line="252" w:lineRule="auto"/>
            </w:pPr>
            <w:r>
              <w:rPr>
                <w:rFonts w:ascii="Georgia" w:hAnsi="Georgia"/>
                <w:color w:val="00376E"/>
                <w:sz w:val="20"/>
              </w:rPr>
              <w:t>...and while he was wroth with the priests, the leprosy even rose up in his forehead...</w:t>
            </w:r>
          </w:p>
        </w:tc>
      </w:tr>
    </w:tbl>
    <w:p>
      <w:pPr>
        <w:pStyle w:val="Grace3Normal"/>
        <w:spacing w:after="20"/>
      </w:pPr>
    </w:p>
    <w:p>
      <w:pPr>
        <w:pStyle w:val="Grace3BodyText"/>
        <w:spacing w:after="120" w:line="259" w:lineRule="auto"/>
        <w:ind w:firstLine="259"/>
      </w:pPr>
      <w:r>
        <w:rPr>
          <w:rFonts w:ascii="Georgia" w:hAnsi="Georgia"/>
          <w:b w:val="0"/>
          <w:i w:val="0"/>
          <w:sz w:val="22"/>
        </w:rPr>
        <w:t>Psalm 110 answers that waiting with a promise beyond ordinary kingship and beyond Aaron. The enthroned Lord sits at YHWH’s right hand, and YHWH swears that He is priest forever after the order of Melchizedek.</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Psalm 110:1, 4</w:t>
            </w:r>
          </w:p>
          <w:p>
            <w:pPr>
              <w:pStyle w:val="Grace3Normal"/>
              <w:spacing w:after="60" w:line="252" w:lineRule="auto"/>
            </w:pPr>
            <w:r>
              <w:rPr>
                <w:rFonts w:ascii="Georgia" w:hAnsi="Georgia"/>
                <w:color w:val="00376E"/>
                <w:sz w:val="20"/>
              </w:rPr>
              <w:t>The LORD said unto my Lord, Sit thou at my right hand, until I make thine enemies thy footstool.</w:t>
            </w:r>
          </w:p>
          <w:p>
            <w:pPr>
              <w:pStyle w:val="Grace3Normal"/>
              <w:spacing w:after="60" w:line="252" w:lineRule="auto"/>
            </w:pPr>
            <w:r>
              <w:rPr>
                <w:rFonts w:ascii="Georgia" w:hAnsi="Georgia"/>
                <w:color w:val="00376E"/>
                <w:sz w:val="20"/>
              </w:rPr>
              <w:t>The LORD hath sworn, and will not repent, Thou art a priest for ever after the order of Melchizedek.</w:t>
            </w:r>
          </w:p>
        </w:tc>
      </w:tr>
    </w:tbl>
    <w:p>
      <w:pPr>
        <w:pStyle w:val="Grace3Normal"/>
        <w:spacing w:after="20"/>
      </w:pPr>
    </w:p>
    <w:p>
      <w:pPr>
        <w:pStyle w:val="Grace3BodyText"/>
        <w:spacing w:after="120" w:line="259" w:lineRule="auto"/>
        <w:ind w:firstLine="259"/>
      </w:pPr>
      <w:r>
        <w:rPr>
          <w:rFonts w:ascii="Georgia" w:hAnsi="Georgia"/>
          <w:b w:val="0"/>
          <w:i w:val="0"/>
          <w:sz w:val="22"/>
        </w:rPr>
        <w:t>The promised peace of Numbers 6 is now reaching toward a Priest-King. Aaron can pronounce peace. David’s line can rule. But the final peace requires one who can both reign and make atonement.</w:t>
      </w:r>
    </w:p>
    <w:p>
      <w:pPr>
        <w:pStyle w:val="Grace3Heading1"/>
        <w:spacing w:before="240" w:after="120"/>
      </w:pPr>
      <w:r>
        <w:rPr>
          <w:rFonts w:ascii="Georgia" w:hAnsi="Georgia"/>
          <w:b/>
          <w:color w:val="1F4E79"/>
          <w:sz w:val="32"/>
        </w:rPr>
        <w:t>5. The Branch and the Counsel of Peace</w:t>
      </w:r>
    </w:p>
    <w:p>
      <w:pPr>
        <w:pStyle w:val="Grace3BodyText"/>
        <w:spacing w:after="120" w:line="259" w:lineRule="auto"/>
      </w:pPr>
      <w:r>
        <w:rPr>
          <w:rFonts w:ascii="Georgia" w:hAnsi="Georgia"/>
          <w:b w:val="0"/>
          <w:i w:val="0"/>
          <w:sz w:val="22"/>
        </w:rPr>
        <w:t>Zechariah gives the pattern a concentrated prophetic form. The Branch will build the temple of YHWH, bear glory, sit and rule upon His throne, and be a priest upon His throne. Then Zechariah adds, “the counsel of peace shall be between them both.”</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Zechariah 6:12–13</w:t>
            </w:r>
          </w:p>
          <w:p>
            <w:pPr>
              <w:pStyle w:val="Grace3Normal"/>
              <w:spacing w:after="60" w:line="252" w:lineRule="auto"/>
            </w:pPr>
            <w:r>
              <w:rPr>
                <w:rFonts w:ascii="Georgia" w:hAnsi="Georgia"/>
                <w:color w:val="00376E"/>
                <w:sz w:val="20"/>
              </w:rPr>
              <w:t>Behold the man whose name is The BRANCH; and he shall grow up out of his place, and he shall build the temple of the LORD:</w:t>
            </w:r>
          </w:p>
          <w:p>
            <w:pPr>
              <w:pStyle w:val="Grace3Normal"/>
              <w:spacing w:after="60" w:line="252" w:lineRule="auto"/>
            </w:pPr>
            <w:r>
              <w:rPr>
                <w:rFonts w:ascii="Georgia" w:hAnsi="Georgia"/>
                <w:color w:val="00376E"/>
                <w:sz w:val="20"/>
              </w:rPr>
              <w:t>Even he shall build the temple of the LORD; and he shall bear the glory, and shall sit and rule upon his throne;</w:t>
            </w:r>
          </w:p>
          <w:p>
            <w:pPr>
              <w:pStyle w:val="Grace3Normal"/>
              <w:spacing w:after="60" w:line="252" w:lineRule="auto"/>
            </w:pPr>
            <w:r>
              <w:rPr>
                <w:rFonts w:ascii="Georgia" w:hAnsi="Georgia"/>
                <w:color w:val="00376E"/>
                <w:sz w:val="20"/>
              </w:rPr>
              <w:t>and he shall be a priest upon his throne: and the counsel of peace shall be between them both.</w:t>
            </w:r>
          </w:p>
        </w:tc>
      </w:tr>
    </w:tbl>
    <w:p>
      <w:pPr>
        <w:pStyle w:val="Grace3Normal"/>
        <w:spacing w:after="20"/>
      </w:pPr>
    </w:p>
    <w:p>
      <w:pPr>
        <w:pStyle w:val="Grace3BodyText"/>
        <w:spacing w:after="120" w:line="259" w:lineRule="auto"/>
        <w:ind w:firstLine="259"/>
      </w:pPr>
      <w:r>
        <w:rPr>
          <w:rFonts w:ascii="Georgia" w:hAnsi="Georgia"/>
          <w:b w:val="0"/>
          <w:i w:val="0"/>
          <w:sz w:val="22"/>
        </w:rPr>
        <w:t>The prophecy gathers temple, glory, throne, priesthood, and peace. Peace is not merely an emotion granted to the individual. Peace belongs to the restored order of God: temple presence, priestly mediation, royal rule, and glory borne by the promised Branch.</w:t>
      </w:r>
    </w:p>
    <w:p>
      <w:pPr>
        <w:pStyle w:val="Grace3Heading1"/>
        <w:spacing w:before="240" w:after="120"/>
      </w:pPr>
      <w:r>
        <w:rPr>
          <w:rFonts w:ascii="Georgia" w:hAnsi="Georgia"/>
          <w:b/>
          <w:color w:val="1F4E79"/>
          <w:sz w:val="32"/>
        </w:rPr>
        <w:t>6. Washing, Anointing, Declaration, and the True High Priest</w:t>
      </w:r>
    </w:p>
    <w:p>
      <w:pPr>
        <w:pStyle w:val="Grace3BodyText"/>
        <w:spacing w:after="120" w:line="259" w:lineRule="auto"/>
      </w:pPr>
      <w:r>
        <w:rPr>
          <w:rFonts w:ascii="Georgia" w:hAnsi="Georgia"/>
          <w:b w:val="0"/>
          <w:i w:val="0"/>
          <w:sz w:val="22"/>
        </w:rPr>
        <w:t>Before Jesus enters the Jordan, Scripture has already shown how priestly ministry is publicly established. Moses washes Aaron, clothes him, anoints him, and presents him according to the command of YHWH. The priest does not appoint himself. He is washed, anointed, and publicly set apart by the word of God.</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Leviticus 8:6, 12</w:t>
            </w:r>
          </w:p>
          <w:p>
            <w:pPr>
              <w:pStyle w:val="Grace3Normal"/>
              <w:spacing w:after="60" w:line="252" w:lineRule="auto"/>
            </w:pPr>
            <w:r>
              <w:rPr>
                <w:rFonts w:ascii="Georgia" w:hAnsi="Georgia"/>
                <w:color w:val="00376E"/>
                <w:sz w:val="20"/>
              </w:rPr>
              <w:t>And Moses brought Aaron and his sons, and washed them with water.</w:t>
            </w:r>
          </w:p>
          <w:p>
            <w:pPr>
              <w:pStyle w:val="Grace3Normal"/>
              <w:spacing w:after="60" w:line="252" w:lineRule="auto"/>
            </w:pPr>
            <w:r>
              <w:rPr>
                <w:rFonts w:ascii="Georgia" w:hAnsi="Georgia"/>
                <w:color w:val="00376E"/>
                <w:sz w:val="20"/>
              </w:rPr>
              <w:t>And he poured of the anointing oil upon Aaron’s head, and anointed him, to sanctify him.</w:t>
            </w:r>
          </w:p>
        </w:tc>
      </w:tr>
    </w:tbl>
    <w:p>
      <w:pPr>
        <w:pStyle w:val="Grace3Normal"/>
        <w:spacing w:after="20"/>
      </w:pPr>
    </w:p>
    <w:p>
      <w:pPr>
        <w:pStyle w:val="Grace3BodyText"/>
        <w:spacing w:after="120" w:line="259" w:lineRule="auto"/>
        <w:ind w:firstLine="259"/>
      </w:pPr>
      <w:r>
        <w:rPr>
          <w:rFonts w:ascii="Georgia" w:hAnsi="Georgia"/>
          <w:b w:val="0"/>
          <w:i w:val="0"/>
          <w:sz w:val="22"/>
        </w:rPr>
        <w:t>When Jesus enters the Jordan, the pattern reappears in a greater form. He is washed in the waters, the Spirit descends upon Him, and the Father declares Him as the beloved Son. The scene does not need to carry the whole doctrine of Christ’s priesthood by itself, but it is priestly-shaped: washing, anointing, declaration, and the beginning of public ministry.</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Matthew 3:16–17; Acts 10:38</w:t>
            </w:r>
          </w:p>
          <w:p>
            <w:pPr>
              <w:pStyle w:val="Grace3Normal"/>
              <w:spacing w:after="60" w:line="252" w:lineRule="auto"/>
            </w:pPr>
            <w:r>
              <w:rPr>
                <w:rFonts w:ascii="Georgia" w:hAnsi="Georgia"/>
                <w:color w:val="00376E"/>
                <w:sz w:val="20"/>
              </w:rPr>
              <w:t>And Jesus, when he was baptized, went up straightway out of the water...</w:t>
            </w:r>
          </w:p>
          <w:p>
            <w:pPr>
              <w:pStyle w:val="Grace3Normal"/>
              <w:spacing w:after="60" w:line="252" w:lineRule="auto"/>
            </w:pPr>
            <w:r>
              <w:rPr>
                <w:rFonts w:ascii="Georgia" w:hAnsi="Georgia"/>
                <w:color w:val="00376E"/>
                <w:sz w:val="20"/>
              </w:rPr>
              <w:t>...he saw the Spirit of God descending like a dove, and lighting upon him:</w:t>
            </w:r>
          </w:p>
          <w:p>
            <w:pPr>
              <w:pStyle w:val="Grace3Normal"/>
              <w:spacing w:after="60" w:line="252" w:lineRule="auto"/>
            </w:pPr>
            <w:r>
              <w:rPr>
                <w:rFonts w:ascii="Georgia" w:hAnsi="Georgia"/>
                <w:color w:val="00376E"/>
                <w:sz w:val="20"/>
              </w:rPr>
              <w:t>And lo a voice from heaven, saying, This is my beloved Son, in whom I am well pleased.</w:t>
            </w:r>
          </w:p>
          <w:p>
            <w:pPr>
              <w:pStyle w:val="Grace3Normal"/>
              <w:spacing w:after="60" w:line="252" w:lineRule="auto"/>
            </w:pPr>
            <w:r>
              <w:rPr>
                <w:rFonts w:ascii="Georgia" w:hAnsi="Georgia"/>
                <w:color w:val="00376E"/>
                <w:sz w:val="20"/>
              </w:rPr>
              <w:t>...God anointed Jesus of Nazareth with the Holy Ghost and with power...</w:t>
            </w:r>
          </w:p>
        </w:tc>
      </w:tr>
    </w:tbl>
    <w:p>
      <w:pPr>
        <w:pStyle w:val="Grace3Normal"/>
        <w:spacing w:after="20"/>
      </w:pPr>
    </w:p>
    <w:p>
      <w:pPr>
        <w:pStyle w:val="Grace3BodyText"/>
        <w:spacing w:after="120" w:line="259" w:lineRule="auto"/>
        <w:ind w:firstLine="259"/>
      </w:pPr>
      <w:r>
        <w:rPr>
          <w:rFonts w:ascii="Georgia" w:hAnsi="Georgia"/>
          <w:b w:val="0"/>
          <w:i w:val="0"/>
          <w:sz w:val="22"/>
        </w:rPr>
        <w:t>After His death, resurrection, and ascension, Hebrews reveals the full reality. Christ is not priest by Levitical descent. He comes from Judah according to the royal line, yet He is declared Priest forever after the order of Melchizedek by the oath of God and the power of endless life.</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Hebrews 7:14–17, 21, 24–25</w:t>
            </w:r>
          </w:p>
          <w:p>
            <w:pPr>
              <w:pStyle w:val="Grace3Normal"/>
              <w:spacing w:after="60" w:line="252" w:lineRule="auto"/>
            </w:pPr>
            <w:r>
              <w:rPr>
                <w:rFonts w:ascii="Georgia" w:hAnsi="Georgia"/>
                <w:color w:val="00376E"/>
                <w:sz w:val="20"/>
              </w:rPr>
              <w:t>For it is evident that our Lord sprang out of Juda; of which tribe Moses spake nothing concerning priesthood.</w:t>
            </w:r>
          </w:p>
          <w:p>
            <w:pPr>
              <w:pStyle w:val="Grace3Normal"/>
              <w:spacing w:after="60" w:line="252" w:lineRule="auto"/>
            </w:pPr>
            <w:r>
              <w:rPr>
                <w:rFonts w:ascii="Georgia" w:hAnsi="Georgia"/>
                <w:color w:val="00376E"/>
                <w:sz w:val="20"/>
              </w:rPr>
              <w:t>...Thou art a priest for ever after the order of Melchisedec.</w:t>
            </w:r>
          </w:p>
          <w:p>
            <w:pPr>
              <w:pStyle w:val="Grace3Normal"/>
              <w:spacing w:after="60" w:line="252" w:lineRule="auto"/>
            </w:pPr>
            <w:r>
              <w:rPr>
                <w:rFonts w:ascii="Georgia" w:hAnsi="Georgia"/>
                <w:color w:val="00376E"/>
                <w:sz w:val="20"/>
              </w:rPr>
              <w:t>...The Lord sware and will not repent, Thou art a priest for ever after the order of Melchisedec:</w:t>
            </w:r>
          </w:p>
          <w:p>
            <w:pPr>
              <w:pStyle w:val="Grace3Normal"/>
              <w:spacing w:after="60" w:line="252" w:lineRule="auto"/>
            </w:pPr>
            <w:r>
              <w:rPr>
                <w:rFonts w:ascii="Georgia" w:hAnsi="Georgia"/>
                <w:color w:val="00376E"/>
                <w:sz w:val="20"/>
              </w:rPr>
              <w:t>But this man, because he continueth ever, hath an unchangeable priesthood.</w:t>
            </w:r>
          </w:p>
          <w:p>
            <w:pPr>
              <w:pStyle w:val="Grace3Normal"/>
              <w:spacing w:after="60" w:line="252" w:lineRule="auto"/>
            </w:pPr>
            <w:r>
              <w:rPr>
                <w:rFonts w:ascii="Georgia" w:hAnsi="Georgia"/>
                <w:color w:val="00376E"/>
                <w:sz w:val="20"/>
              </w:rPr>
              <w:t>Wherefore he is able also to save them to the uttermost that come unto God by him...</w:t>
            </w:r>
          </w:p>
        </w:tc>
      </w:tr>
    </w:tbl>
    <w:p>
      <w:pPr>
        <w:pStyle w:val="Grace3Normal"/>
        <w:spacing w:after="20"/>
      </w:pPr>
    </w:p>
    <w:p>
      <w:pPr>
        <w:pStyle w:val="Grace3Heading1"/>
        <w:spacing w:before="240" w:after="120"/>
      </w:pPr>
      <w:r>
        <w:rPr>
          <w:rFonts w:ascii="Georgia" w:hAnsi="Georgia"/>
          <w:b/>
          <w:color w:val="1F4E79"/>
          <w:sz w:val="32"/>
        </w:rPr>
        <w:t>7. Christ Makes Peace</w:t>
      </w:r>
    </w:p>
    <w:p>
      <w:pPr>
        <w:pStyle w:val="Grace3BodyText"/>
        <w:spacing w:after="120" w:line="259" w:lineRule="auto"/>
      </w:pPr>
      <w:r>
        <w:rPr>
          <w:rFonts w:ascii="Georgia" w:hAnsi="Georgia"/>
          <w:b w:val="0"/>
          <w:i w:val="0"/>
          <w:sz w:val="22"/>
        </w:rPr>
        <w:t>Christ does not only pronounce peace. He makes peace. He is the Lamb provided by God. He is the High Priest who brings the offering. He is the offering Himself. Through the blood of His cross, enemies are reconciled, those once far off are brought near, and access to the Father is opened.</w:t>
      </w: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Genesis 22:8; John 1:29</w:t>
            </w:r>
          </w:p>
          <w:p>
            <w:pPr>
              <w:pStyle w:val="Grace3Normal"/>
              <w:spacing w:after="60" w:line="252" w:lineRule="auto"/>
            </w:pPr>
            <w:r>
              <w:rPr>
                <w:rFonts w:ascii="Georgia" w:hAnsi="Georgia"/>
                <w:color w:val="00376E"/>
                <w:sz w:val="20"/>
              </w:rPr>
              <w:t>And Abraham said, My son, God will provide himself a lamb for a burnt offering...</w:t>
            </w:r>
          </w:p>
          <w:p>
            <w:pPr>
              <w:pStyle w:val="Grace3Normal"/>
              <w:spacing w:after="60" w:line="252" w:lineRule="auto"/>
            </w:pPr>
            <w:r>
              <w:rPr>
                <w:rFonts w:ascii="Georgia" w:hAnsi="Georgia"/>
                <w:color w:val="00376E"/>
                <w:sz w:val="20"/>
              </w:rPr>
              <w:t>The next day John seeth Jesus coming unto him, and saith, Behold the Lamb of God,</w:t>
            </w:r>
          </w:p>
          <w:p>
            <w:pPr>
              <w:pStyle w:val="Grace3Normal"/>
              <w:spacing w:after="60" w:line="252" w:lineRule="auto"/>
            </w:pPr>
            <w:r>
              <w:rPr>
                <w:rFonts w:ascii="Georgia" w:hAnsi="Georgia"/>
                <w:color w:val="00376E"/>
                <w:sz w:val="20"/>
              </w:rPr>
              <w:t>which taketh away the sin of the world.</w:t>
            </w:r>
          </w:p>
        </w:tc>
      </w:tr>
    </w:tbl>
    <w:p>
      <w:pPr>
        <w:pStyle w:val="Grace3Normal"/>
        <w:spacing w:after="20"/>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Colossians 1:20; Ephesians 2:14–18</w:t>
            </w:r>
          </w:p>
          <w:p>
            <w:pPr>
              <w:pStyle w:val="Grace3Normal"/>
              <w:spacing w:after="60" w:line="252" w:lineRule="auto"/>
            </w:pPr>
            <w:r>
              <w:rPr>
                <w:rFonts w:ascii="Georgia" w:hAnsi="Georgia"/>
                <w:color w:val="00376E"/>
                <w:sz w:val="20"/>
              </w:rPr>
              <w:t>And, having made peace through the blood of his cross, by him to reconcile all things unto himself...</w:t>
            </w:r>
          </w:p>
          <w:p>
            <w:pPr>
              <w:pStyle w:val="Grace3Normal"/>
              <w:spacing w:after="60" w:line="252" w:lineRule="auto"/>
            </w:pPr>
            <w:r>
              <w:rPr>
                <w:rFonts w:ascii="Georgia" w:hAnsi="Georgia"/>
                <w:color w:val="00376E"/>
                <w:sz w:val="20"/>
              </w:rPr>
              <w:t>For he is our peace, who hath made both one, and hath broken down the middle wall of partition between us...</w:t>
            </w:r>
          </w:p>
          <w:p>
            <w:pPr>
              <w:pStyle w:val="Grace3Normal"/>
              <w:spacing w:after="60" w:line="252" w:lineRule="auto"/>
            </w:pPr>
            <w:r>
              <w:rPr>
                <w:rFonts w:ascii="Georgia" w:hAnsi="Georgia"/>
                <w:color w:val="00376E"/>
                <w:sz w:val="20"/>
              </w:rPr>
              <w:t>...that he might reconcile both unto God in one body by the cross...</w:t>
            </w:r>
          </w:p>
          <w:p>
            <w:pPr>
              <w:pStyle w:val="Grace3Normal"/>
              <w:spacing w:after="60" w:line="252" w:lineRule="auto"/>
            </w:pPr>
            <w:r>
              <w:rPr>
                <w:rFonts w:ascii="Georgia" w:hAnsi="Georgia"/>
                <w:color w:val="00376E"/>
                <w:sz w:val="20"/>
              </w:rPr>
              <w:t>For through him we both have access by one Spirit unto the Father.</w:t>
            </w:r>
          </w:p>
        </w:tc>
      </w:tr>
    </w:tbl>
    <w:p>
      <w:pPr>
        <w:pStyle w:val="Grace3Normal"/>
        <w:spacing w:after="20"/>
      </w:pPr>
    </w:p>
    <w:tbl>
      <w:tblPr>
        <w:tblW w:type="auto" w:w="0"/>
        <w:jc w:val="center"/>
        <w:tblLayout w:type="autofit"/>
        <w:tblLook w:firstColumn="1" w:firstRow="1" w:lastColumn="0" w:lastRow="0" w:noHBand="0" w:noVBand="1" w:val="04A0"/>
      </w:tblPr>
      <w:tblGrid>
        <w:gridCol w:w="10080"/>
      </w:tblGrid>
      <w:tr>
        <w:trPr>
          <w:cantSplit/>
        </w:trPr>
        <w:tc>
          <w:tcPr>
            <w:tcW w:type="dxa" w:w="10080"/>
            <w:vAlign w:val="top"/>
            <w:shd w:fill="EAF4FF"/>
            <w:tcBorders>
              <w:top w:sz="8" w:val="single" w:color="5B9BD5" w:space="0"/>
              <w:left w:sz="8" w:val="single" w:color="5B9BD5" w:space="0"/>
              <w:bottom w:sz="8" w:val="single" w:color="5B9BD5" w:space="0"/>
              <w:right w:sz="8" w:val="single" w:color="5B9BD5" w:space="0"/>
            </w:tcBorders>
          </w:tcPr>
          <w:p>
            <w:pPr>
              <w:pStyle w:val="Grace3Normal"/>
              <w:spacing w:after="80"/>
            </w:pPr>
            <w:r/>
            <w:r>
              <w:rPr>
                <w:rFonts w:ascii="Georgia" w:hAnsi="Georgia"/>
                <w:b/>
                <w:i/>
                <w:color w:val="1F4E79"/>
                <w:sz w:val="21"/>
              </w:rPr>
              <w:t>Romans 5:1, 10</w:t>
            </w:r>
          </w:p>
          <w:p>
            <w:pPr>
              <w:pStyle w:val="Grace3Normal"/>
              <w:spacing w:after="60" w:line="252" w:lineRule="auto"/>
            </w:pPr>
            <w:r>
              <w:rPr>
                <w:rFonts w:ascii="Georgia" w:hAnsi="Georgia"/>
                <w:color w:val="00376E"/>
                <w:sz w:val="20"/>
              </w:rPr>
              <w:t>Therefore being justified by faith, we have peace with God through our Lord Jesus Christ:</w:t>
            </w:r>
          </w:p>
          <w:p>
            <w:pPr>
              <w:pStyle w:val="Grace3Normal"/>
              <w:spacing w:after="60" w:line="252" w:lineRule="auto"/>
            </w:pPr>
            <w:r>
              <w:rPr>
                <w:rFonts w:ascii="Georgia" w:hAnsi="Georgia"/>
                <w:color w:val="00376E"/>
                <w:sz w:val="20"/>
              </w:rPr>
              <w:t>For if, when we were enemies, we were reconciled to God by the death of his Son...</w:t>
            </w:r>
          </w:p>
          <w:p>
            <w:pPr>
              <w:pStyle w:val="Grace3Normal"/>
              <w:spacing w:after="60" w:line="252" w:lineRule="auto"/>
            </w:pPr>
            <w:r>
              <w:rPr>
                <w:rFonts w:ascii="Georgia" w:hAnsi="Georgia"/>
                <w:color w:val="00376E"/>
                <w:sz w:val="20"/>
              </w:rPr>
              <w:t>...we shall be saved by his life.</w:t>
            </w:r>
          </w:p>
        </w:tc>
      </w:tr>
    </w:tbl>
    <w:p>
      <w:pPr>
        <w:pStyle w:val="Grace3Normal"/>
        <w:spacing w:after="20"/>
      </w:pPr>
    </w:p>
    <w:p>
      <w:pPr>
        <w:pStyle w:val="Grace3BodyText"/>
        <w:spacing w:after="120" w:line="259" w:lineRule="auto"/>
        <w:ind w:firstLine="259"/>
      </w:pPr>
      <w:r>
        <w:rPr>
          <w:rFonts w:ascii="Georgia" w:hAnsi="Georgia"/>
          <w:b w:val="0"/>
          <w:i w:val="0"/>
          <w:sz w:val="22"/>
        </w:rPr>
        <w:t>The peace of Numbers 6 therefore reaches farther than the first hearers could have known. The priest lifts the word over Israel, but the true Priest-King secures the peace the word speaks. Peace is fulfilled when atonement is accomplished, enemies are reconciled, access to the Father is opened, the King reigns, and the dwelling of God is with His people.</w:t>
      </w:r>
    </w:p>
    <w:p>
      <w:pPr>
        <w:pStyle w:val="Grace3BodyText"/>
        <w:spacing w:after="120" w:line="259" w:lineRule="auto"/>
      </w:pPr>
      <w:r>
        <w:rPr>
          <w:rFonts w:ascii="Georgia" w:hAnsi="Georgia"/>
          <w:b/>
          <w:i w:val="0"/>
          <w:sz w:val="22"/>
        </w:rPr>
        <w:t>Aaron can pronounce peace. Christ makes peace.</w:t>
      </w:r>
    </w:p>
    <w:tbl>
      <w:tblPr>
        <w:tblW w:type="auto" w:w="0"/>
        <w:jc w:val="center"/>
        <w:tblLook w:firstColumn="1" w:firstRow="1" w:lastColumn="0" w:lastRow="0" w:noHBand="0" w:noVBand="1" w:val="04A0"/>
      </w:tblPr>
      <w:tblGrid>
        <w:gridCol w:w="10080"/>
      </w:tblGrid>
      <w:tr>
        <w:trPr>
          <w:cantSplit/>
        </w:trPr>
        <w:tc>
          <w:tcPr>
            <w:tcW w:type="dxa" w:w="10080"/>
            <w:shd w:fill="F4F9EF"/>
            <w:tcBorders>
              <w:top w:sz="8" w:val="single" w:color="70AD47" w:space="0"/>
              <w:left w:sz="8" w:val="single" w:color="70AD47" w:space="0"/>
              <w:bottom w:sz="8" w:val="single" w:color="70AD47" w:space="0"/>
              <w:right w:sz="8" w:val="single" w:color="70AD47" w:space="0"/>
            </w:tcBorders>
          </w:tcPr>
          <w:p>
            <w:pPr>
              <w:pStyle w:val="Grace3Normal"/>
              <w:spacing w:after="100"/>
            </w:pPr>
            <w:r/>
            <w:r>
              <w:rPr>
                <w:rFonts w:ascii="Georgia" w:hAnsi="Georgia"/>
                <w:b/>
                <w:color w:val="385723"/>
                <w:sz w:val="23"/>
              </w:rPr>
              <w:t>Build So Far</w:t>
            </w:r>
          </w:p>
          <w:p>
            <w:pPr>
              <w:pStyle w:val="Grace3Normal"/>
              <w:spacing w:after="60"/>
              <w:ind w:left="259" w:hanging="187"/>
            </w:pPr>
            <w:r>
              <w:rPr>
                <w:rFonts w:ascii="Georgia" w:hAnsi="Georgia"/>
                <w:sz w:val="21"/>
              </w:rPr>
              <w:t>• Peace is not merely inward calm. It is restored order under the favor of YHWH.</w:t>
            </w:r>
          </w:p>
          <w:p>
            <w:pPr>
              <w:pStyle w:val="Grace3Normal"/>
              <w:spacing w:after="60"/>
              <w:ind w:left="259" w:hanging="187"/>
            </w:pPr>
            <w:r>
              <w:rPr>
                <w:rFonts w:ascii="Georgia" w:hAnsi="Georgia"/>
                <w:sz w:val="21"/>
              </w:rPr>
              <w:t>• The covenant of peace is tied to priesthood, atonement, life, truth, and turning many away from iniquity.</w:t>
            </w:r>
          </w:p>
          <w:p>
            <w:pPr>
              <w:pStyle w:val="Grace3Normal"/>
              <w:spacing w:after="60"/>
              <w:ind w:left="259" w:hanging="187"/>
            </w:pPr>
            <w:r>
              <w:rPr>
                <w:rFonts w:ascii="Georgia" w:hAnsi="Georgia"/>
                <w:sz w:val="21"/>
              </w:rPr>
              <w:t>• The prophets move peace toward the Davidic shepherd-king, everlasting covenant, sanctuary, and the nations knowing YHWH.</w:t>
            </w:r>
          </w:p>
          <w:p>
            <w:pPr>
              <w:pStyle w:val="Grace3Normal"/>
              <w:spacing w:after="60"/>
              <w:ind w:left="259" w:hanging="187"/>
            </w:pPr>
            <w:r>
              <w:rPr>
                <w:rFonts w:ascii="Georgia" w:hAnsi="Georgia"/>
                <w:sz w:val="21"/>
              </w:rPr>
              <w:t>• The separated priestly and royal lines leave room for the promised Priest-King after the order of Melchizedek.</w:t>
            </w:r>
          </w:p>
          <w:p>
            <w:pPr>
              <w:pStyle w:val="Grace3Normal"/>
              <w:spacing w:after="60"/>
              <w:ind w:left="259" w:hanging="187"/>
            </w:pPr>
            <w:r>
              <w:rPr>
                <w:rFonts w:ascii="Georgia" w:hAnsi="Georgia"/>
                <w:sz w:val="21"/>
              </w:rPr>
              <w:t>• Jesus enters public ministry in a priestly-shaped scene of washing, Spirit-anointing, and declaration, then Hebrews reveals Him as High Priest forever by oath, resurrection life, and self-offering.</w:t>
            </w:r>
          </w:p>
          <w:p>
            <w:pPr>
              <w:pStyle w:val="Grace3Normal"/>
              <w:spacing w:after="60"/>
              <w:ind w:left="259" w:hanging="187"/>
            </w:pPr>
            <w:r>
              <w:rPr>
                <w:rFonts w:ascii="Georgia" w:hAnsi="Georgia"/>
                <w:sz w:val="21"/>
              </w:rPr>
              <w:t>• Aaron can pronounce peace. Christ makes peace through the blood of His cross.</w:t>
            </w:r>
          </w:p>
        </w:tc>
      </w:tr>
    </w:tbl>
    <w:p>
      <w:pPr>
        <w:pStyle w:val="Grace3Normal"/>
        <w:spacing w:after="20"/>
        <w:sectPr w:rsidR="00FC693F" w:rsidRPr="0006063C" w:rsidSect="00034616">
          <w:headerReference w:type="default" r:id="rIdGrace3header"/>
          <w:footerReference w:type="default" r:id="rIdGrace3footer"/>
          <w:type w:val="nextPage"/>
          <w:pgSz w:w="12240" w:h="15840"/>
          <w:pgMar w:top="936" w:right="1080" w:bottom="936" w:left="1080" w:header="432" w:footer="432" w:gutter="0"/>
          <w:pgNumType w:start="1"/>
          <w:cols w:space="720"/>
          <w:docGrid w:linePitch="360"/>
        </w:sectPr>
      </w:pPr>
    </w:p>
    <w:p w14:paraId="65ADFA1A" w14:textId="77777777" w:rsidR="00E062F5" w:rsidRDefault="00000000">
      <w:pPr>
        <w:pStyle w:val="Grace4Normal"/>
        <w:jc w:val="center"/>
      </w:pPr>
      <w:r>
        <w:rPr>
          <w:b/>
          <w:color w:val="1F4E79"/>
          <w:sz w:val="36"/>
        </w:rPr>
        <w:t>GRACE TO GLORIFICATION</w:t>
      </w:r>
    </w:p>
    <w:p w14:paraId="5E609361" w14:textId="77777777" w:rsidR="00E062F5" w:rsidRDefault="00000000">
      <w:pPr>
        <w:pStyle w:val="Grace4Normal"/>
        <w:spacing w:after="60"/>
        <w:jc w:val="center"/>
      </w:pPr>
      <w:r>
        <w:rPr>
          <w:i/>
          <w:color w:val="464646"/>
          <w:sz w:val="28"/>
        </w:rPr>
        <w:t>Part Four</w:t>
      </w:r>
    </w:p>
    <w:p w14:paraId="3A02EB92" w14:textId="77777777" w:rsidR="00E062F5" w:rsidRDefault="00000000">
      <w:pPr>
        <w:pStyle w:val="Grace4Normal"/>
        <w:spacing w:after="80"/>
        <w:jc w:val="center"/>
      </w:pPr>
      <w:r>
        <w:rPr>
          <w:b/>
          <w:color w:val="1F4E79"/>
          <w:sz w:val="40"/>
        </w:rPr>
        <w:t>Grace and Supplication</w:t>
      </w:r>
    </w:p>
    <w:p w14:paraId="1D141922" w14:textId="77777777" w:rsidR="00E062F5" w:rsidRDefault="00000000">
      <w:pPr>
        <w:pStyle w:val="Grace4Normal"/>
        <w:spacing w:after="280"/>
        <w:jc w:val="center"/>
      </w:pPr>
      <w:r>
        <w:rPr>
          <w:i/>
          <w:color w:val="464646"/>
          <w:sz w:val="25"/>
        </w:rPr>
        <w:t>The Hinge of the Blessing and the Awakened Cry</w:t>
      </w:r>
    </w:p>
    <w:p w14:paraId="2714DFB5" w14:textId="77777777" w:rsidR="00E062F5" w:rsidRDefault="00000000">
      <w:pPr>
        <w:pStyle w:val="Grace4BodyText"/>
        <w:spacing w:line="259" w:lineRule="auto"/>
      </w:pPr>
      <w:r>
        <w:t>Part Three followed the peace given by the LORD and the Priest-King who must secure that peace. Part Four returns to the phrase within the priestly blessing that has been waiting at the center: “and be gracious unto thee.”</w:t>
      </w:r>
    </w:p>
    <w:p w14:paraId="66D6D8A0" w14:textId="77777777" w:rsidR="00E062F5" w:rsidRDefault="00000000">
      <w:pPr>
        <w:pStyle w:val="Grace4Normal"/>
        <w:spacing w:before="80" w:after="160"/>
        <w:jc w:val="center"/>
      </w:pPr>
      <w:r>
        <w:rPr>
          <w:b/>
          <w:color w:val="1F4E79"/>
        </w:rPr>
        <w:t>Face → Grace → Supplication → Name → Belief → Salvation → Preserved Life</w:t>
      </w:r>
    </w:p>
    <w:p w14:paraId="5B4162F7" w14:textId="77777777" w:rsidR="00E062F5" w:rsidRDefault="00000000">
      <w:pPr>
        <w:pStyle w:val="Grace4BodyText"/>
        <w:spacing w:line="259" w:lineRule="auto"/>
      </w:pPr>
      <w:r>
        <w:t>Grace is not treated here as a decorative religious word. It comes joined to blessing, keeping, Face, peace, priesthood, Name, covenant purpose, supplication, cleansing, and the call to believe.</w:t>
      </w:r>
    </w:p>
    <w:p w14:paraId="767E8CB2" w14:textId="77777777" w:rsidR="00E062F5" w:rsidRDefault="00000000">
      <w:pPr>
        <w:pStyle w:val="Grace4Heading1"/>
        <w:spacing w:before="240" w:after="120"/>
      </w:pPr>
      <w:r>
        <w:rPr>
          <w:rFonts w:ascii="Georgia" w:hAnsi="Georgia"/>
          <w:color w:val="1F4E79"/>
          <w:sz w:val="32"/>
        </w:rPr>
        <w:t>1. Grace Is Not Isolated</w:t>
      </w:r>
    </w:p>
    <w:tbl>
      <w:tblPr>
        <w:tblW w:w="0" w:type="auto"/>
        <w:jc w:val="center"/>
        <w:tblLook w:val="04A0" w:firstRow="1" w:lastRow="0" w:firstColumn="1" w:lastColumn="0" w:noHBand="0" w:noVBand="1"/>
      </w:tblPr>
      <w:tblGrid>
        <w:gridCol w:w="10080"/>
      </w:tblGrid>
      <w:tr w:rsidR="00E062F5" w14:paraId="7667FCD3"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6FE8893D" w14:textId="77777777" w:rsidR="00E062F5" w:rsidRDefault="00000000">
            <w:pPr>
              <w:pStyle w:val="Grace4Normal"/>
              <w:spacing w:after="80"/>
            </w:pPr>
            <w:r>
              <w:rPr>
                <w:b/>
                <w:i/>
                <w:color w:val="1F4E79"/>
                <w:sz w:val="21"/>
              </w:rPr>
              <w:t>Numbers 6:25–27</w:t>
            </w:r>
          </w:p>
          <w:p w14:paraId="46E5DDAC" w14:textId="77777777" w:rsidR="00E062F5" w:rsidRDefault="00000000">
            <w:pPr>
              <w:pStyle w:val="Grace4Normal"/>
              <w:spacing w:after="60" w:line="252" w:lineRule="auto"/>
            </w:pPr>
            <w:r>
              <w:rPr>
                <w:color w:val="00376E"/>
                <w:sz w:val="20"/>
              </w:rPr>
              <w:t>The LORD make his face shine upon thee, and be gracious unto thee:</w:t>
            </w:r>
          </w:p>
          <w:p w14:paraId="7B75FAB4" w14:textId="77777777" w:rsidR="00E062F5" w:rsidRDefault="00000000">
            <w:pPr>
              <w:pStyle w:val="Grace4Normal"/>
              <w:spacing w:after="60" w:line="252" w:lineRule="auto"/>
            </w:pPr>
            <w:r>
              <w:rPr>
                <w:color w:val="00376E"/>
                <w:sz w:val="20"/>
              </w:rPr>
              <w:t>The LORD lift up his countenance upon thee, and give thee peace.</w:t>
            </w:r>
          </w:p>
          <w:p w14:paraId="781FC8D1" w14:textId="77777777" w:rsidR="00E062F5" w:rsidRDefault="00000000">
            <w:pPr>
              <w:pStyle w:val="Grace4Normal"/>
              <w:spacing w:after="60" w:line="252" w:lineRule="auto"/>
            </w:pPr>
            <w:r>
              <w:rPr>
                <w:color w:val="00376E"/>
                <w:sz w:val="20"/>
              </w:rPr>
              <w:t>And they shall put my name upon the children of Israel; and I will bless them.</w:t>
            </w:r>
          </w:p>
        </w:tc>
      </w:tr>
    </w:tbl>
    <w:p w14:paraId="0E5B1115" w14:textId="77777777" w:rsidR="00E062F5" w:rsidRDefault="00E062F5">
      <w:pPr>
        <w:pStyle w:val="Grace4Normal"/>
        <w:spacing w:after="20"/>
      </w:pPr>
    </w:p>
    <w:p w14:paraId="56AB11CB" w14:textId="77777777" w:rsidR="00E062F5" w:rsidRDefault="00000000">
      <w:pPr>
        <w:pStyle w:val="Grace4BodyText"/>
        <w:spacing w:line="259" w:lineRule="auto"/>
      </w:pPr>
      <w:r>
        <w:t>Numbers 6 does not present grace as an isolated word. Grace comes after blessing, keeping, and the shining Face. It stands before the lifted countenance, peace, and the placing of YHWH’s Name upon the people.</w:t>
      </w:r>
    </w:p>
    <w:p w14:paraId="7BD6774D" w14:textId="77777777" w:rsidR="00E062F5" w:rsidRDefault="00000000">
      <w:pPr>
        <w:pStyle w:val="Grace4BodyText"/>
        <w:spacing w:line="259" w:lineRule="auto"/>
        <w:ind w:firstLine="259"/>
      </w:pPr>
      <w:r>
        <w:t>Grace therefore appears inside a living sequence. It is not detached from preservation, priesthood, peace, Name, or covenant purpose. It belongs to all of them without being flattened into only one of them.</w:t>
      </w:r>
    </w:p>
    <w:p w14:paraId="6DABCE04" w14:textId="77777777" w:rsidR="00E062F5" w:rsidRDefault="00000000">
      <w:pPr>
        <w:pStyle w:val="Grace4BodyText"/>
        <w:spacing w:line="259" w:lineRule="auto"/>
        <w:ind w:firstLine="259"/>
      </w:pPr>
      <w:r>
        <w:t>The priest does not manufacture this grace. The people do not invent it. YHWH gives it. Yet Scripture also refuses to treat grace as mechanical possession. Abraham believes. Jacob clings. Israel is called to humble themselves, pray, seek His Face, and turn. Jerusalem is warned that the Lord would have gathered her children, but they would not.</w:t>
      </w:r>
    </w:p>
    <w:p w14:paraId="730B51D5" w14:textId="77777777" w:rsidR="00E062F5" w:rsidRDefault="00000000">
      <w:pPr>
        <w:pStyle w:val="Grace4BodyText"/>
        <w:spacing w:line="259" w:lineRule="auto"/>
        <w:ind w:firstLine="259"/>
      </w:pPr>
      <w:r>
        <w:t>Grace originates in YHWH, but it calls for reception. It is favor given, not favor seized. It is shelter offered, not shelter forced. It is the kindness of the God who blesses, keeps, shines His Face, gives peace, places His Name, and calls His people to live under His word.</w:t>
      </w:r>
    </w:p>
    <w:p w14:paraId="144F4541" w14:textId="77777777" w:rsidR="00E062F5" w:rsidRDefault="00000000">
      <w:pPr>
        <w:pStyle w:val="Grace4Heading1"/>
        <w:spacing w:before="240" w:after="120"/>
      </w:pPr>
      <w:r>
        <w:rPr>
          <w:rFonts w:ascii="Georgia" w:hAnsi="Georgia"/>
          <w:color w:val="1F4E79"/>
          <w:sz w:val="32"/>
        </w:rPr>
        <w:t>2. The Priestly Word as Supplication</w:t>
      </w:r>
    </w:p>
    <w:p w14:paraId="40207F3E" w14:textId="77777777" w:rsidR="00E062F5" w:rsidRDefault="00000000">
      <w:pPr>
        <w:pStyle w:val="Grace4BodyText"/>
        <w:spacing w:line="259" w:lineRule="auto"/>
      </w:pPr>
      <w:r>
        <w:t>Aaron does not invent the blessing. YHWH gives the word. Yet Aaron is commanded to speak it over the people. In that sense, the priestly blessing carries the shape of supplication. It is YHWH’s own word, spoken through the priest, that YHWH would bless, keep, shine His Face, be gracious, give peace, and place His Name upon His people.</w:t>
      </w:r>
    </w:p>
    <w:p w14:paraId="39BE42F1" w14:textId="77777777" w:rsidR="00E062F5" w:rsidRDefault="00000000">
      <w:pPr>
        <w:pStyle w:val="Grace4BodyText"/>
        <w:spacing w:line="259" w:lineRule="auto"/>
        <w:ind w:firstLine="259"/>
      </w:pPr>
      <w:r>
        <w:t>The blessing descends from YHWH, but it is spoken over those who need blessing. The word is directed. It is not merely that YHWH is gracious in general. He is gracious “unto thee.”</w:t>
      </w:r>
    </w:p>
    <w:tbl>
      <w:tblPr>
        <w:tblW w:w="0" w:type="auto"/>
        <w:jc w:val="center"/>
        <w:tblLook w:val="04A0" w:firstRow="1" w:lastRow="0" w:firstColumn="1" w:lastColumn="0" w:noHBand="0" w:noVBand="1"/>
      </w:tblPr>
      <w:tblGrid>
        <w:gridCol w:w="10080"/>
      </w:tblGrid>
      <w:tr w:rsidR="00E062F5" w14:paraId="3AEC4737" w14:textId="77777777">
        <w:trPr>
          <w:cantSplit/>
          <w:jc w:val="center"/>
        </w:trPr>
        <w:tc>
          <w:tcPr>
            <w:tcW w:w="10080" w:type="dxa"/>
            <w:tcBorders>
              <w:top w:val="single" w:sz="8" w:space="0" w:color="70AD47"/>
              <w:left w:val="single" w:sz="8" w:space="0" w:color="70AD47"/>
              <w:bottom w:val="single" w:sz="8" w:space="0" w:color="70AD47"/>
              <w:right w:val="single" w:sz="8" w:space="0" w:color="70AD47"/>
            </w:tcBorders>
            <w:shd w:val="clear" w:color="auto" w:fill="F4F9EF"/>
          </w:tcPr>
          <w:p w14:paraId="531AF416" w14:textId="77777777" w:rsidR="00E062F5" w:rsidRDefault="00000000">
            <w:pPr>
              <w:pStyle w:val="Grace4Normal"/>
              <w:spacing w:after="100"/>
            </w:pPr>
            <w:r>
              <w:rPr>
                <w:b/>
                <w:color w:val="385723"/>
                <w:sz w:val="23"/>
              </w:rPr>
              <w:lastRenderedPageBreak/>
              <w:t>Grace in the Priestly Sequence</w:t>
            </w:r>
          </w:p>
          <w:p w14:paraId="4C12D658" w14:textId="77777777" w:rsidR="00E062F5" w:rsidRDefault="00000000">
            <w:pPr>
              <w:pStyle w:val="Grace4Normal"/>
              <w:spacing w:after="60"/>
              <w:ind w:left="259" w:hanging="187"/>
            </w:pPr>
            <w:r>
              <w:rPr>
                <w:sz w:val="21"/>
              </w:rPr>
              <w:t>• Grace is joined to blessing, keeping, Face, peace, and Name.</w:t>
            </w:r>
          </w:p>
          <w:p w14:paraId="09B5CC75" w14:textId="77777777" w:rsidR="00E062F5" w:rsidRDefault="00000000">
            <w:pPr>
              <w:pStyle w:val="Grace4Normal"/>
              <w:spacing w:after="60"/>
              <w:ind w:left="259" w:hanging="187"/>
            </w:pPr>
            <w:r>
              <w:rPr>
                <w:sz w:val="21"/>
              </w:rPr>
              <w:t>• Grace is given by YHWH, not manufactured by priest or people.</w:t>
            </w:r>
          </w:p>
          <w:p w14:paraId="1E7159DB" w14:textId="77777777" w:rsidR="00E062F5" w:rsidRDefault="00000000">
            <w:pPr>
              <w:pStyle w:val="Grace4Normal"/>
              <w:spacing w:after="60"/>
              <w:ind w:left="259" w:hanging="187"/>
            </w:pPr>
            <w:r>
              <w:rPr>
                <w:sz w:val="21"/>
              </w:rPr>
              <w:t>• Grace is directed toward the receiver: “unto thee.”</w:t>
            </w:r>
          </w:p>
          <w:p w14:paraId="7D90E69E" w14:textId="77777777" w:rsidR="00E062F5" w:rsidRDefault="00000000">
            <w:pPr>
              <w:pStyle w:val="Grace4Normal"/>
              <w:spacing w:after="60"/>
              <w:ind w:left="259" w:hanging="187"/>
            </w:pPr>
            <w:r>
              <w:rPr>
                <w:sz w:val="21"/>
              </w:rPr>
              <w:t>• Grace calls for faith, clinging, calling, turning, and sheltering under YHWH’s word.</w:t>
            </w:r>
          </w:p>
        </w:tc>
      </w:tr>
    </w:tbl>
    <w:p w14:paraId="1574E0B9" w14:textId="77777777" w:rsidR="00E062F5" w:rsidRDefault="00E062F5">
      <w:pPr>
        <w:pStyle w:val="Grace4Normal"/>
        <w:spacing w:after="20"/>
      </w:pPr>
    </w:p>
    <w:p w14:paraId="3FDDE795" w14:textId="77777777" w:rsidR="00E062F5" w:rsidRDefault="00000000">
      <w:pPr>
        <w:pStyle w:val="Grace4Heading1"/>
        <w:spacing w:before="240" w:after="120"/>
      </w:pPr>
      <w:r>
        <w:rPr>
          <w:rFonts w:ascii="Georgia" w:hAnsi="Georgia"/>
          <w:color w:val="1F4E79"/>
          <w:sz w:val="32"/>
        </w:rPr>
        <w:t>3. Jacob: Blessing, Supplication, Face, and Preserved Life</w:t>
      </w:r>
    </w:p>
    <w:p w14:paraId="025B0E26" w14:textId="780D2B13" w:rsidR="00E062F5" w:rsidRDefault="00000000" w:rsidP="00F80886">
      <w:pPr>
        <w:pStyle w:val="Grace4BodyText"/>
        <w:spacing w:line="259" w:lineRule="auto"/>
      </w:pPr>
      <w:r>
        <w:t>The pattern has already appeared in Jacob. Jacob clings and says, “I will not let thee go, except thou bless me.” He asks for blessing. He receives blessing. He receives a new name. He sees the Face of God. His life is preserved.</w:t>
      </w:r>
    </w:p>
    <w:p w14:paraId="664A1550" w14:textId="1F2E54DC" w:rsidR="00E062F5" w:rsidRDefault="00000000" w:rsidP="00F80886">
      <w:pPr>
        <w:pStyle w:val="Grace4BodyText"/>
        <w:spacing w:line="259" w:lineRule="auto"/>
      </w:pPr>
      <w:r>
        <w:t>Hosea later recalls the same event and adds a key word. Jacob “wept, and made supplication.” The blessing at Peniel was not detached from desire, weakness, pleading, and clinging. Grace met supplication.</w:t>
      </w:r>
    </w:p>
    <w:p w14:paraId="43208F34" w14:textId="77777777" w:rsidR="00E062F5" w:rsidRDefault="00000000" w:rsidP="00F80886">
      <w:pPr>
        <w:pStyle w:val="Grace4BodyText"/>
        <w:spacing w:line="259" w:lineRule="auto"/>
      </w:pPr>
      <w:r>
        <w:t>This matters for Numbers 6. Israel is not merely a national label. The name Israel carries an earlier encounter of blessing, supplication, Face, and preserved life. When Aaron speaks the blessing over Israel, the name itself already remembers the man who clung, asked, received, saw, and lived.</w:t>
      </w:r>
    </w:p>
    <w:p w14:paraId="5322A25E" w14:textId="77777777" w:rsidR="00E062F5" w:rsidRDefault="00000000">
      <w:pPr>
        <w:pStyle w:val="Grace4Heading1"/>
        <w:spacing w:before="240" w:after="120"/>
      </w:pPr>
      <w:r>
        <w:rPr>
          <w:rFonts w:ascii="Georgia" w:hAnsi="Georgia"/>
          <w:color w:val="1F4E79"/>
          <w:sz w:val="32"/>
        </w:rPr>
        <w:t>4. The Spirit of Grace and Supplications</w:t>
      </w:r>
    </w:p>
    <w:p w14:paraId="72BBE03D" w14:textId="77777777" w:rsidR="00E062F5" w:rsidRDefault="00000000">
      <w:pPr>
        <w:pStyle w:val="Grace4BodyText"/>
        <w:spacing w:line="259" w:lineRule="auto"/>
      </w:pPr>
      <w:r>
        <w:t>The prophetic line later becomes explicit in Zechariah. YHWH speaks of pouring out “the spirit of grace and of supplications.” Grace descends. Supplication rises. The pierced One is seen. Mourning follows. Then a fountain is opened for sin and uncleanness.</w:t>
      </w:r>
    </w:p>
    <w:tbl>
      <w:tblPr>
        <w:tblW w:w="0" w:type="auto"/>
        <w:jc w:val="center"/>
        <w:tblLook w:val="04A0" w:firstRow="1" w:lastRow="0" w:firstColumn="1" w:lastColumn="0" w:noHBand="0" w:noVBand="1"/>
      </w:tblPr>
      <w:tblGrid>
        <w:gridCol w:w="10080"/>
      </w:tblGrid>
      <w:tr w:rsidR="00E062F5" w14:paraId="0671AFB9"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2C967A2C" w14:textId="77777777" w:rsidR="00E062F5" w:rsidRDefault="00000000">
            <w:pPr>
              <w:pStyle w:val="Grace4Normal"/>
              <w:spacing w:after="80"/>
            </w:pPr>
            <w:r>
              <w:rPr>
                <w:b/>
                <w:i/>
                <w:color w:val="1F4E79"/>
                <w:sz w:val="21"/>
              </w:rPr>
              <w:t>Zechariah 12:10</w:t>
            </w:r>
          </w:p>
          <w:p w14:paraId="23D9C71F" w14:textId="77777777" w:rsidR="00E062F5" w:rsidRDefault="00000000">
            <w:pPr>
              <w:pStyle w:val="Grace4Normal"/>
              <w:spacing w:after="60" w:line="252" w:lineRule="auto"/>
            </w:pPr>
            <w:r>
              <w:rPr>
                <w:color w:val="00376E"/>
                <w:sz w:val="20"/>
              </w:rPr>
              <w:t>And I will pour upon the house of David, and upon the inhabitants of Jerusalem,</w:t>
            </w:r>
          </w:p>
          <w:p w14:paraId="74B8C1A2" w14:textId="77777777" w:rsidR="00E062F5" w:rsidRDefault="00000000">
            <w:pPr>
              <w:pStyle w:val="Grace4Normal"/>
              <w:spacing w:after="60" w:line="252" w:lineRule="auto"/>
            </w:pPr>
            <w:r>
              <w:rPr>
                <w:color w:val="00376E"/>
                <w:sz w:val="20"/>
              </w:rPr>
              <w:t>the spirit of grace and of supplications:</w:t>
            </w:r>
          </w:p>
          <w:p w14:paraId="6EE947BA" w14:textId="77777777" w:rsidR="00E062F5" w:rsidRDefault="00000000">
            <w:pPr>
              <w:pStyle w:val="Grace4Normal"/>
              <w:spacing w:after="60" w:line="252" w:lineRule="auto"/>
            </w:pPr>
            <w:r>
              <w:rPr>
                <w:color w:val="00376E"/>
                <w:sz w:val="20"/>
              </w:rPr>
              <w:t>and they shall look upon me whom they have pierced, and they shall mourn for him...</w:t>
            </w:r>
          </w:p>
        </w:tc>
      </w:tr>
    </w:tbl>
    <w:p w14:paraId="526EF724" w14:textId="77777777" w:rsidR="00E062F5" w:rsidRDefault="00E062F5">
      <w:pPr>
        <w:pStyle w:val="Grace4Normal"/>
        <w:spacing w:after="20"/>
      </w:pPr>
    </w:p>
    <w:tbl>
      <w:tblPr>
        <w:tblW w:w="0" w:type="auto"/>
        <w:jc w:val="center"/>
        <w:tblLook w:val="04A0" w:firstRow="1" w:lastRow="0" w:firstColumn="1" w:lastColumn="0" w:noHBand="0" w:noVBand="1"/>
      </w:tblPr>
      <w:tblGrid>
        <w:gridCol w:w="10080"/>
      </w:tblGrid>
      <w:tr w:rsidR="00E062F5" w14:paraId="57928D81"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060BFCFE" w14:textId="77777777" w:rsidR="00E062F5" w:rsidRDefault="00000000">
            <w:pPr>
              <w:pStyle w:val="Grace4Normal"/>
              <w:spacing w:after="80"/>
            </w:pPr>
            <w:r>
              <w:rPr>
                <w:b/>
                <w:i/>
                <w:color w:val="1F4E79"/>
                <w:sz w:val="21"/>
              </w:rPr>
              <w:t>Zechariah 13:1</w:t>
            </w:r>
          </w:p>
          <w:p w14:paraId="14F558BE" w14:textId="77777777" w:rsidR="00E062F5" w:rsidRDefault="00000000">
            <w:pPr>
              <w:pStyle w:val="Grace4Normal"/>
              <w:spacing w:after="60" w:line="252" w:lineRule="auto"/>
            </w:pPr>
            <w:r>
              <w:rPr>
                <w:color w:val="00376E"/>
                <w:sz w:val="20"/>
              </w:rPr>
              <w:t>In that day there shall be a fountain opened to the house of David and to the inhabitants of Jerusalem</w:t>
            </w:r>
          </w:p>
          <w:p w14:paraId="235A3AE8" w14:textId="77777777" w:rsidR="00E062F5" w:rsidRDefault="00000000">
            <w:pPr>
              <w:pStyle w:val="Grace4Normal"/>
              <w:spacing w:after="60" w:line="252" w:lineRule="auto"/>
            </w:pPr>
            <w:r>
              <w:rPr>
                <w:color w:val="00376E"/>
                <w:sz w:val="20"/>
              </w:rPr>
              <w:t>for sin and for uncleanness.</w:t>
            </w:r>
          </w:p>
        </w:tc>
      </w:tr>
    </w:tbl>
    <w:p w14:paraId="2C4B62AF" w14:textId="77777777" w:rsidR="00E062F5" w:rsidRDefault="00E062F5">
      <w:pPr>
        <w:pStyle w:val="Grace4Normal"/>
        <w:spacing w:after="20"/>
      </w:pPr>
    </w:p>
    <w:p w14:paraId="63159EBA" w14:textId="77777777" w:rsidR="00E062F5" w:rsidRDefault="00000000">
      <w:pPr>
        <w:pStyle w:val="Grace4BodyText"/>
        <w:spacing w:line="259" w:lineRule="auto"/>
        <w:ind w:firstLine="259"/>
      </w:pPr>
      <w:r>
        <w:t>Grace and supplication are therefore not two unrelated ideas. Grace is YHWH’s favor moving toward the people. Supplication is the awakened cry of those who need mercy, blessing, cleansing, peace, and preserved life.</w:t>
      </w:r>
    </w:p>
    <w:p w14:paraId="4F772687" w14:textId="77777777" w:rsidR="00E062F5" w:rsidRDefault="00000000">
      <w:pPr>
        <w:pStyle w:val="Grace4BodyText"/>
        <w:spacing w:line="259" w:lineRule="auto"/>
        <w:ind w:firstLine="259"/>
      </w:pPr>
      <w:r>
        <w:t>The priestly blessing of Numbers 6 speaks grace over the people. Jacob clings for blessing and is preserved. Zechariah sees the Spirit of grace and supplications poured out, and the pierced One becomes the way to the opened fountain.</w:t>
      </w:r>
    </w:p>
    <w:p w14:paraId="290DE488" w14:textId="77777777" w:rsidR="00E062F5" w:rsidRDefault="00000000">
      <w:pPr>
        <w:pStyle w:val="Grace4Normal"/>
        <w:spacing w:before="80" w:after="160"/>
        <w:jc w:val="center"/>
      </w:pPr>
      <w:r>
        <w:rPr>
          <w:b/>
          <w:color w:val="1F4E79"/>
        </w:rPr>
        <w:t>Grace Descends → Supplication Rises → Pierced One Seen → Fountain Opened</w:t>
      </w:r>
    </w:p>
    <w:p w14:paraId="150506EE" w14:textId="77777777" w:rsidR="00E062F5" w:rsidRDefault="00000000">
      <w:pPr>
        <w:pStyle w:val="Grace4Heading1"/>
        <w:spacing w:before="240" w:after="120"/>
      </w:pPr>
      <w:r>
        <w:rPr>
          <w:rFonts w:ascii="Georgia" w:hAnsi="Georgia"/>
          <w:color w:val="1F4E79"/>
          <w:sz w:val="32"/>
        </w:rPr>
        <w:t>5. Whosoever Believes, Whosoever Calls</w:t>
      </w:r>
    </w:p>
    <w:p w14:paraId="7CE7A3E9" w14:textId="77777777" w:rsidR="00E062F5" w:rsidRDefault="00000000">
      <w:pPr>
        <w:pStyle w:val="Grace4BodyText"/>
        <w:spacing w:line="259" w:lineRule="auto"/>
      </w:pPr>
      <w:r>
        <w:t>The line then opens wider in the gospel. Grace is not sealed off as private possession. The God who places His Name upon His people opens the call of life outward.</w:t>
      </w:r>
    </w:p>
    <w:tbl>
      <w:tblPr>
        <w:tblW w:w="0" w:type="auto"/>
        <w:jc w:val="center"/>
        <w:tblLook w:val="04A0" w:firstRow="1" w:lastRow="0" w:firstColumn="1" w:lastColumn="0" w:noHBand="0" w:noVBand="1"/>
      </w:tblPr>
      <w:tblGrid>
        <w:gridCol w:w="10080"/>
      </w:tblGrid>
      <w:tr w:rsidR="00E062F5" w14:paraId="1E0904A9"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5D881E79" w14:textId="77777777" w:rsidR="00E062F5" w:rsidRDefault="00000000">
            <w:pPr>
              <w:pStyle w:val="Grace4Normal"/>
              <w:spacing w:after="80"/>
            </w:pPr>
            <w:r>
              <w:rPr>
                <w:b/>
                <w:i/>
                <w:color w:val="1F4E79"/>
                <w:sz w:val="21"/>
              </w:rPr>
              <w:lastRenderedPageBreak/>
              <w:t>John 3:16–17</w:t>
            </w:r>
          </w:p>
          <w:p w14:paraId="4A05F979" w14:textId="77777777" w:rsidR="00E062F5" w:rsidRDefault="00000000">
            <w:pPr>
              <w:pStyle w:val="Grace4Normal"/>
              <w:spacing w:after="60" w:line="252" w:lineRule="auto"/>
            </w:pPr>
            <w:r>
              <w:rPr>
                <w:color w:val="00376E"/>
                <w:sz w:val="20"/>
              </w:rPr>
              <w:t>For God so loved the world, that he gave his only begotten Son,</w:t>
            </w:r>
          </w:p>
          <w:p w14:paraId="624077EA" w14:textId="77777777" w:rsidR="00E062F5" w:rsidRDefault="00000000">
            <w:pPr>
              <w:pStyle w:val="Grace4Normal"/>
              <w:spacing w:after="60" w:line="252" w:lineRule="auto"/>
            </w:pPr>
            <w:r>
              <w:rPr>
                <w:color w:val="00376E"/>
                <w:sz w:val="20"/>
              </w:rPr>
              <w:t>that whosoever believeth in him should not perish, but have everlasting life.</w:t>
            </w:r>
          </w:p>
          <w:p w14:paraId="5E45277E" w14:textId="77777777" w:rsidR="00E062F5" w:rsidRDefault="00000000">
            <w:pPr>
              <w:pStyle w:val="Grace4Normal"/>
              <w:spacing w:after="60" w:line="252" w:lineRule="auto"/>
            </w:pPr>
            <w:r>
              <w:rPr>
                <w:color w:val="00376E"/>
                <w:sz w:val="20"/>
              </w:rPr>
              <w:t>For God sent not his Son into the world to condemn the world; but that the world through him might be saved.</w:t>
            </w:r>
          </w:p>
        </w:tc>
      </w:tr>
    </w:tbl>
    <w:p w14:paraId="5B0492D9" w14:textId="77777777" w:rsidR="00E062F5" w:rsidRDefault="00E062F5">
      <w:pPr>
        <w:pStyle w:val="Grace4Normal"/>
        <w:spacing w:after="20"/>
      </w:pPr>
    </w:p>
    <w:p w14:paraId="5982654C" w14:textId="77777777" w:rsidR="00E062F5" w:rsidRDefault="00000000">
      <w:pPr>
        <w:pStyle w:val="Grace4BodyText"/>
        <w:spacing w:line="259" w:lineRule="auto"/>
        <w:ind w:firstLine="259"/>
      </w:pPr>
      <w:r>
        <w:t>John’s “whosoever” holds blessing and preservation together. The one who believes does not perish, but has everlasting life. Grace is attached to life preserved from perishing and carried into the life of the Son.</w:t>
      </w:r>
    </w:p>
    <w:tbl>
      <w:tblPr>
        <w:tblW w:w="0" w:type="auto"/>
        <w:jc w:val="center"/>
        <w:tblLook w:val="04A0" w:firstRow="1" w:lastRow="0" w:firstColumn="1" w:lastColumn="0" w:noHBand="0" w:noVBand="1"/>
      </w:tblPr>
      <w:tblGrid>
        <w:gridCol w:w="10080"/>
      </w:tblGrid>
      <w:tr w:rsidR="00E062F5" w14:paraId="1B97A3FC"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7A7505F9" w14:textId="77777777" w:rsidR="00E062F5" w:rsidRDefault="00000000">
            <w:pPr>
              <w:pStyle w:val="Grace4Normal"/>
              <w:spacing w:after="80"/>
            </w:pPr>
            <w:r>
              <w:rPr>
                <w:b/>
                <w:i/>
                <w:color w:val="1F4E79"/>
                <w:sz w:val="21"/>
              </w:rPr>
              <w:t>Romans 10:9–13</w:t>
            </w:r>
          </w:p>
          <w:p w14:paraId="76731AD6" w14:textId="77777777" w:rsidR="00E062F5" w:rsidRDefault="00000000">
            <w:pPr>
              <w:pStyle w:val="Grace4Normal"/>
              <w:spacing w:after="60" w:line="252" w:lineRule="auto"/>
            </w:pPr>
            <w:r>
              <w:rPr>
                <w:color w:val="00376E"/>
                <w:sz w:val="20"/>
              </w:rPr>
              <w:t>That if thou shalt confess with thy mouth the Lord Jesus, and shalt believe in thine heart...</w:t>
            </w:r>
          </w:p>
          <w:p w14:paraId="38D98DD6" w14:textId="77777777" w:rsidR="00E062F5" w:rsidRDefault="00000000">
            <w:pPr>
              <w:pStyle w:val="Grace4Normal"/>
              <w:spacing w:after="60" w:line="252" w:lineRule="auto"/>
            </w:pPr>
            <w:r>
              <w:rPr>
                <w:color w:val="00376E"/>
                <w:sz w:val="20"/>
              </w:rPr>
              <w:t>thou shalt be saved.</w:t>
            </w:r>
          </w:p>
          <w:p w14:paraId="0D231B98" w14:textId="77777777" w:rsidR="00E062F5" w:rsidRDefault="00000000">
            <w:pPr>
              <w:pStyle w:val="Grace4Normal"/>
              <w:spacing w:after="60" w:line="252" w:lineRule="auto"/>
            </w:pPr>
            <w:r>
              <w:rPr>
                <w:color w:val="00376E"/>
                <w:sz w:val="20"/>
              </w:rPr>
              <w:t>For the scripture saith, Whosoever believeth on him shall not be ashamed.</w:t>
            </w:r>
          </w:p>
          <w:p w14:paraId="16E64953" w14:textId="77777777" w:rsidR="00E062F5" w:rsidRDefault="00000000">
            <w:pPr>
              <w:pStyle w:val="Grace4Normal"/>
              <w:spacing w:after="60" w:line="252" w:lineRule="auto"/>
            </w:pPr>
            <w:r>
              <w:rPr>
                <w:color w:val="00376E"/>
                <w:sz w:val="20"/>
              </w:rPr>
              <w:t>For whosoever shall call upon the name of the Lord shall be saved.</w:t>
            </w:r>
          </w:p>
        </w:tc>
      </w:tr>
    </w:tbl>
    <w:p w14:paraId="237AC22E" w14:textId="77777777" w:rsidR="00E062F5" w:rsidRDefault="00E062F5">
      <w:pPr>
        <w:pStyle w:val="Grace4Normal"/>
        <w:spacing w:after="20"/>
      </w:pPr>
    </w:p>
    <w:p w14:paraId="37782B10" w14:textId="77777777" w:rsidR="00E062F5" w:rsidRDefault="00000000">
      <w:pPr>
        <w:pStyle w:val="Grace4BodyText"/>
        <w:spacing w:line="259" w:lineRule="auto"/>
        <w:ind w:firstLine="259"/>
      </w:pPr>
      <w:r>
        <w:t>Paul joins confession, belief, the Name, and salvation. The one awakened by grace calls upon the Name of the Lord. The blessing that placed the Name upon Israel now opens outward through Christ to all who believe and call.</w:t>
      </w:r>
    </w:p>
    <w:p w14:paraId="1818E22D" w14:textId="77777777" w:rsidR="00E062F5" w:rsidRDefault="00000000">
      <w:pPr>
        <w:pStyle w:val="Grace4BodyText"/>
        <w:spacing w:line="259" w:lineRule="auto"/>
        <w:ind w:firstLine="259"/>
      </w:pPr>
      <w:r>
        <w:t>This does not erase the order of promise. It reveals its fulfillment. Grace moves through the promised Son, and the call goes out: whosoever believes, whosoever calls, shall be saved.</w:t>
      </w:r>
    </w:p>
    <w:p w14:paraId="0DA99844" w14:textId="77777777" w:rsidR="00E062F5" w:rsidRDefault="00000000">
      <w:pPr>
        <w:pStyle w:val="Grace4Heading1"/>
        <w:spacing w:before="240" w:after="120"/>
      </w:pPr>
      <w:r>
        <w:rPr>
          <w:rFonts w:ascii="Georgia" w:hAnsi="Georgia"/>
          <w:color w:val="1F4E79"/>
          <w:sz w:val="32"/>
        </w:rPr>
        <w:t>6. Grace and Peace in Apostolic Form</w:t>
      </w:r>
    </w:p>
    <w:p w14:paraId="3E4319DB" w14:textId="77777777" w:rsidR="00E062F5" w:rsidRDefault="00000000">
      <w:pPr>
        <w:pStyle w:val="Grace4BodyText"/>
        <w:spacing w:line="259" w:lineRule="auto"/>
      </w:pPr>
      <w:r>
        <w:t>After Numbers 6, the words grace and peace should no longer sound like ordinary religious language. The priestly blessing places grace and peace together inside the favor of YHWH’s Face and the placing of His Name upon His people. This makes the apostolic greetings stand out with greater force.</w:t>
      </w:r>
    </w:p>
    <w:tbl>
      <w:tblPr>
        <w:tblW w:w="0" w:type="auto"/>
        <w:jc w:val="center"/>
        <w:tblLook w:val="04A0" w:firstRow="1" w:lastRow="0" w:firstColumn="1" w:lastColumn="0" w:noHBand="0" w:noVBand="1"/>
      </w:tblPr>
      <w:tblGrid>
        <w:gridCol w:w="10080"/>
      </w:tblGrid>
      <w:tr w:rsidR="00E062F5" w14:paraId="5B10B97D"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2F43C665" w14:textId="77777777" w:rsidR="00E062F5" w:rsidRDefault="00000000">
            <w:pPr>
              <w:pStyle w:val="Grace4Normal"/>
              <w:spacing w:after="80"/>
            </w:pPr>
            <w:r>
              <w:rPr>
                <w:b/>
                <w:i/>
                <w:color w:val="1F4E79"/>
                <w:sz w:val="21"/>
              </w:rPr>
              <w:t>Romans 1:7; 1 Corinthians 1:3; Ephesians 1:2</w:t>
            </w:r>
          </w:p>
          <w:p w14:paraId="561ED061" w14:textId="77777777" w:rsidR="00E062F5" w:rsidRDefault="00000000">
            <w:pPr>
              <w:pStyle w:val="Grace4Normal"/>
              <w:spacing w:after="60" w:line="252" w:lineRule="auto"/>
            </w:pPr>
            <w:r>
              <w:rPr>
                <w:color w:val="00376E"/>
                <w:sz w:val="20"/>
              </w:rPr>
              <w:t>Grace to you and peace from God our Father, and the Lord Jesus Christ.  (Romans 1:7)</w:t>
            </w:r>
          </w:p>
          <w:p w14:paraId="772D0236" w14:textId="77777777" w:rsidR="00E062F5" w:rsidRDefault="00000000">
            <w:pPr>
              <w:pStyle w:val="Grace4Normal"/>
              <w:spacing w:after="60" w:line="252" w:lineRule="auto"/>
            </w:pPr>
            <w:r>
              <w:rPr>
                <w:color w:val="00376E"/>
                <w:sz w:val="20"/>
              </w:rPr>
              <w:t>Grace be unto you, and peace, from God our Father, and from the Lord Jesus Christ.  (1 Corinthians 1:3)</w:t>
            </w:r>
          </w:p>
          <w:p w14:paraId="14BABDD1" w14:textId="77777777" w:rsidR="00E062F5" w:rsidRDefault="00000000">
            <w:pPr>
              <w:pStyle w:val="Grace4Normal"/>
              <w:spacing w:after="60" w:line="252" w:lineRule="auto"/>
            </w:pPr>
            <w:r>
              <w:rPr>
                <w:color w:val="00376E"/>
                <w:sz w:val="20"/>
              </w:rPr>
              <w:t>Grace be to you, and peace, from God our Father, and from the Lord Jesus Christ.  (Ephesians 1:2)</w:t>
            </w:r>
          </w:p>
        </w:tc>
      </w:tr>
    </w:tbl>
    <w:p w14:paraId="2BA8E3F3" w14:textId="77777777" w:rsidR="00E062F5" w:rsidRDefault="00E062F5">
      <w:pPr>
        <w:pStyle w:val="Grace4Normal"/>
        <w:spacing w:after="20"/>
      </w:pPr>
    </w:p>
    <w:p w14:paraId="093DBE91" w14:textId="77777777" w:rsidR="00E062F5" w:rsidRDefault="00000000">
      <w:pPr>
        <w:pStyle w:val="Grace4BodyText"/>
        <w:spacing w:line="259" w:lineRule="auto"/>
        <w:ind w:firstLine="259"/>
      </w:pPr>
      <w:r>
        <w:t>Paul’s greeting is not mere decoration. It is not simply polite church language. Grace and peace come from God the Father and the Lord Jesus Christ. The words that belonged inside YHWH’s priestly blessing now appear in the apostolic witness after the Son has come, died, risen, ascended, and been revealed as Lord.</w:t>
      </w:r>
    </w:p>
    <w:p w14:paraId="20C479A0" w14:textId="77777777" w:rsidR="00E062F5" w:rsidRDefault="00000000">
      <w:pPr>
        <w:pStyle w:val="Grace4BodyText"/>
        <w:spacing w:line="259" w:lineRule="auto"/>
        <w:ind w:firstLine="259"/>
      </w:pPr>
      <w:r>
        <w:t>This does not need to be forced as a formal quotation every time Paul writes it. The point is stronger and simpler: Paul speaks from the same biblical world. Grace and peace are not detached benefits. They come from the God who blesses, keeps, shines His Face, gives peace, places His Name, and has now revealed the Lord Jesus Christ as the One through whom that grace and peace are secured.</w:t>
      </w:r>
    </w:p>
    <w:p w14:paraId="2C7AA467" w14:textId="77777777" w:rsidR="00E062F5" w:rsidRDefault="00000000">
      <w:pPr>
        <w:pStyle w:val="Grace4Normal"/>
        <w:spacing w:before="80" w:after="160"/>
        <w:jc w:val="center"/>
      </w:pPr>
      <w:r>
        <w:rPr>
          <w:b/>
          <w:color w:val="1F4E79"/>
        </w:rPr>
        <w:t>Aaron can pronounce the blessing. Christ secures the grace and peace.</w:t>
      </w:r>
    </w:p>
    <w:p w14:paraId="7801BC83" w14:textId="77777777" w:rsidR="00E062F5" w:rsidRDefault="00000000">
      <w:pPr>
        <w:pStyle w:val="Grace4BodyText"/>
        <w:spacing w:line="259" w:lineRule="auto"/>
        <w:ind w:firstLine="259"/>
      </w:pPr>
      <w:r>
        <w:t>The apostolic greeting therefore carries more weight than it first appears. It gathers the priestly blessing into the New Testament announcement: grace and peace now come from God our Father and the Lord Jesus Christ.</w:t>
      </w:r>
    </w:p>
    <w:tbl>
      <w:tblPr>
        <w:tblW w:w="0" w:type="auto"/>
        <w:jc w:val="center"/>
        <w:tblLook w:val="04A0" w:firstRow="1" w:lastRow="0" w:firstColumn="1" w:lastColumn="0" w:noHBand="0" w:noVBand="1"/>
      </w:tblPr>
      <w:tblGrid>
        <w:gridCol w:w="10080"/>
      </w:tblGrid>
      <w:tr w:rsidR="00E062F5" w14:paraId="25A67C92" w14:textId="77777777">
        <w:trPr>
          <w:cantSplit/>
          <w:jc w:val="center"/>
        </w:trPr>
        <w:tc>
          <w:tcPr>
            <w:tcW w:w="10080" w:type="dxa"/>
            <w:tcBorders>
              <w:top w:val="single" w:sz="8" w:space="0" w:color="70AD47"/>
              <w:left w:val="single" w:sz="8" w:space="0" w:color="70AD47"/>
              <w:bottom w:val="single" w:sz="8" w:space="0" w:color="70AD47"/>
              <w:right w:val="single" w:sz="8" w:space="0" w:color="70AD47"/>
            </w:tcBorders>
            <w:shd w:val="clear" w:color="auto" w:fill="F4F9EF"/>
          </w:tcPr>
          <w:p w14:paraId="75A9D729" w14:textId="77777777" w:rsidR="00E062F5" w:rsidRDefault="00000000">
            <w:pPr>
              <w:pStyle w:val="Grace4Normal"/>
              <w:spacing w:after="100"/>
            </w:pPr>
            <w:r>
              <w:rPr>
                <w:b/>
                <w:color w:val="385723"/>
                <w:sz w:val="23"/>
              </w:rPr>
              <w:lastRenderedPageBreak/>
              <w:t>Build So Far</w:t>
            </w:r>
          </w:p>
          <w:p w14:paraId="0FB03D8D" w14:textId="77777777" w:rsidR="00E062F5" w:rsidRDefault="00000000">
            <w:pPr>
              <w:pStyle w:val="Grace4Normal"/>
              <w:spacing w:after="60"/>
              <w:ind w:left="259" w:hanging="187"/>
            </w:pPr>
            <w:r>
              <w:rPr>
                <w:sz w:val="21"/>
              </w:rPr>
              <w:t>• Grace is not an isolated word; it lives within blessing, Face, peace, and Name.</w:t>
            </w:r>
          </w:p>
          <w:p w14:paraId="77361539" w14:textId="77777777" w:rsidR="00E062F5" w:rsidRDefault="00000000">
            <w:pPr>
              <w:pStyle w:val="Grace4Normal"/>
              <w:spacing w:after="60"/>
              <w:ind w:left="259" w:hanging="187"/>
            </w:pPr>
            <w:r>
              <w:rPr>
                <w:sz w:val="21"/>
              </w:rPr>
              <w:t>• Supplication appears where the need for blessing, mercy, and preserved life is awakened.</w:t>
            </w:r>
          </w:p>
          <w:p w14:paraId="70D92517" w14:textId="77777777" w:rsidR="00E062F5" w:rsidRDefault="00000000">
            <w:pPr>
              <w:pStyle w:val="Grace4Normal"/>
              <w:spacing w:after="60"/>
              <w:ind w:left="259" w:hanging="187"/>
            </w:pPr>
            <w:r>
              <w:rPr>
                <w:sz w:val="21"/>
              </w:rPr>
              <w:t>• Jacob clings for blessing; Hosea names supplication; Zechariah joins grace and supplications to the pierced One.</w:t>
            </w:r>
          </w:p>
          <w:p w14:paraId="5570C716" w14:textId="77777777" w:rsidR="00E062F5" w:rsidRDefault="00000000">
            <w:pPr>
              <w:pStyle w:val="Grace4Normal"/>
              <w:spacing w:after="60"/>
              <w:ind w:left="259" w:hanging="187"/>
            </w:pPr>
            <w:r>
              <w:rPr>
                <w:sz w:val="21"/>
              </w:rPr>
              <w:t>• John and Paul open the call outward: whosoever believes and whosoever calls upon the Name shall be saved.</w:t>
            </w:r>
          </w:p>
          <w:p w14:paraId="629267D7" w14:textId="77777777" w:rsidR="00E062F5" w:rsidRDefault="00000000">
            <w:pPr>
              <w:pStyle w:val="Grace4Normal"/>
              <w:spacing w:after="60"/>
              <w:ind w:left="259" w:hanging="187"/>
            </w:pPr>
            <w:r>
              <w:rPr>
                <w:sz w:val="21"/>
              </w:rPr>
              <w:t>• The apostolic greeting “grace and peace” now carries the weight of the priestly blessing fulfilled in Christ.</w:t>
            </w:r>
          </w:p>
        </w:tc>
      </w:tr>
    </w:tbl>
    <w:p w14:paraId="7F05C23B" w14:textId="77777777" w:rsidR="00E062F5" w:rsidRDefault="00E062F5">
      <w:pPr>
        <w:pStyle w:val="Grace4Normal"/>
        <w:spacing w:after="20"/>
      </w:pPr>
    </w:p>
    <w:p w14:paraId="1AF93F6E" w14:textId="77777777" w:rsidR="00E062F5" w:rsidRDefault="00000000">
      <w:pPr>
        <w:pStyle w:val="Grace4BodyText"/>
        <w:spacing w:line="259" w:lineRule="auto"/>
        <w:sectPr w:rsidR="00E062F5" w:rsidSect="00034616">
          <w:headerReference w:type="default" r:id="rIdGrace4header"/>
          <w:footerReference w:type="default" r:id="rIdGrace4footer"/>
          <w:type w:val="nextPage"/>
          <w:pgSz w:w="12240" w:h="15840"/>
          <w:pgMar w:top="936" w:right="1080" w:bottom="936" w:left="1080" w:header="432" w:footer="432" w:gutter="0"/>
          <w:pgNumType w:start="1"/>
          <w:cols w:space="720"/>
          <w:docGrid w:linePitch="360"/>
        </w:sectPr>
      </w:pPr>
      <w:r>
        <w:rPr>
          <w:i/>
        </w:rPr>
        <w:t>The next movement will follow grace into covering, atonement, and garments: the line by which YHWH covers what shame exposed, cleanses what sin defiled, and clothes the redeemed for the dwelling of God.</w:t>
      </w:r>
    </w:p>
    <w:p w14:paraId="4F131A80" w14:textId="77777777" w:rsidR="00432FC4" w:rsidRDefault="00245F1D">
      <w:pPr>
        <w:pStyle w:val="Grace5Normal"/>
        <w:jc w:val="center"/>
      </w:pPr>
      <w:r>
        <w:rPr>
          <w:b/>
          <w:color w:val="1F4E79"/>
          <w:sz w:val="36"/>
        </w:rPr>
        <w:t>GRACE TO GLORIFICATION</w:t>
      </w:r>
    </w:p>
    <w:p w14:paraId="2AEC89C7" w14:textId="77777777" w:rsidR="00432FC4" w:rsidRDefault="00245F1D">
      <w:pPr>
        <w:pStyle w:val="Grace5Normal"/>
        <w:spacing w:after="60"/>
        <w:jc w:val="center"/>
      </w:pPr>
      <w:r>
        <w:rPr>
          <w:i/>
          <w:color w:val="464646"/>
          <w:sz w:val="28"/>
        </w:rPr>
        <w:t>Part Five</w:t>
      </w:r>
    </w:p>
    <w:p w14:paraId="4F6E52A3" w14:textId="77777777" w:rsidR="00432FC4" w:rsidRDefault="00245F1D">
      <w:pPr>
        <w:pStyle w:val="Grace5Normal"/>
        <w:spacing w:after="80"/>
        <w:jc w:val="center"/>
      </w:pPr>
      <w:r>
        <w:rPr>
          <w:b/>
          <w:color w:val="1F4E79"/>
          <w:sz w:val="40"/>
        </w:rPr>
        <w:t>Covering, Atonement, and Garments</w:t>
      </w:r>
    </w:p>
    <w:p w14:paraId="56650BA8" w14:textId="77777777" w:rsidR="00432FC4" w:rsidRDefault="00245F1D">
      <w:pPr>
        <w:pStyle w:val="Grace5Normal"/>
        <w:spacing w:after="280"/>
        <w:jc w:val="center"/>
      </w:pPr>
      <w:r>
        <w:rPr>
          <w:i/>
          <w:color w:val="464646"/>
          <w:sz w:val="25"/>
        </w:rPr>
        <w:t>Grace Covers What Shame Exposed</w:t>
      </w:r>
    </w:p>
    <w:p w14:paraId="7D7D2111" w14:textId="77777777" w:rsidR="00432FC4" w:rsidRDefault="00245F1D">
      <w:pPr>
        <w:pStyle w:val="Grace5BodyText"/>
        <w:spacing w:line="259" w:lineRule="auto"/>
      </w:pPr>
      <w:r>
        <w:t>Part Four followed grace and supplication from Numbers 6 through Jacob, Zechariah, John, Romans, and the apostolic greeting of grace and peace. Part Five turns to another line that has been present since the fall: covering.</w:t>
      </w:r>
    </w:p>
    <w:p w14:paraId="446A7EBD" w14:textId="77777777" w:rsidR="00432FC4" w:rsidRDefault="00245F1D">
      <w:pPr>
        <w:pStyle w:val="Grace5Normal"/>
        <w:spacing w:before="80" w:after="160"/>
        <w:jc w:val="center"/>
      </w:pPr>
      <w:r>
        <w:rPr>
          <w:b/>
          <w:color w:val="1F4E79"/>
        </w:rPr>
        <w:t>Shame Exposed → God Covers → Atonement → Righteousness in Christ → Bride Clothed → Dwelling with God</w:t>
      </w:r>
    </w:p>
    <w:p w14:paraId="448CF259" w14:textId="77777777" w:rsidR="00432FC4" w:rsidRDefault="00245F1D">
      <w:pPr>
        <w:pStyle w:val="Grace5BodyText"/>
        <w:spacing w:line="259" w:lineRule="auto"/>
      </w:pPr>
      <w:r>
        <w:t>This movement will later strengthen the final picture of grace as life sheltered and preserved. Before that finale is reached, Scripture must show why covering matters.</w:t>
      </w:r>
    </w:p>
    <w:p w14:paraId="6E3A2A6E" w14:textId="77777777" w:rsidR="00432FC4" w:rsidRDefault="00245F1D">
      <w:pPr>
        <w:pStyle w:val="Grace5Heading1"/>
        <w:spacing w:before="240" w:after="120"/>
      </w:pPr>
      <w:r>
        <w:rPr>
          <w:rFonts w:ascii="Georgia" w:hAnsi="Georgia"/>
          <w:color w:val="1F4E79"/>
          <w:sz w:val="32"/>
        </w:rPr>
        <w:t>1. Shame Exposed, Self-Covering Fails</w:t>
      </w:r>
    </w:p>
    <w:tbl>
      <w:tblPr>
        <w:tblW w:w="0" w:type="auto"/>
        <w:jc w:val="center"/>
        <w:tblLook w:val="04A0" w:firstRow="1" w:lastRow="0" w:firstColumn="1" w:lastColumn="0" w:noHBand="0" w:noVBand="1"/>
      </w:tblPr>
      <w:tblGrid>
        <w:gridCol w:w="10080"/>
      </w:tblGrid>
      <w:tr w:rsidR="00432FC4" w14:paraId="06685996"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487A9F98" w14:textId="77777777" w:rsidR="00432FC4" w:rsidRDefault="00245F1D">
            <w:pPr>
              <w:pStyle w:val="Grace5Normal"/>
              <w:spacing w:after="80"/>
            </w:pPr>
            <w:r>
              <w:rPr>
                <w:b/>
                <w:i/>
                <w:color w:val="1F4E79"/>
                <w:sz w:val="21"/>
              </w:rPr>
              <w:t>Genesis 3:7</w:t>
            </w:r>
          </w:p>
          <w:p w14:paraId="234957C6" w14:textId="77777777" w:rsidR="00432FC4" w:rsidRDefault="00245F1D">
            <w:pPr>
              <w:pStyle w:val="Grace5Normal"/>
              <w:spacing w:after="60" w:line="252" w:lineRule="auto"/>
            </w:pPr>
            <w:r>
              <w:rPr>
                <w:color w:val="00376E"/>
                <w:sz w:val="20"/>
              </w:rPr>
              <w:t>And the eyes of them both were opened, and they knew that they were naked;</w:t>
            </w:r>
          </w:p>
          <w:p w14:paraId="4FB8FA54" w14:textId="77777777" w:rsidR="00432FC4" w:rsidRDefault="00245F1D">
            <w:pPr>
              <w:pStyle w:val="Grace5Normal"/>
              <w:spacing w:after="60" w:line="252" w:lineRule="auto"/>
            </w:pPr>
            <w:r>
              <w:rPr>
                <w:color w:val="00376E"/>
                <w:sz w:val="20"/>
              </w:rPr>
              <w:t>and they sewed fig leaves together, and made themselves aprons.</w:t>
            </w:r>
          </w:p>
        </w:tc>
      </w:tr>
    </w:tbl>
    <w:p w14:paraId="6C4186A3" w14:textId="77777777" w:rsidR="00432FC4" w:rsidRDefault="00432FC4">
      <w:pPr>
        <w:pStyle w:val="Grace5Normal"/>
        <w:spacing w:after="20"/>
      </w:pPr>
    </w:p>
    <w:p w14:paraId="28D70F6E" w14:textId="77777777" w:rsidR="00432FC4" w:rsidRDefault="00245F1D">
      <w:pPr>
        <w:pStyle w:val="Grace5BodyText"/>
        <w:spacing w:line="259" w:lineRule="auto"/>
      </w:pPr>
      <w:r>
        <w:t>Grace is not named in Eden, but the movement of grace is already present. After Adam and the woman sin, their eyes are opened, and they know they are naked. Their first response is self-covering.</w:t>
      </w:r>
    </w:p>
    <w:p w14:paraId="5D77BE4F" w14:textId="77777777" w:rsidR="00432FC4" w:rsidRDefault="00245F1D">
      <w:pPr>
        <w:pStyle w:val="Grace5BodyText"/>
        <w:spacing w:line="259" w:lineRule="auto"/>
        <w:ind w:firstLine="259"/>
      </w:pPr>
      <w:r>
        <w:t>But self-covering is not enough. Man can recognize exposure, but he cannot restore righteousness by leaves. Shame is seen, but shame is not healed by human invention.</w:t>
      </w:r>
    </w:p>
    <w:tbl>
      <w:tblPr>
        <w:tblW w:w="0" w:type="auto"/>
        <w:jc w:val="center"/>
        <w:tblLook w:val="04A0" w:firstRow="1" w:lastRow="0" w:firstColumn="1" w:lastColumn="0" w:noHBand="0" w:noVBand="1"/>
      </w:tblPr>
      <w:tblGrid>
        <w:gridCol w:w="10080"/>
      </w:tblGrid>
      <w:tr w:rsidR="00432FC4" w14:paraId="3913F167"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55CCC440" w14:textId="77777777" w:rsidR="00432FC4" w:rsidRDefault="00245F1D">
            <w:pPr>
              <w:pStyle w:val="Grace5Normal"/>
              <w:spacing w:after="80"/>
            </w:pPr>
            <w:r>
              <w:rPr>
                <w:b/>
                <w:i/>
                <w:color w:val="1F4E79"/>
                <w:sz w:val="21"/>
              </w:rPr>
              <w:t>Genesis 3:21</w:t>
            </w:r>
          </w:p>
          <w:p w14:paraId="2B91A624" w14:textId="77777777" w:rsidR="00432FC4" w:rsidRDefault="00245F1D">
            <w:pPr>
              <w:pStyle w:val="Grace5Normal"/>
              <w:spacing w:after="60" w:line="252" w:lineRule="auto"/>
            </w:pPr>
            <w:r>
              <w:rPr>
                <w:color w:val="00376E"/>
                <w:sz w:val="20"/>
              </w:rPr>
              <w:t>Unto Adam also and to his wife did the LORD God make coats of skins,</w:t>
            </w:r>
          </w:p>
          <w:p w14:paraId="0D9F7338" w14:textId="77777777" w:rsidR="00432FC4" w:rsidRDefault="00245F1D">
            <w:pPr>
              <w:pStyle w:val="Grace5Normal"/>
              <w:spacing w:after="60" w:line="252" w:lineRule="auto"/>
            </w:pPr>
            <w:r>
              <w:rPr>
                <w:color w:val="00376E"/>
                <w:sz w:val="20"/>
              </w:rPr>
              <w:t>and clothed them.</w:t>
            </w:r>
          </w:p>
        </w:tc>
      </w:tr>
    </w:tbl>
    <w:p w14:paraId="4D20CFE3" w14:textId="77777777" w:rsidR="00432FC4" w:rsidRDefault="00432FC4">
      <w:pPr>
        <w:pStyle w:val="Grace5Normal"/>
        <w:spacing w:after="20"/>
      </w:pPr>
    </w:p>
    <w:p w14:paraId="7ED41EA3" w14:textId="77777777" w:rsidR="00432FC4" w:rsidRDefault="00245F1D">
      <w:pPr>
        <w:pStyle w:val="Grace5BodyText"/>
        <w:spacing w:line="259" w:lineRule="auto"/>
        <w:ind w:firstLine="259"/>
      </w:pPr>
      <w:r>
        <w:t>Before Adam and the woman are sent out from the garden, YHWH God clothes them. This is not yet the full doctrine of atonement, but it begins a line Scripture will continue to draw. Shame is exposed. Man attempts to cover himself. God provides covering. Life continues outside Eden under judgment, but not without mercy, promise, and preservation.</w:t>
      </w:r>
    </w:p>
    <w:p w14:paraId="2AA857FD" w14:textId="77777777" w:rsidR="00432FC4" w:rsidRDefault="00245F1D">
      <w:pPr>
        <w:pStyle w:val="Grace5BodyText"/>
        <w:spacing w:line="259" w:lineRule="auto"/>
        <w:ind w:firstLine="259"/>
      </w:pPr>
      <w:r>
        <w:t>The first covering does not erase the fall. The garden is still lost. The way to the tree of life is guarded. Yet the exposed ones are not sent away naked. The God who judges also covers.</w:t>
      </w:r>
    </w:p>
    <w:p w14:paraId="174459A8" w14:textId="77777777" w:rsidR="00432FC4" w:rsidRDefault="00245F1D">
      <w:pPr>
        <w:pStyle w:val="Grace5Heading1"/>
        <w:spacing w:before="240" w:after="120"/>
      </w:pPr>
      <w:r>
        <w:rPr>
          <w:rFonts w:ascii="Georgia" w:hAnsi="Georgia"/>
          <w:color w:val="1F4E79"/>
          <w:sz w:val="32"/>
        </w:rPr>
        <w:t>2. Covering Moves Toward Atonement and Meeting</w:t>
      </w:r>
    </w:p>
    <w:p w14:paraId="34304638" w14:textId="77777777" w:rsidR="00432FC4" w:rsidRDefault="00245F1D">
      <w:pPr>
        <w:pStyle w:val="Grace5BodyText"/>
        <w:spacing w:line="259" w:lineRule="auto"/>
      </w:pPr>
      <w:r>
        <w:t>The same line later moves into sacrifice, priesthood, blood, and the mercy seat. Sin cannot simply be ignored. If YHWH is to dwell among a sinful people, there must be covering, cleansing, mediation, and atonement.</w:t>
      </w:r>
    </w:p>
    <w:tbl>
      <w:tblPr>
        <w:tblW w:w="0" w:type="auto"/>
        <w:jc w:val="center"/>
        <w:tblLook w:val="04A0" w:firstRow="1" w:lastRow="0" w:firstColumn="1" w:lastColumn="0" w:noHBand="0" w:noVBand="1"/>
      </w:tblPr>
      <w:tblGrid>
        <w:gridCol w:w="10080"/>
      </w:tblGrid>
      <w:tr w:rsidR="00432FC4" w14:paraId="79E5AE46"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3B02910F" w14:textId="77777777" w:rsidR="00432FC4" w:rsidRDefault="00245F1D">
            <w:pPr>
              <w:pStyle w:val="Grace5Normal"/>
              <w:spacing w:after="80"/>
            </w:pPr>
            <w:r>
              <w:rPr>
                <w:b/>
                <w:i/>
                <w:color w:val="1F4E79"/>
                <w:sz w:val="21"/>
              </w:rPr>
              <w:lastRenderedPageBreak/>
              <w:t>Exodus 25:17, 21–22</w:t>
            </w:r>
          </w:p>
          <w:p w14:paraId="6C83C78F" w14:textId="77777777" w:rsidR="00432FC4" w:rsidRDefault="00245F1D">
            <w:pPr>
              <w:pStyle w:val="Grace5Normal"/>
              <w:spacing w:after="60" w:line="252" w:lineRule="auto"/>
            </w:pPr>
            <w:r>
              <w:rPr>
                <w:color w:val="00376E"/>
                <w:sz w:val="20"/>
              </w:rPr>
              <w:t>And thou shalt make a mercy seat of pure gold...</w:t>
            </w:r>
          </w:p>
          <w:p w14:paraId="168BB45C" w14:textId="77777777" w:rsidR="00432FC4" w:rsidRDefault="00245F1D">
            <w:pPr>
              <w:pStyle w:val="Grace5Normal"/>
              <w:spacing w:after="60" w:line="252" w:lineRule="auto"/>
            </w:pPr>
            <w:r>
              <w:rPr>
                <w:color w:val="00376E"/>
                <w:sz w:val="20"/>
              </w:rPr>
              <w:t>And thou shalt put the mercy seat above upon the ark;</w:t>
            </w:r>
          </w:p>
          <w:p w14:paraId="0892E732" w14:textId="77777777" w:rsidR="00432FC4" w:rsidRDefault="00245F1D">
            <w:pPr>
              <w:pStyle w:val="Grace5Normal"/>
              <w:spacing w:after="60" w:line="252" w:lineRule="auto"/>
            </w:pPr>
            <w:r>
              <w:rPr>
                <w:color w:val="00376E"/>
                <w:sz w:val="20"/>
              </w:rPr>
              <w:t>and in the ark thou shalt put the testimony that I shall give thee.</w:t>
            </w:r>
          </w:p>
          <w:p w14:paraId="06BC1E5E" w14:textId="77777777" w:rsidR="00432FC4" w:rsidRDefault="00245F1D">
            <w:pPr>
              <w:pStyle w:val="Grace5Normal"/>
              <w:spacing w:after="60" w:line="252" w:lineRule="auto"/>
            </w:pPr>
            <w:r>
              <w:rPr>
                <w:color w:val="00376E"/>
                <w:sz w:val="20"/>
              </w:rPr>
              <w:t>And there I will meet with thee, and I will commune with thee from above the mercy seat...</w:t>
            </w:r>
          </w:p>
        </w:tc>
      </w:tr>
    </w:tbl>
    <w:p w14:paraId="7B5BA11F" w14:textId="77777777" w:rsidR="00432FC4" w:rsidRDefault="00432FC4">
      <w:pPr>
        <w:pStyle w:val="Grace5Normal"/>
        <w:spacing w:after="20"/>
      </w:pPr>
    </w:p>
    <w:p w14:paraId="05411F79" w14:textId="77777777" w:rsidR="00432FC4" w:rsidRDefault="00245F1D">
      <w:pPr>
        <w:pStyle w:val="Grace5BodyText"/>
        <w:spacing w:line="259" w:lineRule="auto"/>
        <w:ind w:firstLine="259"/>
      </w:pPr>
      <w:r>
        <w:t>The mercy seat becomes the place of meeting above the ark, beneath the cherubim. The place of approach is not invented by Israel. It is given by YHWH. Mercy and holiness are not enemies, but neither is the approach casual. The way of meeting is given by God.</w:t>
      </w:r>
    </w:p>
    <w:tbl>
      <w:tblPr>
        <w:tblW w:w="0" w:type="auto"/>
        <w:jc w:val="center"/>
        <w:tblLook w:val="04A0" w:firstRow="1" w:lastRow="0" w:firstColumn="1" w:lastColumn="0" w:noHBand="0" w:noVBand="1"/>
      </w:tblPr>
      <w:tblGrid>
        <w:gridCol w:w="10080"/>
      </w:tblGrid>
      <w:tr w:rsidR="00432FC4" w14:paraId="642B5298"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2E610627" w14:textId="77777777" w:rsidR="00432FC4" w:rsidRDefault="00245F1D">
            <w:pPr>
              <w:pStyle w:val="Grace5Normal"/>
              <w:spacing w:after="80"/>
            </w:pPr>
            <w:r>
              <w:rPr>
                <w:b/>
                <w:i/>
                <w:color w:val="1F4E79"/>
                <w:sz w:val="21"/>
              </w:rPr>
              <w:t>Leviticus 16:14–16</w:t>
            </w:r>
          </w:p>
          <w:p w14:paraId="5B35CB8D" w14:textId="77777777" w:rsidR="00432FC4" w:rsidRDefault="00245F1D">
            <w:pPr>
              <w:pStyle w:val="Grace5Normal"/>
              <w:spacing w:after="60" w:line="252" w:lineRule="auto"/>
            </w:pPr>
            <w:r>
              <w:rPr>
                <w:color w:val="00376E"/>
                <w:sz w:val="20"/>
              </w:rPr>
              <w:t>And he shall take of the blood of the bullock, and sprinkle it with his finger upon the mercy seat eastward...</w:t>
            </w:r>
          </w:p>
          <w:p w14:paraId="39CEC1B4" w14:textId="77777777" w:rsidR="00432FC4" w:rsidRDefault="00245F1D">
            <w:pPr>
              <w:pStyle w:val="Grace5Normal"/>
              <w:spacing w:after="60" w:line="252" w:lineRule="auto"/>
            </w:pPr>
            <w:r>
              <w:rPr>
                <w:color w:val="00376E"/>
                <w:sz w:val="20"/>
              </w:rPr>
              <w:t>Then shall he kill the goat of the sin offering, that is for the people...</w:t>
            </w:r>
          </w:p>
          <w:p w14:paraId="4BE9FC4B" w14:textId="77777777" w:rsidR="00432FC4" w:rsidRDefault="00245F1D">
            <w:pPr>
              <w:pStyle w:val="Grace5Normal"/>
              <w:spacing w:after="60" w:line="252" w:lineRule="auto"/>
            </w:pPr>
            <w:r>
              <w:rPr>
                <w:color w:val="00376E"/>
                <w:sz w:val="20"/>
              </w:rPr>
              <w:t>and sprinkle it upon the mercy seat, and before the mercy seat:</w:t>
            </w:r>
          </w:p>
          <w:p w14:paraId="6A80A448" w14:textId="77777777" w:rsidR="00432FC4" w:rsidRDefault="00245F1D">
            <w:pPr>
              <w:pStyle w:val="Grace5Normal"/>
              <w:spacing w:after="60" w:line="252" w:lineRule="auto"/>
            </w:pPr>
            <w:r>
              <w:rPr>
                <w:color w:val="00376E"/>
                <w:sz w:val="20"/>
              </w:rPr>
              <w:t>And he shall make an atonement for the holy place, because of the uncleanness of the children of Israel...</w:t>
            </w:r>
          </w:p>
        </w:tc>
      </w:tr>
    </w:tbl>
    <w:p w14:paraId="6D0C7565" w14:textId="77777777" w:rsidR="00432FC4" w:rsidRDefault="00432FC4">
      <w:pPr>
        <w:pStyle w:val="Grace5Normal"/>
        <w:spacing w:after="20"/>
      </w:pPr>
    </w:p>
    <w:p w14:paraId="12009E47" w14:textId="77777777" w:rsidR="00432FC4" w:rsidRDefault="00245F1D">
      <w:pPr>
        <w:pStyle w:val="Grace5BodyText"/>
        <w:spacing w:line="259" w:lineRule="auto"/>
        <w:ind w:firstLine="259"/>
      </w:pPr>
      <w:r>
        <w:t>This keeps grace from becoming a soft word. Grace does not pretend shame is harmless. Grace does not call uncleanness clean by sentiment. Grace provides the covering God requires.</w:t>
      </w:r>
    </w:p>
    <w:p w14:paraId="3CC4C390" w14:textId="77777777" w:rsidR="00432FC4" w:rsidRDefault="00245F1D">
      <w:pPr>
        <w:pStyle w:val="Grace5BodyText"/>
        <w:spacing w:line="259" w:lineRule="auto"/>
        <w:ind w:firstLine="259"/>
      </w:pPr>
      <w:r>
        <w:t>The priest does not bring any covering he chooses. The blood is brought according to the appointed way. Grace opens approach, but grace also teaches that approach to the holy God is not self-defined.</w:t>
      </w:r>
    </w:p>
    <w:p w14:paraId="638F46DF" w14:textId="77777777" w:rsidR="00432FC4" w:rsidRDefault="00245F1D">
      <w:pPr>
        <w:pStyle w:val="Grace5Heading1"/>
        <w:spacing w:before="240" w:after="120"/>
      </w:pPr>
      <w:r>
        <w:rPr>
          <w:rFonts w:ascii="Georgia" w:hAnsi="Georgia"/>
          <w:color w:val="1F4E79"/>
          <w:sz w:val="32"/>
        </w:rPr>
        <w:t>3. Garments of Salvation, Filthy Garments Removed</w:t>
      </w:r>
    </w:p>
    <w:p w14:paraId="0A9ED7DE" w14:textId="77777777" w:rsidR="00432FC4" w:rsidRDefault="00245F1D">
      <w:pPr>
        <w:pStyle w:val="Grace5BodyText"/>
        <w:spacing w:line="259" w:lineRule="auto"/>
      </w:pPr>
      <w:r>
        <w:t>The prophets carry the garment line forward. Salvation and righteousness are pictured as clothing given by God.</w:t>
      </w:r>
    </w:p>
    <w:tbl>
      <w:tblPr>
        <w:tblW w:w="0" w:type="auto"/>
        <w:jc w:val="center"/>
        <w:tblLook w:val="04A0" w:firstRow="1" w:lastRow="0" w:firstColumn="1" w:lastColumn="0" w:noHBand="0" w:noVBand="1"/>
      </w:tblPr>
      <w:tblGrid>
        <w:gridCol w:w="10080"/>
      </w:tblGrid>
      <w:tr w:rsidR="00432FC4" w14:paraId="5D20BC9B"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0ACC26FC" w14:textId="77777777" w:rsidR="00432FC4" w:rsidRDefault="00245F1D">
            <w:pPr>
              <w:pStyle w:val="Grace5Normal"/>
              <w:spacing w:after="80"/>
            </w:pPr>
            <w:r>
              <w:rPr>
                <w:b/>
                <w:i/>
                <w:color w:val="1F4E79"/>
                <w:sz w:val="21"/>
              </w:rPr>
              <w:t>Isaiah 61:10</w:t>
            </w:r>
          </w:p>
          <w:p w14:paraId="55004206" w14:textId="77777777" w:rsidR="00432FC4" w:rsidRDefault="00245F1D">
            <w:pPr>
              <w:pStyle w:val="Grace5Normal"/>
              <w:spacing w:after="60" w:line="252" w:lineRule="auto"/>
            </w:pPr>
            <w:r>
              <w:rPr>
                <w:color w:val="00376E"/>
                <w:sz w:val="20"/>
              </w:rPr>
              <w:t>I will greatly rejoice in the LORD, my soul shall be joyful in my God;</w:t>
            </w:r>
          </w:p>
          <w:p w14:paraId="05F1CE07" w14:textId="77777777" w:rsidR="00432FC4" w:rsidRDefault="00245F1D">
            <w:pPr>
              <w:pStyle w:val="Grace5Normal"/>
              <w:spacing w:after="60" w:line="252" w:lineRule="auto"/>
            </w:pPr>
            <w:r>
              <w:rPr>
                <w:color w:val="00376E"/>
                <w:sz w:val="20"/>
              </w:rPr>
              <w:t>for he hath clothed me with the garments of salvation,</w:t>
            </w:r>
          </w:p>
          <w:p w14:paraId="2879A0F6" w14:textId="77777777" w:rsidR="00432FC4" w:rsidRDefault="00245F1D">
            <w:pPr>
              <w:pStyle w:val="Grace5Normal"/>
              <w:spacing w:after="60" w:line="252" w:lineRule="auto"/>
            </w:pPr>
            <w:r>
              <w:rPr>
                <w:color w:val="00376E"/>
                <w:sz w:val="20"/>
              </w:rPr>
              <w:t>he hath covered me with the robe of righteousness...</w:t>
            </w:r>
          </w:p>
        </w:tc>
      </w:tr>
    </w:tbl>
    <w:p w14:paraId="4BF06BD6" w14:textId="77777777" w:rsidR="00432FC4" w:rsidRDefault="00432FC4">
      <w:pPr>
        <w:pStyle w:val="Grace5Normal"/>
        <w:spacing w:after="20"/>
      </w:pPr>
    </w:p>
    <w:p w14:paraId="6165CF4D" w14:textId="77777777" w:rsidR="00432FC4" w:rsidRDefault="00245F1D">
      <w:pPr>
        <w:pStyle w:val="Grace5BodyText"/>
        <w:spacing w:line="259" w:lineRule="auto"/>
        <w:ind w:firstLine="259"/>
      </w:pPr>
      <w:r>
        <w:t>Isaiah does not speak of man clothing himself with righteousness. He rejoices because God has clothed and covered him. The garment is salvation. The robe is righteousness.</w:t>
      </w:r>
    </w:p>
    <w:tbl>
      <w:tblPr>
        <w:tblW w:w="0" w:type="auto"/>
        <w:jc w:val="center"/>
        <w:tblLook w:val="04A0" w:firstRow="1" w:lastRow="0" w:firstColumn="1" w:lastColumn="0" w:noHBand="0" w:noVBand="1"/>
      </w:tblPr>
      <w:tblGrid>
        <w:gridCol w:w="10080"/>
      </w:tblGrid>
      <w:tr w:rsidR="00432FC4" w14:paraId="28E12A87"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19CE9FA8" w14:textId="77777777" w:rsidR="00432FC4" w:rsidRDefault="00245F1D">
            <w:pPr>
              <w:pStyle w:val="Grace5Normal"/>
              <w:spacing w:after="80"/>
            </w:pPr>
            <w:r>
              <w:rPr>
                <w:b/>
                <w:i/>
                <w:color w:val="1F4E79"/>
                <w:sz w:val="21"/>
              </w:rPr>
              <w:t>Zechariah 3:3–5</w:t>
            </w:r>
          </w:p>
          <w:p w14:paraId="26CFABFA" w14:textId="77777777" w:rsidR="00432FC4" w:rsidRDefault="00245F1D">
            <w:pPr>
              <w:pStyle w:val="Grace5Normal"/>
              <w:spacing w:after="60" w:line="252" w:lineRule="auto"/>
            </w:pPr>
            <w:r>
              <w:rPr>
                <w:color w:val="00376E"/>
                <w:sz w:val="20"/>
              </w:rPr>
              <w:t>Now Joshua was clothed with filthy garments, and stood before the angel.</w:t>
            </w:r>
          </w:p>
          <w:p w14:paraId="0805554A" w14:textId="77777777" w:rsidR="00432FC4" w:rsidRDefault="00245F1D">
            <w:pPr>
              <w:pStyle w:val="Grace5Normal"/>
              <w:spacing w:after="60" w:line="252" w:lineRule="auto"/>
            </w:pPr>
            <w:r>
              <w:rPr>
                <w:color w:val="00376E"/>
                <w:sz w:val="20"/>
              </w:rPr>
              <w:t>And he answered and spake unto those that stood before him, saying, Take away the filthy garments from him.</w:t>
            </w:r>
          </w:p>
          <w:p w14:paraId="4FA5A597" w14:textId="77777777" w:rsidR="00432FC4" w:rsidRDefault="00245F1D">
            <w:pPr>
              <w:pStyle w:val="Grace5Normal"/>
              <w:spacing w:after="60" w:line="252" w:lineRule="auto"/>
            </w:pPr>
            <w:r>
              <w:rPr>
                <w:color w:val="00376E"/>
                <w:sz w:val="20"/>
              </w:rPr>
              <w:t>...Behold, I have caused thine iniquity to pass from thee,</w:t>
            </w:r>
          </w:p>
          <w:p w14:paraId="20CE640E" w14:textId="77777777" w:rsidR="00432FC4" w:rsidRDefault="00245F1D">
            <w:pPr>
              <w:pStyle w:val="Grace5Normal"/>
              <w:spacing w:after="60" w:line="252" w:lineRule="auto"/>
            </w:pPr>
            <w:r>
              <w:rPr>
                <w:color w:val="00376E"/>
                <w:sz w:val="20"/>
              </w:rPr>
              <w:t>and I will clothe thee with change of raiment.</w:t>
            </w:r>
          </w:p>
        </w:tc>
      </w:tr>
    </w:tbl>
    <w:p w14:paraId="612954C8" w14:textId="77777777" w:rsidR="00432FC4" w:rsidRDefault="00432FC4">
      <w:pPr>
        <w:pStyle w:val="Grace5Normal"/>
        <w:spacing w:after="20"/>
      </w:pPr>
    </w:p>
    <w:p w14:paraId="09A67166" w14:textId="77777777" w:rsidR="00432FC4" w:rsidRDefault="00245F1D">
      <w:pPr>
        <w:pStyle w:val="Grace5BodyText"/>
        <w:spacing w:line="259" w:lineRule="auto"/>
        <w:ind w:firstLine="259"/>
      </w:pPr>
      <w:r>
        <w:t>Zechariah shows the same pattern another way. Filthy garments are removed. Iniquity passes away. New clothing is given. The one who stands unclean does not cleanse himself. The command comes from God, and the clothing is provided.</w:t>
      </w:r>
    </w:p>
    <w:p w14:paraId="51590961" w14:textId="77777777" w:rsidR="00432FC4" w:rsidRDefault="00245F1D">
      <w:pPr>
        <w:pStyle w:val="Grace5Normal"/>
        <w:spacing w:before="80" w:after="160"/>
        <w:jc w:val="center"/>
      </w:pPr>
      <w:r>
        <w:rPr>
          <w:b/>
          <w:color w:val="1F4E79"/>
        </w:rPr>
        <w:t>Sin Exposes → Iniquity Defiles → God Removes → God Clothes</w:t>
      </w:r>
    </w:p>
    <w:p w14:paraId="5FC9B856" w14:textId="77777777" w:rsidR="00432FC4" w:rsidRDefault="00245F1D">
      <w:pPr>
        <w:pStyle w:val="Grace5BodyText"/>
        <w:spacing w:line="259" w:lineRule="auto"/>
        <w:ind w:firstLine="259"/>
      </w:pPr>
      <w:r>
        <w:t>The pattern is clear. Sin exposes. God covers. Iniquity defiles. God removes. Shame cannot clothe itself in righteousness. Righteousness must be given.</w:t>
      </w:r>
    </w:p>
    <w:p w14:paraId="58B19CDF" w14:textId="77777777" w:rsidR="00432FC4" w:rsidRDefault="00245F1D">
      <w:pPr>
        <w:pStyle w:val="Grace5Heading1"/>
        <w:spacing w:before="240" w:after="120"/>
      </w:pPr>
      <w:r>
        <w:rPr>
          <w:rFonts w:ascii="Georgia" w:hAnsi="Georgia"/>
          <w:color w:val="1F4E79"/>
          <w:sz w:val="32"/>
        </w:rPr>
        <w:lastRenderedPageBreak/>
        <w:t>4. The Lamb and the High Priest</w:t>
      </w:r>
    </w:p>
    <w:p w14:paraId="30DC0ADA" w14:textId="77777777" w:rsidR="00432FC4" w:rsidRDefault="00245F1D">
      <w:pPr>
        <w:pStyle w:val="Grace5BodyText"/>
        <w:spacing w:line="259" w:lineRule="auto"/>
      </w:pPr>
      <w:r>
        <w:t>The covering line eventually reaches Christ. He is the Lamb provided by God, the sacrifice, and the High Priest who offers Himself. Through Him, covering is no longer temporary anticipation but accomplished redemption.</w:t>
      </w:r>
    </w:p>
    <w:tbl>
      <w:tblPr>
        <w:tblW w:w="0" w:type="auto"/>
        <w:jc w:val="center"/>
        <w:tblLook w:val="04A0" w:firstRow="1" w:lastRow="0" w:firstColumn="1" w:lastColumn="0" w:noHBand="0" w:noVBand="1"/>
      </w:tblPr>
      <w:tblGrid>
        <w:gridCol w:w="10080"/>
      </w:tblGrid>
      <w:tr w:rsidR="00432FC4" w14:paraId="760F93B7"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04991FFF" w14:textId="77777777" w:rsidR="00432FC4" w:rsidRDefault="00245F1D">
            <w:pPr>
              <w:pStyle w:val="Grace5Normal"/>
              <w:spacing w:after="80"/>
            </w:pPr>
            <w:r>
              <w:rPr>
                <w:b/>
                <w:i/>
                <w:color w:val="1F4E79"/>
                <w:sz w:val="21"/>
              </w:rPr>
              <w:t>John 1:29</w:t>
            </w:r>
          </w:p>
          <w:p w14:paraId="016D221A" w14:textId="77777777" w:rsidR="00432FC4" w:rsidRDefault="00245F1D">
            <w:pPr>
              <w:pStyle w:val="Grace5Normal"/>
              <w:spacing w:after="60" w:line="252" w:lineRule="auto"/>
            </w:pPr>
            <w:r>
              <w:rPr>
                <w:color w:val="00376E"/>
                <w:sz w:val="20"/>
              </w:rPr>
              <w:t>The next day John seeth Jesus coming unto him, and saith,</w:t>
            </w:r>
          </w:p>
          <w:p w14:paraId="52C1F638" w14:textId="77777777" w:rsidR="00432FC4" w:rsidRDefault="00245F1D">
            <w:pPr>
              <w:pStyle w:val="Grace5Normal"/>
              <w:spacing w:after="60" w:line="252" w:lineRule="auto"/>
            </w:pPr>
            <w:r>
              <w:rPr>
                <w:color w:val="00376E"/>
                <w:sz w:val="20"/>
              </w:rPr>
              <w:t>Behold the Lamb of God, which taketh away the sin of the world.</w:t>
            </w:r>
          </w:p>
        </w:tc>
      </w:tr>
    </w:tbl>
    <w:p w14:paraId="4EA2C2D3" w14:textId="77777777" w:rsidR="00432FC4" w:rsidRDefault="00432FC4">
      <w:pPr>
        <w:pStyle w:val="Grace5Normal"/>
        <w:spacing w:after="20"/>
      </w:pPr>
    </w:p>
    <w:p w14:paraId="5518EF7E" w14:textId="77777777" w:rsidR="00432FC4" w:rsidRDefault="00245F1D">
      <w:pPr>
        <w:pStyle w:val="Grace5BodyText"/>
        <w:spacing w:line="259" w:lineRule="auto"/>
        <w:ind w:firstLine="259"/>
      </w:pPr>
      <w:r>
        <w:t>John does not merely call Jesus a teacher, healer, or prophet. He identifies Him as the Lamb of God. The sacrifice line is now standing in person.</w:t>
      </w:r>
    </w:p>
    <w:tbl>
      <w:tblPr>
        <w:tblW w:w="0" w:type="auto"/>
        <w:jc w:val="center"/>
        <w:tblLook w:val="04A0" w:firstRow="1" w:lastRow="0" w:firstColumn="1" w:lastColumn="0" w:noHBand="0" w:noVBand="1"/>
      </w:tblPr>
      <w:tblGrid>
        <w:gridCol w:w="10080"/>
      </w:tblGrid>
      <w:tr w:rsidR="00432FC4" w14:paraId="68811085"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38A8A29E" w14:textId="77777777" w:rsidR="00432FC4" w:rsidRDefault="00245F1D">
            <w:pPr>
              <w:pStyle w:val="Grace5Normal"/>
              <w:spacing w:after="80"/>
            </w:pPr>
            <w:r>
              <w:rPr>
                <w:b/>
                <w:i/>
                <w:color w:val="1F4E79"/>
                <w:sz w:val="21"/>
              </w:rPr>
              <w:t>Hebrews 9:11–14</w:t>
            </w:r>
          </w:p>
          <w:p w14:paraId="38736C2E" w14:textId="77777777" w:rsidR="00432FC4" w:rsidRDefault="00245F1D">
            <w:pPr>
              <w:pStyle w:val="Grace5Normal"/>
              <w:spacing w:after="60" w:line="252" w:lineRule="auto"/>
            </w:pPr>
            <w:r>
              <w:rPr>
                <w:color w:val="00376E"/>
                <w:sz w:val="20"/>
              </w:rPr>
              <w:t>But Christ being come an high priest of good things to come...</w:t>
            </w:r>
          </w:p>
          <w:p w14:paraId="3F09DFF3" w14:textId="77777777" w:rsidR="00432FC4" w:rsidRDefault="00245F1D">
            <w:pPr>
              <w:pStyle w:val="Grace5Normal"/>
              <w:spacing w:after="60" w:line="252" w:lineRule="auto"/>
            </w:pPr>
            <w:r>
              <w:rPr>
                <w:color w:val="00376E"/>
                <w:sz w:val="20"/>
              </w:rPr>
              <w:t>Neither by the blood of goats and calves, but by his own blood he entered in once into the holy place,</w:t>
            </w:r>
          </w:p>
          <w:p w14:paraId="78E152CD" w14:textId="77777777" w:rsidR="00432FC4" w:rsidRDefault="00245F1D">
            <w:pPr>
              <w:pStyle w:val="Grace5Normal"/>
              <w:spacing w:after="60" w:line="252" w:lineRule="auto"/>
            </w:pPr>
            <w:r>
              <w:rPr>
                <w:color w:val="00376E"/>
                <w:sz w:val="20"/>
              </w:rPr>
              <w:t>having obtained eternal redemption for us.</w:t>
            </w:r>
          </w:p>
          <w:p w14:paraId="77328764" w14:textId="77777777" w:rsidR="00432FC4" w:rsidRDefault="00245F1D">
            <w:pPr>
              <w:pStyle w:val="Grace5Normal"/>
              <w:spacing w:after="60" w:line="252" w:lineRule="auto"/>
            </w:pPr>
            <w:r>
              <w:rPr>
                <w:color w:val="00376E"/>
                <w:sz w:val="20"/>
              </w:rPr>
              <w:t>How much more shall the blood of Christ... purge your conscience from dead works to serve the living God?</w:t>
            </w:r>
          </w:p>
        </w:tc>
      </w:tr>
    </w:tbl>
    <w:p w14:paraId="3A63AEA2" w14:textId="77777777" w:rsidR="00432FC4" w:rsidRDefault="00432FC4">
      <w:pPr>
        <w:pStyle w:val="Grace5Normal"/>
        <w:spacing w:after="20"/>
      </w:pPr>
    </w:p>
    <w:p w14:paraId="1D2F6168" w14:textId="77777777" w:rsidR="00432FC4" w:rsidRDefault="00245F1D">
      <w:pPr>
        <w:pStyle w:val="Grace5BodyText"/>
        <w:spacing w:line="259" w:lineRule="auto"/>
        <w:ind w:firstLine="259"/>
      </w:pPr>
      <w:r>
        <w:t>Hebrews brings priesthood, blood, access, and cleansing together. Christ does not enter with the blood of another creature. He enters by His own blood. The High Priest is also the self-giving sacrifice.</w:t>
      </w:r>
    </w:p>
    <w:tbl>
      <w:tblPr>
        <w:tblW w:w="0" w:type="auto"/>
        <w:jc w:val="center"/>
        <w:tblLook w:val="04A0" w:firstRow="1" w:lastRow="0" w:firstColumn="1" w:lastColumn="0" w:noHBand="0" w:noVBand="1"/>
      </w:tblPr>
      <w:tblGrid>
        <w:gridCol w:w="10080"/>
      </w:tblGrid>
      <w:tr w:rsidR="00432FC4" w14:paraId="7A539A0A"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3DB8A37B" w14:textId="77777777" w:rsidR="00432FC4" w:rsidRDefault="00245F1D">
            <w:pPr>
              <w:pStyle w:val="Grace5Normal"/>
              <w:spacing w:after="80"/>
            </w:pPr>
            <w:r>
              <w:rPr>
                <w:b/>
                <w:i/>
                <w:color w:val="1F4E79"/>
                <w:sz w:val="21"/>
              </w:rPr>
              <w:t>2 Corinthians 5:21</w:t>
            </w:r>
          </w:p>
          <w:p w14:paraId="6F647135" w14:textId="77777777" w:rsidR="00432FC4" w:rsidRDefault="00245F1D">
            <w:pPr>
              <w:pStyle w:val="Grace5Normal"/>
              <w:spacing w:after="60" w:line="252" w:lineRule="auto"/>
            </w:pPr>
            <w:r>
              <w:rPr>
                <w:color w:val="00376E"/>
                <w:sz w:val="20"/>
              </w:rPr>
              <w:t>For he hath made him to be sin for us, who knew no sin;</w:t>
            </w:r>
          </w:p>
          <w:p w14:paraId="7B58020D" w14:textId="77777777" w:rsidR="00432FC4" w:rsidRDefault="00245F1D">
            <w:pPr>
              <w:pStyle w:val="Grace5Normal"/>
              <w:spacing w:after="60" w:line="252" w:lineRule="auto"/>
            </w:pPr>
            <w:r>
              <w:rPr>
                <w:color w:val="00376E"/>
                <w:sz w:val="20"/>
              </w:rPr>
              <w:t>that we might be made the righteousness of God in him.</w:t>
            </w:r>
          </w:p>
        </w:tc>
      </w:tr>
    </w:tbl>
    <w:p w14:paraId="7449726F" w14:textId="77777777" w:rsidR="00432FC4" w:rsidRDefault="00432FC4">
      <w:pPr>
        <w:pStyle w:val="Grace5Normal"/>
        <w:spacing w:after="20"/>
      </w:pPr>
    </w:p>
    <w:p w14:paraId="40B7EF74" w14:textId="77777777" w:rsidR="00432FC4" w:rsidRDefault="00245F1D">
      <w:pPr>
        <w:pStyle w:val="Grace5BodyText"/>
        <w:spacing w:line="259" w:lineRule="auto"/>
        <w:ind w:firstLine="259"/>
      </w:pPr>
      <w:r>
        <w:t>The line does not end with temporary covering. Paul says that God made Christ, who knew no sin, to be sin for us, that we might be made the righteousness of God in Him. The shame exposed in Eden is not finally answered by leaves, skins, or repeated sacrifices, but by union with Christ, in whom the redeemed are made righteous before God.</w:t>
      </w:r>
    </w:p>
    <w:p w14:paraId="6B6A1AF7" w14:textId="77777777" w:rsidR="00432FC4" w:rsidRDefault="00245F1D">
      <w:pPr>
        <w:pStyle w:val="Grace5Heading1"/>
        <w:spacing w:before="240" w:after="120"/>
      </w:pPr>
      <w:r>
        <w:rPr>
          <w:rFonts w:ascii="Georgia" w:hAnsi="Georgia"/>
          <w:color w:val="1F4E79"/>
          <w:sz w:val="32"/>
        </w:rPr>
        <w:t>5. Wedding Garments and the Bride Made Ready</w:t>
      </w:r>
    </w:p>
    <w:p w14:paraId="60997029" w14:textId="77777777" w:rsidR="00432FC4" w:rsidRDefault="00245F1D">
      <w:pPr>
        <w:pStyle w:val="Grace5BodyText"/>
        <w:spacing w:line="259" w:lineRule="auto"/>
      </w:pPr>
      <w:r>
        <w:t>Jesus also uses garment imagery in the parable of the wedding feast. A man enters without a wedding garment and is exposed as unfit for the feast. The issue is not decoration. The kingdom feast requires proper clothing.</w:t>
      </w:r>
    </w:p>
    <w:tbl>
      <w:tblPr>
        <w:tblW w:w="0" w:type="auto"/>
        <w:jc w:val="center"/>
        <w:tblLook w:val="04A0" w:firstRow="1" w:lastRow="0" w:firstColumn="1" w:lastColumn="0" w:noHBand="0" w:noVBand="1"/>
      </w:tblPr>
      <w:tblGrid>
        <w:gridCol w:w="10080"/>
      </w:tblGrid>
      <w:tr w:rsidR="00432FC4" w14:paraId="043A80CE"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7970CD9A" w14:textId="77777777" w:rsidR="00432FC4" w:rsidRDefault="00245F1D">
            <w:pPr>
              <w:pStyle w:val="Grace5Normal"/>
              <w:spacing w:after="80"/>
            </w:pPr>
            <w:r>
              <w:rPr>
                <w:b/>
                <w:i/>
                <w:color w:val="1F4E79"/>
                <w:sz w:val="21"/>
              </w:rPr>
              <w:t>Matthew 22:11–14</w:t>
            </w:r>
          </w:p>
          <w:p w14:paraId="778C7EAF" w14:textId="77777777" w:rsidR="00432FC4" w:rsidRDefault="00245F1D">
            <w:pPr>
              <w:pStyle w:val="Grace5Normal"/>
              <w:spacing w:after="60" w:line="252" w:lineRule="auto"/>
            </w:pPr>
            <w:r>
              <w:rPr>
                <w:color w:val="00376E"/>
                <w:sz w:val="20"/>
              </w:rPr>
              <w:t>And when the king came in to see the guests, he saw there a man which had not on a wedding garment:</w:t>
            </w:r>
          </w:p>
          <w:p w14:paraId="63E4F596" w14:textId="77777777" w:rsidR="00432FC4" w:rsidRDefault="00245F1D">
            <w:pPr>
              <w:pStyle w:val="Grace5Normal"/>
              <w:spacing w:after="60" w:line="252" w:lineRule="auto"/>
            </w:pPr>
            <w:r>
              <w:rPr>
                <w:color w:val="00376E"/>
                <w:sz w:val="20"/>
              </w:rPr>
              <w:t>And he saith unto him, Friend, how camest thou in hither not having a wedding garment?</w:t>
            </w:r>
          </w:p>
          <w:p w14:paraId="788AE9DB" w14:textId="7E207F1F" w:rsidR="00432FC4" w:rsidRDefault="00245F1D">
            <w:pPr>
              <w:pStyle w:val="Grace5Normal"/>
              <w:spacing w:after="60" w:line="252" w:lineRule="auto"/>
            </w:pPr>
            <w:r>
              <w:rPr>
                <w:color w:val="00376E"/>
                <w:sz w:val="20"/>
              </w:rPr>
              <w:t>And he was speechless.</w:t>
            </w:r>
          </w:p>
        </w:tc>
      </w:tr>
    </w:tbl>
    <w:p w14:paraId="536C1742" w14:textId="77777777" w:rsidR="00432FC4" w:rsidRDefault="00432FC4">
      <w:pPr>
        <w:pStyle w:val="Grace5Normal"/>
        <w:spacing w:after="20"/>
      </w:pPr>
    </w:p>
    <w:p w14:paraId="74C51032" w14:textId="77777777" w:rsidR="00432FC4" w:rsidRDefault="00245F1D">
      <w:pPr>
        <w:pStyle w:val="Grace5BodyText"/>
        <w:spacing w:line="259" w:lineRule="auto"/>
        <w:ind w:firstLine="259"/>
      </w:pPr>
      <w:r>
        <w:t>The wedding garment passage does not need to carry the entire doctrine by itself. But in this study it belongs within the garment line: exposure, unfitness, and the need for clothing appropriate to the King’s feast.</w:t>
      </w:r>
    </w:p>
    <w:tbl>
      <w:tblPr>
        <w:tblW w:w="0" w:type="auto"/>
        <w:jc w:val="center"/>
        <w:tblLook w:val="04A0" w:firstRow="1" w:lastRow="0" w:firstColumn="1" w:lastColumn="0" w:noHBand="0" w:noVBand="1"/>
      </w:tblPr>
      <w:tblGrid>
        <w:gridCol w:w="10080"/>
      </w:tblGrid>
      <w:tr w:rsidR="00432FC4" w14:paraId="641FCA43"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470B4A78" w14:textId="77777777" w:rsidR="00432FC4" w:rsidRDefault="00245F1D">
            <w:pPr>
              <w:pStyle w:val="Grace5Normal"/>
              <w:spacing w:after="80"/>
            </w:pPr>
            <w:r>
              <w:rPr>
                <w:b/>
                <w:i/>
                <w:color w:val="1F4E79"/>
                <w:sz w:val="21"/>
              </w:rPr>
              <w:lastRenderedPageBreak/>
              <w:t>Revelation 19:7–8</w:t>
            </w:r>
          </w:p>
          <w:p w14:paraId="1734C49F" w14:textId="77777777" w:rsidR="00432FC4" w:rsidRDefault="00245F1D">
            <w:pPr>
              <w:pStyle w:val="Grace5Normal"/>
              <w:spacing w:after="60" w:line="252" w:lineRule="auto"/>
            </w:pPr>
            <w:r>
              <w:rPr>
                <w:color w:val="00376E"/>
                <w:sz w:val="20"/>
              </w:rPr>
              <w:t>Let us be glad and rejoice, and give honour to him: for the marriage of the Lamb is come,</w:t>
            </w:r>
          </w:p>
          <w:p w14:paraId="5E67D83C" w14:textId="77777777" w:rsidR="00432FC4" w:rsidRDefault="00245F1D">
            <w:pPr>
              <w:pStyle w:val="Grace5Normal"/>
              <w:spacing w:after="60" w:line="252" w:lineRule="auto"/>
            </w:pPr>
            <w:r>
              <w:rPr>
                <w:color w:val="00376E"/>
                <w:sz w:val="20"/>
              </w:rPr>
              <w:t>and his wife hath made herself ready.</w:t>
            </w:r>
          </w:p>
          <w:p w14:paraId="50DF52C8" w14:textId="77777777" w:rsidR="00432FC4" w:rsidRDefault="00245F1D">
            <w:pPr>
              <w:pStyle w:val="Grace5Normal"/>
              <w:spacing w:after="60" w:line="252" w:lineRule="auto"/>
            </w:pPr>
            <w:r>
              <w:rPr>
                <w:color w:val="00376E"/>
                <w:sz w:val="20"/>
              </w:rPr>
              <w:t>And to her was granted that she should be arrayed in fine linen, clean and white:</w:t>
            </w:r>
          </w:p>
          <w:p w14:paraId="2277AC75" w14:textId="77777777" w:rsidR="00432FC4" w:rsidRDefault="00245F1D">
            <w:pPr>
              <w:pStyle w:val="Grace5Normal"/>
              <w:spacing w:after="60" w:line="252" w:lineRule="auto"/>
            </w:pPr>
            <w:r>
              <w:rPr>
                <w:color w:val="00376E"/>
                <w:sz w:val="20"/>
              </w:rPr>
              <w:t>for the fine linen is the righteousness of saints.</w:t>
            </w:r>
          </w:p>
        </w:tc>
      </w:tr>
    </w:tbl>
    <w:p w14:paraId="329F4A4D" w14:textId="77777777" w:rsidR="00432FC4" w:rsidRDefault="00432FC4">
      <w:pPr>
        <w:pStyle w:val="Grace5Normal"/>
        <w:spacing w:after="20"/>
      </w:pPr>
    </w:p>
    <w:p w14:paraId="23F23D46" w14:textId="77777777" w:rsidR="00432FC4" w:rsidRDefault="00245F1D">
      <w:pPr>
        <w:pStyle w:val="Grace5BodyText"/>
        <w:spacing w:line="259" w:lineRule="auto"/>
        <w:ind w:firstLine="259"/>
      </w:pPr>
      <w:r>
        <w:t>Revelation shows the bride made ready and arrayed in fine linen. The garment line reaches its bridal and kingdom form. What began with exposed shame now moves toward clean and white clothing granted for the marriage of the Lamb.</w:t>
      </w:r>
    </w:p>
    <w:p w14:paraId="1F255CFB" w14:textId="77777777" w:rsidR="00432FC4" w:rsidRDefault="00245F1D">
      <w:pPr>
        <w:pStyle w:val="Grace5Heading1"/>
        <w:spacing w:before="240" w:after="120"/>
      </w:pPr>
      <w:r>
        <w:rPr>
          <w:rFonts w:ascii="Georgia" w:hAnsi="Georgia"/>
          <w:color w:val="1F4E79"/>
          <w:sz w:val="32"/>
        </w:rPr>
        <w:t>6. Clothed for the Dwelling of God</w:t>
      </w:r>
    </w:p>
    <w:p w14:paraId="776CC5A6" w14:textId="77777777" w:rsidR="00432FC4" w:rsidRDefault="00245F1D">
      <w:pPr>
        <w:pStyle w:val="Grace5BodyText"/>
        <w:spacing w:line="259" w:lineRule="auto"/>
      </w:pPr>
      <w:r>
        <w:t>Revelation 21 and 22 do not need to repeat the garment language to complete the line. They show the state for which the righteous clothing has prepared the redeemed: permanent dwelling with God.</w:t>
      </w:r>
    </w:p>
    <w:tbl>
      <w:tblPr>
        <w:tblW w:w="0" w:type="auto"/>
        <w:jc w:val="center"/>
        <w:tblLook w:val="04A0" w:firstRow="1" w:lastRow="0" w:firstColumn="1" w:lastColumn="0" w:noHBand="0" w:noVBand="1"/>
      </w:tblPr>
      <w:tblGrid>
        <w:gridCol w:w="10080"/>
      </w:tblGrid>
      <w:tr w:rsidR="00432FC4" w14:paraId="61F8B6A3"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22E7618D" w14:textId="77777777" w:rsidR="00432FC4" w:rsidRDefault="00245F1D">
            <w:pPr>
              <w:pStyle w:val="Grace5Normal"/>
              <w:spacing w:after="80"/>
            </w:pPr>
            <w:r>
              <w:rPr>
                <w:b/>
                <w:i/>
                <w:color w:val="1F4E79"/>
                <w:sz w:val="21"/>
              </w:rPr>
              <w:t>Revelation 21:3–4</w:t>
            </w:r>
          </w:p>
          <w:p w14:paraId="21961599" w14:textId="77777777" w:rsidR="00432FC4" w:rsidRDefault="00245F1D">
            <w:pPr>
              <w:pStyle w:val="Grace5Normal"/>
              <w:spacing w:after="60" w:line="252" w:lineRule="auto"/>
            </w:pPr>
            <w:r>
              <w:rPr>
                <w:color w:val="00376E"/>
                <w:sz w:val="20"/>
              </w:rPr>
              <w:t>Behold, the tabernacle of God is with men, and he will dwell with them,</w:t>
            </w:r>
          </w:p>
          <w:p w14:paraId="15C74AFA" w14:textId="77777777" w:rsidR="00432FC4" w:rsidRDefault="00245F1D">
            <w:pPr>
              <w:pStyle w:val="Grace5Normal"/>
              <w:spacing w:after="60" w:line="252" w:lineRule="auto"/>
            </w:pPr>
            <w:r>
              <w:rPr>
                <w:color w:val="00376E"/>
                <w:sz w:val="20"/>
              </w:rPr>
              <w:t>and they shall be his people, and God himself shall be with them, and be their God.</w:t>
            </w:r>
          </w:p>
          <w:p w14:paraId="19941BBC" w14:textId="77777777" w:rsidR="00432FC4" w:rsidRDefault="00245F1D">
            <w:pPr>
              <w:pStyle w:val="Grace5Normal"/>
              <w:spacing w:after="60" w:line="252" w:lineRule="auto"/>
            </w:pPr>
            <w:r>
              <w:rPr>
                <w:color w:val="00376E"/>
                <w:sz w:val="20"/>
              </w:rPr>
              <w:t>And God shall wipe away all tears from their eyes; and there shall be no more death...</w:t>
            </w:r>
          </w:p>
        </w:tc>
      </w:tr>
    </w:tbl>
    <w:p w14:paraId="1D838606" w14:textId="77777777" w:rsidR="00432FC4" w:rsidRDefault="00432FC4">
      <w:pPr>
        <w:pStyle w:val="Grace5Normal"/>
        <w:spacing w:after="20"/>
      </w:pPr>
    </w:p>
    <w:tbl>
      <w:tblPr>
        <w:tblW w:w="0" w:type="auto"/>
        <w:jc w:val="center"/>
        <w:tblLook w:val="04A0" w:firstRow="1" w:lastRow="0" w:firstColumn="1" w:lastColumn="0" w:noHBand="0" w:noVBand="1"/>
      </w:tblPr>
      <w:tblGrid>
        <w:gridCol w:w="10080"/>
      </w:tblGrid>
      <w:tr w:rsidR="00432FC4" w14:paraId="03B38ABA"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59B962DA" w14:textId="77777777" w:rsidR="00432FC4" w:rsidRDefault="00245F1D">
            <w:pPr>
              <w:pStyle w:val="Grace5Normal"/>
              <w:spacing w:after="80"/>
            </w:pPr>
            <w:r>
              <w:rPr>
                <w:b/>
                <w:i/>
                <w:color w:val="1F4E79"/>
                <w:sz w:val="21"/>
              </w:rPr>
              <w:t>Revelation 22:3–5</w:t>
            </w:r>
          </w:p>
          <w:p w14:paraId="38123AC2" w14:textId="77777777" w:rsidR="00432FC4" w:rsidRDefault="00245F1D">
            <w:pPr>
              <w:pStyle w:val="Grace5Normal"/>
              <w:spacing w:after="60" w:line="252" w:lineRule="auto"/>
            </w:pPr>
            <w:r>
              <w:rPr>
                <w:color w:val="00376E"/>
                <w:sz w:val="20"/>
              </w:rPr>
              <w:t>And there shall be no more curse...</w:t>
            </w:r>
          </w:p>
          <w:p w14:paraId="2E64FE18" w14:textId="77777777" w:rsidR="00432FC4" w:rsidRDefault="00245F1D">
            <w:pPr>
              <w:pStyle w:val="Grace5Normal"/>
              <w:spacing w:after="60" w:line="252" w:lineRule="auto"/>
            </w:pPr>
            <w:r>
              <w:rPr>
                <w:color w:val="00376E"/>
                <w:sz w:val="20"/>
              </w:rPr>
              <w:t>And they shall see his face; and his name shall be in their foreheads.</w:t>
            </w:r>
          </w:p>
          <w:p w14:paraId="73749B7C" w14:textId="77777777" w:rsidR="00432FC4" w:rsidRDefault="00245F1D">
            <w:pPr>
              <w:pStyle w:val="Grace5Normal"/>
              <w:spacing w:after="60" w:line="252" w:lineRule="auto"/>
            </w:pPr>
            <w:r>
              <w:rPr>
                <w:color w:val="00376E"/>
                <w:sz w:val="20"/>
              </w:rPr>
              <w:t>And there shall be no night there... for the Lord God giveth them light:</w:t>
            </w:r>
          </w:p>
          <w:p w14:paraId="5B7DC9CC" w14:textId="77777777" w:rsidR="00432FC4" w:rsidRDefault="00245F1D">
            <w:pPr>
              <w:pStyle w:val="Grace5Normal"/>
              <w:spacing w:after="60" w:line="252" w:lineRule="auto"/>
            </w:pPr>
            <w:r>
              <w:rPr>
                <w:color w:val="00376E"/>
                <w:sz w:val="20"/>
              </w:rPr>
              <w:t>and they shall reign for ever and ever.</w:t>
            </w:r>
          </w:p>
        </w:tc>
      </w:tr>
    </w:tbl>
    <w:p w14:paraId="19DDBF77" w14:textId="77777777" w:rsidR="00432FC4" w:rsidRDefault="00432FC4">
      <w:pPr>
        <w:pStyle w:val="Grace5Normal"/>
        <w:spacing w:after="20"/>
      </w:pPr>
    </w:p>
    <w:p w14:paraId="6B06ED0D" w14:textId="77777777" w:rsidR="00432FC4" w:rsidRDefault="00245F1D">
      <w:pPr>
        <w:pStyle w:val="Grace5BodyText"/>
        <w:spacing w:line="259" w:lineRule="auto"/>
        <w:ind w:firstLine="259"/>
      </w:pPr>
      <w:r>
        <w:t>The final covering is not temporary concealment. It is righteous clothing in Christ, fitted for permanent dwelling with God. The curse is gone. The Face is seen. The Name is borne. The servants reign forever.</w:t>
      </w:r>
    </w:p>
    <w:p w14:paraId="03C10E1A" w14:textId="77777777" w:rsidR="00432FC4" w:rsidRDefault="00245F1D">
      <w:pPr>
        <w:pStyle w:val="Grace5BodyText"/>
        <w:spacing w:line="259" w:lineRule="auto"/>
      </w:pPr>
      <w:r>
        <w:rPr>
          <w:b/>
        </w:rPr>
        <w:t>The covering that began as mercy after the fall moves toward atonement, righteousness, wedding garments, and glory. Grace covers what shame exposed, cleanses what sin defiled, makes the redeemed righteous in Christ, and clothes them for the dwelling of God.</w:t>
      </w:r>
    </w:p>
    <w:tbl>
      <w:tblPr>
        <w:tblW w:w="0" w:type="auto"/>
        <w:jc w:val="center"/>
        <w:tblLook w:val="04A0" w:firstRow="1" w:lastRow="0" w:firstColumn="1" w:lastColumn="0" w:noHBand="0" w:noVBand="1"/>
      </w:tblPr>
      <w:tblGrid>
        <w:gridCol w:w="10080"/>
      </w:tblGrid>
      <w:tr w:rsidR="00432FC4" w14:paraId="476E449D" w14:textId="77777777">
        <w:trPr>
          <w:cantSplit/>
          <w:jc w:val="center"/>
        </w:trPr>
        <w:tc>
          <w:tcPr>
            <w:tcW w:w="10080" w:type="dxa"/>
            <w:tcBorders>
              <w:top w:val="single" w:sz="8" w:space="0" w:color="70AD47"/>
              <w:left w:val="single" w:sz="8" w:space="0" w:color="70AD47"/>
              <w:bottom w:val="single" w:sz="8" w:space="0" w:color="70AD47"/>
              <w:right w:val="single" w:sz="8" w:space="0" w:color="70AD47"/>
            </w:tcBorders>
            <w:shd w:val="clear" w:color="auto" w:fill="F4F9EF"/>
          </w:tcPr>
          <w:p w14:paraId="2046B105" w14:textId="77777777" w:rsidR="00432FC4" w:rsidRDefault="00245F1D">
            <w:pPr>
              <w:pStyle w:val="Grace5Normal"/>
              <w:spacing w:after="100"/>
            </w:pPr>
            <w:r>
              <w:rPr>
                <w:b/>
                <w:color w:val="385723"/>
                <w:sz w:val="23"/>
              </w:rPr>
              <w:t>Build So Far</w:t>
            </w:r>
          </w:p>
          <w:p w14:paraId="5301E1C9" w14:textId="77777777" w:rsidR="00432FC4" w:rsidRDefault="00245F1D">
            <w:pPr>
              <w:pStyle w:val="Grace5Normal"/>
              <w:spacing w:after="60"/>
              <w:ind w:left="259" w:hanging="187"/>
            </w:pPr>
            <w:r>
              <w:rPr>
                <w:sz w:val="21"/>
              </w:rPr>
              <w:t>• Grace is not named in Eden, but grace-like action is already present: God covers what shame exposed.</w:t>
            </w:r>
          </w:p>
          <w:p w14:paraId="0A3FB51D" w14:textId="77777777" w:rsidR="00432FC4" w:rsidRDefault="00245F1D">
            <w:pPr>
              <w:pStyle w:val="Grace5Normal"/>
              <w:spacing w:after="60"/>
              <w:ind w:left="259" w:hanging="187"/>
            </w:pPr>
            <w:r>
              <w:rPr>
                <w:sz w:val="21"/>
              </w:rPr>
              <w:t>• The mercy seat shows that approach to YHWH requires covering, atonement, and the way God gives.</w:t>
            </w:r>
          </w:p>
          <w:p w14:paraId="4913CBE3" w14:textId="77777777" w:rsidR="00432FC4" w:rsidRDefault="00245F1D">
            <w:pPr>
              <w:pStyle w:val="Grace5Normal"/>
              <w:spacing w:after="60"/>
              <w:ind w:left="259" w:hanging="187"/>
            </w:pPr>
            <w:r>
              <w:rPr>
                <w:sz w:val="21"/>
              </w:rPr>
              <w:t>• The prophets show garments of salvation and filthy garments removed by God’s command.</w:t>
            </w:r>
          </w:p>
          <w:p w14:paraId="17819FB4" w14:textId="77777777" w:rsidR="00432FC4" w:rsidRDefault="00245F1D">
            <w:pPr>
              <w:pStyle w:val="Grace5Normal"/>
              <w:spacing w:after="60"/>
              <w:ind w:left="259" w:hanging="187"/>
            </w:pPr>
            <w:r>
              <w:rPr>
                <w:sz w:val="21"/>
              </w:rPr>
              <w:t>• Christ is the Lamb and High Priest whose own blood obtains eternal redemption.</w:t>
            </w:r>
          </w:p>
          <w:p w14:paraId="62D886DE" w14:textId="77777777" w:rsidR="00432FC4" w:rsidRDefault="00245F1D">
            <w:pPr>
              <w:pStyle w:val="Grace5Normal"/>
              <w:spacing w:after="60"/>
              <w:ind w:left="259" w:hanging="187"/>
            </w:pPr>
            <w:r>
              <w:rPr>
                <w:sz w:val="21"/>
              </w:rPr>
              <w:t>• The redeemed are made the righteousness of God in Christ and clothed for the marriage of the Lamb.</w:t>
            </w:r>
          </w:p>
          <w:p w14:paraId="27BAE19E" w14:textId="77777777" w:rsidR="00432FC4" w:rsidRDefault="00245F1D">
            <w:pPr>
              <w:pStyle w:val="Grace5Normal"/>
              <w:spacing w:after="60"/>
              <w:ind w:left="259" w:hanging="187"/>
            </w:pPr>
            <w:r>
              <w:rPr>
                <w:sz w:val="21"/>
              </w:rPr>
              <w:t>• Revelation shows the completed dwelling: no curse, Face seen, Name borne, reign forever.</w:t>
            </w:r>
          </w:p>
        </w:tc>
      </w:tr>
    </w:tbl>
    <w:p w14:paraId="6C4B092F" w14:textId="77777777" w:rsidR="00432FC4" w:rsidRDefault="00432FC4">
      <w:pPr>
        <w:pStyle w:val="Grace5Normal"/>
        <w:spacing w:after="20"/>
      </w:pPr>
    </w:p>
    <w:p w14:paraId="15AC3B39" w14:textId="77777777" w:rsidR="00432FC4" w:rsidRDefault="00245F1D">
      <w:pPr>
        <w:pStyle w:val="Grace5BodyText"/>
        <w:spacing w:line="259" w:lineRule="auto"/>
        <w:sectPr w:rsidR="00432FC4" w:rsidSect="00034616">
          <w:headerReference w:type="default" r:id="rIdGrace5header"/>
          <w:footerReference w:type="default" r:id="rIdGrace5footer"/>
          <w:type w:val="nextPage"/>
          <w:pgSz w:w="12240" w:h="15840"/>
          <w:pgMar w:top="936" w:right="1080" w:bottom="936" w:left="1080" w:header="432" w:footer="432" w:gutter="0"/>
          <w:pgNumType w:start="1"/>
          <w:cols w:space="720"/>
          <w:docGrid w:linePitch="360"/>
        </w:sectPr>
      </w:pPr>
      <w:r>
        <w:rPr>
          <w:i/>
        </w:rPr>
        <w:t>The next movement will follow the promised Seed and the life-line that grace preserves until the Seed comes and, in Him, life becomes everlasting.</w:t>
      </w:r>
    </w:p>
    <w:p w14:paraId="3675A213" w14:textId="77777777" w:rsidR="00A2528A" w:rsidRDefault="00000000">
      <w:pPr>
        <w:pStyle w:val="Grace6Normal"/>
        <w:jc w:val="center"/>
      </w:pPr>
      <w:r>
        <w:rPr>
          <w:b/>
          <w:color w:val="1F4E79"/>
          <w:sz w:val="36"/>
        </w:rPr>
        <w:t>GRACE TO GLORIFICATION</w:t>
      </w:r>
    </w:p>
    <w:p w14:paraId="59D7731D" w14:textId="77777777" w:rsidR="00A2528A" w:rsidRDefault="00000000">
      <w:pPr>
        <w:pStyle w:val="Grace6Normal"/>
        <w:spacing w:after="60"/>
        <w:jc w:val="center"/>
      </w:pPr>
      <w:r>
        <w:rPr>
          <w:i/>
          <w:color w:val="464646"/>
          <w:sz w:val="28"/>
        </w:rPr>
        <w:t>Part Six</w:t>
      </w:r>
    </w:p>
    <w:p w14:paraId="396812ED" w14:textId="77777777" w:rsidR="00A2528A" w:rsidRDefault="00000000">
      <w:pPr>
        <w:pStyle w:val="Grace6Normal"/>
        <w:spacing w:after="80"/>
        <w:jc w:val="center"/>
      </w:pPr>
      <w:r>
        <w:rPr>
          <w:b/>
          <w:color w:val="1F4E79"/>
          <w:sz w:val="40"/>
        </w:rPr>
        <w:t>Seed, Promise, and Life</w:t>
      </w:r>
    </w:p>
    <w:p w14:paraId="68AADD72" w14:textId="77777777" w:rsidR="00A2528A" w:rsidRDefault="00000000">
      <w:pPr>
        <w:pStyle w:val="Grace6Normal"/>
        <w:spacing w:after="280"/>
        <w:jc w:val="center"/>
      </w:pPr>
      <w:r>
        <w:rPr>
          <w:i/>
          <w:color w:val="464646"/>
          <w:sz w:val="25"/>
        </w:rPr>
        <w:t>Grace Preserves the Promised Line</w:t>
      </w:r>
    </w:p>
    <w:p w14:paraId="7DFE45F6" w14:textId="77777777" w:rsidR="00A2528A" w:rsidRDefault="00000000">
      <w:pPr>
        <w:pStyle w:val="Grace6BodyText"/>
        <w:spacing w:line="259" w:lineRule="auto"/>
      </w:pPr>
      <w:r>
        <w:t>Part Five traced the covering line: shame exposed, God covering, mercy seat, atonement, Christ made sin for us, and the bride clothed for the dwelling of God. Part Six follows the life-line: the Seed promised after the fall, preserved through Abraham, clarified in Isaac, and fulfilled in Christ.</w:t>
      </w:r>
    </w:p>
    <w:p w14:paraId="1ECEEF9F" w14:textId="77777777" w:rsidR="00A2528A" w:rsidRDefault="00000000">
      <w:pPr>
        <w:pStyle w:val="Grace6Normal"/>
        <w:spacing w:before="80" w:after="160"/>
        <w:jc w:val="center"/>
      </w:pPr>
      <w:r>
        <w:rPr>
          <w:b/>
          <w:color w:val="1F4E79"/>
        </w:rPr>
        <w:t>Seed Promised → Abraham Believes → Isaac Preserved → Lamb Provided → Christ the Seed → Everlasting Life</w:t>
      </w:r>
    </w:p>
    <w:p w14:paraId="03CB66FB" w14:textId="77777777" w:rsidR="00A2528A" w:rsidRDefault="00000000">
      <w:pPr>
        <w:pStyle w:val="Grace6BodyText"/>
        <w:spacing w:line="259" w:lineRule="auto"/>
      </w:pPr>
      <w:r>
        <w:t>This movement strengthens another line in the final picture of grace: life and seed preserved until the promised Seed brings life to its appointed glory.</w:t>
      </w:r>
    </w:p>
    <w:p w14:paraId="2D3A51D9" w14:textId="77777777" w:rsidR="00A2528A" w:rsidRDefault="00000000">
      <w:pPr>
        <w:pStyle w:val="Grace6Heading1"/>
        <w:spacing w:before="240" w:after="120"/>
      </w:pPr>
      <w:r>
        <w:rPr>
          <w:rFonts w:ascii="Georgia" w:hAnsi="Georgia"/>
          <w:color w:val="1F4E79"/>
          <w:sz w:val="32"/>
        </w:rPr>
        <w:t>1. The Promise Begins With the Seed</w:t>
      </w:r>
    </w:p>
    <w:tbl>
      <w:tblPr>
        <w:tblW w:w="0" w:type="auto"/>
        <w:jc w:val="center"/>
        <w:tblLook w:val="04A0" w:firstRow="1" w:lastRow="0" w:firstColumn="1" w:lastColumn="0" w:noHBand="0" w:noVBand="1"/>
      </w:tblPr>
      <w:tblGrid>
        <w:gridCol w:w="10080"/>
      </w:tblGrid>
      <w:tr w:rsidR="00A2528A" w14:paraId="7D790275"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3162C12F" w14:textId="77777777" w:rsidR="00A2528A" w:rsidRDefault="00000000">
            <w:pPr>
              <w:pStyle w:val="Grace6Normal"/>
              <w:spacing w:after="80"/>
            </w:pPr>
            <w:r>
              <w:rPr>
                <w:b/>
                <w:i/>
                <w:color w:val="1F4E79"/>
                <w:sz w:val="21"/>
              </w:rPr>
              <w:t>Genesis 3:15</w:t>
            </w:r>
          </w:p>
          <w:p w14:paraId="3499E943" w14:textId="77777777" w:rsidR="00A2528A" w:rsidRDefault="00000000">
            <w:pPr>
              <w:pStyle w:val="Grace6Normal"/>
              <w:spacing w:after="60" w:line="252" w:lineRule="auto"/>
            </w:pPr>
            <w:r>
              <w:rPr>
                <w:color w:val="00376E"/>
                <w:sz w:val="20"/>
              </w:rPr>
              <w:t>And I will put enmity between thee and the woman,</w:t>
            </w:r>
          </w:p>
          <w:p w14:paraId="0F968A3B" w14:textId="77777777" w:rsidR="00A2528A" w:rsidRDefault="00000000">
            <w:pPr>
              <w:pStyle w:val="Grace6Normal"/>
              <w:spacing w:after="60" w:line="252" w:lineRule="auto"/>
            </w:pPr>
            <w:r>
              <w:rPr>
                <w:color w:val="00376E"/>
                <w:sz w:val="20"/>
              </w:rPr>
              <w:t>and between thy seed and her seed;</w:t>
            </w:r>
          </w:p>
          <w:p w14:paraId="1D41B993" w14:textId="77777777" w:rsidR="00A2528A" w:rsidRDefault="00000000">
            <w:pPr>
              <w:pStyle w:val="Grace6Normal"/>
              <w:spacing w:after="60" w:line="252" w:lineRule="auto"/>
            </w:pPr>
            <w:r>
              <w:rPr>
                <w:color w:val="00376E"/>
                <w:sz w:val="20"/>
              </w:rPr>
              <w:t>it shall bruise thy head, and thou shalt bruise his heel.</w:t>
            </w:r>
          </w:p>
        </w:tc>
      </w:tr>
    </w:tbl>
    <w:p w14:paraId="26603C57" w14:textId="77777777" w:rsidR="00A2528A" w:rsidRDefault="00A2528A">
      <w:pPr>
        <w:pStyle w:val="Grace6Normal"/>
        <w:spacing w:after="20"/>
      </w:pPr>
    </w:p>
    <w:p w14:paraId="54F79691" w14:textId="77777777" w:rsidR="00A2528A" w:rsidRDefault="00000000">
      <w:pPr>
        <w:pStyle w:val="Grace6BodyText"/>
        <w:spacing w:line="259" w:lineRule="auto"/>
      </w:pPr>
      <w:r>
        <w:t>Grace does not only cover shame. Grace preserves life. After the fall, YHWH speaks judgment to the serpent, but inside that judgment He also speaks promise.</w:t>
      </w:r>
    </w:p>
    <w:p w14:paraId="39582506" w14:textId="77777777" w:rsidR="00A2528A" w:rsidRDefault="00000000">
      <w:pPr>
        <w:pStyle w:val="Grace6BodyText"/>
        <w:spacing w:line="259" w:lineRule="auto"/>
        <w:ind w:firstLine="259"/>
      </w:pPr>
      <w:r>
        <w:t>The promise begins with a Seed. The line of life will continue. The serpent will bruise, but the Seed will crush. Humanity cannot repair Eden, remove the curse, or restore the image by its own strength. Yet God places promise into the broken story before man can climb back to Him.</w:t>
      </w:r>
    </w:p>
    <w:p w14:paraId="059123AF" w14:textId="77777777" w:rsidR="00A2528A" w:rsidRDefault="00000000">
      <w:pPr>
        <w:pStyle w:val="Grace6BodyText"/>
        <w:spacing w:line="259" w:lineRule="auto"/>
        <w:ind w:firstLine="259"/>
      </w:pPr>
      <w:r>
        <w:t>This is the first major life-line after the fall. The image is wounded. Death has entered. Shame has been exposed. Yet YHWH does not abandon the story to the serpent. Promise is spoken, and the promised life must be preserved until the Seed comes.</w:t>
      </w:r>
    </w:p>
    <w:p w14:paraId="2C12B583" w14:textId="77777777" w:rsidR="00A2528A" w:rsidRDefault="00000000">
      <w:pPr>
        <w:pStyle w:val="Grace6Heading1"/>
        <w:spacing w:before="240" w:after="120"/>
      </w:pPr>
      <w:r>
        <w:rPr>
          <w:rFonts w:ascii="Georgia" w:hAnsi="Georgia"/>
          <w:color w:val="1F4E79"/>
          <w:sz w:val="32"/>
        </w:rPr>
        <w:t>2. Abraham Blessed, Abraham Believes</w:t>
      </w:r>
    </w:p>
    <w:tbl>
      <w:tblPr>
        <w:tblW w:w="0" w:type="auto"/>
        <w:jc w:val="center"/>
        <w:tblLook w:val="04A0" w:firstRow="1" w:lastRow="0" w:firstColumn="1" w:lastColumn="0" w:noHBand="0" w:noVBand="1"/>
      </w:tblPr>
      <w:tblGrid>
        <w:gridCol w:w="10080"/>
      </w:tblGrid>
      <w:tr w:rsidR="00A2528A" w14:paraId="3B938181"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64CA1A42" w14:textId="77777777" w:rsidR="00A2528A" w:rsidRDefault="00000000">
            <w:pPr>
              <w:pStyle w:val="Grace6Normal"/>
              <w:spacing w:after="80"/>
            </w:pPr>
            <w:r>
              <w:rPr>
                <w:b/>
                <w:i/>
                <w:color w:val="1F4E79"/>
                <w:sz w:val="21"/>
              </w:rPr>
              <w:t>Genesis 12:2–3</w:t>
            </w:r>
          </w:p>
          <w:p w14:paraId="385E549B" w14:textId="77777777" w:rsidR="00A2528A" w:rsidRDefault="00000000">
            <w:pPr>
              <w:pStyle w:val="Grace6Normal"/>
              <w:spacing w:after="60" w:line="252" w:lineRule="auto"/>
            </w:pPr>
            <w:r>
              <w:rPr>
                <w:color w:val="00376E"/>
                <w:sz w:val="20"/>
              </w:rPr>
              <w:t>And I will make of thee a great nation, and I will bless thee, and make thy name great;</w:t>
            </w:r>
          </w:p>
          <w:p w14:paraId="15E0971A" w14:textId="77777777" w:rsidR="00A2528A" w:rsidRDefault="00000000">
            <w:pPr>
              <w:pStyle w:val="Grace6Normal"/>
              <w:spacing w:after="60" w:line="252" w:lineRule="auto"/>
            </w:pPr>
            <w:r>
              <w:rPr>
                <w:color w:val="00376E"/>
                <w:sz w:val="20"/>
              </w:rPr>
              <w:t>and thou shalt be a blessing:</w:t>
            </w:r>
          </w:p>
          <w:p w14:paraId="64117D49" w14:textId="77777777" w:rsidR="00A2528A" w:rsidRDefault="00000000">
            <w:pPr>
              <w:pStyle w:val="Grace6Normal"/>
              <w:spacing w:after="60" w:line="252" w:lineRule="auto"/>
            </w:pPr>
            <w:r>
              <w:rPr>
                <w:color w:val="00376E"/>
                <w:sz w:val="20"/>
              </w:rPr>
              <w:t>And I will bless them that bless thee, and curse him that curseth thee:</w:t>
            </w:r>
          </w:p>
          <w:p w14:paraId="0E00463E" w14:textId="77777777" w:rsidR="00A2528A" w:rsidRDefault="00000000">
            <w:pPr>
              <w:pStyle w:val="Grace6Normal"/>
              <w:spacing w:after="60" w:line="252" w:lineRule="auto"/>
            </w:pPr>
            <w:r>
              <w:rPr>
                <w:color w:val="00376E"/>
                <w:sz w:val="20"/>
              </w:rPr>
              <w:t>and in thee shall all families of the earth be blessed.</w:t>
            </w:r>
          </w:p>
        </w:tc>
      </w:tr>
    </w:tbl>
    <w:p w14:paraId="24DC088F" w14:textId="77777777" w:rsidR="00A2528A" w:rsidRDefault="00A2528A">
      <w:pPr>
        <w:pStyle w:val="Grace6Normal"/>
        <w:spacing w:after="20"/>
      </w:pPr>
    </w:p>
    <w:p w14:paraId="28410F7F" w14:textId="77777777" w:rsidR="00A2528A" w:rsidRDefault="00000000">
      <w:pPr>
        <w:pStyle w:val="Grace6BodyText"/>
        <w:spacing w:line="259" w:lineRule="auto"/>
      </w:pPr>
      <w:r>
        <w:t>The promise moves forward through Abraham. Blessing is not merely private favor. YHWH blesses Abraham, but He also says, “thou shalt be a blessing.” The blessing is already moving outward toward all families of the earth.</w:t>
      </w:r>
    </w:p>
    <w:tbl>
      <w:tblPr>
        <w:tblW w:w="0" w:type="auto"/>
        <w:jc w:val="center"/>
        <w:tblLook w:val="04A0" w:firstRow="1" w:lastRow="0" w:firstColumn="1" w:lastColumn="0" w:noHBand="0" w:noVBand="1"/>
      </w:tblPr>
      <w:tblGrid>
        <w:gridCol w:w="10080"/>
      </w:tblGrid>
      <w:tr w:rsidR="00A2528A" w14:paraId="61EEFD56"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62FC41CB" w14:textId="77777777" w:rsidR="00A2528A" w:rsidRDefault="00000000">
            <w:pPr>
              <w:pStyle w:val="Grace6Normal"/>
              <w:spacing w:after="80"/>
            </w:pPr>
            <w:r>
              <w:rPr>
                <w:b/>
                <w:i/>
                <w:color w:val="1F4E79"/>
                <w:sz w:val="21"/>
              </w:rPr>
              <w:lastRenderedPageBreak/>
              <w:t>Genesis 15:5–6</w:t>
            </w:r>
          </w:p>
          <w:p w14:paraId="0274ED9B" w14:textId="77777777" w:rsidR="00A2528A" w:rsidRDefault="00000000">
            <w:pPr>
              <w:pStyle w:val="Grace6Normal"/>
              <w:spacing w:after="60" w:line="252" w:lineRule="auto"/>
            </w:pPr>
            <w:r>
              <w:rPr>
                <w:color w:val="00376E"/>
                <w:sz w:val="20"/>
              </w:rPr>
              <w:t>And he brought him forth abroad, and said, Look now toward heaven, and tell the stars,</w:t>
            </w:r>
          </w:p>
          <w:p w14:paraId="5ACBF327" w14:textId="77777777" w:rsidR="00A2528A" w:rsidRDefault="00000000">
            <w:pPr>
              <w:pStyle w:val="Grace6Normal"/>
              <w:spacing w:after="60" w:line="252" w:lineRule="auto"/>
            </w:pPr>
            <w:r>
              <w:rPr>
                <w:color w:val="00376E"/>
                <w:sz w:val="20"/>
              </w:rPr>
              <w:t>if thou be able to number them: and he said unto him, So shall thy seed be.</w:t>
            </w:r>
          </w:p>
          <w:p w14:paraId="5D3C0093" w14:textId="77777777" w:rsidR="00A2528A" w:rsidRDefault="00000000">
            <w:pPr>
              <w:pStyle w:val="Grace6Normal"/>
              <w:spacing w:after="60" w:line="252" w:lineRule="auto"/>
            </w:pPr>
            <w:r>
              <w:rPr>
                <w:color w:val="00376E"/>
                <w:sz w:val="20"/>
              </w:rPr>
              <w:t>And he believed in the LORD; and he counted it to him for righteousness.</w:t>
            </w:r>
          </w:p>
        </w:tc>
      </w:tr>
    </w:tbl>
    <w:p w14:paraId="2879C8B3" w14:textId="77777777" w:rsidR="00A2528A" w:rsidRDefault="00A2528A">
      <w:pPr>
        <w:pStyle w:val="Grace6Normal"/>
        <w:spacing w:after="20"/>
      </w:pPr>
    </w:p>
    <w:p w14:paraId="6315498D" w14:textId="77777777" w:rsidR="00A2528A" w:rsidRDefault="00000000">
      <w:pPr>
        <w:pStyle w:val="Grace6BodyText"/>
        <w:spacing w:line="259" w:lineRule="auto"/>
        <w:ind w:firstLine="259"/>
      </w:pPr>
      <w:r>
        <w:t>Abraham believes YHWH, and it is counted to him for righteousness. The promise does not move forward by fleshly possession or human boasting. It moves through faith in the God who speaks.</w:t>
      </w:r>
    </w:p>
    <w:p w14:paraId="42B38DD9" w14:textId="77777777" w:rsidR="00A2528A" w:rsidRDefault="00000000">
      <w:pPr>
        <w:pStyle w:val="Grace6BodyText"/>
        <w:spacing w:line="259" w:lineRule="auto"/>
        <w:ind w:firstLine="259"/>
      </w:pPr>
      <w:r>
        <w:t>This keeps grace from becoming presumption. Abraham does not seize the blessing by power. He believes the word of YHWH. Promise is received by faith, and righteousness is counted by God.</w:t>
      </w:r>
    </w:p>
    <w:p w14:paraId="7D559FAF" w14:textId="77777777" w:rsidR="00A2528A" w:rsidRDefault="00000000">
      <w:pPr>
        <w:pStyle w:val="Grace6Normal"/>
        <w:spacing w:before="80" w:after="160"/>
        <w:jc w:val="center"/>
      </w:pPr>
      <w:r>
        <w:rPr>
          <w:b/>
          <w:color w:val="1F4E79"/>
        </w:rPr>
        <w:t>Blessing → Seed → Faith → Righteousness Counted → Nations Blessed</w:t>
      </w:r>
    </w:p>
    <w:p w14:paraId="58DC0551" w14:textId="77777777" w:rsidR="00A2528A" w:rsidRDefault="00000000">
      <w:pPr>
        <w:pStyle w:val="Grace6Heading1"/>
        <w:spacing w:before="240" w:after="120"/>
      </w:pPr>
      <w:r>
        <w:rPr>
          <w:rFonts w:ascii="Georgia" w:hAnsi="Georgia"/>
          <w:color w:val="1F4E79"/>
          <w:sz w:val="32"/>
        </w:rPr>
        <w:t>3. Isaac and the Lamb Provided</w:t>
      </w:r>
    </w:p>
    <w:p w14:paraId="0BC4E14D" w14:textId="77777777" w:rsidR="00A2528A" w:rsidRDefault="00000000">
      <w:pPr>
        <w:pStyle w:val="Grace6BodyText"/>
        <w:spacing w:line="259" w:lineRule="auto"/>
      </w:pPr>
      <w:r>
        <w:t>Isaac becomes another witness. The promised line is not produced by human strength alone. Isaac is the child of promise, and when Abraham goes up the mountain, promise and sacrifice begin to touch.</w:t>
      </w:r>
    </w:p>
    <w:tbl>
      <w:tblPr>
        <w:tblW w:w="0" w:type="auto"/>
        <w:jc w:val="center"/>
        <w:tblLook w:val="04A0" w:firstRow="1" w:lastRow="0" w:firstColumn="1" w:lastColumn="0" w:noHBand="0" w:noVBand="1"/>
      </w:tblPr>
      <w:tblGrid>
        <w:gridCol w:w="10080"/>
      </w:tblGrid>
      <w:tr w:rsidR="00A2528A" w14:paraId="15B75333"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1B03F787" w14:textId="77777777" w:rsidR="00A2528A" w:rsidRDefault="00000000">
            <w:pPr>
              <w:pStyle w:val="Grace6Normal"/>
              <w:spacing w:after="80"/>
            </w:pPr>
            <w:r>
              <w:rPr>
                <w:b/>
                <w:i/>
                <w:color w:val="1F4E79"/>
                <w:sz w:val="21"/>
              </w:rPr>
              <w:t>Genesis 22:7–8</w:t>
            </w:r>
          </w:p>
          <w:p w14:paraId="023BC47F" w14:textId="77777777" w:rsidR="00A2528A" w:rsidRDefault="00000000">
            <w:pPr>
              <w:pStyle w:val="Grace6Normal"/>
              <w:spacing w:after="60" w:line="252" w:lineRule="auto"/>
            </w:pPr>
            <w:r>
              <w:rPr>
                <w:color w:val="00376E"/>
                <w:sz w:val="20"/>
              </w:rPr>
              <w:t>And Isaac spake unto Abraham his father, and said, My father...</w:t>
            </w:r>
          </w:p>
          <w:p w14:paraId="49EDF66E" w14:textId="77777777" w:rsidR="00A2528A" w:rsidRDefault="00000000">
            <w:pPr>
              <w:pStyle w:val="Grace6Normal"/>
              <w:spacing w:after="60" w:line="252" w:lineRule="auto"/>
            </w:pPr>
            <w:r>
              <w:rPr>
                <w:color w:val="00376E"/>
                <w:sz w:val="20"/>
              </w:rPr>
              <w:t>Behold the fire and the wood: but where is the lamb for a burnt offering?</w:t>
            </w:r>
          </w:p>
          <w:p w14:paraId="4913BFF1" w14:textId="77777777" w:rsidR="00A2528A" w:rsidRDefault="00000000">
            <w:pPr>
              <w:pStyle w:val="Grace6Normal"/>
              <w:spacing w:after="60" w:line="252" w:lineRule="auto"/>
            </w:pPr>
            <w:r>
              <w:rPr>
                <w:color w:val="00376E"/>
                <w:sz w:val="20"/>
              </w:rPr>
              <w:t>And Abraham said, My son, God will provide himself a lamb for a burnt offering...</w:t>
            </w:r>
          </w:p>
        </w:tc>
      </w:tr>
    </w:tbl>
    <w:p w14:paraId="34FF8C6B" w14:textId="77777777" w:rsidR="00A2528A" w:rsidRDefault="00A2528A">
      <w:pPr>
        <w:pStyle w:val="Grace6Normal"/>
        <w:spacing w:after="20"/>
      </w:pPr>
    </w:p>
    <w:p w14:paraId="4ABAA3E3" w14:textId="77777777" w:rsidR="00A2528A" w:rsidRDefault="00000000">
      <w:pPr>
        <w:pStyle w:val="Grace6BodyText"/>
        <w:spacing w:line="259" w:lineRule="auto"/>
        <w:ind w:firstLine="259"/>
      </w:pPr>
      <w:r>
        <w:t>The question matters: “Where is the lamb?” Abraham’s answer matters even more: “God will provide himself a lamb.” The life of the promised son is preserved, but the preservation points beyond Isaac. The promised line will require provision from God.</w:t>
      </w:r>
    </w:p>
    <w:tbl>
      <w:tblPr>
        <w:tblW w:w="0" w:type="auto"/>
        <w:jc w:val="center"/>
        <w:tblLook w:val="04A0" w:firstRow="1" w:lastRow="0" w:firstColumn="1" w:lastColumn="0" w:noHBand="0" w:noVBand="1"/>
      </w:tblPr>
      <w:tblGrid>
        <w:gridCol w:w="10080"/>
      </w:tblGrid>
      <w:tr w:rsidR="00A2528A" w14:paraId="35451BE3"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752E0C16" w14:textId="77777777" w:rsidR="00A2528A" w:rsidRDefault="00000000">
            <w:pPr>
              <w:pStyle w:val="Grace6Normal"/>
              <w:spacing w:after="80"/>
            </w:pPr>
            <w:r>
              <w:rPr>
                <w:b/>
                <w:i/>
                <w:color w:val="1F4E79"/>
                <w:sz w:val="21"/>
              </w:rPr>
              <w:t>Genesis 22:13–14</w:t>
            </w:r>
          </w:p>
          <w:p w14:paraId="029292EB" w14:textId="77777777" w:rsidR="00A2528A" w:rsidRDefault="00000000">
            <w:pPr>
              <w:pStyle w:val="Grace6Normal"/>
              <w:spacing w:after="60" w:line="252" w:lineRule="auto"/>
            </w:pPr>
            <w:r>
              <w:rPr>
                <w:color w:val="00376E"/>
                <w:sz w:val="20"/>
              </w:rPr>
              <w:t>And Abraham lifted up his eyes, and looked, and behold behind him a ram caught in a thicket by his horns:</w:t>
            </w:r>
          </w:p>
          <w:p w14:paraId="4C1AFCA4" w14:textId="77777777" w:rsidR="00A2528A" w:rsidRDefault="00000000">
            <w:pPr>
              <w:pStyle w:val="Grace6Normal"/>
              <w:spacing w:after="60" w:line="252" w:lineRule="auto"/>
            </w:pPr>
            <w:r>
              <w:rPr>
                <w:color w:val="00376E"/>
                <w:sz w:val="20"/>
              </w:rPr>
              <w:t>and Abraham went and took the ram, and offered him up for a burnt offering in the stead of his son.</w:t>
            </w:r>
          </w:p>
          <w:p w14:paraId="425AED0E" w14:textId="77777777" w:rsidR="00A2528A" w:rsidRDefault="00000000">
            <w:pPr>
              <w:pStyle w:val="Grace6Normal"/>
              <w:spacing w:after="60" w:line="252" w:lineRule="auto"/>
            </w:pPr>
            <w:r>
              <w:rPr>
                <w:color w:val="00376E"/>
                <w:sz w:val="20"/>
              </w:rPr>
              <w:t>And Abraham called the name of that place Jehovahjireh...</w:t>
            </w:r>
          </w:p>
        </w:tc>
      </w:tr>
    </w:tbl>
    <w:p w14:paraId="374B9939" w14:textId="77777777" w:rsidR="00A2528A" w:rsidRDefault="00A2528A">
      <w:pPr>
        <w:pStyle w:val="Grace6Normal"/>
        <w:spacing w:after="20"/>
      </w:pPr>
    </w:p>
    <w:p w14:paraId="6A41FDAA" w14:textId="77777777" w:rsidR="00A2528A" w:rsidRDefault="00000000">
      <w:pPr>
        <w:pStyle w:val="Grace6BodyText"/>
        <w:spacing w:line="259" w:lineRule="auto"/>
        <w:ind w:firstLine="259"/>
      </w:pPr>
      <w:r>
        <w:t>In Isaac, the promised life is preserved. In the ram, substitution appears. In the name of the place, YHWH is remembered as the One who provides. The Seed must come, but the promised life will require the Lamb.</w:t>
      </w:r>
    </w:p>
    <w:p w14:paraId="00AD5A6C" w14:textId="77777777" w:rsidR="00A2528A" w:rsidRDefault="00000000">
      <w:pPr>
        <w:pStyle w:val="Grace6Heading1"/>
        <w:spacing w:before="240" w:after="120"/>
      </w:pPr>
      <w:r>
        <w:rPr>
          <w:rFonts w:ascii="Georgia" w:hAnsi="Georgia"/>
          <w:color w:val="1F4E79"/>
          <w:sz w:val="32"/>
        </w:rPr>
        <w:t>4. The Seed Is Christ</w:t>
      </w:r>
    </w:p>
    <w:p w14:paraId="157297C9" w14:textId="77777777" w:rsidR="00A2528A" w:rsidRDefault="00000000">
      <w:pPr>
        <w:pStyle w:val="Grace6BodyText"/>
        <w:spacing w:line="259" w:lineRule="auto"/>
      </w:pPr>
      <w:r>
        <w:t>Paul later gathers the line in Galatians. The promise to Abraham and his seed is not left as an undefined religious idea. It is brought to Christ.</w:t>
      </w:r>
    </w:p>
    <w:tbl>
      <w:tblPr>
        <w:tblW w:w="0" w:type="auto"/>
        <w:jc w:val="center"/>
        <w:tblLook w:val="04A0" w:firstRow="1" w:lastRow="0" w:firstColumn="1" w:lastColumn="0" w:noHBand="0" w:noVBand="1"/>
      </w:tblPr>
      <w:tblGrid>
        <w:gridCol w:w="10080"/>
      </w:tblGrid>
      <w:tr w:rsidR="00A2528A" w14:paraId="42D8E2D7"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6835B67C" w14:textId="77777777" w:rsidR="00A2528A" w:rsidRDefault="00000000">
            <w:pPr>
              <w:pStyle w:val="Grace6Normal"/>
              <w:spacing w:after="80"/>
            </w:pPr>
            <w:r>
              <w:rPr>
                <w:b/>
                <w:i/>
                <w:color w:val="1F4E79"/>
                <w:sz w:val="21"/>
              </w:rPr>
              <w:t>Galatians 3:8</w:t>
            </w:r>
          </w:p>
          <w:p w14:paraId="6FA6AECA" w14:textId="77777777" w:rsidR="00A2528A" w:rsidRDefault="00000000">
            <w:pPr>
              <w:pStyle w:val="Grace6Normal"/>
              <w:spacing w:after="60" w:line="252" w:lineRule="auto"/>
            </w:pPr>
            <w:r>
              <w:rPr>
                <w:color w:val="00376E"/>
                <w:sz w:val="20"/>
              </w:rPr>
              <w:t>And the scripture, foreseeing that God would justify the heathen through faith,</w:t>
            </w:r>
          </w:p>
          <w:p w14:paraId="688C6794" w14:textId="77777777" w:rsidR="00A2528A" w:rsidRDefault="00000000">
            <w:pPr>
              <w:pStyle w:val="Grace6Normal"/>
              <w:spacing w:after="60" w:line="252" w:lineRule="auto"/>
            </w:pPr>
            <w:r>
              <w:rPr>
                <w:color w:val="00376E"/>
                <w:sz w:val="20"/>
              </w:rPr>
              <w:t>preached before the gospel unto Abraham, saying,</w:t>
            </w:r>
          </w:p>
          <w:p w14:paraId="6D6E7DB1" w14:textId="77777777" w:rsidR="00A2528A" w:rsidRDefault="00000000">
            <w:pPr>
              <w:pStyle w:val="Grace6Normal"/>
              <w:spacing w:after="60" w:line="252" w:lineRule="auto"/>
            </w:pPr>
            <w:r>
              <w:rPr>
                <w:color w:val="00376E"/>
                <w:sz w:val="20"/>
              </w:rPr>
              <w:t>In thee shall all nations be blessed.</w:t>
            </w:r>
          </w:p>
        </w:tc>
      </w:tr>
    </w:tbl>
    <w:p w14:paraId="15832F8B" w14:textId="77777777" w:rsidR="00A2528A" w:rsidRDefault="00A2528A">
      <w:pPr>
        <w:pStyle w:val="Grace6Normal"/>
        <w:spacing w:after="20"/>
      </w:pPr>
    </w:p>
    <w:tbl>
      <w:tblPr>
        <w:tblW w:w="0" w:type="auto"/>
        <w:jc w:val="center"/>
        <w:tblLook w:val="04A0" w:firstRow="1" w:lastRow="0" w:firstColumn="1" w:lastColumn="0" w:noHBand="0" w:noVBand="1"/>
      </w:tblPr>
      <w:tblGrid>
        <w:gridCol w:w="10080"/>
      </w:tblGrid>
      <w:tr w:rsidR="00A2528A" w14:paraId="7FB9E7A0"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64C3AE60" w14:textId="77777777" w:rsidR="00A2528A" w:rsidRDefault="00000000">
            <w:pPr>
              <w:pStyle w:val="Grace6Normal"/>
              <w:spacing w:after="80"/>
            </w:pPr>
            <w:r>
              <w:rPr>
                <w:b/>
                <w:i/>
                <w:color w:val="1F4E79"/>
                <w:sz w:val="21"/>
              </w:rPr>
              <w:t>Galatians 3:16</w:t>
            </w:r>
          </w:p>
          <w:p w14:paraId="420592A2" w14:textId="77777777" w:rsidR="00A2528A" w:rsidRDefault="00000000">
            <w:pPr>
              <w:pStyle w:val="Grace6Normal"/>
              <w:spacing w:after="60" w:line="252" w:lineRule="auto"/>
            </w:pPr>
            <w:r>
              <w:rPr>
                <w:color w:val="00376E"/>
                <w:sz w:val="20"/>
              </w:rPr>
              <w:t>Now to Abraham and his seed were the promises made.</w:t>
            </w:r>
          </w:p>
          <w:p w14:paraId="6AD7310F" w14:textId="77777777" w:rsidR="00A2528A" w:rsidRDefault="00000000">
            <w:pPr>
              <w:pStyle w:val="Grace6Normal"/>
              <w:spacing w:after="60" w:line="252" w:lineRule="auto"/>
            </w:pPr>
            <w:r>
              <w:rPr>
                <w:color w:val="00376E"/>
                <w:sz w:val="20"/>
              </w:rPr>
              <w:t>He saith not, And to seeds, as of many; but as of one,</w:t>
            </w:r>
          </w:p>
          <w:p w14:paraId="5C81EEFA" w14:textId="77777777" w:rsidR="00A2528A" w:rsidRDefault="00000000">
            <w:pPr>
              <w:pStyle w:val="Grace6Normal"/>
              <w:spacing w:after="60" w:line="252" w:lineRule="auto"/>
            </w:pPr>
            <w:r>
              <w:rPr>
                <w:color w:val="00376E"/>
                <w:sz w:val="20"/>
              </w:rPr>
              <w:t>And to thy seed, which is Christ.</w:t>
            </w:r>
          </w:p>
        </w:tc>
      </w:tr>
    </w:tbl>
    <w:p w14:paraId="19F7DA2A" w14:textId="77777777" w:rsidR="00A2528A" w:rsidRDefault="00A2528A">
      <w:pPr>
        <w:pStyle w:val="Grace6Normal"/>
        <w:spacing w:after="20"/>
      </w:pPr>
    </w:p>
    <w:p w14:paraId="54794C9B" w14:textId="77777777" w:rsidR="00A2528A" w:rsidRDefault="00000000">
      <w:pPr>
        <w:pStyle w:val="Grace6BodyText"/>
        <w:spacing w:line="259" w:lineRule="auto"/>
        <w:ind w:firstLine="259"/>
      </w:pPr>
      <w:r>
        <w:t>The Seed is not finally an abstract people, program, or nation detached from the Messiah. The Seed is Christ. The blessing comes through Christ. The inheritance comes through Christ. The nations are blessed through Christ.</w:t>
      </w:r>
    </w:p>
    <w:tbl>
      <w:tblPr>
        <w:tblW w:w="0" w:type="auto"/>
        <w:jc w:val="center"/>
        <w:tblLook w:val="04A0" w:firstRow="1" w:lastRow="0" w:firstColumn="1" w:lastColumn="0" w:noHBand="0" w:noVBand="1"/>
      </w:tblPr>
      <w:tblGrid>
        <w:gridCol w:w="10080"/>
      </w:tblGrid>
      <w:tr w:rsidR="00A2528A" w14:paraId="21B95C53"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4C7CBDDC" w14:textId="77777777" w:rsidR="00A2528A" w:rsidRDefault="00000000">
            <w:pPr>
              <w:pStyle w:val="Grace6Normal"/>
              <w:spacing w:after="80"/>
            </w:pPr>
            <w:r>
              <w:rPr>
                <w:b/>
                <w:i/>
                <w:color w:val="1F4E79"/>
                <w:sz w:val="21"/>
              </w:rPr>
              <w:t>Galatians 3:26–29</w:t>
            </w:r>
          </w:p>
          <w:p w14:paraId="688C7BCF" w14:textId="77777777" w:rsidR="00A2528A" w:rsidRDefault="00000000">
            <w:pPr>
              <w:pStyle w:val="Grace6Normal"/>
              <w:spacing w:after="60" w:line="252" w:lineRule="auto"/>
            </w:pPr>
            <w:r>
              <w:rPr>
                <w:color w:val="00376E"/>
                <w:sz w:val="20"/>
              </w:rPr>
              <w:t>For ye are all the children of God by faith in Christ Jesus.</w:t>
            </w:r>
          </w:p>
          <w:p w14:paraId="70769AB3" w14:textId="77777777" w:rsidR="00A2528A" w:rsidRDefault="00000000">
            <w:pPr>
              <w:pStyle w:val="Grace6Normal"/>
              <w:spacing w:after="60" w:line="252" w:lineRule="auto"/>
            </w:pPr>
            <w:r>
              <w:rPr>
                <w:color w:val="00376E"/>
                <w:sz w:val="20"/>
              </w:rPr>
              <w:t>For as many of you as have been baptized into Christ have put on Christ.</w:t>
            </w:r>
          </w:p>
          <w:p w14:paraId="1119B174" w14:textId="77777777" w:rsidR="00A2528A" w:rsidRDefault="00000000">
            <w:pPr>
              <w:pStyle w:val="Grace6Normal"/>
              <w:spacing w:after="60" w:line="252" w:lineRule="auto"/>
            </w:pPr>
            <w:r>
              <w:rPr>
                <w:color w:val="00376E"/>
                <w:sz w:val="20"/>
              </w:rPr>
              <w:t>And if ye be Christ’s, then are ye Abraham’s seed, and heirs according to the promise.</w:t>
            </w:r>
          </w:p>
        </w:tc>
      </w:tr>
    </w:tbl>
    <w:p w14:paraId="5F17A3EF" w14:textId="77777777" w:rsidR="00A2528A" w:rsidRDefault="00A2528A">
      <w:pPr>
        <w:pStyle w:val="Grace6Normal"/>
        <w:spacing w:after="20"/>
      </w:pPr>
    </w:p>
    <w:p w14:paraId="28F8E21D" w14:textId="77777777" w:rsidR="00A2528A" w:rsidRDefault="00000000">
      <w:pPr>
        <w:pStyle w:val="Grace6BodyText"/>
        <w:spacing w:line="259" w:lineRule="auto"/>
        <w:ind w:firstLine="259"/>
      </w:pPr>
      <w:r>
        <w:t>This is where grace opens the promise without erasing the order of promise. Those who belong to Christ are brought into Abraham’s seed and inheritance, not by boasting in the flesh, but by faith in Christ Jesus.</w:t>
      </w:r>
    </w:p>
    <w:p w14:paraId="6F0747A7" w14:textId="77777777" w:rsidR="00A2528A" w:rsidRDefault="00000000">
      <w:pPr>
        <w:pStyle w:val="Grace6Heading1"/>
        <w:spacing w:before="240" w:after="120"/>
      </w:pPr>
      <w:r>
        <w:rPr>
          <w:rFonts w:ascii="Georgia" w:hAnsi="Georgia"/>
          <w:color w:val="1F4E79"/>
          <w:sz w:val="32"/>
        </w:rPr>
        <w:t>5. Whosoever Believes Receives Life</w:t>
      </w:r>
    </w:p>
    <w:p w14:paraId="0554B8B3" w14:textId="77777777" w:rsidR="00A2528A" w:rsidRDefault="00000000">
      <w:pPr>
        <w:pStyle w:val="Grace6BodyText"/>
        <w:spacing w:line="259" w:lineRule="auto"/>
      </w:pPr>
      <w:r>
        <w:t>John speaks the life-line in the language of belief and everlasting life.</w:t>
      </w:r>
    </w:p>
    <w:tbl>
      <w:tblPr>
        <w:tblW w:w="0" w:type="auto"/>
        <w:jc w:val="center"/>
        <w:tblLook w:val="04A0" w:firstRow="1" w:lastRow="0" w:firstColumn="1" w:lastColumn="0" w:noHBand="0" w:noVBand="1"/>
      </w:tblPr>
      <w:tblGrid>
        <w:gridCol w:w="10080"/>
      </w:tblGrid>
      <w:tr w:rsidR="00A2528A" w14:paraId="5BFD0B42"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1E3E5537" w14:textId="77777777" w:rsidR="00A2528A" w:rsidRDefault="00000000">
            <w:pPr>
              <w:pStyle w:val="Grace6Normal"/>
              <w:spacing w:after="80"/>
            </w:pPr>
            <w:r>
              <w:rPr>
                <w:b/>
                <w:i/>
                <w:color w:val="1F4E79"/>
                <w:sz w:val="21"/>
              </w:rPr>
              <w:t>John 3:16</w:t>
            </w:r>
          </w:p>
          <w:p w14:paraId="5857DC92" w14:textId="77777777" w:rsidR="00A2528A" w:rsidRDefault="00000000">
            <w:pPr>
              <w:pStyle w:val="Grace6Normal"/>
              <w:spacing w:after="60" w:line="252" w:lineRule="auto"/>
            </w:pPr>
            <w:r>
              <w:rPr>
                <w:color w:val="00376E"/>
                <w:sz w:val="20"/>
              </w:rPr>
              <w:t>For God so loved the world, that he gave his only begotten Son,</w:t>
            </w:r>
          </w:p>
          <w:p w14:paraId="3DB5B2B8" w14:textId="77777777" w:rsidR="00A2528A" w:rsidRDefault="00000000">
            <w:pPr>
              <w:pStyle w:val="Grace6Normal"/>
              <w:spacing w:after="60" w:line="252" w:lineRule="auto"/>
            </w:pPr>
            <w:r>
              <w:rPr>
                <w:color w:val="00376E"/>
                <w:sz w:val="20"/>
              </w:rPr>
              <w:t>that whosoever believeth in him should not perish,</w:t>
            </w:r>
          </w:p>
          <w:p w14:paraId="7E9602F9" w14:textId="77777777" w:rsidR="00A2528A" w:rsidRDefault="00000000">
            <w:pPr>
              <w:pStyle w:val="Grace6Normal"/>
              <w:spacing w:after="60" w:line="252" w:lineRule="auto"/>
            </w:pPr>
            <w:r>
              <w:rPr>
                <w:color w:val="00376E"/>
                <w:sz w:val="20"/>
              </w:rPr>
              <w:t>but have everlasting life.</w:t>
            </w:r>
          </w:p>
        </w:tc>
      </w:tr>
    </w:tbl>
    <w:p w14:paraId="15A5C61C" w14:textId="77777777" w:rsidR="00A2528A" w:rsidRDefault="00A2528A">
      <w:pPr>
        <w:pStyle w:val="Grace6Normal"/>
        <w:spacing w:after="20"/>
      </w:pPr>
    </w:p>
    <w:p w14:paraId="13ADDF90" w14:textId="77777777" w:rsidR="00A2528A" w:rsidRDefault="00000000">
      <w:pPr>
        <w:pStyle w:val="Grace6BodyText"/>
        <w:spacing w:line="259" w:lineRule="auto"/>
        <w:ind w:firstLine="259"/>
      </w:pPr>
      <w:r>
        <w:t>The promised Seed brings preserved life to its eternal form. Grace does not merely extend mortal existence. Grace carries life through promise, through sacrifice, through faith, through Christ, and toward everlasting life.</w:t>
      </w:r>
    </w:p>
    <w:tbl>
      <w:tblPr>
        <w:tblW w:w="0" w:type="auto"/>
        <w:jc w:val="center"/>
        <w:tblLook w:val="04A0" w:firstRow="1" w:lastRow="0" w:firstColumn="1" w:lastColumn="0" w:noHBand="0" w:noVBand="1"/>
      </w:tblPr>
      <w:tblGrid>
        <w:gridCol w:w="10080"/>
      </w:tblGrid>
      <w:tr w:rsidR="00A2528A" w14:paraId="350E5BCF"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1066646B" w14:textId="77777777" w:rsidR="00A2528A" w:rsidRDefault="00000000">
            <w:pPr>
              <w:pStyle w:val="Grace6Normal"/>
              <w:spacing w:after="80"/>
            </w:pPr>
            <w:r>
              <w:rPr>
                <w:b/>
                <w:i/>
                <w:color w:val="1F4E79"/>
                <w:sz w:val="21"/>
              </w:rPr>
              <w:t>Romans 10:12–13</w:t>
            </w:r>
          </w:p>
          <w:p w14:paraId="43270CD3" w14:textId="77777777" w:rsidR="00A2528A" w:rsidRDefault="00000000">
            <w:pPr>
              <w:pStyle w:val="Grace6Normal"/>
              <w:spacing w:after="60" w:line="252" w:lineRule="auto"/>
            </w:pPr>
            <w:r>
              <w:rPr>
                <w:color w:val="00376E"/>
                <w:sz w:val="20"/>
              </w:rPr>
              <w:t>For there is no difference between the Jew and the Greek:</w:t>
            </w:r>
          </w:p>
          <w:p w14:paraId="4C23DE15" w14:textId="77777777" w:rsidR="00A2528A" w:rsidRDefault="00000000">
            <w:pPr>
              <w:pStyle w:val="Grace6Normal"/>
              <w:spacing w:after="60" w:line="252" w:lineRule="auto"/>
            </w:pPr>
            <w:r>
              <w:rPr>
                <w:color w:val="00376E"/>
                <w:sz w:val="20"/>
              </w:rPr>
              <w:t>for the same Lord over all is rich unto all that call upon him.</w:t>
            </w:r>
          </w:p>
          <w:p w14:paraId="170BA6E5" w14:textId="77777777" w:rsidR="00A2528A" w:rsidRDefault="00000000">
            <w:pPr>
              <w:pStyle w:val="Grace6Normal"/>
              <w:spacing w:after="60" w:line="252" w:lineRule="auto"/>
            </w:pPr>
            <w:r>
              <w:rPr>
                <w:color w:val="00376E"/>
                <w:sz w:val="20"/>
              </w:rPr>
              <w:t>For whosoever shall call upon the name of the Lord shall be saved.</w:t>
            </w:r>
          </w:p>
        </w:tc>
      </w:tr>
    </w:tbl>
    <w:p w14:paraId="02E4EC05" w14:textId="77777777" w:rsidR="00A2528A" w:rsidRDefault="00A2528A">
      <w:pPr>
        <w:pStyle w:val="Grace6Normal"/>
        <w:spacing w:after="20"/>
      </w:pPr>
    </w:p>
    <w:p w14:paraId="233F2ACC" w14:textId="77777777" w:rsidR="00A2528A" w:rsidRDefault="00000000">
      <w:pPr>
        <w:pStyle w:val="Grace6BodyText"/>
        <w:spacing w:line="259" w:lineRule="auto"/>
        <w:ind w:firstLine="259"/>
      </w:pPr>
      <w:r>
        <w:t>The call opens outward. The same Lord is rich unto all that call upon Him. Whosoever calls upon the Name of the Lord shall be saved. The promise reaches the nations without losing its center in Christ.</w:t>
      </w:r>
    </w:p>
    <w:tbl>
      <w:tblPr>
        <w:tblW w:w="0" w:type="auto"/>
        <w:jc w:val="center"/>
        <w:tblLook w:val="04A0" w:firstRow="1" w:lastRow="0" w:firstColumn="1" w:lastColumn="0" w:noHBand="0" w:noVBand="1"/>
      </w:tblPr>
      <w:tblGrid>
        <w:gridCol w:w="10080"/>
      </w:tblGrid>
      <w:tr w:rsidR="00A2528A" w14:paraId="1A8F9A3A"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4959A9AE" w14:textId="77777777" w:rsidR="00A2528A" w:rsidRDefault="00000000">
            <w:pPr>
              <w:pStyle w:val="Grace6Normal"/>
              <w:spacing w:after="80"/>
            </w:pPr>
            <w:r>
              <w:rPr>
                <w:b/>
                <w:i/>
                <w:color w:val="1F4E79"/>
                <w:sz w:val="21"/>
              </w:rPr>
              <w:t>1 John 5:11–12</w:t>
            </w:r>
          </w:p>
          <w:p w14:paraId="0FCF5354" w14:textId="77777777" w:rsidR="00A2528A" w:rsidRDefault="00000000">
            <w:pPr>
              <w:pStyle w:val="Grace6Normal"/>
              <w:spacing w:after="60" w:line="252" w:lineRule="auto"/>
            </w:pPr>
            <w:r>
              <w:rPr>
                <w:color w:val="00376E"/>
                <w:sz w:val="20"/>
              </w:rPr>
              <w:t>And this is the record, that God hath given to us eternal life, and this life is in his Son.</w:t>
            </w:r>
          </w:p>
          <w:p w14:paraId="1FBC6C33" w14:textId="77777777" w:rsidR="00A2528A" w:rsidRDefault="00000000">
            <w:pPr>
              <w:pStyle w:val="Grace6Normal"/>
              <w:spacing w:after="60" w:line="252" w:lineRule="auto"/>
            </w:pPr>
            <w:r>
              <w:rPr>
                <w:color w:val="00376E"/>
                <w:sz w:val="20"/>
              </w:rPr>
              <w:t>He that hath the Son hath life; and he that hath not the Son of God hath not life.</w:t>
            </w:r>
          </w:p>
        </w:tc>
      </w:tr>
    </w:tbl>
    <w:p w14:paraId="121C514E" w14:textId="77777777" w:rsidR="00A2528A" w:rsidRDefault="00A2528A">
      <w:pPr>
        <w:pStyle w:val="Grace6Normal"/>
        <w:spacing w:after="20"/>
      </w:pPr>
    </w:p>
    <w:p w14:paraId="6367D395" w14:textId="77777777" w:rsidR="00A2528A" w:rsidRDefault="00000000">
      <w:pPr>
        <w:pStyle w:val="Grace6BodyText"/>
        <w:spacing w:line="259" w:lineRule="auto"/>
        <w:ind w:firstLine="259"/>
      </w:pPr>
      <w:r>
        <w:t>The life is in the Son. The Seed promised after the fall is the Son in whom life is given. Those who have the Son have life.</w:t>
      </w:r>
    </w:p>
    <w:p w14:paraId="212CE874" w14:textId="77777777" w:rsidR="00A2528A" w:rsidRDefault="00000000">
      <w:pPr>
        <w:pStyle w:val="Grace6Heading1"/>
        <w:spacing w:before="240" w:after="120"/>
      </w:pPr>
      <w:r>
        <w:rPr>
          <w:rFonts w:ascii="Georgia" w:hAnsi="Georgia"/>
          <w:color w:val="1F4E79"/>
          <w:sz w:val="32"/>
        </w:rPr>
        <w:t>6. Grace Preserves the Life-Line</w:t>
      </w:r>
    </w:p>
    <w:p w14:paraId="52DE5E24" w14:textId="77777777" w:rsidR="00A2528A" w:rsidRDefault="00000000">
      <w:pPr>
        <w:pStyle w:val="Grace6BodyText"/>
        <w:spacing w:line="259" w:lineRule="auto"/>
      </w:pPr>
      <w:r>
        <w:t>The line now reaches back and forward at once:</w:t>
      </w:r>
    </w:p>
    <w:p w14:paraId="37CE672A" w14:textId="77777777" w:rsidR="00A2528A" w:rsidRDefault="00000000">
      <w:pPr>
        <w:pStyle w:val="Grace6Normal"/>
        <w:spacing w:before="80" w:after="160"/>
        <w:jc w:val="center"/>
      </w:pPr>
      <w:r>
        <w:rPr>
          <w:b/>
          <w:color w:val="1F4E79"/>
        </w:rPr>
        <w:t>Seed Promised → Abraham Believes → Isaac Preserved → Lamb Provided → Christ Revealed as the Seed → Whosoever Believes Receives Life</w:t>
      </w:r>
    </w:p>
    <w:p w14:paraId="0458992B" w14:textId="77777777" w:rsidR="00A2528A" w:rsidRDefault="00000000">
      <w:pPr>
        <w:pStyle w:val="Grace6BodyText"/>
        <w:spacing w:line="259" w:lineRule="auto"/>
      </w:pPr>
      <w:r>
        <w:rPr>
          <w:b/>
        </w:rPr>
        <w:lastRenderedPageBreak/>
        <w:t>This movement is not separate from grace. It is one of the ways grace works through the whole story. Grace preserves the promised life until the Seed comes, and in the Seed, life becomes everlasting.</w:t>
      </w:r>
    </w:p>
    <w:p w14:paraId="55F8B11B" w14:textId="5AC07C04" w:rsidR="00A2528A" w:rsidRDefault="00000000">
      <w:pPr>
        <w:pStyle w:val="Grace6BodyText"/>
        <w:spacing w:line="259" w:lineRule="auto"/>
        <w:ind w:firstLine="259"/>
      </w:pPr>
      <w:r>
        <w:t xml:space="preserve">The final picture of grace will speak of life sheltered and preserved. This </w:t>
      </w:r>
      <w:r w:rsidR="00064552">
        <w:t>final picture</w:t>
      </w:r>
      <w:r>
        <w:t xml:space="preserve"> has followed the life that must be sheltered: the promised Seed, the covenant line, the believing people, and the everlasting life given in Christ.</w:t>
      </w:r>
    </w:p>
    <w:tbl>
      <w:tblPr>
        <w:tblW w:w="0" w:type="auto"/>
        <w:jc w:val="center"/>
        <w:tblLook w:val="04A0" w:firstRow="1" w:lastRow="0" w:firstColumn="1" w:lastColumn="0" w:noHBand="0" w:noVBand="1"/>
      </w:tblPr>
      <w:tblGrid>
        <w:gridCol w:w="10080"/>
      </w:tblGrid>
      <w:tr w:rsidR="00A2528A" w14:paraId="072F0231" w14:textId="77777777">
        <w:trPr>
          <w:cantSplit/>
          <w:jc w:val="center"/>
        </w:trPr>
        <w:tc>
          <w:tcPr>
            <w:tcW w:w="10080" w:type="dxa"/>
            <w:tcBorders>
              <w:top w:val="single" w:sz="8" w:space="0" w:color="70AD47"/>
              <w:left w:val="single" w:sz="8" w:space="0" w:color="70AD47"/>
              <w:bottom w:val="single" w:sz="8" w:space="0" w:color="70AD47"/>
              <w:right w:val="single" w:sz="8" w:space="0" w:color="70AD47"/>
            </w:tcBorders>
            <w:shd w:val="clear" w:color="auto" w:fill="F4F9EF"/>
          </w:tcPr>
          <w:p w14:paraId="40AF3246" w14:textId="77777777" w:rsidR="00A2528A" w:rsidRDefault="00000000">
            <w:pPr>
              <w:pStyle w:val="Grace6Normal"/>
              <w:spacing w:after="100"/>
            </w:pPr>
            <w:r>
              <w:rPr>
                <w:b/>
                <w:color w:val="385723"/>
                <w:sz w:val="23"/>
              </w:rPr>
              <w:t>Build So Far</w:t>
            </w:r>
          </w:p>
          <w:p w14:paraId="1C287CA0" w14:textId="77777777" w:rsidR="00A2528A" w:rsidRDefault="00000000">
            <w:pPr>
              <w:pStyle w:val="Grace6Normal"/>
              <w:spacing w:after="60"/>
              <w:ind w:left="259" w:hanging="187"/>
            </w:pPr>
            <w:r>
              <w:rPr>
                <w:sz w:val="21"/>
              </w:rPr>
              <w:t>• After the fall, YHWH speaks promise into judgment: the Seed will come.</w:t>
            </w:r>
          </w:p>
          <w:p w14:paraId="5841CDC1" w14:textId="77777777" w:rsidR="00A2528A" w:rsidRDefault="00000000">
            <w:pPr>
              <w:pStyle w:val="Grace6Normal"/>
              <w:spacing w:after="60"/>
              <w:ind w:left="259" w:hanging="187"/>
            </w:pPr>
            <w:r>
              <w:rPr>
                <w:sz w:val="21"/>
              </w:rPr>
              <w:t>• Abraham is blessed, believes YHWH, and righteousness is counted to him by God.</w:t>
            </w:r>
          </w:p>
          <w:p w14:paraId="6F7F57D3" w14:textId="77777777" w:rsidR="00A2528A" w:rsidRDefault="00000000">
            <w:pPr>
              <w:pStyle w:val="Grace6Normal"/>
              <w:spacing w:after="60"/>
              <w:ind w:left="259" w:hanging="187"/>
            </w:pPr>
            <w:r>
              <w:rPr>
                <w:sz w:val="21"/>
              </w:rPr>
              <w:t>• Isaac is preserved, and Abraham confesses that God will provide Himself a lamb.</w:t>
            </w:r>
          </w:p>
          <w:p w14:paraId="03593D61" w14:textId="77777777" w:rsidR="00A2528A" w:rsidRDefault="00000000">
            <w:pPr>
              <w:pStyle w:val="Grace6Normal"/>
              <w:spacing w:after="60"/>
              <w:ind w:left="259" w:hanging="187"/>
            </w:pPr>
            <w:r>
              <w:rPr>
                <w:sz w:val="21"/>
              </w:rPr>
              <w:t>• Paul identifies the promised Seed as Christ and says those who are Christ’s are Abraham’s seed and heirs according to the promise.</w:t>
            </w:r>
          </w:p>
          <w:p w14:paraId="1194724E" w14:textId="77777777" w:rsidR="00A2528A" w:rsidRDefault="00000000">
            <w:pPr>
              <w:pStyle w:val="Grace6Normal"/>
              <w:spacing w:after="60"/>
              <w:ind w:left="259" w:hanging="187"/>
            </w:pPr>
            <w:r>
              <w:rPr>
                <w:sz w:val="21"/>
              </w:rPr>
              <w:t>• John declares that whosoever believes in the Son should not perish but have everlasting life.</w:t>
            </w:r>
          </w:p>
          <w:p w14:paraId="06F1D96E" w14:textId="77777777" w:rsidR="00A2528A" w:rsidRDefault="00000000">
            <w:pPr>
              <w:pStyle w:val="Grace6Normal"/>
              <w:spacing w:after="60"/>
              <w:ind w:left="259" w:hanging="187"/>
            </w:pPr>
            <w:r>
              <w:rPr>
                <w:sz w:val="21"/>
              </w:rPr>
              <w:t>• Grace preserves the promised life until the Seed comes, and in Him life becomes everlasting.</w:t>
            </w:r>
          </w:p>
        </w:tc>
      </w:tr>
    </w:tbl>
    <w:p w14:paraId="3173D23E" w14:textId="77777777" w:rsidR="00A2528A" w:rsidRDefault="00A2528A">
      <w:pPr>
        <w:pStyle w:val="Grace6Normal"/>
        <w:spacing w:after="20"/>
      </w:pPr>
    </w:p>
    <w:p w14:paraId="43555017" w14:textId="77777777" w:rsidR="00A2528A" w:rsidRDefault="00000000">
      <w:pPr>
        <w:pStyle w:val="Grace6BodyText"/>
        <w:spacing w:line="259" w:lineRule="auto"/>
        <w:sectPr w:rsidR="00A2528A" w:rsidSect="00034616">
          <w:headerReference w:type="default" r:id="rIdGrace6header"/>
          <w:footerReference w:type="default" r:id="rIdGrace6footer"/>
          <w:type w:val="nextPage"/>
          <w:pgSz w:w="12240" w:h="15840"/>
          <w:pgMar w:top="936" w:right="1080" w:bottom="936" w:left="1080" w:header="432" w:footer="432" w:gutter="0"/>
          <w:pgNumType w:start="1"/>
          <w:cols w:space="720"/>
          <w:docGrid w:linePitch="360"/>
        </w:sectPr>
      </w:pPr>
      <w:r>
        <w:rPr>
          <w:i/>
        </w:rPr>
        <w:t>The next movement will follow the outward purpose of this preserved life: the nations, the Name, Spirit-formed vocation, and the glory of God.</w:t>
      </w:r>
    </w:p>
    <w:p w14:paraId="007C41DB" w14:textId="77777777" w:rsidR="00704495" w:rsidRDefault="00000000">
      <w:pPr>
        <w:pStyle w:val="Grace7Normal"/>
        <w:spacing w:after="40"/>
        <w:jc w:val="center"/>
      </w:pPr>
      <w:r>
        <w:rPr>
          <w:b/>
          <w:color w:val="1F4E79"/>
          <w:sz w:val="27"/>
        </w:rPr>
        <w:t>GRACE TO GLORIFICATION</w:t>
      </w:r>
    </w:p>
    <w:p w14:paraId="39F719CB" w14:textId="77777777" w:rsidR="00704495" w:rsidRDefault="00000000">
      <w:pPr>
        <w:pStyle w:val="Grace7Normal"/>
        <w:spacing w:after="40"/>
        <w:jc w:val="center"/>
      </w:pPr>
      <w:r>
        <w:rPr>
          <w:i/>
          <w:color w:val="464646"/>
          <w:sz w:val="21"/>
        </w:rPr>
        <w:t>Part Seven</w:t>
      </w:r>
    </w:p>
    <w:p w14:paraId="57A55EAA" w14:textId="77777777" w:rsidR="00704495" w:rsidRDefault="00000000">
      <w:pPr>
        <w:pStyle w:val="Grace7Normal"/>
        <w:spacing w:after="40"/>
        <w:jc w:val="center"/>
      </w:pPr>
      <w:r>
        <w:rPr>
          <w:b/>
          <w:color w:val="1F4E79"/>
          <w:sz w:val="30"/>
        </w:rPr>
        <w:t>Nations, Vocation, Name, Spirit, and Glory</w:t>
      </w:r>
    </w:p>
    <w:p w14:paraId="7E2D9026" w14:textId="77777777" w:rsidR="00704495" w:rsidRDefault="00000000">
      <w:pPr>
        <w:pStyle w:val="Grace7Normal"/>
        <w:jc w:val="center"/>
      </w:pPr>
      <w:r>
        <w:rPr>
          <w:i/>
          <w:color w:val="464646"/>
          <w:sz w:val="19"/>
        </w:rPr>
        <w:t>Grace Received Becomes Witness Carried</w:t>
      </w:r>
    </w:p>
    <w:p w14:paraId="34FFED54" w14:textId="77777777" w:rsidR="00704495" w:rsidRDefault="00000000">
      <w:pPr>
        <w:pStyle w:val="Grace7BodyText"/>
      </w:pPr>
      <w:r>
        <w:t>Part Six traced the life-line of the promised Seed: the promise after the fall, Abraham believing, Isaac preserved, the Lamb provided, Christ revealed as the Seed, and everlasting life given to those who believe. Part Seven follows the outward movement of grace. The life preserved by YHWH does not terminate on the one who receives it. Grace forms witnesses who bear His Name truthfully before the nations.</w:t>
      </w:r>
    </w:p>
    <w:p w14:paraId="59407C2B" w14:textId="77777777" w:rsidR="00704495" w:rsidRDefault="00000000">
      <w:pPr>
        <w:pStyle w:val="Grace7Normal"/>
        <w:spacing w:after="120"/>
        <w:jc w:val="center"/>
      </w:pPr>
      <w:r>
        <w:rPr>
          <w:b/>
          <w:color w:val="1F4E79"/>
          <w:sz w:val="21"/>
        </w:rPr>
        <w:t>Blessed → Bear the Name → Spirit Within → Represent → Nations Know → God Glorified</w:t>
      </w:r>
    </w:p>
    <w:p w14:paraId="19E8507F" w14:textId="77777777" w:rsidR="00704495" w:rsidRDefault="00000000">
      <w:pPr>
        <w:pStyle w:val="Grace7BodyText"/>
      </w:pPr>
      <w:r>
        <w:t>This movement keeps grace from becoming private religious comfort. YHWH blesses, keeps, covers, cleanses, gives life, and gives His Spirit so that His people may display His character, His wisdom, and His glory.</w:t>
      </w:r>
    </w:p>
    <w:p w14:paraId="0064C792" w14:textId="77777777" w:rsidR="00704495" w:rsidRDefault="00000000">
      <w:pPr>
        <w:pStyle w:val="Grace7Heading1"/>
        <w:spacing w:before="240" w:after="80"/>
      </w:pPr>
      <w:r>
        <w:rPr>
          <w:rFonts w:ascii="Georgia" w:eastAsia="Georgia" w:hAnsi="Georgia"/>
        </w:rPr>
        <w:t>1. Blessed to Become a Blessing</w:t>
      </w:r>
    </w:p>
    <w:p w14:paraId="3548DEB1" w14:textId="77777777" w:rsidR="00704495" w:rsidRDefault="00000000">
      <w:pPr>
        <w:pStyle w:val="Grace7BodyText"/>
      </w:pPr>
      <w:r>
        <w:t>Grace does not end with the one who receives it. From the beginning, blessing was meant to move outward. YHWH said to Abraham, “I will bless thee,” but He did not stop there. He also said, “thou shalt be a blessing,” and, “in thee shall all families of the earth be blessed.”</w:t>
      </w:r>
    </w:p>
    <w:tbl>
      <w:tblPr>
        <w:tblW w:w="0" w:type="auto"/>
        <w:jc w:val="center"/>
        <w:tblLook w:val="04A0" w:firstRow="1" w:lastRow="0" w:firstColumn="1" w:lastColumn="0" w:noHBand="0" w:noVBand="1"/>
      </w:tblPr>
      <w:tblGrid>
        <w:gridCol w:w="10080"/>
      </w:tblGrid>
      <w:tr w:rsidR="00704495" w14:paraId="13DD615D"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4793FE0D" w14:textId="77777777" w:rsidR="00704495" w:rsidRDefault="00000000">
            <w:pPr>
              <w:pStyle w:val="Grace7Normal"/>
              <w:spacing w:after="80"/>
            </w:pPr>
            <w:r>
              <w:rPr>
                <w:b/>
                <w:i/>
                <w:color w:val="1F4E79"/>
                <w:sz w:val="21"/>
              </w:rPr>
              <w:t>Genesis 12:2–3</w:t>
            </w:r>
          </w:p>
          <w:p w14:paraId="1386011B" w14:textId="77777777" w:rsidR="00704495" w:rsidRDefault="00000000">
            <w:pPr>
              <w:pStyle w:val="Grace7Normal"/>
              <w:spacing w:after="60" w:line="240" w:lineRule="auto"/>
            </w:pPr>
            <w:r>
              <w:rPr>
                <w:color w:val="222222"/>
                <w:sz w:val="20"/>
              </w:rPr>
              <w:t>And I will make of thee a great nation, and I will bless thee, and make thy name great;</w:t>
            </w:r>
          </w:p>
          <w:p w14:paraId="16E52E1F" w14:textId="77777777" w:rsidR="00704495" w:rsidRDefault="00000000">
            <w:pPr>
              <w:pStyle w:val="Grace7Normal"/>
              <w:spacing w:after="60" w:line="240" w:lineRule="auto"/>
            </w:pPr>
            <w:r>
              <w:rPr>
                <w:color w:val="222222"/>
                <w:sz w:val="20"/>
              </w:rPr>
              <w:t>and thou shalt be a blessing:</w:t>
            </w:r>
          </w:p>
          <w:p w14:paraId="71270F69" w14:textId="77777777" w:rsidR="00704495" w:rsidRDefault="00000000">
            <w:pPr>
              <w:pStyle w:val="Grace7Normal"/>
              <w:spacing w:after="60" w:line="240" w:lineRule="auto"/>
            </w:pPr>
            <w:r>
              <w:rPr>
                <w:color w:val="222222"/>
                <w:sz w:val="20"/>
              </w:rPr>
              <w:t>And I will bless them that bless thee, and curse him that curseth thee:</w:t>
            </w:r>
          </w:p>
          <w:p w14:paraId="0287192C" w14:textId="77777777" w:rsidR="00704495" w:rsidRDefault="00000000">
            <w:pPr>
              <w:pStyle w:val="Grace7Normal"/>
              <w:spacing w:after="60" w:line="240" w:lineRule="auto"/>
            </w:pPr>
            <w:r>
              <w:rPr>
                <w:color w:val="222222"/>
                <w:sz w:val="20"/>
              </w:rPr>
              <w:t>and in thee shall all families of the earth be blessed.</w:t>
            </w:r>
          </w:p>
        </w:tc>
      </w:tr>
    </w:tbl>
    <w:p w14:paraId="2EECDEFE" w14:textId="77777777" w:rsidR="00704495" w:rsidRDefault="00704495">
      <w:pPr>
        <w:pStyle w:val="Grace7Normal"/>
        <w:spacing w:after="40"/>
      </w:pPr>
    </w:p>
    <w:p w14:paraId="50337536" w14:textId="77777777" w:rsidR="00704495" w:rsidRDefault="00000000">
      <w:pPr>
        <w:pStyle w:val="Grace7BodyText"/>
      </w:pPr>
      <w:r>
        <w:t>The blessed man becomes a vessel of blessing. This does not make Abraham the source. YHWH remains the source. But grace does not bypass human vocation; it restores and empowers it. The one blessed by YHWH is called to walk before Him and carry the knowledge of YHWH into the generations that follow.</w:t>
      </w:r>
    </w:p>
    <w:tbl>
      <w:tblPr>
        <w:tblW w:w="0" w:type="auto"/>
        <w:jc w:val="center"/>
        <w:tblLook w:val="04A0" w:firstRow="1" w:lastRow="0" w:firstColumn="1" w:lastColumn="0" w:noHBand="0" w:noVBand="1"/>
      </w:tblPr>
      <w:tblGrid>
        <w:gridCol w:w="10080"/>
      </w:tblGrid>
      <w:tr w:rsidR="00704495" w14:paraId="48287364"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612488A2" w14:textId="77777777" w:rsidR="00704495" w:rsidRDefault="00000000">
            <w:pPr>
              <w:pStyle w:val="Grace7Normal"/>
              <w:spacing w:after="80"/>
            </w:pPr>
            <w:r>
              <w:rPr>
                <w:b/>
                <w:i/>
                <w:color w:val="1F4E79"/>
                <w:sz w:val="21"/>
              </w:rPr>
              <w:t>Genesis 18:18–19</w:t>
            </w:r>
          </w:p>
          <w:p w14:paraId="519A9DE5" w14:textId="77777777" w:rsidR="00704495" w:rsidRDefault="00000000">
            <w:pPr>
              <w:pStyle w:val="Grace7Normal"/>
              <w:spacing w:after="60" w:line="240" w:lineRule="auto"/>
            </w:pPr>
            <w:r>
              <w:rPr>
                <w:color w:val="222222"/>
                <w:sz w:val="20"/>
              </w:rPr>
              <w:t>Seeing that Abraham shall surely become a great and mighty nation,</w:t>
            </w:r>
          </w:p>
          <w:p w14:paraId="33A83B60" w14:textId="77777777" w:rsidR="00704495" w:rsidRDefault="00000000">
            <w:pPr>
              <w:pStyle w:val="Grace7Normal"/>
              <w:spacing w:after="60" w:line="240" w:lineRule="auto"/>
            </w:pPr>
            <w:r>
              <w:rPr>
                <w:color w:val="222222"/>
                <w:sz w:val="20"/>
              </w:rPr>
              <w:t>and all the nations of the earth shall be blessed in him?</w:t>
            </w:r>
          </w:p>
          <w:p w14:paraId="57FA9BE7" w14:textId="77777777" w:rsidR="00704495" w:rsidRDefault="00000000">
            <w:pPr>
              <w:pStyle w:val="Grace7Normal"/>
              <w:spacing w:after="60" w:line="240" w:lineRule="auto"/>
            </w:pPr>
            <w:r>
              <w:rPr>
                <w:color w:val="222222"/>
                <w:sz w:val="20"/>
              </w:rPr>
              <w:t>For I know him, that he will command his children and his household after him,</w:t>
            </w:r>
          </w:p>
          <w:p w14:paraId="443BD871" w14:textId="77777777" w:rsidR="00704495" w:rsidRDefault="00000000">
            <w:pPr>
              <w:pStyle w:val="Grace7Normal"/>
              <w:spacing w:after="60" w:line="240" w:lineRule="auto"/>
            </w:pPr>
            <w:r>
              <w:rPr>
                <w:color w:val="222222"/>
                <w:sz w:val="20"/>
              </w:rPr>
              <w:t>and they shall keep the way of the LORD, to do justice and judgment;</w:t>
            </w:r>
          </w:p>
          <w:p w14:paraId="46EB33A1" w14:textId="77777777" w:rsidR="00704495" w:rsidRDefault="00000000">
            <w:pPr>
              <w:pStyle w:val="Grace7Normal"/>
              <w:spacing w:after="60" w:line="240" w:lineRule="auto"/>
            </w:pPr>
            <w:r>
              <w:rPr>
                <w:color w:val="222222"/>
                <w:sz w:val="20"/>
              </w:rPr>
              <w:t>that the LORD may bring upon Abraham that which he hath spoken of him.</w:t>
            </w:r>
          </w:p>
        </w:tc>
      </w:tr>
    </w:tbl>
    <w:p w14:paraId="52DF9D3E" w14:textId="77777777" w:rsidR="00704495" w:rsidRDefault="00704495">
      <w:pPr>
        <w:pStyle w:val="Grace7Normal"/>
        <w:spacing w:after="40"/>
      </w:pPr>
    </w:p>
    <w:p w14:paraId="67A02C29" w14:textId="77777777" w:rsidR="00704495" w:rsidRDefault="00000000">
      <w:pPr>
        <w:pStyle w:val="Grace7BodyText"/>
      </w:pPr>
      <w:r>
        <w:t>The Abrahamic blessing is therefore not passive possession. It carries household, instruction, justice, judgment, and the way of YHWH. Grace received becomes witness carried.</w:t>
      </w:r>
    </w:p>
    <w:p w14:paraId="06CB1C88" w14:textId="77777777" w:rsidR="00704495" w:rsidRDefault="00000000">
      <w:pPr>
        <w:pStyle w:val="Grace7Heading1"/>
        <w:spacing w:before="240" w:after="80"/>
      </w:pPr>
      <w:r>
        <w:rPr>
          <w:rFonts w:ascii="Georgia" w:eastAsia="Georgia" w:hAnsi="Georgia"/>
        </w:rPr>
        <w:t>2. That My Name May Be Declared</w:t>
      </w:r>
    </w:p>
    <w:p w14:paraId="391235A5" w14:textId="77777777" w:rsidR="00704495" w:rsidRDefault="00000000">
      <w:pPr>
        <w:pStyle w:val="Grace7BodyText"/>
      </w:pPr>
      <w:r>
        <w:t>Exodus continues the same movement. YHWH does not deliver Israel from Egypt only so Israel can possess private relief. He acts so that Israel will know Him, Egypt will know Him, and His Name will be declared in all the earth.</w:t>
      </w:r>
    </w:p>
    <w:tbl>
      <w:tblPr>
        <w:tblW w:w="0" w:type="auto"/>
        <w:jc w:val="center"/>
        <w:tblLook w:val="04A0" w:firstRow="1" w:lastRow="0" w:firstColumn="1" w:lastColumn="0" w:noHBand="0" w:noVBand="1"/>
      </w:tblPr>
      <w:tblGrid>
        <w:gridCol w:w="10080"/>
      </w:tblGrid>
      <w:tr w:rsidR="00704495" w14:paraId="24FA63B8"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0AA0C32D" w14:textId="77777777" w:rsidR="00704495" w:rsidRDefault="00000000">
            <w:pPr>
              <w:pStyle w:val="Grace7Normal"/>
              <w:spacing w:after="80"/>
            </w:pPr>
            <w:r>
              <w:rPr>
                <w:b/>
                <w:i/>
                <w:color w:val="1F4E79"/>
                <w:sz w:val="21"/>
              </w:rPr>
              <w:lastRenderedPageBreak/>
              <w:t>Exodus 6:6–7</w:t>
            </w:r>
          </w:p>
          <w:p w14:paraId="546C4CB8" w14:textId="77777777" w:rsidR="00704495" w:rsidRDefault="00000000">
            <w:pPr>
              <w:pStyle w:val="Grace7Normal"/>
              <w:spacing w:after="60" w:line="240" w:lineRule="auto"/>
            </w:pPr>
            <w:r>
              <w:rPr>
                <w:color w:val="222222"/>
                <w:sz w:val="20"/>
              </w:rPr>
              <w:t>Wherefore say unto the children of Israel, I am the LORD,</w:t>
            </w:r>
          </w:p>
          <w:p w14:paraId="59C81199" w14:textId="77777777" w:rsidR="00704495" w:rsidRDefault="00000000">
            <w:pPr>
              <w:pStyle w:val="Grace7Normal"/>
              <w:spacing w:after="60" w:line="240" w:lineRule="auto"/>
            </w:pPr>
            <w:r>
              <w:rPr>
                <w:color w:val="222222"/>
                <w:sz w:val="20"/>
              </w:rPr>
              <w:t>and I will bring you out from under the burdens of the Egyptians,</w:t>
            </w:r>
          </w:p>
          <w:p w14:paraId="6B5803DB" w14:textId="77777777" w:rsidR="00704495" w:rsidRDefault="00000000">
            <w:pPr>
              <w:pStyle w:val="Grace7Normal"/>
              <w:spacing w:after="60" w:line="240" w:lineRule="auto"/>
            </w:pPr>
            <w:r>
              <w:rPr>
                <w:color w:val="222222"/>
                <w:sz w:val="20"/>
              </w:rPr>
              <w:t>and I will rid you out of their bondage,</w:t>
            </w:r>
          </w:p>
          <w:p w14:paraId="2A98CA44" w14:textId="77777777" w:rsidR="00704495" w:rsidRDefault="00000000">
            <w:pPr>
              <w:pStyle w:val="Grace7Normal"/>
              <w:spacing w:after="60" w:line="240" w:lineRule="auto"/>
            </w:pPr>
            <w:r>
              <w:rPr>
                <w:color w:val="222222"/>
                <w:sz w:val="20"/>
              </w:rPr>
              <w:t>and I will redeem you with a stretched out arm, and with great judgments:</w:t>
            </w:r>
          </w:p>
          <w:p w14:paraId="42946726" w14:textId="77777777" w:rsidR="00704495" w:rsidRDefault="00000000">
            <w:pPr>
              <w:pStyle w:val="Grace7Normal"/>
              <w:spacing w:after="60" w:line="240" w:lineRule="auto"/>
            </w:pPr>
            <w:r>
              <w:rPr>
                <w:color w:val="222222"/>
                <w:sz w:val="20"/>
              </w:rPr>
              <w:t>And I will take you to me for a people, and I will be to you a God:</w:t>
            </w:r>
          </w:p>
          <w:p w14:paraId="5245EB7B" w14:textId="77777777" w:rsidR="00704495" w:rsidRDefault="00000000">
            <w:pPr>
              <w:pStyle w:val="Grace7Normal"/>
              <w:spacing w:after="60" w:line="240" w:lineRule="auto"/>
            </w:pPr>
            <w:r>
              <w:rPr>
                <w:color w:val="222222"/>
                <w:sz w:val="20"/>
              </w:rPr>
              <w:t xml:space="preserve">and </w:t>
            </w:r>
            <w:r w:rsidRPr="00E6123A">
              <w:rPr>
                <w:color w:val="222222"/>
                <w:sz w:val="20"/>
                <w:u w:val="single"/>
              </w:rPr>
              <w:t>ye shall know that I am the LORD your God</w:t>
            </w:r>
            <w:r>
              <w:rPr>
                <w:color w:val="222222"/>
                <w:sz w:val="20"/>
              </w:rPr>
              <w:t>,</w:t>
            </w:r>
          </w:p>
          <w:p w14:paraId="5F679CE2" w14:textId="77777777" w:rsidR="00704495" w:rsidRDefault="00000000">
            <w:pPr>
              <w:pStyle w:val="Grace7Normal"/>
              <w:spacing w:after="60" w:line="240" w:lineRule="auto"/>
            </w:pPr>
            <w:r>
              <w:rPr>
                <w:color w:val="222222"/>
                <w:sz w:val="20"/>
              </w:rPr>
              <w:t>which bringeth you out from under the burdens of the Egyptians.</w:t>
            </w:r>
          </w:p>
        </w:tc>
      </w:tr>
    </w:tbl>
    <w:p w14:paraId="34D0469D" w14:textId="77777777" w:rsidR="00704495" w:rsidRDefault="00704495">
      <w:pPr>
        <w:pStyle w:val="Grace7Normal"/>
        <w:spacing w:after="40"/>
      </w:pPr>
    </w:p>
    <w:tbl>
      <w:tblPr>
        <w:tblW w:w="0" w:type="auto"/>
        <w:jc w:val="center"/>
        <w:tblLook w:val="04A0" w:firstRow="1" w:lastRow="0" w:firstColumn="1" w:lastColumn="0" w:noHBand="0" w:noVBand="1"/>
      </w:tblPr>
      <w:tblGrid>
        <w:gridCol w:w="10080"/>
      </w:tblGrid>
      <w:tr w:rsidR="00704495" w14:paraId="40715A51"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3531B46D" w14:textId="77777777" w:rsidR="00704495" w:rsidRDefault="00000000">
            <w:pPr>
              <w:pStyle w:val="Grace7Normal"/>
              <w:spacing w:after="80"/>
            </w:pPr>
            <w:r>
              <w:rPr>
                <w:b/>
                <w:i/>
                <w:color w:val="1F4E79"/>
                <w:sz w:val="21"/>
              </w:rPr>
              <w:t>Exodus 9:16</w:t>
            </w:r>
          </w:p>
          <w:p w14:paraId="4EE386B3" w14:textId="77777777" w:rsidR="00704495" w:rsidRDefault="00000000">
            <w:pPr>
              <w:pStyle w:val="Grace7Normal"/>
              <w:spacing w:after="60" w:line="240" w:lineRule="auto"/>
            </w:pPr>
            <w:r>
              <w:rPr>
                <w:color w:val="222222"/>
                <w:sz w:val="20"/>
              </w:rPr>
              <w:t>And in very deed for this cause have I raised thee up,</w:t>
            </w:r>
          </w:p>
          <w:p w14:paraId="09B35759" w14:textId="77777777" w:rsidR="00704495" w:rsidRDefault="00000000">
            <w:pPr>
              <w:pStyle w:val="Grace7Normal"/>
              <w:spacing w:after="60" w:line="240" w:lineRule="auto"/>
            </w:pPr>
            <w:r>
              <w:rPr>
                <w:color w:val="222222"/>
                <w:sz w:val="20"/>
              </w:rPr>
              <w:t>for to shew in thee my power;</w:t>
            </w:r>
          </w:p>
          <w:p w14:paraId="402AAE66" w14:textId="77777777" w:rsidR="00704495" w:rsidRDefault="00000000">
            <w:pPr>
              <w:pStyle w:val="Grace7Normal"/>
              <w:spacing w:after="60" w:line="240" w:lineRule="auto"/>
            </w:pPr>
            <w:r>
              <w:rPr>
                <w:color w:val="222222"/>
                <w:sz w:val="20"/>
              </w:rPr>
              <w:t xml:space="preserve">and </w:t>
            </w:r>
            <w:r w:rsidRPr="00E6123A">
              <w:rPr>
                <w:color w:val="222222"/>
                <w:sz w:val="20"/>
                <w:u w:val="single"/>
              </w:rPr>
              <w:t>that my name may be declared throughout all the earth</w:t>
            </w:r>
            <w:r>
              <w:rPr>
                <w:color w:val="222222"/>
                <w:sz w:val="20"/>
              </w:rPr>
              <w:t>.</w:t>
            </w:r>
          </w:p>
        </w:tc>
      </w:tr>
    </w:tbl>
    <w:p w14:paraId="57A2B868" w14:textId="77777777" w:rsidR="00704495" w:rsidRDefault="00704495">
      <w:pPr>
        <w:pStyle w:val="Grace7Normal"/>
        <w:spacing w:after="40"/>
      </w:pPr>
    </w:p>
    <w:p w14:paraId="1889459A" w14:textId="77777777" w:rsidR="00704495" w:rsidRDefault="00000000">
      <w:pPr>
        <w:pStyle w:val="Grace7BodyText"/>
      </w:pPr>
      <w:r>
        <w:t>The saving hand of YHWH becomes a public witness. The God who gives His Name, stretches out His arm, judges Egypt, and brings His firstborn through the waters also intends His Name to be known in the earth.</w:t>
      </w:r>
    </w:p>
    <w:p w14:paraId="653FD3EC" w14:textId="77777777" w:rsidR="00704495" w:rsidRDefault="00000000">
      <w:pPr>
        <w:pStyle w:val="Grace7Heading1"/>
        <w:spacing w:before="240" w:after="80"/>
      </w:pPr>
      <w:r>
        <w:rPr>
          <w:rFonts w:ascii="Georgia" w:eastAsia="Georgia" w:hAnsi="Georgia"/>
        </w:rPr>
        <w:t>3. The Name Profaned and the Name Vindicated</w:t>
      </w:r>
    </w:p>
    <w:p w14:paraId="5CB200AA" w14:textId="77777777" w:rsidR="00704495" w:rsidRDefault="00000000">
      <w:pPr>
        <w:pStyle w:val="Grace7BodyText"/>
      </w:pPr>
      <w:r>
        <w:t>In Scripture, the Name of YHWH is more than a label. His Name carries His identity, character, authority, reputation, and revealed presence. To bear His Name is therefore not merely to possess religious language. It is to represent Him.</w:t>
      </w:r>
    </w:p>
    <w:tbl>
      <w:tblPr>
        <w:tblW w:w="0" w:type="auto"/>
        <w:jc w:val="center"/>
        <w:tblLook w:val="04A0" w:firstRow="1" w:lastRow="0" w:firstColumn="1" w:lastColumn="0" w:noHBand="0" w:noVBand="1"/>
      </w:tblPr>
      <w:tblGrid>
        <w:gridCol w:w="10080"/>
      </w:tblGrid>
      <w:tr w:rsidR="00704495" w14:paraId="09D6F29B"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33D0643B" w14:textId="77777777" w:rsidR="00704495" w:rsidRDefault="00000000">
            <w:pPr>
              <w:pStyle w:val="Grace7Normal"/>
              <w:spacing w:after="80"/>
            </w:pPr>
            <w:r>
              <w:rPr>
                <w:b/>
                <w:i/>
                <w:color w:val="1F4E79"/>
                <w:sz w:val="21"/>
              </w:rPr>
              <w:t>Numbers 6:27</w:t>
            </w:r>
          </w:p>
          <w:p w14:paraId="5CA2098B" w14:textId="77777777" w:rsidR="00704495" w:rsidRDefault="00000000">
            <w:pPr>
              <w:pStyle w:val="Grace7Normal"/>
              <w:spacing w:after="60" w:line="240" w:lineRule="auto"/>
            </w:pPr>
            <w:r>
              <w:rPr>
                <w:color w:val="222222"/>
                <w:sz w:val="20"/>
              </w:rPr>
              <w:t>And they shall put my name upon the children of Israel;</w:t>
            </w:r>
          </w:p>
          <w:p w14:paraId="4F54F8BB" w14:textId="77777777" w:rsidR="00704495" w:rsidRDefault="00000000">
            <w:pPr>
              <w:pStyle w:val="Grace7Normal"/>
              <w:spacing w:after="60" w:line="240" w:lineRule="auto"/>
            </w:pPr>
            <w:r>
              <w:rPr>
                <w:color w:val="222222"/>
                <w:sz w:val="20"/>
              </w:rPr>
              <w:t>and I will bless them.</w:t>
            </w:r>
          </w:p>
        </w:tc>
      </w:tr>
    </w:tbl>
    <w:p w14:paraId="1625E187" w14:textId="77777777" w:rsidR="00704495" w:rsidRDefault="00704495">
      <w:pPr>
        <w:pStyle w:val="Grace7Normal"/>
        <w:spacing w:after="40"/>
      </w:pPr>
    </w:p>
    <w:p w14:paraId="4649BAE1" w14:textId="77777777" w:rsidR="00704495" w:rsidRDefault="00000000">
      <w:pPr>
        <w:pStyle w:val="Grace7BodyText"/>
      </w:pPr>
      <w:r>
        <w:t>This is why Ezekiel is so forceful. YHWH says He will act, not for Israel’s sake, but for His holy Name’s sake, because His Name had been profaned among the nations. The problem was not only that Israel needed restoration. The nations were seeing a false witness of YHWH’s character through the people who bore His Name.</w:t>
      </w:r>
    </w:p>
    <w:tbl>
      <w:tblPr>
        <w:tblW w:w="0" w:type="auto"/>
        <w:jc w:val="center"/>
        <w:tblLook w:val="04A0" w:firstRow="1" w:lastRow="0" w:firstColumn="1" w:lastColumn="0" w:noHBand="0" w:noVBand="1"/>
      </w:tblPr>
      <w:tblGrid>
        <w:gridCol w:w="10080"/>
      </w:tblGrid>
      <w:tr w:rsidR="00704495" w14:paraId="0056F2F9"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1593247B" w14:textId="77777777" w:rsidR="00704495" w:rsidRDefault="00000000">
            <w:pPr>
              <w:pStyle w:val="Grace7Normal"/>
              <w:spacing w:after="80"/>
            </w:pPr>
            <w:r>
              <w:rPr>
                <w:b/>
                <w:i/>
                <w:color w:val="1F4E79"/>
                <w:sz w:val="21"/>
              </w:rPr>
              <w:t>Ezekiel 36:20–23</w:t>
            </w:r>
          </w:p>
          <w:p w14:paraId="48EB34E3" w14:textId="77777777" w:rsidR="00704495" w:rsidRDefault="00000000">
            <w:pPr>
              <w:pStyle w:val="Grace7Normal"/>
              <w:spacing w:after="60" w:line="240" w:lineRule="auto"/>
            </w:pPr>
            <w:r>
              <w:rPr>
                <w:color w:val="222222"/>
                <w:sz w:val="20"/>
              </w:rPr>
              <w:t>And when they entered unto the heathen, whither they went,</w:t>
            </w:r>
          </w:p>
          <w:p w14:paraId="0258B6C5" w14:textId="77777777" w:rsidR="00704495" w:rsidRDefault="00000000">
            <w:pPr>
              <w:pStyle w:val="Grace7Normal"/>
              <w:spacing w:after="60" w:line="240" w:lineRule="auto"/>
            </w:pPr>
            <w:r>
              <w:rPr>
                <w:color w:val="222222"/>
                <w:sz w:val="20"/>
              </w:rPr>
              <w:t>they profaned my holy name, when they said to them,</w:t>
            </w:r>
          </w:p>
          <w:p w14:paraId="20684FED" w14:textId="77777777" w:rsidR="00704495" w:rsidRDefault="00000000">
            <w:pPr>
              <w:pStyle w:val="Grace7Normal"/>
              <w:spacing w:after="60" w:line="240" w:lineRule="auto"/>
            </w:pPr>
            <w:r>
              <w:rPr>
                <w:color w:val="222222"/>
                <w:sz w:val="20"/>
              </w:rPr>
              <w:t>These are the people of the LORD, and are gone forth out of his land.</w:t>
            </w:r>
          </w:p>
          <w:p w14:paraId="5CCEFEF4" w14:textId="77777777" w:rsidR="00704495" w:rsidRDefault="00000000">
            <w:pPr>
              <w:pStyle w:val="Grace7Normal"/>
              <w:spacing w:after="60" w:line="240" w:lineRule="auto"/>
            </w:pPr>
            <w:r>
              <w:rPr>
                <w:color w:val="222222"/>
                <w:sz w:val="20"/>
              </w:rPr>
              <w:t>But I had pity for mine holy name, which the house of Israel had profaned among the heathen, whither they went.</w:t>
            </w:r>
          </w:p>
          <w:p w14:paraId="0C17CEE7" w14:textId="77777777" w:rsidR="00704495" w:rsidRDefault="00000000">
            <w:pPr>
              <w:pStyle w:val="Grace7Normal"/>
              <w:spacing w:after="60" w:line="240" w:lineRule="auto"/>
            </w:pPr>
            <w:r>
              <w:rPr>
                <w:color w:val="222222"/>
                <w:sz w:val="20"/>
              </w:rPr>
              <w:t>Therefore say unto the house of Israel, Thus saith the Lord GOD;</w:t>
            </w:r>
          </w:p>
          <w:p w14:paraId="08693BDA" w14:textId="77777777" w:rsidR="00704495" w:rsidRDefault="00000000">
            <w:pPr>
              <w:pStyle w:val="Grace7Normal"/>
              <w:spacing w:after="60" w:line="240" w:lineRule="auto"/>
            </w:pPr>
            <w:r>
              <w:rPr>
                <w:color w:val="222222"/>
                <w:sz w:val="20"/>
              </w:rPr>
              <w:t>I do not this for your sakes, O house of Israel, but for mine holy name’s sake,</w:t>
            </w:r>
          </w:p>
          <w:p w14:paraId="4829DC0F" w14:textId="77777777" w:rsidR="00704495" w:rsidRDefault="00000000">
            <w:pPr>
              <w:pStyle w:val="Grace7Normal"/>
              <w:spacing w:after="60" w:line="240" w:lineRule="auto"/>
            </w:pPr>
            <w:r>
              <w:rPr>
                <w:color w:val="222222"/>
                <w:sz w:val="20"/>
              </w:rPr>
              <w:t>which ye have profaned among the heathen, whither ye went.</w:t>
            </w:r>
          </w:p>
          <w:p w14:paraId="08EBF854" w14:textId="77777777" w:rsidR="00704495" w:rsidRDefault="00000000">
            <w:pPr>
              <w:pStyle w:val="Grace7Normal"/>
              <w:spacing w:after="60" w:line="240" w:lineRule="auto"/>
            </w:pPr>
            <w:r>
              <w:rPr>
                <w:color w:val="222222"/>
                <w:sz w:val="20"/>
              </w:rPr>
              <w:t>And I will sanctify my great name, which was profaned among the heathen...</w:t>
            </w:r>
          </w:p>
          <w:p w14:paraId="5FA26FED" w14:textId="77777777" w:rsidR="00704495" w:rsidRDefault="00000000">
            <w:pPr>
              <w:pStyle w:val="Grace7Normal"/>
              <w:spacing w:after="60" w:line="240" w:lineRule="auto"/>
            </w:pPr>
            <w:r>
              <w:rPr>
                <w:color w:val="222222"/>
                <w:sz w:val="20"/>
              </w:rPr>
              <w:t>and the heathen shall know that I am the LORD, saith the Lord GOD,</w:t>
            </w:r>
          </w:p>
          <w:p w14:paraId="75ACC6E3" w14:textId="77777777" w:rsidR="00704495" w:rsidRDefault="00000000">
            <w:pPr>
              <w:pStyle w:val="Grace7Normal"/>
              <w:spacing w:after="60" w:line="240" w:lineRule="auto"/>
            </w:pPr>
            <w:r>
              <w:rPr>
                <w:color w:val="222222"/>
                <w:sz w:val="20"/>
              </w:rPr>
              <w:t>when I shall be sanctified in you before their eyes.</w:t>
            </w:r>
          </w:p>
        </w:tc>
      </w:tr>
    </w:tbl>
    <w:p w14:paraId="22B3DB5A" w14:textId="77777777" w:rsidR="00704495" w:rsidRDefault="00704495">
      <w:pPr>
        <w:pStyle w:val="Grace7Normal"/>
        <w:spacing w:after="40"/>
      </w:pPr>
    </w:p>
    <w:p w14:paraId="68F2DB91" w14:textId="77777777" w:rsidR="00704495" w:rsidRDefault="00000000">
      <w:pPr>
        <w:pStyle w:val="Grace7BodyText"/>
      </w:pPr>
      <w:r>
        <w:t>Grace answers that problem. YHWH cleanses, gives a new heart, and puts His Spirit within His people so that His Name may be sanctified before the nations. Grace does not excuse misrepresentation. Grace restores representation.</w:t>
      </w:r>
    </w:p>
    <w:tbl>
      <w:tblPr>
        <w:tblW w:w="0" w:type="auto"/>
        <w:jc w:val="center"/>
        <w:tblLook w:val="04A0" w:firstRow="1" w:lastRow="0" w:firstColumn="1" w:lastColumn="0" w:noHBand="0" w:noVBand="1"/>
      </w:tblPr>
      <w:tblGrid>
        <w:gridCol w:w="10080"/>
      </w:tblGrid>
      <w:tr w:rsidR="00704495" w14:paraId="37AE583B"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47DE4A07" w14:textId="77777777" w:rsidR="00704495" w:rsidRDefault="00000000">
            <w:pPr>
              <w:pStyle w:val="Grace7Normal"/>
              <w:spacing w:after="80"/>
            </w:pPr>
            <w:r>
              <w:rPr>
                <w:b/>
                <w:i/>
                <w:color w:val="1F4E79"/>
                <w:sz w:val="21"/>
              </w:rPr>
              <w:lastRenderedPageBreak/>
              <w:t>Ezekiel 36:25–27</w:t>
            </w:r>
          </w:p>
          <w:p w14:paraId="35CACE27" w14:textId="77777777" w:rsidR="00704495" w:rsidRDefault="00000000">
            <w:pPr>
              <w:pStyle w:val="Grace7Normal"/>
              <w:spacing w:after="60" w:line="240" w:lineRule="auto"/>
            </w:pPr>
            <w:r>
              <w:rPr>
                <w:color w:val="222222"/>
                <w:sz w:val="20"/>
              </w:rPr>
              <w:t>Then will I sprinkle clean water upon you, and ye shall be clean:</w:t>
            </w:r>
          </w:p>
          <w:p w14:paraId="40537F51" w14:textId="77777777" w:rsidR="00704495" w:rsidRDefault="00000000">
            <w:pPr>
              <w:pStyle w:val="Grace7Normal"/>
              <w:spacing w:after="60" w:line="240" w:lineRule="auto"/>
            </w:pPr>
            <w:r>
              <w:rPr>
                <w:color w:val="222222"/>
                <w:sz w:val="20"/>
              </w:rPr>
              <w:t>from all your filthiness, and from all your idols, will I cleanse you.</w:t>
            </w:r>
          </w:p>
          <w:p w14:paraId="5E481566" w14:textId="77777777" w:rsidR="00704495" w:rsidRDefault="00000000">
            <w:pPr>
              <w:pStyle w:val="Grace7Normal"/>
              <w:spacing w:after="60" w:line="240" w:lineRule="auto"/>
            </w:pPr>
            <w:r>
              <w:rPr>
                <w:color w:val="222222"/>
                <w:sz w:val="20"/>
              </w:rPr>
              <w:t>A new heart also will I give you, and a new spirit will I put within you:</w:t>
            </w:r>
          </w:p>
          <w:p w14:paraId="0E69D521" w14:textId="77777777" w:rsidR="00704495" w:rsidRDefault="00000000">
            <w:pPr>
              <w:pStyle w:val="Grace7Normal"/>
              <w:spacing w:after="60" w:line="240" w:lineRule="auto"/>
            </w:pPr>
            <w:r>
              <w:rPr>
                <w:color w:val="222222"/>
                <w:sz w:val="20"/>
              </w:rPr>
              <w:t>and I will take away the stony heart out of your flesh,</w:t>
            </w:r>
          </w:p>
          <w:p w14:paraId="0D221C1F" w14:textId="77777777" w:rsidR="00704495" w:rsidRDefault="00000000">
            <w:pPr>
              <w:pStyle w:val="Grace7Normal"/>
              <w:spacing w:after="60" w:line="240" w:lineRule="auto"/>
            </w:pPr>
            <w:r>
              <w:rPr>
                <w:color w:val="222222"/>
                <w:sz w:val="20"/>
              </w:rPr>
              <w:t>and I will give you an heart of flesh.</w:t>
            </w:r>
          </w:p>
          <w:p w14:paraId="709D8F86" w14:textId="77777777" w:rsidR="00704495" w:rsidRDefault="00000000">
            <w:pPr>
              <w:pStyle w:val="Grace7Normal"/>
              <w:spacing w:after="60" w:line="240" w:lineRule="auto"/>
            </w:pPr>
            <w:r>
              <w:rPr>
                <w:color w:val="222222"/>
                <w:sz w:val="20"/>
              </w:rPr>
              <w:t>And I will put my spirit within you,</w:t>
            </w:r>
          </w:p>
          <w:p w14:paraId="679805B5" w14:textId="77777777" w:rsidR="00704495" w:rsidRDefault="00000000">
            <w:pPr>
              <w:pStyle w:val="Grace7Normal"/>
              <w:spacing w:after="60" w:line="240" w:lineRule="auto"/>
            </w:pPr>
            <w:r>
              <w:rPr>
                <w:color w:val="222222"/>
                <w:sz w:val="20"/>
              </w:rPr>
              <w:t>and cause you to walk in my statutes,</w:t>
            </w:r>
          </w:p>
          <w:p w14:paraId="4E1FDEAC" w14:textId="77777777" w:rsidR="00704495" w:rsidRDefault="00000000">
            <w:pPr>
              <w:pStyle w:val="Grace7Normal"/>
              <w:spacing w:after="60" w:line="240" w:lineRule="auto"/>
            </w:pPr>
            <w:r>
              <w:rPr>
                <w:color w:val="222222"/>
                <w:sz w:val="20"/>
              </w:rPr>
              <w:t>and ye shall keep my judgments, and do them.</w:t>
            </w:r>
          </w:p>
        </w:tc>
      </w:tr>
    </w:tbl>
    <w:p w14:paraId="367BB0EB" w14:textId="77777777" w:rsidR="00704495" w:rsidRDefault="00704495">
      <w:pPr>
        <w:pStyle w:val="Grace7Normal"/>
        <w:spacing w:after="40"/>
      </w:pPr>
    </w:p>
    <w:p w14:paraId="423EE6E9" w14:textId="77777777" w:rsidR="00704495" w:rsidRDefault="00000000">
      <w:pPr>
        <w:pStyle w:val="Grace7Heading1"/>
        <w:spacing w:before="240" w:after="80"/>
      </w:pPr>
      <w:r>
        <w:rPr>
          <w:rFonts w:ascii="Georgia" w:eastAsia="Georgia" w:hAnsi="Georgia"/>
        </w:rPr>
        <w:t>4. Grace Does Not Excuse Misrepresentation</w:t>
      </w:r>
    </w:p>
    <w:p w14:paraId="022D53B0" w14:textId="77777777" w:rsidR="00704495" w:rsidRDefault="00000000">
      <w:pPr>
        <w:pStyle w:val="Grace7BodyText"/>
      </w:pPr>
      <w:r>
        <w:t>Paul carries the same burden. The Name of God can be blasphemed among the Gentiles through those who claim to know Him while misrepresenting Him. Grace does not place holy language over an unchanged heart. That would only repeat the old problem of bearing the Name while distorting the character of the One whose Name is borne.</w:t>
      </w:r>
    </w:p>
    <w:tbl>
      <w:tblPr>
        <w:tblW w:w="0" w:type="auto"/>
        <w:jc w:val="center"/>
        <w:tblLook w:val="04A0" w:firstRow="1" w:lastRow="0" w:firstColumn="1" w:lastColumn="0" w:noHBand="0" w:noVBand="1"/>
      </w:tblPr>
      <w:tblGrid>
        <w:gridCol w:w="10080"/>
      </w:tblGrid>
      <w:tr w:rsidR="00704495" w14:paraId="3E847822"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1FF02EA7" w14:textId="77777777" w:rsidR="00704495" w:rsidRDefault="00000000">
            <w:pPr>
              <w:pStyle w:val="Grace7Normal"/>
              <w:spacing w:after="80"/>
            </w:pPr>
            <w:r>
              <w:rPr>
                <w:b/>
                <w:i/>
                <w:color w:val="1F4E79"/>
                <w:sz w:val="21"/>
              </w:rPr>
              <w:t>Romans 2:23–24</w:t>
            </w:r>
          </w:p>
          <w:p w14:paraId="5C3A7A7C" w14:textId="77777777" w:rsidR="00704495" w:rsidRDefault="00000000">
            <w:pPr>
              <w:pStyle w:val="Grace7Normal"/>
              <w:spacing w:after="60" w:line="240" w:lineRule="auto"/>
            </w:pPr>
            <w:r>
              <w:rPr>
                <w:color w:val="222222"/>
                <w:sz w:val="20"/>
              </w:rPr>
              <w:t>Thou that makest thy boast of the law, through breaking the law dishonourest thou God?</w:t>
            </w:r>
          </w:p>
          <w:p w14:paraId="4A79D245" w14:textId="77777777" w:rsidR="00704495" w:rsidRDefault="00000000">
            <w:pPr>
              <w:pStyle w:val="Grace7Normal"/>
              <w:spacing w:after="60" w:line="240" w:lineRule="auto"/>
            </w:pPr>
            <w:r>
              <w:rPr>
                <w:color w:val="222222"/>
                <w:sz w:val="20"/>
              </w:rPr>
              <w:t>For the name of God is blasphemed among the Gentiles through you, as it is written.</w:t>
            </w:r>
          </w:p>
        </w:tc>
      </w:tr>
    </w:tbl>
    <w:p w14:paraId="7B018CBC" w14:textId="77777777" w:rsidR="00704495" w:rsidRDefault="00704495">
      <w:pPr>
        <w:pStyle w:val="Grace7Normal"/>
        <w:spacing w:after="40"/>
      </w:pPr>
    </w:p>
    <w:p w14:paraId="05810714" w14:textId="77777777" w:rsidR="00704495" w:rsidRDefault="00000000">
      <w:pPr>
        <w:pStyle w:val="Grace7BodyText"/>
      </w:pPr>
      <w:r>
        <w:t>This also explains why Paul will not allow grace to become license. Grace is not permission to dwell in sin while claiming divine favor. Grace is the favor of God that brings the people who bear His Name into a life that displays His character.</w:t>
      </w:r>
    </w:p>
    <w:tbl>
      <w:tblPr>
        <w:tblW w:w="0" w:type="auto"/>
        <w:jc w:val="center"/>
        <w:tblLook w:val="04A0" w:firstRow="1" w:lastRow="0" w:firstColumn="1" w:lastColumn="0" w:noHBand="0" w:noVBand="1"/>
      </w:tblPr>
      <w:tblGrid>
        <w:gridCol w:w="10080"/>
      </w:tblGrid>
      <w:tr w:rsidR="00704495" w14:paraId="5B27C330"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41F94AA1" w14:textId="77777777" w:rsidR="00704495" w:rsidRDefault="00000000">
            <w:pPr>
              <w:pStyle w:val="Grace7Normal"/>
              <w:spacing w:after="80"/>
            </w:pPr>
            <w:r>
              <w:rPr>
                <w:b/>
                <w:i/>
                <w:color w:val="1F4E79"/>
                <w:sz w:val="21"/>
              </w:rPr>
              <w:t>Romans 6:1–2</w:t>
            </w:r>
          </w:p>
          <w:p w14:paraId="13B0DD74" w14:textId="77777777" w:rsidR="00704495" w:rsidRDefault="00000000">
            <w:pPr>
              <w:pStyle w:val="Grace7Normal"/>
              <w:spacing w:after="60" w:line="240" w:lineRule="auto"/>
            </w:pPr>
            <w:r>
              <w:rPr>
                <w:color w:val="222222"/>
                <w:sz w:val="20"/>
              </w:rPr>
              <w:t>What shall we say then? Shall we continue in sin, that grace may abound?</w:t>
            </w:r>
          </w:p>
          <w:p w14:paraId="032C7240" w14:textId="77777777" w:rsidR="00704495" w:rsidRDefault="00000000">
            <w:pPr>
              <w:pStyle w:val="Grace7Normal"/>
              <w:spacing w:after="60" w:line="240" w:lineRule="auto"/>
            </w:pPr>
            <w:r>
              <w:rPr>
                <w:color w:val="222222"/>
                <w:sz w:val="20"/>
              </w:rPr>
              <w:t>God forbid. How shall we, that are dead to sin, live any longer therein?</w:t>
            </w:r>
          </w:p>
        </w:tc>
      </w:tr>
    </w:tbl>
    <w:p w14:paraId="1F77DC49" w14:textId="77777777" w:rsidR="00704495" w:rsidRDefault="00704495">
      <w:pPr>
        <w:pStyle w:val="Grace7Normal"/>
        <w:spacing w:after="40"/>
      </w:pPr>
    </w:p>
    <w:p w14:paraId="544AB0D0" w14:textId="77777777" w:rsidR="00704495" w:rsidRDefault="00000000">
      <w:pPr>
        <w:pStyle w:val="Grace7BodyText"/>
      </w:pPr>
      <w:r>
        <w:t>Grace does not excuse sin or merely restrain behavior. Grace teaches, forms, and empowers love-shaped representation of God’s Name.</w:t>
      </w:r>
    </w:p>
    <w:tbl>
      <w:tblPr>
        <w:tblW w:w="0" w:type="auto"/>
        <w:jc w:val="center"/>
        <w:tblLook w:val="04A0" w:firstRow="1" w:lastRow="0" w:firstColumn="1" w:lastColumn="0" w:noHBand="0" w:noVBand="1"/>
      </w:tblPr>
      <w:tblGrid>
        <w:gridCol w:w="10080"/>
      </w:tblGrid>
      <w:tr w:rsidR="00704495" w14:paraId="7A06A73E"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506E02AA" w14:textId="77777777" w:rsidR="00704495" w:rsidRDefault="00000000">
            <w:pPr>
              <w:pStyle w:val="Grace7Normal"/>
              <w:spacing w:after="80"/>
            </w:pPr>
            <w:r>
              <w:rPr>
                <w:b/>
                <w:i/>
                <w:color w:val="1F4E79"/>
                <w:sz w:val="21"/>
              </w:rPr>
              <w:t>Titus 2:11–14</w:t>
            </w:r>
          </w:p>
          <w:p w14:paraId="27690B33" w14:textId="77777777" w:rsidR="00704495" w:rsidRDefault="00000000">
            <w:pPr>
              <w:pStyle w:val="Grace7Normal"/>
              <w:spacing w:after="60" w:line="240" w:lineRule="auto"/>
            </w:pPr>
            <w:r>
              <w:rPr>
                <w:color w:val="222222"/>
                <w:sz w:val="20"/>
              </w:rPr>
              <w:t>For the grace of God that bringeth salvation hath appeared to all men,</w:t>
            </w:r>
          </w:p>
          <w:p w14:paraId="03DF7C65" w14:textId="77777777" w:rsidR="00704495" w:rsidRDefault="00000000">
            <w:pPr>
              <w:pStyle w:val="Grace7Normal"/>
              <w:spacing w:after="60" w:line="240" w:lineRule="auto"/>
            </w:pPr>
            <w:r>
              <w:rPr>
                <w:color w:val="222222"/>
                <w:sz w:val="20"/>
              </w:rPr>
              <w:t>Teaching us that, denying ungodliness and worldly lusts,</w:t>
            </w:r>
          </w:p>
          <w:p w14:paraId="2FB3F281" w14:textId="77777777" w:rsidR="00704495" w:rsidRDefault="00000000">
            <w:pPr>
              <w:pStyle w:val="Grace7Normal"/>
              <w:spacing w:after="60" w:line="240" w:lineRule="auto"/>
            </w:pPr>
            <w:r>
              <w:rPr>
                <w:color w:val="222222"/>
                <w:sz w:val="20"/>
              </w:rPr>
              <w:t>we should live soberly, righteously, and godly, in this present world;</w:t>
            </w:r>
          </w:p>
          <w:p w14:paraId="256B011A" w14:textId="77777777" w:rsidR="00704495" w:rsidRDefault="00000000">
            <w:pPr>
              <w:pStyle w:val="Grace7Normal"/>
              <w:spacing w:after="60" w:line="240" w:lineRule="auto"/>
            </w:pPr>
            <w:r>
              <w:rPr>
                <w:color w:val="222222"/>
                <w:sz w:val="20"/>
              </w:rPr>
              <w:t>Looking for that blessed hope, and the glorious appearing of the great God and our Saviour Jesus Christ;</w:t>
            </w:r>
          </w:p>
          <w:p w14:paraId="15160BCE" w14:textId="77777777" w:rsidR="00704495" w:rsidRDefault="00000000">
            <w:pPr>
              <w:pStyle w:val="Grace7Normal"/>
              <w:spacing w:after="60" w:line="240" w:lineRule="auto"/>
            </w:pPr>
            <w:r>
              <w:rPr>
                <w:color w:val="222222"/>
                <w:sz w:val="20"/>
              </w:rPr>
              <w:t>Who gave himself for us, that he might redeem us from all iniquity,</w:t>
            </w:r>
          </w:p>
          <w:p w14:paraId="09CF8AA6" w14:textId="77777777" w:rsidR="00704495" w:rsidRDefault="00000000">
            <w:pPr>
              <w:pStyle w:val="Grace7Normal"/>
              <w:spacing w:after="60" w:line="240" w:lineRule="auto"/>
            </w:pPr>
            <w:r>
              <w:rPr>
                <w:color w:val="222222"/>
                <w:sz w:val="20"/>
              </w:rPr>
              <w:t>and purify unto himself a peculiar people, zealous of good works.</w:t>
            </w:r>
          </w:p>
        </w:tc>
      </w:tr>
    </w:tbl>
    <w:p w14:paraId="6C4AE46A" w14:textId="77777777" w:rsidR="00704495" w:rsidRDefault="00704495">
      <w:pPr>
        <w:pStyle w:val="Grace7Normal"/>
        <w:spacing w:after="40"/>
      </w:pPr>
    </w:p>
    <w:p w14:paraId="1029B01F" w14:textId="77777777" w:rsidR="00704495" w:rsidRDefault="00000000">
      <w:pPr>
        <w:pStyle w:val="Grace7Heading1"/>
        <w:spacing w:before="240" w:after="80"/>
      </w:pPr>
      <w:r>
        <w:rPr>
          <w:rFonts w:ascii="Georgia" w:eastAsia="Georgia" w:hAnsi="Georgia"/>
        </w:rPr>
        <w:t>5. Spirit-Formed Love and Self-Control</w:t>
      </w:r>
    </w:p>
    <w:p w14:paraId="2A56413F" w14:textId="77777777" w:rsidR="00704495" w:rsidRDefault="00000000">
      <w:pPr>
        <w:pStyle w:val="Grace7BodyText"/>
      </w:pPr>
      <w:r>
        <w:t>Grace does not merely restrain the old nature from the outside. Grace, by the Spirit, forms a new kind of life within the people who bear YHWH’s Name. The selfish nature that once curved inward is trained, corrected, and transformed toward love.</w:t>
      </w:r>
    </w:p>
    <w:p w14:paraId="4A11D944" w14:textId="77777777" w:rsidR="00704495" w:rsidRDefault="00000000">
      <w:pPr>
        <w:pStyle w:val="Grace7BodyText"/>
      </w:pPr>
      <w:r>
        <w:t>This is why self-control matters. It is not cold moralism. It is one of the fruits of the Spirit. The life of grace is participation with the Spirit, not mechanical box-checking, religious slogans, or church language placed over a dead interior.</w:t>
      </w:r>
    </w:p>
    <w:tbl>
      <w:tblPr>
        <w:tblW w:w="0" w:type="auto"/>
        <w:jc w:val="center"/>
        <w:tblLook w:val="04A0" w:firstRow="1" w:lastRow="0" w:firstColumn="1" w:lastColumn="0" w:noHBand="0" w:noVBand="1"/>
      </w:tblPr>
      <w:tblGrid>
        <w:gridCol w:w="10080"/>
      </w:tblGrid>
      <w:tr w:rsidR="00704495" w14:paraId="122BF556"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29C8D534" w14:textId="77777777" w:rsidR="00704495" w:rsidRDefault="00000000">
            <w:pPr>
              <w:pStyle w:val="Grace7Normal"/>
              <w:spacing w:after="80"/>
            </w:pPr>
            <w:r>
              <w:rPr>
                <w:b/>
                <w:i/>
                <w:color w:val="1F4E79"/>
                <w:sz w:val="21"/>
              </w:rPr>
              <w:lastRenderedPageBreak/>
              <w:t>Galatians 5:22–23</w:t>
            </w:r>
          </w:p>
          <w:p w14:paraId="18A7FB05" w14:textId="77777777" w:rsidR="00704495" w:rsidRDefault="00000000">
            <w:pPr>
              <w:pStyle w:val="Grace7Normal"/>
              <w:spacing w:after="60" w:line="240" w:lineRule="auto"/>
            </w:pPr>
            <w:r>
              <w:rPr>
                <w:color w:val="222222"/>
                <w:sz w:val="20"/>
              </w:rPr>
              <w:t>But the fruit of the Spirit is love, joy, peace, longsuffering, gentleness, goodness, faith,</w:t>
            </w:r>
          </w:p>
          <w:p w14:paraId="7F559B18" w14:textId="77777777" w:rsidR="00704495" w:rsidRDefault="00000000">
            <w:pPr>
              <w:pStyle w:val="Grace7Normal"/>
              <w:spacing w:after="60" w:line="240" w:lineRule="auto"/>
            </w:pPr>
            <w:r>
              <w:rPr>
                <w:color w:val="222222"/>
                <w:sz w:val="20"/>
              </w:rPr>
              <w:t>Meekness, temperance: against such there is no law.</w:t>
            </w:r>
          </w:p>
        </w:tc>
      </w:tr>
    </w:tbl>
    <w:p w14:paraId="3B6FA368" w14:textId="77777777" w:rsidR="00704495" w:rsidRDefault="00704495">
      <w:pPr>
        <w:pStyle w:val="Grace7Normal"/>
        <w:spacing w:after="40"/>
      </w:pPr>
    </w:p>
    <w:p w14:paraId="44DCAB57" w14:textId="77777777" w:rsidR="00704495" w:rsidRDefault="00000000">
      <w:pPr>
        <w:pStyle w:val="Grace7BodyText"/>
      </w:pPr>
      <w:r>
        <w:t>The goal is love. Jesus says the greatest commandment is to love the Lord thy God with all the heart, soul, and mind, and the second is like unto it: to love thy neighbour as thyself. Grace restores the human vocation so that the redeemed may love God, love others, represent His Name truthfully, and become a witness before the nations.</w:t>
      </w:r>
    </w:p>
    <w:tbl>
      <w:tblPr>
        <w:tblW w:w="0" w:type="auto"/>
        <w:jc w:val="center"/>
        <w:tblLook w:val="04A0" w:firstRow="1" w:lastRow="0" w:firstColumn="1" w:lastColumn="0" w:noHBand="0" w:noVBand="1"/>
      </w:tblPr>
      <w:tblGrid>
        <w:gridCol w:w="10080"/>
      </w:tblGrid>
      <w:tr w:rsidR="00704495" w14:paraId="56D0779A"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60A60B49" w14:textId="77777777" w:rsidR="00704495" w:rsidRDefault="00000000">
            <w:pPr>
              <w:pStyle w:val="Grace7Normal"/>
              <w:spacing w:after="80"/>
            </w:pPr>
            <w:r>
              <w:rPr>
                <w:b/>
                <w:i/>
                <w:color w:val="1F4E79"/>
                <w:sz w:val="21"/>
              </w:rPr>
              <w:t>Matthew 22:37–40</w:t>
            </w:r>
          </w:p>
          <w:p w14:paraId="5D0BD1D3" w14:textId="77777777" w:rsidR="00704495" w:rsidRDefault="00000000">
            <w:pPr>
              <w:pStyle w:val="Grace7Normal"/>
              <w:spacing w:after="60" w:line="240" w:lineRule="auto"/>
            </w:pPr>
            <w:r>
              <w:rPr>
                <w:color w:val="222222"/>
                <w:sz w:val="20"/>
              </w:rPr>
              <w:t>Jesus said unto him, Thou shalt love the Lord thy God with all thy heart,</w:t>
            </w:r>
          </w:p>
          <w:p w14:paraId="297D717B" w14:textId="77777777" w:rsidR="00704495" w:rsidRDefault="00000000">
            <w:pPr>
              <w:pStyle w:val="Grace7Normal"/>
              <w:spacing w:after="60" w:line="240" w:lineRule="auto"/>
            </w:pPr>
            <w:r>
              <w:rPr>
                <w:color w:val="222222"/>
                <w:sz w:val="20"/>
              </w:rPr>
              <w:t>and with all thy soul, and with all thy mind.</w:t>
            </w:r>
          </w:p>
          <w:p w14:paraId="4C774FC1" w14:textId="77777777" w:rsidR="00704495" w:rsidRDefault="00000000">
            <w:pPr>
              <w:pStyle w:val="Grace7Normal"/>
              <w:spacing w:after="60" w:line="240" w:lineRule="auto"/>
            </w:pPr>
            <w:r>
              <w:rPr>
                <w:color w:val="222222"/>
                <w:sz w:val="20"/>
              </w:rPr>
              <w:t>This is the first and great commandment.</w:t>
            </w:r>
          </w:p>
          <w:p w14:paraId="183B7150" w14:textId="77777777" w:rsidR="00704495" w:rsidRDefault="00000000">
            <w:pPr>
              <w:pStyle w:val="Grace7Normal"/>
              <w:spacing w:after="60" w:line="240" w:lineRule="auto"/>
            </w:pPr>
            <w:r>
              <w:rPr>
                <w:color w:val="222222"/>
                <w:sz w:val="20"/>
              </w:rPr>
              <w:t>And the second is like unto it, Thou shalt love thy neighbour as thyself.</w:t>
            </w:r>
          </w:p>
          <w:p w14:paraId="3B76C781" w14:textId="77777777" w:rsidR="00704495" w:rsidRDefault="00000000">
            <w:pPr>
              <w:pStyle w:val="Grace7Normal"/>
              <w:spacing w:after="60" w:line="240" w:lineRule="auto"/>
            </w:pPr>
            <w:r>
              <w:rPr>
                <w:color w:val="222222"/>
                <w:sz w:val="20"/>
              </w:rPr>
              <w:t>On these two commandments hang all the law and the prophets.</w:t>
            </w:r>
          </w:p>
        </w:tc>
      </w:tr>
    </w:tbl>
    <w:p w14:paraId="168943B0" w14:textId="77777777" w:rsidR="00704495" w:rsidRDefault="00704495">
      <w:pPr>
        <w:pStyle w:val="Grace7Normal"/>
        <w:spacing w:after="40"/>
      </w:pPr>
    </w:p>
    <w:tbl>
      <w:tblPr>
        <w:tblW w:w="0" w:type="auto"/>
        <w:jc w:val="center"/>
        <w:tblLook w:val="04A0" w:firstRow="1" w:lastRow="0" w:firstColumn="1" w:lastColumn="0" w:noHBand="0" w:noVBand="1"/>
      </w:tblPr>
      <w:tblGrid>
        <w:gridCol w:w="10080"/>
      </w:tblGrid>
      <w:tr w:rsidR="00704495" w14:paraId="3D502680"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2AF66A44" w14:textId="77777777" w:rsidR="00704495" w:rsidRDefault="00000000">
            <w:pPr>
              <w:pStyle w:val="Grace7Normal"/>
              <w:spacing w:after="80"/>
            </w:pPr>
            <w:r>
              <w:rPr>
                <w:b/>
                <w:i/>
                <w:color w:val="1F4E79"/>
                <w:sz w:val="21"/>
              </w:rPr>
              <w:t>Romans 12:1</w:t>
            </w:r>
          </w:p>
          <w:p w14:paraId="4A577670" w14:textId="77777777" w:rsidR="00704495" w:rsidRDefault="00000000">
            <w:pPr>
              <w:pStyle w:val="Grace7Normal"/>
              <w:spacing w:after="60" w:line="240" w:lineRule="auto"/>
            </w:pPr>
            <w:r>
              <w:rPr>
                <w:color w:val="222222"/>
                <w:sz w:val="20"/>
              </w:rPr>
              <w:t>I beseech you therefore, brethren, by the mercies of God,</w:t>
            </w:r>
          </w:p>
          <w:p w14:paraId="18678852" w14:textId="77777777" w:rsidR="00704495" w:rsidRDefault="00000000">
            <w:pPr>
              <w:pStyle w:val="Grace7Normal"/>
              <w:spacing w:after="60" w:line="240" w:lineRule="auto"/>
            </w:pPr>
            <w:r>
              <w:rPr>
                <w:color w:val="222222"/>
                <w:sz w:val="20"/>
              </w:rPr>
              <w:t>that ye present your bodies a living sacrifice, holy, acceptable unto God,</w:t>
            </w:r>
          </w:p>
          <w:p w14:paraId="56E57F44" w14:textId="77777777" w:rsidR="00704495" w:rsidRDefault="00000000">
            <w:pPr>
              <w:pStyle w:val="Grace7Normal"/>
              <w:spacing w:after="60" w:line="240" w:lineRule="auto"/>
            </w:pPr>
            <w:r>
              <w:rPr>
                <w:color w:val="222222"/>
                <w:sz w:val="20"/>
              </w:rPr>
              <w:t>which is your reasonable service.</w:t>
            </w:r>
          </w:p>
        </w:tc>
      </w:tr>
    </w:tbl>
    <w:p w14:paraId="46E1CB53" w14:textId="77777777" w:rsidR="00704495" w:rsidRDefault="00704495">
      <w:pPr>
        <w:pStyle w:val="Grace7Normal"/>
        <w:spacing w:after="40"/>
      </w:pPr>
    </w:p>
    <w:p w14:paraId="5F420C49" w14:textId="77777777" w:rsidR="00704495" w:rsidRDefault="00000000">
      <w:pPr>
        <w:pStyle w:val="Grace7Heading1"/>
        <w:spacing w:before="240" w:after="80"/>
      </w:pPr>
      <w:r>
        <w:rPr>
          <w:rFonts w:ascii="Georgia" w:eastAsia="Georgia" w:hAnsi="Georgia"/>
        </w:rPr>
        <w:t>6. The Church as the Display of Manifold Wisdom</w:t>
      </w:r>
    </w:p>
    <w:p w14:paraId="03DE4442" w14:textId="77777777" w:rsidR="00704495" w:rsidRDefault="00000000">
      <w:pPr>
        <w:pStyle w:val="Grace7BodyText"/>
      </w:pPr>
      <w:r>
        <w:t>The outward movement of grace reaches the Church. The Father is glorified in the Son, and through the Son a people are formed by the Spirit. That people become a visible witness before earth and heaven.</w:t>
      </w:r>
    </w:p>
    <w:tbl>
      <w:tblPr>
        <w:tblW w:w="0" w:type="auto"/>
        <w:jc w:val="center"/>
        <w:tblLook w:val="04A0" w:firstRow="1" w:lastRow="0" w:firstColumn="1" w:lastColumn="0" w:noHBand="0" w:noVBand="1"/>
      </w:tblPr>
      <w:tblGrid>
        <w:gridCol w:w="10080"/>
      </w:tblGrid>
      <w:tr w:rsidR="00704495" w14:paraId="395460D3"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00ED557F" w14:textId="77777777" w:rsidR="00704495" w:rsidRDefault="00000000">
            <w:pPr>
              <w:pStyle w:val="Grace7Normal"/>
              <w:spacing w:after="80"/>
            </w:pPr>
            <w:r>
              <w:rPr>
                <w:b/>
                <w:i/>
                <w:color w:val="1F4E79"/>
                <w:sz w:val="21"/>
              </w:rPr>
              <w:t>John 17:1–4</w:t>
            </w:r>
          </w:p>
          <w:p w14:paraId="2BF5A17C" w14:textId="77777777" w:rsidR="00704495" w:rsidRDefault="00000000">
            <w:pPr>
              <w:pStyle w:val="Grace7Normal"/>
              <w:spacing w:after="60" w:line="240" w:lineRule="auto"/>
            </w:pPr>
            <w:r>
              <w:rPr>
                <w:color w:val="222222"/>
                <w:sz w:val="20"/>
              </w:rPr>
              <w:t>These words spake Jesus, and lifted up his eyes to heaven, and said,</w:t>
            </w:r>
          </w:p>
          <w:p w14:paraId="0940DC4E" w14:textId="77777777" w:rsidR="00704495" w:rsidRDefault="00000000">
            <w:pPr>
              <w:pStyle w:val="Grace7Normal"/>
              <w:spacing w:after="60" w:line="240" w:lineRule="auto"/>
            </w:pPr>
            <w:r>
              <w:rPr>
                <w:color w:val="222222"/>
                <w:sz w:val="20"/>
              </w:rPr>
              <w:t>Father, the hour is come; glorify thy Son, that thy Son also may glorify thee:</w:t>
            </w:r>
          </w:p>
          <w:p w14:paraId="18505B8A" w14:textId="77777777" w:rsidR="00704495" w:rsidRDefault="00000000">
            <w:pPr>
              <w:pStyle w:val="Grace7Normal"/>
              <w:spacing w:after="60" w:line="240" w:lineRule="auto"/>
            </w:pPr>
            <w:r>
              <w:rPr>
                <w:color w:val="222222"/>
                <w:sz w:val="20"/>
              </w:rPr>
              <w:t>As thou hast given him power over all flesh, that he should give eternal life to as many as thou hast given him.</w:t>
            </w:r>
          </w:p>
          <w:p w14:paraId="5DD48BFE" w14:textId="77777777" w:rsidR="00704495" w:rsidRDefault="00000000">
            <w:pPr>
              <w:pStyle w:val="Grace7Normal"/>
              <w:spacing w:after="60" w:line="240" w:lineRule="auto"/>
            </w:pPr>
            <w:r>
              <w:rPr>
                <w:color w:val="222222"/>
                <w:sz w:val="20"/>
              </w:rPr>
              <w:t>And this is life eternal, that they might know thee the only true God,</w:t>
            </w:r>
          </w:p>
          <w:p w14:paraId="3E0B8313" w14:textId="77777777" w:rsidR="00704495" w:rsidRDefault="00000000">
            <w:pPr>
              <w:pStyle w:val="Grace7Normal"/>
              <w:spacing w:after="60" w:line="240" w:lineRule="auto"/>
            </w:pPr>
            <w:r>
              <w:rPr>
                <w:color w:val="222222"/>
                <w:sz w:val="20"/>
              </w:rPr>
              <w:t>and Jesus Christ, whom thou hast sent.</w:t>
            </w:r>
          </w:p>
          <w:p w14:paraId="5AB0525B" w14:textId="77777777" w:rsidR="00704495" w:rsidRDefault="00000000">
            <w:pPr>
              <w:pStyle w:val="Grace7Normal"/>
              <w:spacing w:after="60" w:line="240" w:lineRule="auto"/>
            </w:pPr>
            <w:r>
              <w:rPr>
                <w:color w:val="222222"/>
                <w:sz w:val="20"/>
              </w:rPr>
              <w:t>I have glorified thee on the earth: I have finished the work which thou gavest me to do.</w:t>
            </w:r>
          </w:p>
        </w:tc>
      </w:tr>
    </w:tbl>
    <w:p w14:paraId="75134A7A" w14:textId="77777777" w:rsidR="00704495" w:rsidRDefault="00704495">
      <w:pPr>
        <w:pStyle w:val="Grace7Normal"/>
        <w:spacing w:after="40"/>
      </w:pPr>
    </w:p>
    <w:p w14:paraId="001D23A2" w14:textId="77777777" w:rsidR="00704495" w:rsidRDefault="00000000">
      <w:pPr>
        <w:pStyle w:val="Grace7BodyText"/>
      </w:pPr>
      <w:r>
        <w:t>Paul says that through the Church the manifold wisdom of God is made known to the principalities and powers in heavenly places. The people formed by grace become a living demonstration of God’s wisdom.</w:t>
      </w:r>
    </w:p>
    <w:tbl>
      <w:tblPr>
        <w:tblW w:w="0" w:type="auto"/>
        <w:jc w:val="center"/>
        <w:tblLook w:val="04A0" w:firstRow="1" w:lastRow="0" w:firstColumn="1" w:lastColumn="0" w:noHBand="0" w:noVBand="1"/>
      </w:tblPr>
      <w:tblGrid>
        <w:gridCol w:w="10080"/>
      </w:tblGrid>
      <w:tr w:rsidR="00704495" w14:paraId="075AF20C"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78ECB452" w14:textId="77777777" w:rsidR="00704495" w:rsidRDefault="00000000">
            <w:pPr>
              <w:pStyle w:val="Grace7Normal"/>
              <w:spacing w:after="80"/>
            </w:pPr>
            <w:r>
              <w:rPr>
                <w:b/>
                <w:i/>
                <w:color w:val="1F4E79"/>
                <w:sz w:val="21"/>
              </w:rPr>
              <w:t>Ephesians 3:10–11</w:t>
            </w:r>
          </w:p>
          <w:p w14:paraId="2BCEB004" w14:textId="77777777" w:rsidR="00704495" w:rsidRDefault="00000000">
            <w:pPr>
              <w:pStyle w:val="Grace7Normal"/>
              <w:spacing w:after="60" w:line="240" w:lineRule="auto"/>
            </w:pPr>
            <w:r>
              <w:rPr>
                <w:color w:val="222222"/>
                <w:sz w:val="20"/>
              </w:rPr>
              <w:t>To the intent that now unto the principalities and powers in heavenly places</w:t>
            </w:r>
          </w:p>
          <w:p w14:paraId="334365D7" w14:textId="77777777" w:rsidR="00704495" w:rsidRDefault="00000000">
            <w:pPr>
              <w:pStyle w:val="Grace7Normal"/>
              <w:spacing w:after="60" w:line="240" w:lineRule="auto"/>
            </w:pPr>
            <w:r>
              <w:rPr>
                <w:color w:val="222222"/>
                <w:sz w:val="20"/>
              </w:rPr>
              <w:t>might be known by the church the manifold wisdom of God,</w:t>
            </w:r>
          </w:p>
          <w:p w14:paraId="3BA6C185" w14:textId="77777777" w:rsidR="00704495" w:rsidRDefault="00000000">
            <w:pPr>
              <w:pStyle w:val="Grace7Normal"/>
              <w:spacing w:after="60" w:line="240" w:lineRule="auto"/>
            </w:pPr>
            <w:r>
              <w:rPr>
                <w:color w:val="222222"/>
                <w:sz w:val="20"/>
              </w:rPr>
              <w:t>According to the eternal purpose which he purposed in Christ Jesus our Lord.</w:t>
            </w:r>
          </w:p>
        </w:tc>
      </w:tr>
    </w:tbl>
    <w:p w14:paraId="47046AF5" w14:textId="77777777" w:rsidR="00704495" w:rsidRDefault="00704495">
      <w:pPr>
        <w:pStyle w:val="Grace7Normal"/>
        <w:spacing w:after="40"/>
      </w:pPr>
    </w:p>
    <w:tbl>
      <w:tblPr>
        <w:tblW w:w="0" w:type="auto"/>
        <w:jc w:val="center"/>
        <w:tblLook w:val="04A0" w:firstRow="1" w:lastRow="0" w:firstColumn="1" w:lastColumn="0" w:noHBand="0" w:noVBand="1"/>
      </w:tblPr>
      <w:tblGrid>
        <w:gridCol w:w="10080"/>
      </w:tblGrid>
      <w:tr w:rsidR="00704495" w14:paraId="5D9FE396"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0F88267A" w14:textId="77777777" w:rsidR="00704495" w:rsidRDefault="00000000">
            <w:pPr>
              <w:pStyle w:val="Grace7Normal"/>
              <w:spacing w:after="80"/>
            </w:pPr>
            <w:r>
              <w:rPr>
                <w:b/>
                <w:i/>
                <w:color w:val="1F4E79"/>
                <w:sz w:val="21"/>
              </w:rPr>
              <w:t>1 Peter 2:9</w:t>
            </w:r>
          </w:p>
          <w:p w14:paraId="7538D841" w14:textId="77777777" w:rsidR="00704495" w:rsidRDefault="00000000">
            <w:pPr>
              <w:pStyle w:val="Grace7Normal"/>
              <w:spacing w:after="60" w:line="240" w:lineRule="auto"/>
            </w:pPr>
            <w:r>
              <w:rPr>
                <w:color w:val="222222"/>
                <w:sz w:val="20"/>
              </w:rPr>
              <w:t>But ye are a chosen generation, a royal priesthood, an holy nation, a peculiar people;</w:t>
            </w:r>
          </w:p>
          <w:p w14:paraId="20CD2FD3" w14:textId="77777777" w:rsidR="00704495" w:rsidRDefault="00000000">
            <w:pPr>
              <w:pStyle w:val="Grace7Normal"/>
              <w:spacing w:after="60" w:line="240" w:lineRule="auto"/>
            </w:pPr>
            <w:r>
              <w:rPr>
                <w:color w:val="222222"/>
                <w:sz w:val="20"/>
              </w:rPr>
              <w:t>that ye should shew forth the praises of him</w:t>
            </w:r>
          </w:p>
          <w:p w14:paraId="7AB06F04" w14:textId="77777777" w:rsidR="00704495" w:rsidRDefault="00000000">
            <w:pPr>
              <w:pStyle w:val="Grace7Normal"/>
              <w:spacing w:after="60" w:line="240" w:lineRule="auto"/>
            </w:pPr>
            <w:r>
              <w:rPr>
                <w:color w:val="222222"/>
                <w:sz w:val="20"/>
              </w:rPr>
              <w:t>who hath called you out of darkness into his marvellous light.</w:t>
            </w:r>
          </w:p>
        </w:tc>
      </w:tr>
    </w:tbl>
    <w:p w14:paraId="59EAEA80" w14:textId="77777777" w:rsidR="00704495" w:rsidRDefault="00704495">
      <w:pPr>
        <w:pStyle w:val="Grace7Normal"/>
        <w:spacing w:after="40"/>
      </w:pPr>
    </w:p>
    <w:tbl>
      <w:tblPr>
        <w:tblW w:w="0" w:type="auto"/>
        <w:jc w:val="center"/>
        <w:tblLook w:val="04A0" w:firstRow="1" w:lastRow="0" w:firstColumn="1" w:lastColumn="0" w:noHBand="0" w:noVBand="1"/>
      </w:tblPr>
      <w:tblGrid>
        <w:gridCol w:w="10080"/>
      </w:tblGrid>
      <w:tr w:rsidR="00704495" w14:paraId="2C18D8B9" w14:textId="77777777">
        <w:trPr>
          <w:cantSplit/>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Pr>
          <w:p w14:paraId="243317C1" w14:textId="77777777" w:rsidR="00704495" w:rsidRDefault="00000000">
            <w:pPr>
              <w:pStyle w:val="Grace7Normal"/>
              <w:spacing w:after="80"/>
            </w:pPr>
            <w:r>
              <w:rPr>
                <w:b/>
                <w:i/>
                <w:color w:val="1F4E79"/>
                <w:sz w:val="21"/>
              </w:rPr>
              <w:t>2 Corinthians 5:18–20</w:t>
            </w:r>
          </w:p>
          <w:p w14:paraId="57230620" w14:textId="77777777" w:rsidR="00704495" w:rsidRDefault="00000000">
            <w:pPr>
              <w:pStyle w:val="Grace7Normal"/>
              <w:spacing w:after="60" w:line="240" w:lineRule="auto"/>
            </w:pPr>
            <w:r>
              <w:rPr>
                <w:color w:val="222222"/>
                <w:sz w:val="20"/>
              </w:rPr>
              <w:t>And all things are of God, who hath reconciled us to himself by Jesus Christ,</w:t>
            </w:r>
          </w:p>
          <w:p w14:paraId="75AEF09C" w14:textId="77777777" w:rsidR="00704495" w:rsidRDefault="00000000">
            <w:pPr>
              <w:pStyle w:val="Grace7Normal"/>
              <w:spacing w:after="60" w:line="240" w:lineRule="auto"/>
            </w:pPr>
            <w:r>
              <w:rPr>
                <w:color w:val="222222"/>
                <w:sz w:val="20"/>
              </w:rPr>
              <w:t>and hath given to us the ministry of reconciliation;</w:t>
            </w:r>
          </w:p>
          <w:p w14:paraId="53517B98" w14:textId="77777777" w:rsidR="00704495" w:rsidRDefault="00000000">
            <w:pPr>
              <w:pStyle w:val="Grace7Normal"/>
              <w:spacing w:after="60" w:line="240" w:lineRule="auto"/>
            </w:pPr>
            <w:r>
              <w:rPr>
                <w:color w:val="222222"/>
                <w:sz w:val="20"/>
              </w:rPr>
              <w:t>To wit, that God was in Christ, reconciling the world unto himself,</w:t>
            </w:r>
          </w:p>
          <w:p w14:paraId="77FF57D9" w14:textId="77777777" w:rsidR="00704495" w:rsidRDefault="00000000">
            <w:pPr>
              <w:pStyle w:val="Grace7Normal"/>
              <w:spacing w:after="60" w:line="240" w:lineRule="auto"/>
            </w:pPr>
            <w:r>
              <w:rPr>
                <w:color w:val="222222"/>
                <w:sz w:val="20"/>
              </w:rPr>
              <w:t>not imputing their trespasses unto them;</w:t>
            </w:r>
          </w:p>
          <w:p w14:paraId="19DA13AD" w14:textId="77777777" w:rsidR="00704495" w:rsidRDefault="00000000">
            <w:pPr>
              <w:pStyle w:val="Grace7Normal"/>
              <w:spacing w:after="60" w:line="240" w:lineRule="auto"/>
            </w:pPr>
            <w:r>
              <w:rPr>
                <w:color w:val="222222"/>
                <w:sz w:val="20"/>
              </w:rPr>
              <w:t>and hath committed unto us the word of reconciliation.</w:t>
            </w:r>
          </w:p>
          <w:p w14:paraId="5E31806E" w14:textId="77777777" w:rsidR="00704495" w:rsidRDefault="00000000">
            <w:pPr>
              <w:pStyle w:val="Grace7Normal"/>
              <w:spacing w:after="60" w:line="240" w:lineRule="auto"/>
            </w:pPr>
            <w:r>
              <w:rPr>
                <w:color w:val="222222"/>
                <w:sz w:val="20"/>
              </w:rPr>
              <w:t>Now then we are ambassadors for Christ...</w:t>
            </w:r>
          </w:p>
        </w:tc>
      </w:tr>
    </w:tbl>
    <w:p w14:paraId="503F061A" w14:textId="77777777" w:rsidR="00704495" w:rsidRDefault="00704495">
      <w:pPr>
        <w:pStyle w:val="Grace7Normal"/>
        <w:spacing w:after="40"/>
      </w:pPr>
    </w:p>
    <w:p w14:paraId="1CD9E592" w14:textId="77777777" w:rsidR="00704495" w:rsidRDefault="00000000">
      <w:pPr>
        <w:pStyle w:val="Grace7BodyText"/>
      </w:pPr>
      <w:r>
        <w:t>This means grace is not merely God helping individuals survive hardship. Grace forms a people who bear His Name, proclaim His excellencies, minister reconciliation, exercise Spirit-formed love and self-control, and display His wisdom.</w:t>
      </w:r>
    </w:p>
    <w:p w14:paraId="6E48C882" w14:textId="77777777" w:rsidR="00704495" w:rsidRDefault="00000000">
      <w:pPr>
        <w:pStyle w:val="Grace7Heading1"/>
        <w:spacing w:before="240" w:after="80"/>
      </w:pPr>
      <w:r>
        <w:rPr>
          <w:rFonts w:ascii="Georgia" w:eastAsia="Georgia" w:hAnsi="Georgia"/>
        </w:rPr>
        <w:t>Build So Far</w:t>
      </w:r>
    </w:p>
    <w:p w14:paraId="79412573" w14:textId="77777777" w:rsidR="00704495" w:rsidRDefault="00000000">
      <w:pPr>
        <w:pStyle w:val="Grace7BodyText"/>
      </w:pPr>
      <w:r>
        <w:t>Grace received becomes witness carried. But because the people bear the Name, grace also restores the witness that sin distorted. YHWH gives His Spirit so His people may represent His Name truthfully before the nations, and so His manifold wisdom may be displayed through the Church.</w:t>
      </w:r>
    </w:p>
    <w:p w14:paraId="5346A14A" w14:textId="77777777" w:rsidR="00704495" w:rsidRDefault="00000000">
      <w:pPr>
        <w:pStyle w:val="Grace7Normal"/>
        <w:spacing w:after="120"/>
        <w:jc w:val="center"/>
      </w:pPr>
      <w:r>
        <w:rPr>
          <w:b/>
          <w:color w:val="1F4E79"/>
          <w:sz w:val="21"/>
        </w:rPr>
        <w:t>Blessed → Cleansed → Spirit Within → Name Represented → Nations Know → God Glorified</w:t>
      </w:r>
    </w:p>
    <w:p w14:paraId="57A67F1B" w14:textId="77777777" w:rsidR="00704495" w:rsidRDefault="00000000">
      <w:pPr>
        <w:pStyle w:val="Grace7BodyText"/>
        <w:sectPr w:rsidR="00704495" w:rsidSect="00034616">
          <w:headerReference w:type="default" r:id="rIdGrace7header"/>
          <w:footerReference w:type="default" r:id="rIdGrace7footer"/>
          <w:type w:val="nextPage"/>
          <w:pgSz w:w="12240" w:h="15840"/>
          <w:pgMar w:top="936" w:right="1080" w:bottom="936" w:left="1080" w:header="720" w:footer="720" w:gutter="0"/>
          <w:pgNumType w:start="1"/>
          <w:cols w:space="720"/>
          <w:docGrid w:linePitch="360"/>
        </w:sectPr>
      </w:pPr>
      <w:r>
        <w:t>YHWH blesses so His Name may be known. YHWH preserves so His promise may continue. YHWH gives grace so His glory may be revealed.</w:t>
      </w:r>
    </w:p>
    <w:p>
      <w:pPr>
        <w:pStyle w:val="Grace8Normal"/>
        <w:spacing w:after="40"/>
        <w:jc w:val="center"/>
      </w:pPr>
      <w:r>
        <w:rPr>
          <w:rFonts w:ascii="Georgia" w:hAnsi="Georgia" w:eastAsia="Georgia"/>
          <w:b/>
          <w:color w:val="1F4E79"/>
          <w:sz w:val="36"/>
        </w:rPr>
        <w:t>GRACE TO GLORIFICATION</w:t>
      </w:r>
    </w:p>
    <w:p>
      <w:pPr>
        <w:pStyle w:val="Grace8Normal"/>
        <w:spacing w:after="0"/>
        <w:jc w:val="center"/>
      </w:pPr>
      <w:r>
        <w:rPr>
          <w:rFonts w:ascii="Georgia" w:hAnsi="Georgia" w:eastAsia="Georgia"/>
          <w:b w:val="0"/>
          <w:color w:val="444444"/>
          <w:sz w:val="28"/>
        </w:rPr>
        <w:t>Part Eight</w:t>
      </w:r>
    </w:p>
    <w:p>
      <w:pPr>
        <w:pStyle w:val="Grace8Normal"/>
        <w:spacing w:after="40"/>
        <w:jc w:val="center"/>
      </w:pPr>
      <w:r>
        <w:rPr>
          <w:rFonts w:ascii="Georgia" w:hAnsi="Georgia" w:eastAsia="Georgia"/>
          <w:b/>
          <w:color w:val="1F4E79"/>
          <w:sz w:val="40"/>
        </w:rPr>
        <w:t>Daily Grace, the Lord’s Prayer, and Life Under the Name</w:t>
      </w:r>
    </w:p>
    <w:p>
      <w:pPr>
        <w:pStyle w:val="Grace8Normal"/>
        <w:spacing w:after="200"/>
        <w:jc w:val="center"/>
      </w:pPr>
      <w:r>
        <w:rPr>
          <w:rFonts w:ascii="Georgia" w:hAnsi="Georgia" w:eastAsia="Georgia"/>
          <w:b w:val="0"/>
          <w:color w:val="5B5B5B"/>
          <w:sz w:val="22"/>
        </w:rPr>
        <w:t>Grace Meets the Daily Need and Carries Daily Life Toward Eternal Purpose</w:t>
      </w:r>
    </w:p>
    <w:p>
      <w:pPr>
        <w:pStyle w:val="Grace8BodyText"/>
        <w:spacing w:after="120" w:line="259" w:lineRule="auto"/>
      </w:pPr>
      <w:r>
        <w:rPr>
          <w:rFonts w:ascii="Georgia" w:hAnsi="Georgia" w:eastAsia="Georgia"/>
          <w:sz w:val="22"/>
        </w:rPr>
        <w:t>Part Seven showed that grace received becomes witness carried. YHWH does not place His Name upon a people so they may misrepresent Him. Grace restores representation by the Spirit, forming a people who love God, love neighbor, and bear His Name truthfully before the nations.</w:t>
      </w:r>
    </w:p>
    <w:p>
      <w:pPr>
        <w:pStyle w:val="Grace8BodyText"/>
        <w:spacing w:after="120" w:line="259" w:lineRule="auto"/>
      </w:pPr>
      <w:r>
        <w:rPr>
          <w:rFonts w:ascii="Georgia" w:hAnsi="Georgia" w:eastAsia="Georgia"/>
          <w:sz w:val="22"/>
        </w:rPr>
        <w:t>Part Eight brings the same movement into ordinary days. Grace is not only seen in covenant, priesthood, atonement, and glory. Grace is also daily. But daily grace must remain inside the larger biblical order: the Father, the Name, the kingdom, the will of God, forgiveness, deliverance, and glory.</w:t>
      </w:r>
    </w:p>
    <w:tbl>
      <w:tblPr>
        <w:tblW w:type="auto" w:w="0"/>
        <w:jc w:val="center"/>
        <w:tblLook w:firstColumn="1" w:firstRow="1" w:lastColumn="0" w:lastRow="0" w:noHBand="0" w:noVBand="1" w:val="04A0"/>
      </w:tblPr>
      <w:tblGrid>
        <w:gridCol w:w="10080"/>
      </w:tblGrid>
      <w:tr>
        <w:tc>
          <w:tcPr>
            <w:tcW w:type="dxa" w:w="10080"/>
            <w:shd w:fill="F3F7FB"/>
            <w:tcBorders>
              <w:top w:val="single" w:sz="6" w:space="0" w:color="8EAADB"/>
              <w:left w:val="single" w:sz="6" w:space="0" w:color="8EAADB"/>
              <w:bottom w:val="single" w:sz="6" w:space="0" w:color="8EAADB"/>
              <w:right w:val="single" w:sz="6" w:space="0" w:color="8EAADB"/>
            </w:tcBorders>
            <w:tcMar>
              <w:top w:w="100" w:type="dxa"/>
              <w:start w:w="160" w:type="dxa"/>
              <w:bottom w:w="100" w:type="dxa"/>
              <w:end w:w="160" w:type="dxa"/>
            </w:tcMar>
          </w:tcPr>
          <w:p>
            <w:pPr>
              <w:pStyle w:val="Grace8Normal"/>
              <w:spacing w:after="0"/>
              <w:jc w:val="center"/>
            </w:pPr>
            <w:r/>
            <w:r>
              <w:rPr>
                <w:rFonts w:ascii="Georgia" w:hAnsi="Georgia" w:eastAsia="Georgia"/>
                <w:b/>
                <w:color w:val="1F4E79"/>
                <w:sz w:val="22"/>
              </w:rPr>
              <w:t>Name → Kingdom → Will → Daily Bread → Forgiveness → Deliverance → Glory</w:t>
            </w:r>
          </w:p>
        </w:tc>
      </w:tr>
    </w:tbl>
    <w:p>
      <w:pPr>
        <w:pStyle w:val="Grace8Normal"/>
        <w:spacing w:after="40"/>
      </w:pPr>
    </w:p>
    <w:p>
      <w:pPr>
        <w:pStyle w:val="Grace8Heading1"/>
        <w:spacing w:before="200" w:after="80"/>
      </w:pPr>
      <w:r>
        <w:rPr>
          <w:rFonts w:ascii="Georgia" w:hAnsi="Georgia" w:eastAsia="Georgia"/>
          <w:b/>
          <w:color w:val="1F4E79"/>
          <w:sz w:val="32"/>
        </w:rPr>
        <w:t>1. Daily Bread in Its Proper Order</w:t>
      </w:r>
    </w:p>
    <w:p>
      <w:pPr>
        <w:pStyle w:val="Grace8BodyText"/>
        <w:spacing w:after="120" w:line="259" w:lineRule="auto"/>
      </w:pPr>
      <w:r>
        <w:rPr>
          <w:rFonts w:ascii="Georgia" w:hAnsi="Georgia" w:eastAsia="Georgia"/>
          <w:sz w:val="22"/>
        </w:rPr>
        <w:t>When Jesus teaches His disciples to pray, He does not begin with daily bread. He begins with the Father, the Name, the kingdom, and the will of God. Only after these are placed first does the prayer turn to daily provision.</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val="single" w:sz="8" w:space="0" w:color="5B9BD5"/>
              <w:left w:val="single" w:sz="8" w:space="0" w:color="5B9BD5"/>
              <w:bottom w:val="single" w:sz="8" w:space="0" w:color="5B9BD5"/>
              <w:right w:val="single" w:sz="8" w:space="0" w:color="5B9BD5"/>
            </w:tcBorders>
            <w:tcMar>
              <w:top w:w="120" w:type="dxa"/>
              <w:start w:w="160" w:type="dxa"/>
              <w:bottom w:w="120" w:type="dxa"/>
              <w:end w:w="160" w:type="dxa"/>
            </w:tcMar>
          </w:tcPr>
          <w:p>
            <w:pPr>
              <w:pStyle w:val="Grace8Normal"/>
              <w:spacing w:after="80"/>
            </w:pPr>
            <w:r/>
            <w:r>
              <w:rPr>
                <w:rFonts w:ascii="Georgia" w:hAnsi="Georgia" w:eastAsia="Georgia"/>
                <w:b/>
                <w:i/>
                <w:color w:val="1F4E79"/>
                <w:sz w:val="21"/>
              </w:rPr>
              <w:t>Matthew 6:9–13</w:t>
            </w:r>
          </w:p>
          <w:p>
            <w:pPr>
              <w:pStyle w:val="Grace8Normal"/>
              <w:spacing w:after="40"/>
            </w:pPr>
            <w:r>
              <w:rPr>
                <w:rFonts w:ascii="Georgia" w:hAnsi="Georgia" w:eastAsia="Georgia"/>
                <w:color w:val="000000"/>
                <w:sz w:val="21"/>
              </w:rPr>
              <w:t>After this manner therefore pray ye:</w:t>
            </w:r>
          </w:p>
          <w:p>
            <w:pPr>
              <w:pStyle w:val="Grace8Normal"/>
              <w:spacing w:after="40"/>
            </w:pPr>
            <w:r>
              <w:rPr>
                <w:rFonts w:ascii="Georgia" w:hAnsi="Georgia" w:eastAsia="Georgia"/>
                <w:color w:val="000000"/>
                <w:sz w:val="21"/>
              </w:rPr>
              <w:t>Our Father which art in heaven, Hallowed be thy name.</w:t>
            </w:r>
          </w:p>
          <w:p>
            <w:pPr>
              <w:pStyle w:val="Grace8Normal"/>
              <w:spacing w:after="40"/>
            </w:pPr>
            <w:r>
              <w:rPr>
                <w:rFonts w:ascii="Georgia" w:hAnsi="Georgia" w:eastAsia="Georgia"/>
                <w:color w:val="000000"/>
                <w:sz w:val="21"/>
              </w:rPr>
              <w:t>Thy kingdom come. Thy will be done in earth, as it is in heaven.</w:t>
            </w:r>
          </w:p>
          <w:p>
            <w:pPr>
              <w:pStyle w:val="Grace8Normal"/>
              <w:spacing w:after="40"/>
            </w:pPr>
            <w:r>
              <w:rPr>
                <w:rFonts w:ascii="Georgia" w:hAnsi="Georgia" w:eastAsia="Georgia"/>
                <w:color w:val="000000"/>
                <w:sz w:val="21"/>
              </w:rPr>
              <w:t>Give us this day our daily bread.</w:t>
            </w:r>
          </w:p>
          <w:p>
            <w:pPr>
              <w:pStyle w:val="Grace8Normal"/>
              <w:spacing w:after="40"/>
            </w:pPr>
            <w:r>
              <w:rPr>
                <w:rFonts w:ascii="Georgia" w:hAnsi="Georgia" w:eastAsia="Georgia"/>
                <w:color w:val="000000"/>
                <w:sz w:val="21"/>
              </w:rPr>
              <w:t>And forgive us our debts, as we forgive our debtors.</w:t>
            </w:r>
          </w:p>
          <w:p>
            <w:pPr>
              <w:pStyle w:val="Grace8Normal"/>
              <w:spacing w:after="40"/>
            </w:pPr>
            <w:r>
              <w:rPr>
                <w:rFonts w:ascii="Georgia" w:hAnsi="Georgia" w:eastAsia="Georgia"/>
                <w:color w:val="000000"/>
                <w:sz w:val="21"/>
              </w:rPr>
              <w:t>And lead us not into temptation, but deliver us from evil:</w:t>
            </w:r>
          </w:p>
          <w:p>
            <w:pPr>
              <w:pStyle w:val="Grace8Normal"/>
              <w:spacing w:after="40"/>
            </w:pPr>
            <w:r>
              <w:rPr>
                <w:rFonts w:ascii="Georgia" w:hAnsi="Georgia" w:eastAsia="Georgia"/>
                <w:color w:val="000000"/>
                <w:sz w:val="21"/>
              </w:rPr>
              <w:t>For thine is the kingdom, and the power, and the glory, for ever. Amen.</w:t>
            </w:r>
          </w:p>
        </w:tc>
      </w:tr>
    </w:tbl>
    <w:p>
      <w:pPr>
        <w:pStyle w:val="Grace8Normal"/>
        <w:spacing w:after="60"/>
      </w:pPr>
    </w:p>
    <w:p>
      <w:pPr>
        <w:pStyle w:val="Grace8BodyText"/>
        <w:spacing w:after="120" w:line="259" w:lineRule="auto"/>
      </w:pPr>
      <w:r>
        <w:rPr>
          <w:rFonts w:ascii="Georgia" w:hAnsi="Georgia" w:eastAsia="Georgia"/>
          <w:sz w:val="22"/>
        </w:rPr>
        <w:t>This order matters. Daily bread is real, but it is not first. Daily provision belongs inside the hallowing of the Father’s Name, the coming of His kingdom, the doing of His will on earth, and the final confession of His power and glory.</w:t>
      </w:r>
    </w:p>
    <w:p>
      <w:pPr>
        <w:pStyle w:val="Grace8BodyText"/>
        <w:spacing w:after="120" w:line="259" w:lineRule="auto"/>
      </w:pPr>
      <w:r>
        <w:rPr>
          <w:rFonts w:ascii="Georgia" w:hAnsi="Georgia" w:eastAsia="Georgia"/>
          <w:sz w:val="22"/>
        </w:rPr>
        <w:t>Daily grace therefore cannot be reduced to God helping the life already imagined. It is the Father sustaining His children as they live under His Name and seek His kingdom in the ordinary needs of the day.</w:t>
      </w:r>
    </w:p>
    <w:p>
      <w:pPr>
        <w:pStyle w:val="Grace8Heading1"/>
        <w:spacing w:before="200" w:after="80"/>
      </w:pPr>
      <w:r>
        <w:rPr>
          <w:rFonts w:ascii="Georgia" w:hAnsi="Georgia" w:eastAsia="Georgia"/>
          <w:b/>
          <w:color w:val="1F4E79"/>
          <w:sz w:val="32"/>
        </w:rPr>
        <w:t>2. Manna and the God Who Provides Daily</w:t>
      </w:r>
    </w:p>
    <w:p>
      <w:pPr>
        <w:pStyle w:val="Grace8BodyText"/>
        <w:spacing w:after="120" w:line="259" w:lineRule="auto"/>
      </w:pPr>
      <w:r>
        <w:rPr>
          <w:rFonts w:ascii="Georgia" w:hAnsi="Georgia" w:eastAsia="Georgia"/>
          <w:sz w:val="22"/>
        </w:rPr>
        <w:t>Israel already knew this pattern in the wilderness. YHWH gave bread from heaven, but the bread was not merely food. It trained daily dependence. It taught Israel that provision came from YHWH, and that they were to gather according to His word.</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val="single" w:sz="8" w:space="0" w:color="5B9BD5"/>
              <w:left w:val="single" w:sz="8" w:space="0" w:color="5B9BD5"/>
              <w:bottom w:val="single" w:sz="8" w:space="0" w:color="5B9BD5"/>
              <w:right w:val="single" w:sz="8" w:space="0" w:color="5B9BD5"/>
            </w:tcBorders>
            <w:tcMar>
              <w:top w:w="120" w:type="dxa"/>
              <w:start w:w="160" w:type="dxa"/>
              <w:bottom w:w="120" w:type="dxa"/>
              <w:end w:w="160" w:type="dxa"/>
            </w:tcMar>
          </w:tcPr>
          <w:p>
            <w:pPr>
              <w:pStyle w:val="Grace8Normal"/>
              <w:spacing w:after="80"/>
            </w:pPr>
            <w:r/>
            <w:r>
              <w:rPr>
                <w:rFonts w:ascii="Georgia" w:hAnsi="Georgia" w:eastAsia="Georgia"/>
                <w:b/>
                <w:i/>
                <w:color w:val="1F4E79"/>
                <w:sz w:val="21"/>
              </w:rPr>
              <w:t>Exodus 16:4, 12</w:t>
            </w:r>
          </w:p>
          <w:p>
            <w:pPr>
              <w:pStyle w:val="Grace8Normal"/>
              <w:spacing w:after="40"/>
            </w:pPr>
            <w:r>
              <w:rPr>
                <w:rFonts w:ascii="Georgia" w:hAnsi="Georgia" w:eastAsia="Georgia"/>
                <w:color w:val="000000"/>
                <w:sz w:val="21"/>
              </w:rPr>
              <w:t>Then said the LORD unto Moses, Behold, I will rain bread from heaven for you;</w:t>
            </w:r>
          </w:p>
          <w:p>
            <w:pPr>
              <w:pStyle w:val="Grace8Normal"/>
              <w:spacing w:after="40"/>
            </w:pPr>
            <w:r>
              <w:rPr>
                <w:rFonts w:ascii="Georgia" w:hAnsi="Georgia" w:eastAsia="Georgia"/>
                <w:color w:val="000000"/>
                <w:sz w:val="21"/>
              </w:rPr>
              <w:t>and the people shall go out and gather a certain rate every day,</w:t>
            </w:r>
          </w:p>
          <w:p>
            <w:pPr>
              <w:pStyle w:val="Grace8Normal"/>
              <w:spacing w:after="40"/>
            </w:pPr>
            <w:r>
              <w:rPr>
                <w:rFonts w:ascii="Georgia" w:hAnsi="Georgia" w:eastAsia="Georgia"/>
                <w:color w:val="000000"/>
                <w:sz w:val="21"/>
              </w:rPr>
              <w:t>that I may prove them, whether they will walk in my law, or no.</w:t>
            </w:r>
          </w:p>
          <w:p>
            <w:pPr>
              <w:pStyle w:val="Grace8Normal"/>
              <w:spacing w:after="40"/>
            </w:pPr>
            <w:r>
              <w:rPr>
                <w:rFonts w:ascii="Georgia" w:hAnsi="Georgia" w:eastAsia="Georgia"/>
                <w:color w:val="000000"/>
                <w:sz w:val="21"/>
              </w:rPr>
            </w:r>
          </w:p>
          <w:p>
            <w:pPr>
              <w:pStyle w:val="Grace8Normal"/>
              <w:spacing w:after="40"/>
            </w:pPr>
            <w:r>
              <w:rPr>
                <w:rFonts w:ascii="Georgia" w:hAnsi="Georgia" w:eastAsia="Georgia"/>
                <w:color w:val="000000"/>
                <w:sz w:val="21"/>
              </w:rPr>
              <w:t>I have heard the murmurings of the children of Israel: speak unto them, saying,</w:t>
            </w:r>
          </w:p>
          <w:p>
            <w:pPr>
              <w:pStyle w:val="Grace8Normal"/>
              <w:spacing w:after="40"/>
            </w:pPr>
            <w:r>
              <w:rPr>
                <w:rFonts w:ascii="Georgia" w:hAnsi="Georgia" w:eastAsia="Georgia"/>
                <w:color w:val="000000"/>
                <w:sz w:val="21"/>
              </w:rPr>
              <w:t>At even ye shall eat flesh, and in the morning ye shall be filled with bread;</w:t>
            </w:r>
          </w:p>
          <w:p>
            <w:pPr>
              <w:pStyle w:val="Grace8Normal"/>
              <w:spacing w:after="40"/>
            </w:pPr>
            <w:r>
              <w:rPr>
                <w:rFonts w:ascii="Georgia" w:hAnsi="Georgia" w:eastAsia="Georgia"/>
                <w:color w:val="000000"/>
                <w:sz w:val="21"/>
              </w:rPr>
              <w:t>and ye shall know that I am the LORD your God.</w:t>
            </w:r>
          </w:p>
        </w:tc>
      </w:tr>
    </w:tbl>
    <w:p>
      <w:pPr>
        <w:pStyle w:val="Grace8Normal"/>
        <w:spacing w:after="60"/>
      </w:pPr>
    </w:p>
    <w:p>
      <w:pPr>
        <w:pStyle w:val="Grace8BodyText"/>
        <w:spacing w:after="120" w:line="259" w:lineRule="auto"/>
      </w:pPr>
      <w:r>
        <w:rPr>
          <w:rFonts w:ascii="Georgia" w:hAnsi="Georgia" w:eastAsia="Georgia"/>
          <w:sz w:val="22"/>
        </w:rPr>
        <w:t>Even daily bread carries revelation. YHWH provides so the people may know Him. The gift is not detached from the Giver. The provision is not detached from the word, the walk, or the Name.</w:t>
      </w:r>
    </w:p>
    <w:p>
      <w:pPr>
        <w:pStyle w:val="Grace8Heading1"/>
        <w:spacing w:before="200" w:after="80"/>
      </w:pPr>
      <w:r>
        <w:rPr>
          <w:rFonts w:ascii="Georgia" w:hAnsi="Georgia" w:eastAsia="Georgia"/>
          <w:b/>
          <w:color w:val="1F4E79"/>
          <w:sz w:val="32"/>
        </w:rPr>
        <w:t>3. David’s Shepherding Grace</w:t>
      </w:r>
    </w:p>
    <w:p>
      <w:pPr>
        <w:pStyle w:val="Grace8BodyText"/>
        <w:spacing w:after="120" w:line="259" w:lineRule="auto"/>
      </w:pPr>
      <w:r>
        <w:rPr>
          <w:rFonts w:ascii="Georgia" w:hAnsi="Georgia" w:eastAsia="Georgia"/>
          <w:sz w:val="22"/>
        </w:rPr>
        <w:t>David also knew daily grace as shepherding care. The LORD is not only the God of dramatic deliverance. He leads, restores, guides, protects, prepares a table, anoints, and causes goodness and mercy to follow.</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val="single" w:sz="8" w:space="0" w:color="5B9BD5"/>
              <w:left w:val="single" w:sz="8" w:space="0" w:color="5B9BD5"/>
              <w:bottom w:val="single" w:sz="8" w:space="0" w:color="5B9BD5"/>
              <w:right w:val="single" w:sz="8" w:space="0" w:color="5B9BD5"/>
            </w:tcBorders>
            <w:tcMar>
              <w:top w:w="120" w:type="dxa"/>
              <w:start w:w="160" w:type="dxa"/>
              <w:bottom w:w="120" w:type="dxa"/>
              <w:end w:w="160" w:type="dxa"/>
            </w:tcMar>
          </w:tcPr>
          <w:p>
            <w:pPr>
              <w:pStyle w:val="Grace8Normal"/>
              <w:spacing w:after="80"/>
            </w:pPr>
            <w:r/>
            <w:r>
              <w:rPr>
                <w:rFonts w:ascii="Georgia" w:hAnsi="Georgia" w:eastAsia="Georgia"/>
                <w:b/>
                <w:i/>
                <w:color w:val="1F4E79"/>
                <w:sz w:val="21"/>
              </w:rPr>
              <w:t>Psalm 23:1–6</w:t>
            </w:r>
          </w:p>
          <w:p>
            <w:pPr>
              <w:pStyle w:val="Grace8Normal"/>
              <w:spacing w:after="40"/>
            </w:pPr>
            <w:r>
              <w:rPr>
                <w:rFonts w:ascii="Georgia" w:hAnsi="Georgia" w:eastAsia="Georgia"/>
                <w:color w:val="000000"/>
                <w:sz w:val="21"/>
              </w:rPr>
              <w:t>The LORD is my shepherd; I shall not want.</w:t>
            </w:r>
          </w:p>
          <w:p>
            <w:pPr>
              <w:pStyle w:val="Grace8Normal"/>
              <w:spacing w:after="40"/>
            </w:pPr>
            <w:r>
              <w:rPr>
                <w:rFonts w:ascii="Georgia" w:hAnsi="Georgia" w:eastAsia="Georgia"/>
                <w:color w:val="000000"/>
                <w:sz w:val="21"/>
              </w:rPr>
              <w:t>He maketh me to lie down in green pastures:</w:t>
            </w:r>
          </w:p>
          <w:p>
            <w:pPr>
              <w:pStyle w:val="Grace8Normal"/>
              <w:spacing w:after="40"/>
            </w:pPr>
            <w:r>
              <w:rPr>
                <w:rFonts w:ascii="Georgia" w:hAnsi="Georgia" w:eastAsia="Georgia"/>
                <w:color w:val="000000"/>
                <w:sz w:val="21"/>
              </w:rPr>
              <w:t>he leadeth me beside the still waters.</w:t>
            </w:r>
          </w:p>
          <w:p>
            <w:pPr>
              <w:pStyle w:val="Grace8Normal"/>
              <w:spacing w:after="40"/>
            </w:pPr>
            <w:r>
              <w:rPr>
                <w:rFonts w:ascii="Georgia" w:hAnsi="Georgia" w:eastAsia="Georgia"/>
                <w:color w:val="000000"/>
                <w:sz w:val="21"/>
              </w:rPr>
              <w:t>He restoreth my soul:</w:t>
            </w:r>
          </w:p>
          <w:p>
            <w:pPr>
              <w:pStyle w:val="Grace8Normal"/>
              <w:spacing w:after="40"/>
            </w:pPr>
            <w:r>
              <w:rPr>
                <w:rFonts w:ascii="Georgia" w:hAnsi="Georgia" w:eastAsia="Georgia"/>
                <w:color w:val="000000"/>
                <w:sz w:val="21"/>
              </w:rPr>
              <w:t>he leadeth me in the paths of righteousness for his name’s sake.</w:t>
            </w:r>
          </w:p>
          <w:p>
            <w:pPr>
              <w:pStyle w:val="Grace8Normal"/>
              <w:spacing w:after="40"/>
            </w:pPr>
            <w:r>
              <w:rPr>
                <w:rFonts w:ascii="Georgia" w:hAnsi="Georgia" w:eastAsia="Georgia"/>
                <w:color w:val="000000"/>
                <w:sz w:val="21"/>
              </w:rPr>
              <w:t>Yea, though I walk through the valley of the shadow of death, I will fear no evil:</w:t>
            </w:r>
          </w:p>
          <w:p>
            <w:pPr>
              <w:pStyle w:val="Grace8Normal"/>
              <w:spacing w:after="40"/>
            </w:pPr>
            <w:r>
              <w:rPr>
                <w:rFonts w:ascii="Georgia" w:hAnsi="Georgia" w:eastAsia="Georgia"/>
                <w:color w:val="000000"/>
                <w:sz w:val="21"/>
              </w:rPr>
              <w:t>for thou art with me; thy rod and thy staff they comfort me.</w:t>
            </w:r>
          </w:p>
          <w:p>
            <w:pPr>
              <w:pStyle w:val="Grace8Normal"/>
              <w:spacing w:after="40"/>
            </w:pPr>
            <w:r>
              <w:rPr>
                <w:rFonts w:ascii="Georgia" w:hAnsi="Georgia" w:eastAsia="Georgia"/>
                <w:color w:val="000000"/>
                <w:sz w:val="21"/>
              </w:rPr>
              <w:t>Thou preparest a table before me in the presence of mine enemies:</w:t>
            </w:r>
          </w:p>
          <w:p>
            <w:pPr>
              <w:pStyle w:val="Grace8Normal"/>
              <w:spacing w:after="40"/>
            </w:pPr>
            <w:r>
              <w:rPr>
                <w:rFonts w:ascii="Georgia" w:hAnsi="Georgia" w:eastAsia="Georgia"/>
                <w:color w:val="000000"/>
                <w:sz w:val="21"/>
              </w:rPr>
              <w:t>thou anointest my head with oil; my cup runneth over.</w:t>
            </w:r>
          </w:p>
          <w:p>
            <w:pPr>
              <w:pStyle w:val="Grace8Normal"/>
              <w:spacing w:after="40"/>
            </w:pPr>
            <w:r>
              <w:rPr>
                <w:rFonts w:ascii="Georgia" w:hAnsi="Georgia" w:eastAsia="Georgia"/>
                <w:color w:val="000000"/>
                <w:sz w:val="21"/>
              </w:rPr>
              <w:t>Surely goodness and mercy shall follow me all the days of my life:</w:t>
            </w:r>
          </w:p>
          <w:p>
            <w:pPr>
              <w:pStyle w:val="Grace8Normal"/>
              <w:spacing w:after="40"/>
            </w:pPr>
            <w:r>
              <w:rPr>
                <w:rFonts w:ascii="Georgia" w:hAnsi="Georgia" w:eastAsia="Georgia"/>
                <w:color w:val="000000"/>
                <w:sz w:val="21"/>
              </w:rPr>
              <w:t>and I will dwell in the house of the LORD for ever.</w:t>
            </w:r>
          </w:p>
        </w:tc>
      </w:tr>
    </w:tbl>
    <w:p>
      <w:pPr>
        <w:pStyle w:val="Grace8Normal"/>
        <w:spacing w:after="60"/>
      </w:pPr>
    </w:p>
    <w:p>
      <w:pPr>
        <w:pStyle w:val="Grace8BodyText"/>
        <w:spacing w:after="120" w:line="259" w:lineRule="auto"/>
      </w:pPr>
      <w:r>
        <w:rPr>
          <w:rFonts w:ascii="Georgia" w:hAnsi="Georgia" w:eastAsia="Georgia"/>
          <w:sz w:val="22"/>
        </w:rPr>
        <w:t>Daily grace is not only supply. It is being shepherded under the presence of YHWH. The Shepherd leads in paths of righteousness for His Name’s sake. Even table, oil, mercy, and dwelling remain connected to the Name and the house of YHWH.</w:t>
      </w:r>
    </w:p>
    <w:p>
      <w:pPr>
        <w:pStyle w:val="Grace8Heading1"/>
        <w:spacing w:before="200" w:after="80"/>
      </w:pPr>
      <w:r>
        <w:rPr>
          <w:rFonts w:ascii="Georgia" w:hAnsi="Georgia" w:eastAsia="Georgia"/>
          <w:b/>
          <w:color w:val="1F4E79"/>
          <w:sz w:val="32"/>
        </w:rPr>
        <w:t>4. The Father Knows the Daily Need</w:t>
      </w:r>
    </w:p>
    <w:p>
      <w:pPr>
        <w:pStyle w:val="Grace8BodyText"/>
        <w:spacing w:after="120" w:line="259" w:lineRule="auto"/>
      </w:pPr>
      <w:r>
        <w:rPr>
          <w:rFonts w:ascii="Georgia" w:hAnsi="Georgia" w:eastAsia="Georgia"/>
          <w:sz w:val="22"/>
        </w:rPr>
        <w:t>Jesus teaches the same confidence when He speaks of the birds and the lilies. The Father feeds. The Father clothes. The Father knows. Yet Jesus again refuses to make provision the center. The center remains the kingdom and righteousness of God.</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val="single" w:sz="8" w:space="0" w:color="5B9BD5"/>
              <w:left w:val="single" w:sz="8" w:space="0" w:color="5B9BD5"/>
              <w:bottom w:val="single" w:sz="8" w:space="0" w:color="5B9BD5"/>
              <w:right w:val="single" w:sz="8" w:space="0" w:color="5B9BD5"/>
            </w:tcBorders>
            <w:tcMar>
              <w:top w:w="120" w:type="dxa"/>
              <w:start w:w="160" w:type="dxa"/>
              <w:bottom w:w="120" w:type="dxa"/>
              <w:end w:w="160" w:type="dxa"/>
            </w:tcMar>
          </w:tcPr>
          <w:p>
            <w:pPr>
              <w:pStyle w:val="Grace8Normal"/>
              <w:spacing w:after="80"/>
            </w:pPr>
            <w:r/>
            <w:r>
              <w:rPr>
                <w:rFonts w:ascii="Georgia" w:hAnsi="Georgia" w:eastAsia="Georgia"/>
                <w:b/>
                <w:i/>
                <w:color w:val="1F4E79"/>
                <w:sz w:val="21"/>
              </w:rPr>
              <w:t>Matthew 6:31–34</w:t>
            </w:r>
          </w:p>
          <w:p>
            <w:pPr>
              <w:pStyle w:val="Grace8Normal"/>
              <w:spacing w:after="40"/>
            </w:pPr>
            <w:r>
              <w:rPr>
                <w:rFonts w:ascii="Georgia" w:hAnsi="Georgia" w:eastAsia="Georgia"/>
                <w:color w:val="000000"/>
                <w:sz w:val="21"/>
              </w:rPr>
              <w:t>Therefore take no thought, saying, What shall we eat? or, What shall we drink?</w:t>
            </w:r>
          </w:p>
          <w:p>
            <w:pPr>
              <w:pStyle w:val="Grace8Normal"/>
              <w:spacing w:after="40"/>
            </w:pPr>
            <w:r>
              <w:rPr>
                <w:rFonts w:ascii="Georgia" w:hAnsi="Georgia" w:eastAsia="Georgia"/>
                <w:color w:val="000000"/>
                <w:sz w:val="21"/>
              </w:rPr>
              <w:t>or, Wherewithal shall we be clothed?</w:t>
            </w:r>
          </w:p>
          <w:p>
            <w:pPr>
              <w:pStyle w:val="Grace8Normal"/>
              <w:spacing w:after="40"/>
            </w:pPr>
            <w:r>
              <w:rPr>
                <w:rFonts w:ascii="Georgia" w:hAnsi="Georgia" w:eastAsia="Georgia"/>
                <w:color w:val="000000"/>
                <w:sz w:val="21"/>
              </w:rPr>
              <w:t>(For after all these things do the Gentiles seek:)</w:t>
            </w:r>
          </w:p>
          <w:p>
            <w:pPr>
              <w:pStyle w:val="Grace8Normal"/>
              <w:spacing w:after="40"/>
            </w:pPr>
            <w:r>
              <w:rPr>
                <w:rFonts w:ascii="Georgia" w:hAnsi="Georgia" w:eastAsia="Georgia"/>
                <w:color w:val="000000"/>
                <w:sz w:val="21"/>
              </w:rPr>
              <w:t>for your heavenly Father knoweth that ye have need of all these things.</w:t>
            </w:r>
          </w:p>
          <w:p>
            <w:pPr>
              <w:pStyle w:val="Grace8Normal"/>
              <w:spacing w:after="40"/>
            </w:pPr>
            <w:r>
              <w:rPr>
                <w:rFonts w:ascii="Georgia" w:hAnsi="Georgia" w:eastAsia="Georgia"/>
                <w:color w:val="000000"/>
                <w:sz w:val="21"/>
              </w:rPr>
              <w:t>But seek ye first the kingdom of God, and his righteousness;</w:t>
            </w:r>
          </w:p>
          <w:p>
            <w:pPr>
              <w:pStyle w:val="Grace8Normal"/>
              <w:spacing w:after="40"/>
            </w:pPr>
            <w:r>
              <w:rPr>
                <w:rFonts w:ascii="Georgia" w:hAnsi="Georgia" w:eastAsia="Georgia"/>
                <w:color w:val="000000"/>
                <w:sz w:val="21"/>
              </w:rPr>
              <w:t>and all these things shall be added unto you.</w:t>
            </w:r>
          </w:p>
          <w:p>
            <w:pPr>
              <w:pStyle w:val="Grace8Normal"/>
              <w:spacing w:after="40"/>
            </w:pPr>
            <w:r>
              <w:rPr>
                <w:rFonts w:ascii="Georgia" w:hAnsi="Georgia" w:eastAsia="Georgia"/>
                <w:color w:val="000000"/>
                <w:sz w:val="21"/>
              </w:rPr>
              <w:t>Take therefore no thought for the morrow:</w:t>
            </w:r>
          </w:p>
          <w:p>
            <w:pPr>
              <w:pStyle w:val="Grace8Normal"/>
              <w:spacing w:after="40"/>
            </w:pPr>
            <w:r>
              <w:rPr>
                <w:rFonts w:ascii="Georgia" w:hAnsi="Georgia" w:eastAsia="Georgia"/>
                <w:color w:val="000000"/>
                <w:sz w:val="21"/>
              </w:rPr>
              <w:t>for the morrow shall take thought for the things of itself.</w:t>
            </w:r>
          </w:p>
          <w:p>
            <w:pPr>
              <w:pStyle w:val="Grace8Normal"/>
              <w:spacing w:after="40"/>
            </w:pPr>
            <w:r>
              <w:rPr>
                <w:rFonts w:ascii="Georgia" w:hAnsi="Georgia" w:eastAsia="Georgia"/>
                <w:color w:val="000000"/>
                <w:sz w:val="21"/>
              </w:rPr>
              <w:t>Sufficient unto the day is the evil thereof.</w:t>
            </w:r>
          </w:p>
        </w:tc>
      </w:tr>
    </w:tbl>
    <w:p>
      <w:pPr>
        <w:pStyle w:val="Grace8Normal"/>
        <w:spacing w:after="60"/>
      </w:pPr>
    </w:p>
    <w:p>
      <w:pPr>
        <w:pStyle w:val="Grace8BodyText"/>
        <w:spacing w:after="120" w:line="259" w:lineRule="auto"/>
      </w:pPr>
      <w:r>
        <w:rPr>
          <w:rFonts w:ascii="Georgia" w:hAnsi="Georgia" w:eastAsia="Georgia"/>
          <w:sz w:val="22"/>
        </w:rPr>
        <w:t>The Father knows the need before His children ask. But the daily life of grace is not anxious possession. It is trust under the Father’s care, with the kingdom of God and His righteousness placed first.</w:t>
      </w:r>
    </w:p>
    <w:p>
      <w:pPr>
        <w:pStyle w:val="Grace8Heading1"/>
        <w:spacing w:before="200" w:after="80"/>
      </w:pPr>
      <w:r>
        <w:rPr>
          <w:rFonts w:ascii="Georgia" w:hAnsi="Georgia" w:eastAsia="Georgia"/>
          <w:b/>
          <w:color w:val="1F4E79"/>
          <w:sz w:val="32"/>
        </w:rPr>
        <w:t>5. The True Bread from Heaven</w:t>
      </w:r>
    </w:p>
    <w:p>
      <w:pPr>
        <w:pStyle w:val="Grace8BodyText"/>
        <w:spacing w:after="120" w:line="259" w:lineRule="auto"/>
      </w:pPr>
      <w:r>
        <w:rPr>
          <w:rFonts w:ascii="Georgia" w:hAnsi="Georgia" w:eastAsia="Georgia"/>
          <w:sz w:val="22"/>
        </w:rPr>
        <w:t>Jesus then carries the bread line deeper. Manna sustained Israel for a day, but Christ gives life. Daily provision points beyond itself to the Son, the true Bread from heaven.</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val="single" w:sz="8" w:space="0" w:color="5B9BD5"/>
              <w:left w:val="single" w:sz="8" w:space="0" w:color="5B9BD5"/>
              <w:bottom w:val="single" w:sz="8" w:space="0" w:color="5B9BD5"/>
              <w:right w:val="single" w:sz="8" w:space="0" w:color="5B9BD5"/>
            </w:tcBorders>
            <w:tcMar>
              <w:top w:w="120" w:type="dxa"/>
              <w:start w:w="160" w:type="dxa"/>
              <w:bottom w:w="120" w:type="dxa"/>
              <w:end w:w="160" w:type="dxa"/>
            </w:tcMar>
          </w:tcPr>
          <w:p>
            <w:pPr>
              <w:pStyle w:val="Grace8Normal"/>
              <w:spacing w:after="80"/>
            </w:pPr>
            <w:r/>
            <w:r>
              <w:rPr>
                <w:rFonts w:ascii="Georgia" w:hAnsi="Georgia" w:eastAsia="Georgia"/>
                <w:b/>
                <w:i/>
                <w:color w:val="1F4E79"/>
                <w:sz w:val="21"/>
              </w:rPr>
              <w:t>John 6:32–35</w:t>
            </w:r>
          </w:p>
          <w:p>
            <w:pPr>
              <w:pStyle w:val="Grace8Normal"/>
              <w:spacing w:after="40"/>
            </w:pPr>
            <w:r>
              <w:rPr>
                <w:rFonts w:ascii="Georgia" w:hAnsi="Georgia" w:eastAsia="Georgia"/>
                <w:color w:val="000000"/>
                <w:sz w:val="21"/>
              </w:rPr>
              <w:t>Then Jesus said unto them, Verily, verily, I say unto you,</w:t>
            </w:r>
          </w:p>
          <w:p>
            <w:pPr>
              <w:pStyle w:val="Grace8Normal"/>
              <w:spacing w:after="40"/>
            </w:pPr>
            <w:r>
              <w:rPr>
                <w:rFonts w:ascii="Georgia" w:hAnsi="Georgia" w:eastAsia="Georgia"/>
                <w:color w:val="000000"/>
                <w:sz w:val="21"/>
              </w:rPr>
              <w:t>Moses gave you not that bread from heaven;</w:t>
            </w:r>
          </w:p>
          <w:p>
            <w:pPr>
              <w:pStyle w:val="Grace8Normal"/>
              <w:spacing w:after="40"/>
            </w:pPr>
            <w:r>
              <w:rPr>
                <w:rFonts w:ascii="Georgia" w:hAnsi="Georgia" w:eastAsia="Georgia"/>
                <w:color w:val="000000"/>
                <w:sz w:val="21"/>
              </w:rPr>
              <w:t>but my Father giveth you the true bread from heaven.</w:t>
            </w:r>
          </w:p>
          <w:p>
            <w:pPr>
              <w:pStyle w:val="Grace8Normal"/>
              <w:spacing w:after="40"/>
            </w:pPr>
            <w:r>
              <w:rPr>
                <w:rFonts w:ascii="Georgia" w:hAnsi="Georgia" w:eastAsia="Georgia"/>
                <w:color w:val="000000"/>
                <w:sz w:val="21"/>
              </w:rPr>
              <w:t>For the bread of God is he which cometh down from heaven, and giveth life unto the world.</w:t>
            </w:r>
          </w:p>
          <w:p>
            <w:pPr>
              <w:pStyle w:val="Grace8Normal"/>
              <w:spacing w:after="40"/>
            </w:pPr>
            <w:r>
              <w:rPr>
                <w:rFonts w:ascii="Georgia" w:hAnsi="Georgia" w:eastAsia="Georgia"/>
                <w:color w:val="000000"/>
                <w:sz w:val="21"/>
              </w:rPr>
              <w:t>Then said they unto him, Lord, evermore give us this bread.</w:t>
            </w:r>
          </w:p>
          <w:p>
            <w:pPr>
              <w:pStyle w:val="Grace8Normal"/>
              <w:spacing w:after="40"/>
            </w:pPr>
            <w:r>
              <w:rPr>
                <w:rFonts w:ascii="Georgia" w:hAnsi="Georgia" w:eastAsia="Georgia"/>
                <w:color w:val="000000"/>
                <w:sz w:val="21"/>
              </w:rPr>
              <w:t>And Jesus said unto them, I am the bread of life:</w:t>
            </w:r>
          </w:p>
          <w:p>
            <w:pPr>
              <w:pStyle w:val="Grace8Normal"/>
              <w:spacing w:after="40"/>
            </w:pPr>
            <w:r>
              <w:rPr>
                <w:rFonts w:ascii="Georgia" w:hAnsi="Georgia" w:eastAsia="Georgia"/>
                <w:color w:val="000000"/>
                <w:sz w:val="21"/>
              </w:rPr>
              <w:t>he that cometh to me shall never hunger;</w:t>
            </w:r>
          </w:p>
          <w:p>
            <w:pPr>
              <w:pStyle w:val="Grace8Normal"/>
              <w:spacing w:after="40"/>
            </w:pPr>
            <w:r>
              <w:rPr>
                <w:rFonts w:ascii="Georgia" w:hAnsi="Georgia" w:eastAsia="Georgia"/>
                <w:color w:val="000000"/>
                <w:sz w:val="21"/>
              </w:rPr>
              <w:t>and he that believeth on me shall never thirst.</w:t>
            </w:r>
          </w:p>
        </w:tc>
      </w:tr>
    </w:tbl>
    <w:p>
      <w:pPr>
        <w:pStyle w:val="Grace8Normal"/>
        <w:spacing w:after="60"/>
      </w:pPr>
    </w:p>
    <w:p>
      <w:pPr>
        <w:pStyle w:val="Grace8BodyText"/>
        <w:spacing w:after="120" w:line="259" w:lineRule="auto"/>
      </w:pPr>
      <w:r>
        <w:rPr>
          <w:rFonts w:ascii="Georgia" w:hAnsi="Georgia" w:eastAsia="Georgia"/>
          <w:sz w:val="22"/>
        </w:rPr>
        <w:t>Grace meets daily hunger, but it does not stop at bread for the body. In Christ, the Father gives the Bread of life. The one who comes and believes is brought from daily dependence into life that does not perish.</w:t>
      </w:r>
    </w:p>
    <w:p>
      <w:pPr>
        <w:pStyle w:val="Grace8Heading1"/>
        <w:spacing w:before="200" w:after="80"/>
      </w:pPr>
      <w:r>
        <w:rPr>
          <w:rFonts w:ascii="Georgia" w:hAnsi="Georgia" w:eastAsia="Georgia"/>
          <w:b/>
          <w:color w:val="1F4E79"/>
          <w:sz w:val="32"/>
        </w:rPr>
        <w:t>6. Grace to Help in Time of Need</w:t>
      </w:r>
    </w:p>
    <w:p>
      <w:pPr>
        <w:pStyle w:val="Grace8BodyText"/>
        <w:spacing w:after="120" w:line="259" w:lineRule="auto"/>
      </w:pPr>
      <w:r>
        <w:rPr>
          <w:rFonts w:ascii="Georgia" w:hAnsi="Georgia" w:eastAsia="Georgia"/>
          <w:sz w:val="22"/>
        </w:rPr>
        <w:t>The epistles continue this daily line. Because Christ is the merciful and faithful High Priest, the people of God are invited to come boldly for mercy and grace in time of need.</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val="single" w:sz="8" w:space="0" w:color="5B9BD5"/>
              <w:left w:val="single" w:sz="8" w:space="0" w:color="5B9BD5"/>
              <w:bottom w:val="single" w:sz="8" w:space="0" w:color="5B9BD5"/>
              <w:right w:val="single" w:sz="8" w:space="0" w:color="5B9BD5"/>
            </w:tcBorders>
            <w:tcMar>
              <w:top w:w="120" w:type="dxa"/>
              <w:start w:w="160" w:type="dxa"/>
              <w:bottom w:w="120" w:type="dxa"/>
              <w:end w:w="160" w:type="dxa"/>
            </w:tcMar>
          </w:tcPr>
          <w:p>
            <w:pPr>
              <w:pStyle w:val="Grace8Normal"/>
              <w:spacing w:after="80"/>
            </w:pPr>
            <w:r/>
            <w:r>
              <w:rPr>
                <w:rFonts w:ascii="Georgia" w:hAnsi="Georgia" w:eastAsia="Georgia"/>
                <w:b/>
                <w:i/>
                <w:color w:val="1F4E79"/>
                <w:sz w:val="21"/>
              </w:rPr>
              <w:t>Hebrews 4:15–16</w:t>
            </w:r>
          </w:p>
          <w:p>
            <w:pPr>
              <w:pStyle w:val="Grace8Normal"/>
              <w:spacing w:after="40"/>
            </w:pPr>
            <w:r>
              <w:rPr>
                <w:rFonts w:ascii="Georgia" w:hAnsi="Georgia" w:eastAsia="Georgia"/>
                <w:color w:val="000000"/>
                <w:sz w:val="21"/>
              </w:rPr>
              <w:t>For we have not an high priest which cannot be touched with the feeling of our infirmities;</w:t>
            </w:r>
          </w:p>
          <w:p>
            <w:pPr>
              <w:pStyle w:val="Grace8Normal"/>
              <w:spacing w:after="40"/>
            </w:pPr>
            <w:r>
              <w:rPr>
                <w:rFonts w:ascii="Georgia" w:hAnsi="Georgia" w:eastAsia="Georgia"/>
                <w:color w:val="000000"/>
                <w:sz w:val="21"/>
              </w:rPr>
              <w:t>but was in all points tempted like as we are, yet without sin.</w:t>
            </w:r>
          </w:p>
          <w:p>
            <w:pPr>
              <w:pStyle w:val="Grace8Normal"/>
              <w:spacing w:after="40"/>
            </w:pPr>
            <w:r>
              <w:rPr>
                <w:rFonts w:ascii="Georgia" w:hAnsi="Georgia" w:eastAsia="Georgia"/>
                <w:color w:val="000000"/>
                <w:sz w:val="21"/>
              </w:rPr>
              <w:t>Let us therefore come boldly unto the throne of grace,</w:t>
            </w:r>
          </w:p>
          <w:p>
            <w:pPr>
              <w:pStyle w:val="Grace8Normal"/>
              <w:spacing w:after="40"/>
            </w:pPr>
            <w:r>
              <w:rPr>
                <w:rFonts w:ascii="Georgia" w:hAnsi="Georgia" w:eastAsia="Georgia"/>
                <w:color w:val="000000"/>
                <w:sz w:val="21"/>
              </w:rPr>
              <w:t>that we may obtain mercy, and find grace to help in time of need.</w:t>
            </w:r>
          </w:p>
        </w:tc>
      </w:tr>
    </w:tbl>
    <w:p>
      <w:pPr>
        <w:pStyle w:val="Grace8Normal"/>
        <w:spacing w:after="60"/>
      </w:pPr>
    </w:p>
    <w:p>
      <w:pPr>
        <w:pStyle w:val="Grace8BodyText"/>
        <w:spacing w:after="120" w:line="259" w:lineRule="auto"/>
      </w:pPr>
      <w:r>
        <w:rPr>
          <w:rFonts w:ascii="Georgia" w:hAnsi="Georgia" w:eastAsia="Georgia"/>
          <w:sz w:val="22"/>
        </w:rPr>
        <w:t>This is not a sudden New Testament slogan. The throne of grace stands in the world of priesthood, mercy, atonement, and access. The God who blesses, keeps, shines His Face, and gives peace now gives mercy and grace to help through the High Priest who has entered in.</w:t>
      </w:r>
    </w:p>
    <w:p>
      <w:pPr>
        <w:pStyle w:val="Grace8BodyText"/>
        <w:spacing w:after="120" w:line="259" w:lineRule="auto"/>
      </w:pPr>
      <w:r>
        <w:rPr>
          <w:rFonts w:ascii="Georgia" w:hAnsi="Georgia" w:eastAsia="Georgia"/>
          <w:sz w:val="22"/>
        </w:rPr>
        <w:t>Paul learns the same daily dependence in weakness. Christ does not always remove the weakness, but His grace is sufficient within it.</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val="single" w:sz="8" w:space="0" w:color="5B9BD5"/>
              <w:left w:val="single" w:sz="8" w:space="0" w:color="5B9BD5"/>
              <w:bottom w:val="single" w:sz="8" w:space="0" w:color="5B9BD5"/>
              <w:right w:val="single" w:sz="8" w:space="0" w:color="5B9BD5"/>
            </w:tcBorders>
            <w:tcMar>
              <w:top w:w="120" w:type="dxa"/>
              <w:start w:w="160" w:type="dxa"/>
              <w:bottom w:w="120" w:type="dxa"/>
              <w:end w:w="160" w:type="dxa"/>
            </w:tcMar>
          </w:tcPr>
          <w:p>
            <w:pPr>
              <w:pStyle w:val="Grace8Normal"/>
              <w:spacing w:after="80"/>
            </w:pPr>
            <w:r/>
            <w:r>
              <w:rPr>
                <w:rFonts w:ascii="Georgia" w:hAnsi="Georgia" w:eastAsia="Georgia"/>
                <w:b/>
                <w:i/>
                <w:color w:val="1F4E79"/>
                <w:sz w:val="21"/>
              </w:rPr>
              <w:t>2 Corinthians 12:9</w:t>
            </w:r>
          </w:p>
          <w:p>
            <w:pPr>
              <w:pStyle w:val="Grace8Normal"/>
              <w:spacing w:after="40"/>
            </w:pPr>
            <w:r>
              <w:rPr>
                <w:rFonts w:ascii="Georgia" w:hAnsi="Georgia" w:eastAsia="Georgia"/>
                <w:color w:val="000000"/>
                <w:sz w:val="21"/>
              </w:rPr>
              <w:t>And he said unto me, My grace is sufficient for thee:</w:t>
            </w:r>
          </w:p>
          <w:p>
            <w:pPr>
              <w:pStyle w:val="Grace8Normal"/>
              <w:spacing w:after="40"/>
            </w:pPr>
            <w:r>
              <w:rPr>
                <w:rFonts w:ascii="Georgia" w:hAnsi="Georgia" w:eastAsia="Georgia"/>
                <w:color w:val="000000"/>
                <w:sz w:val="21"/>
              </w:rPr>
              <w:t>for my strength is made perfect in weakness.</w:t>
            </w:r>
          </w:p>
          <w:p>
            <w:pPr>
              <w:pStyle w:val="Grace8Normal"/>
              <w:spacing w:after="40"/>
            </w:pPr>
            <w:r>
              <w:rPr>
                <w:rFonts w:ascii="Georgia" w:hAnsi="Georgia" w:eastAsia="Georgia"/>
                <w:color w:val="000000"/>
                <w:sz w:val="21"/>
              </w:rPr>
              <w:t>Most gladly therefore will I rather glory in my infirmities,</w:t>
            </w:r>
          </w:p>
          <w:p>
            <w:pPr>
              <w:pStyle w:val="Grace8Normal"/>
              <w:spacing w:after="40"/>
            </w:pPr>
            <w:r>
              <w:rPr>
                <w:rFonts w:ascii="Georgia" w:hAnsi="Georgia" w:eastAsia="Georgia"/>
                <w:color w:val="000000"/>
                <w:sz w:val="21"/>
              </w:rPr>
              <w:t>that the power of Christ may rest upon me.</w:t>
            </w:r>
          </w:p>
        </w:tc>
      </w:tr>
    </w:tbl>
    <w:p>
      <w:pPr>
        <w:pStyle w:val="Grace8Normal"/>
        <w:spacing w:after="60"/>
      </w:pPr>
    </w:p>
    <w:p>
      <w:pPr>
        <w:pStyle w:val="Grace8BodyText"/>
        <w:spacing w:after="120" w:line="259" w:lineRule="auto"/>
      </w:pPr>
      <w:r>
        <w:rPr>
          <w:rFonts w:ascii="Georgia" w:hAnsi="Georgia" w:eastAsia="Georgia"/>
          <w:sz w:val="22"/>
        </w:rPr>
        <w:t>Daily grace is therefore not mechanical. It is not a box checked or a religious phrase repeated. It is dependence, communion, and participation with the living God in weakness, need, temptation, forgiveness, love, and obedience.</w:t>
      </w:r>
    </w:p>
    <w:p>
      <w:pPr>
        <w:pStyle w:val="Grace8Heading1"/>
        <w:spacing w:before="200" w:after="80"/>
      </w:pPr>
      <w:r>
        <w:rPr>
          <w:rFonts w:ascii="Georgia" w:hAnsi="Georgia" w:eastAsia="Georgia"/>
          <w:b/>
          <w:color w:val="1F4E79"/>
          <w:sz w:val="32"/>
        </w:rPr>
        <w:t>7. Daily Grace as Spirit-Formed Love</w:t>
      </w:r>
    </w:p>
    <w:p>
      <w:pPr>
        <w:pStyle w:val="Grace8BodyText"/>
        <w:spacing w:after="120" w:line="259" w:lineRule="auto"/>
      </w:pPr>
      <w:r>
        <w:rPr>
          <w:rFonts w:ascii="Georgia" w:hAnsi="Georgia" w:eastAsia="Georgia"/>
          <w:sz w:val="22"/>
        </w:rPr>
        <w:t>The daily life of grace is participation with the Spirit. The Spirit forms character that the flesh cannot manufacture: love, joy, peace, longsuffering, gentleness, goodness, faith, meekness, and self-control.</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val="single" w:sz="8" w:space="0" w:color="5B9BD5"/>
              <w:left w:val="single" w:sz="8" w:space="0" w:color="5B9BD5"/>
              <w:bottom w:val="single" w:sz="8" w:space="0" w:color="5B9BD5"/>
              <w:right w:val="single" w:sz="8" w:space="0" w:color="5B9BD5"/>
            </w:tcBorders>
            <w:tcMar>
              <w:top w:w="120" w:type="dxa"/>
              <w:start w:w="160" w:type="dxa"/>
              <w:bottom w:w="120" w:type="dxa"/>
              <w:end w:w="160" w:type="dxa"/>
            </w:tcMar>
          </w:tcPr>
          <w:p>
            <w:pPr>
              <w:pStyle w:val="Grace8Normal"/>
              <w:spacing w:after="80"/>
            </w:pPr>
            <w:r/>
            <w:r>
              <w:rPr>
                <w:rFonts w:ascii="Georgia" w:hAnsi="Georgia" w:eastAsia="Georgia"/>
                <w:b/>
                <w:i/>
                <w:color w:val="1F4E79"/>
                <w:sz w:val="21"/>
              </w:rPr>
              <w:t>Galatians 5:22–23</w:t>
            </w:r>
          </w:p>
          <w:p>
            <w:pPr>
              <w:pStyle w:val="Grace8Normal"/>
              <w:spacing w:after="40"/>
            </w:pPr>
            <w:r>
              <w:rPr>
                <w:rFonts w:ascii="Georgia" w:hAnsi="Georgia" w:eastAsia="Georgia"/>
                <w:color w:val="000000"/>
                <w:sz w:val="21"/>
              </w:rPr>
              <w:t>But the fruit of the Spirit is love, joy, peace, longsuffering, gentleness, goodness, faith,</w:t>
            </w:r>
          </w:p>
          <w:p>
            <w:pPr>
              <w:pStyle w:val="Grace8Normal"/>
              <w:spacing w:after="40"/>
            </w:pPr>
            <w:r>
              <w:rPr>
                <w:rFonts w:ascii="Georgia" w:hAnsi="Georgia" w:eastAsia="Georgia"/>
                <w:color w:val="000000"/>
                <w:sz w:val="21"/>
              </w:rPr>
              <w:t>Meekness, temperance: against such there is no law.</w:t>
            </w:r>
          </w:p>
        </w:tc>
      </w:tr>
    </w:tbl>
    <w:p>
      <w:pPr>
        <w:pStyle w:val="Grace8Normal"/>
        <w:spacing w:after="60"/>
      </w:pPr>
    </w:p>
    <w:p>
      <w:pPr>
        <w:pStyle w:val="Grace8BodyText"/>
        <w:spacing w:after="120" w:line="259" w:lineRule="auto"/>
      </w:pPr>
      <w:r>
        <w:rPr>
          <w:rFonts w:ascii="Georgia" w:hAnsi="Georgia" w:eastAsia="Georgia"/>
          <w:sz w:val="22"/>
        </w:rPr>
        <w:t>Self-control is not cold moralism. It is one sign that grace is forming the person who bears the Name. Grace does not excuse the old selfish nature. Grace trains and transforms, turning the inward-curved life toward love of God and love of neighbor.</w:t>
      </w:r>
    </w:p>
    <w:tbl>
      <w:tblPr>
        <w:tblW w:type="auto" w:w="0"/>
        <w:jc w:val="center"/>
        <w:tblLayout w:type="autofit"/>
        <w:tblLook w:firstColumn="1" w:firstRow="1" w:lastColumn="0" w:lastRow="0" w:noHBand="0" w:noVBand="1" w:val="04A0"/>
      </w:tblPr>
      <w:tblGrid>
        <w:gridCol w:w="10080"/>
      </w:tblGrid>
      <w:tr>
        <w:tc>
          <w:tcPr>
            <w:tcW w:type="dxa" w:w="10080"/>
            <w:vAlign w:val="top"/>
            <w:shd w:fill="EAF4FF"/>
            <w:tcBorders>
              <w:top w:val="single" w:sz="8" w:space="0" w:color="5B9BD5"/>
              <w:left w:val="single" w:sz="8" w:space="0" w:color="5B9BD5"/>
              <w:bottom w:val="single" w:sz="8" w:space="0" w:color="5B9BD5"/>
              <w:right w:val="single" w:sz="8" w:space="0" w:color="5B9BD5"/>
            </w:tcBorders>
            <w:tcMar>
              <w:top w:w="120" w:type="dxa"/>
              <w:start w:w="160" w:type="dxa"/>
              <w:bottom w:w="120" w:type="dxa"/>
              <w:end w:w="160" w:type="dxa"/>
            </w:tcMar>
          </w:tcPr>
          <w:p>
            <w:pPr>
              <w:pStyle w:val="Grace8Normal"/>
              <w:spacing w:after="80"/>
            </w:pPr>
            <w:r/>
            <w:r>
              <w:rPr>
                <w:rFonts w:ascii="Georgia" w:hAnsi="Georgia" w:eastAsia="Georgia"/>
                <w:b/>
                <w:i/>
                <w:color w:val="1F4E79"/>
                <w:sz w:val="21"/>
              </w:rPr>
              <w:t>Matthew 22:37–40</w:t>
            </w:r>
          </w:p>
          <w:p>
            <w:pPr>
              <w:pStyle w:val="Grace8Normal"/>
              <w:spacing w:after="40"/>
            </w:pPr>
            <w:r>
              <w:rPr>
                <w:rFonts w:ascii="Georgia" w:hAnsi="Georgia" w:eastAsia="Georgia"/>
                <w:color w:val="000000"/>
                <w:sz w:val="21"/>
              </w:rPr>
              <w:t>Jesus said unto him, Thou shalt love the Lord thy God with all thy heart,</w:t>
            </w:r>
          </w:p>
          <w:p>
            <w:pPr>
              <w:pStyle w:val="Grace8Normal"/>
              <w:spacing w:after="40"/>
            </w:pPr>
            <w:r>
              <w:rPr>
                <w:rFonts w:ascii="Georgia" w:hAnsi="Georgia" w:eastAsia="Georgia"/>
                <w:color w:val="000000"/>
                <w:sz w:val="21"/>
              </w:rPr>
              <w:t>and with all thy soul, and with all thy mind.</w:t>
            </w:r>
          </w:p>
          <w:p>
            <w:pPr>
              <w:pStyle w:val="Grace8Normal"/>
              <w:spacing w:after="40"/>
            </w:pPr>
            <w:r>
              <w:rPr>
                <w:rFonts w:ascii="Georgia" w:hAnsi="Georgia" w:eastAsia="Georgia"/>
                <w:color w:val="000000"/>
                <w:sz w:val="21"/>
              </w:rPr>
              <w:t>This is the first and great commandment.</w:t>
            </w:r>
          </w:p>
          <w:p>
            <w:pPr>
              <w:pStyle w:val="Grace8Normal"/>
              <w:spacing w:after="40"/>
            </w:pPr>
            <w:r>
              <w:rPr>
                <w:rFonts w:ascii="Georgia" w:hAnsi="Georgia" w:eastAsia="Georgia"/>
                <w:color w:val="000000"/>
                <w:sz w:val="21"/>
              </w:rPr>
              <w:t>And the second is like unto it, Thou shalt love thy neighbour as thyself.</w:t>
            </w:r>
          </w:p>
          <w:p>
            <w:pPr>
              <w:pStyle w:val="Grace8Normal"/>
              <w:spacing w:after="40"/>
            </w:pPr>
            <w:r>
              <w:rPr>
                <w:rFonts w:ascii="Georgia" w:hAnsi="Georgia" w:eastAsia="Georgia"/>
                <w:color w:val="000000"/>
                <w:sz w:val="21"/>
              </w:rPr>
              <w:t>On these two commandments hang all the law and the prophets.</w:t>
            </w:r>
          </w:p>
        </w:tc>
      </w:tr>
    </w:tbl>
    <w:p>
      <w:pPr>
        <w:pStyle w:val="Grace8Normal"/>
        <w:spacing w:after="60"/>
      </w:pPr>
    </w:p>
    <w:p>
      <w:pPr>
        <w:pStyle w:val="Grace8BodyText"/>
        <w:spacing w:after="120" w:line="259" w:lineRule="auto"/>
      </w:pPr>
      <w:r>
        <w:rPr>
          <w:rFonts w:ascii="Georgia" w:hAnsi="Georgia" w:eastAsia="Georgia"/>
          <w:sz w:val="22"/>
        </w:rPr>
        <w:t>Daily grace is not superficial church language placed over an unchanged life. It is the Father’s provision, the Son as true Bread, the High Priest’s opened access, and the Spirit’s formation of love. Grace meets the daily need, but it carries the daily life toward the eternal purpose.</w:t>
      </w:r>
    </w:p>
    <w:tbl>
      <w:tblPr>
        <w:tblW w:type="auto" w:w="0"/>
        <w:jc w:val="center"/>
        <w:tblLook w:firstColumn="1" w:firstRow="1" w:lastColumn="0" w:lastRow="0" w:noHBand="0" w:noVBand="1" w:val="04A0"/>
      </w:tblPr>
      <w:tblGrid>
        <w:gridCol w:w="10080"/>
      </w:tblGrid>
      <w:tr>
        <w:tc>
          <w:tcPr>
            <w:tcW w:type="dxa" w:w="10080"/>
            <w:shd w:fill="F3F7FB"/>
            <w:tcBorders>
              <w:top w:val="single" w:sz="6" w:space="0" w:color="8EAADB"/>
              <w:left w:val="single" w:sz="6" w:space="0" w:color="8EAADB"/>
              <w:bottom w:val="single" w:sz="6" w:space="0" w:color="8EAADB"/>
              <w:right w:val="single" w:sz="6" w:space="0" w:color="8EAADB"/>
            </w:tcBorders>
            <w:tcMar>
              <w:top w:w="100" w:type="dxa"/>
              <w:start w:w="160" w:type="dxa"/>
              <w:bottom w:w="100" w:type="dxa"/>
              <w:end w:w="160" w:type="dxa"/>
            </w:tcMar>
          </w:tcPr>
          <w:p>
            <w:pPr>
              <w:pStyle w:val="Grace8Normal"/>
              <w:spacing w:after="0"/>
              <w:jc w:val="center"/>
            </w:pPr>
            <w:r/>
            <w:r>
              <w:rPr>
                <w:rFonts w:ascii="Georgia" w:hAnsi="Georgia" w:eastAsia="Georgia"/>
                <w:b/>
                <w:color w:val="1F4E79"/>
                <w:sz w:val="22"/>
              </w:rPr>
              <w:t>Daily grace is the Father’s provision for life under His Name, by His Spirit, for His kingdom and glory.</w:t>
            </w:r>
          </w:p>
        </w:tc>
      </w:tr>
    </w:tbl>
    <w:p>
      <w:pPr>
        <w:pStyle w:val="Grace8Normal"/>
        <w:spacing w:after="40"/>
        <w:sectPr w:rsidR="00FC693F" w:rsidRPr="0006063C" w:rsidSect="00034616">
          <w:footerReference w:type="default" r:id="rIdGrace8footer"/>
          <w:headerReference w:type="default" r:id="rIdGrace8header"/>
          <w:type w:val="nextPage"/>
          <w:pgSz w:w="12240" w:h="15840"/>
          <w:pgMar w:top="936" w:right="1080" w:bottom="936" w:left="1080" w:header="720" w:footer="720" w:gutter="0"/>
          <w:pgNumType w:start="1"/>
          <w:cols w:space="720"/>
          <w:docGrid w:linePitch="360"/>
        </w:sectPr>
      </w:pPr>
    </w:p>
    <w:p w14:paraId="4AE6478C" w14:textId="77777777" w:rsidR="009F3B06" w:rsidRDefault="00000000">
      <w:pPr>
        <w:pStyle w:val="Grace9Normal"/>
        <w:spacing w:after="40"/>
        <w:jc w:val="center"/>
      </w:pPr>
      <w:r>
        <w:rPr>
          <w:b/>
          <w:color w:val="1F4E79"/>
          <w:sz w:val="36"/>
        </w:rPr>
        <w:t>GRACE TO GLORIFICATION</w:t>
      </w:r>
    </w:p>
    <w:p w14:paraId="7F53ADA2" w14:textId="77777777" w:rsidR="009F3B06" w:rsidRDefault="00000000">
      <w:pPr>
        <w:pStyle w:val="Grace9Normal"/>
        <w:spacing w:after="0"/>
        <w:jc w:val="center"/>
      </w:pPr>
      <w:r>
        <w:rPr>
          <w:color w:val="444444"/>
          <w:sz w:val="28"/>
        </w:rPr>
        <w:t>Part Nine</w:t>
      </w:r>
    </w:p>
    <w:p w14:paraId="48390FA5" w14:textId="77777777" w:rsidR="009F3B06" w:rsidRDefault="00000000">
      <w:pPr>
        <w:pStyle w:val="Grace9Normal"/>
        <w:spacing w:after="40"/>
        <w:jc w:val="center"/>
      </w:pPr>
      <w:r>
        <w:rPr>
          <w:b/>
          <w:color w:val="1F4E79"/>
          <w:sz w:val="40"/>
        </w:rPr>
        <w:t>Glorification: Face Seen, Name Borne, Curse Gone</w:t>
      </w:r>
    </w:p>
    <w:p w14:paraId="501A0714" w14:textId="77777777" w:rsidR="009F3B06" w:rsidRDefault="00000000">
      <w:pPr>
        <w:pStyle w:val="Grace9Normal"/>
        <w:spacing w:after="200"/>
        <w:jc w:val="center"/>
      </w:pPr>
      <w:r>
        <w:rPr>
          <w:color w:val="5B5B5B"/>
        </w:rPr>
        <w:t>The Priestly Blessing Reaches Its Appointed Fullness</w:t>
      </w:r>
    </w:p>
    <w:p w14:paraId="118E77D0" w14:textId="77777777" w:rsidR="009F3B06" w:rsidRDefault="00000000">
      <w:pPr>
        <w:pStyle w:val="Grace9BodyText"/>
      </w:pPr>
      <w:r>
        <w:t>Part Eight placed daily grace inside its proper order: the Father, the Name, the kingdom, the will of God, daily bread, forgiveness, deliverance, and glory. Part Nine now turns to the appointed end of the whole movement.</w:t>
      </w:r>
    </w:p>
    <w:p w14:paraId="21972F78" w14:textId="77777777" w:rsidR="009F3B06" w:rsidRDefault="00000000">
      <w:pPr>
        <w:pStyle w:val="Grace9BodyText"/>
      </w:pPr>
      <w:r>
        <w:t>The priestly blessing of Numbers 6 is not a temporary religious wish. It blesses toward a destination. The Face that shines, the peace that is given, and the Name placed upon the people all move toward the final dwelling of God with man.</w:t>
      </w:r>
    </w:p>
    <w:tbl>
      <w:tblPr>
        <w:tblW w:w="0" w:type="auto"/>
        <w:jc w:val="center"/>
        <w:tblLook w:val="04A0" w:firstRow="1" w:lastRow="0" w:firstColumn="1" w:lastColumn="0" w:noHBand="0" w:noVBand="1"/>
      </w:tblPr>
      <w:tblGrid>
        <w:gridCol w:w="10080"/>
      </w:tblGrid>
      <w:tr w:rsidR="009F3B06" w14:paraId="15D1AD75"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4004DE51" w14:textId="77777777" w:rsidR="009F3B06" w:rsidRDefault="00000000">
            <w:pPr>
              <w:pStyle w:val="Grace9Normal"/>
              <w:spacing w:after="0"/>
              <w:jc w:val="center"/>
            </w:pPr>
            <w:r>
              <w:rPr>
                <w:b/>
                <w:color w:val="1F4E79"/>
              </w:rPr>
              <w:t>Face shining → Face seen | Name placed → Name borne | Peace spoken → Curse gone</w:t>
            </w:r>
          </w:p>
        </w:tc>
      </w:tr>
    </w:tbl>
    <w:p w14:paraId="27F827CA" w14:textId="77777777" w:rsidR="009F3B06" w:rsidRDefault="009F3B06">
      <w:pPr>
        <w:pStyle w:val="Grace9Normal"/>
        <w:spacing w:after="40"/>
      </w:pPr>
    </w:p>
    <w:p w14:paraId="761B3264" w14:textId="77777777" w:rsidR="009F3B06" w:rsidRDefault="00000000">
      <w:pPr>
        <w:pStyle w:val="Grace9Heading1"/>
      </w:pPr>
      <w:r>
        <w:rPr>
          <w:rFonts w:ascii="Georgia" w:eastAsia="Georgia" w:hAnsi="Georgia"/>
        </w:rPr>
        <w:t>1. Numbers 6 Blesses Toward an End</w:t>
      </w:r>
    </w:p>
    <w:p w14:paraId="0C692782" w14:textId="77777777" w:rsidR="009F3B06" w:rsidRDefault="00000000">
      <w:pPr>
        <w:pStyle w:val="Grace9BodyText"/>
      </w:pPr>
      <w:r>
        <w:t>Numbers 6 has been the center of the study from the beginning. The blessing is spoken in the wilderness, through the priest, over a people still on the way. Yet the words already point beyond the wilderness.</w:t>
      </w:r>
    </w:p>
    <w:tbl>
      <w:tblPr>
        <w:tblW w:w="0" w:type="auto"/>
        <w:jc w:val="center"/>
        <w:tblLook w:val="04A0" w:firstRow="1" w:lastRow="0" w:firstColumn="1" w:lastColumn="0" w:noHBand="0" w:noVBand="1"/>
      </w:tblPr>
      <w:tblGrid>
        <w:gridCol w:w="10080"/>
      </w:tblGrid>
      <w:tr w:rsidR="009F3B06" w14:paraId="2D4016B7"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391D5F66" w14:textId="77777777" w:rsidR="009F3B06" w:rsidRDefault="00000000">
            <w:pPr>
              <w:pStyle w:val="Grace9Normal"/>
              <w:spacing w:after="80"/>
            </w:pPr>
            <w:r>
              <w:rPr>
                <w:b/>
                <w:i/>
                <w:color w:val="1F4E79"/>
                <w:sz w:val="21"/>
              </w:rPr>
              <w:t>Numbers 6:24–27</w:t>
            </w:r>
          </w:p>
          <w:p w14:paraId="36E1963C" w14:textId="77777777" w:rsidR="009F3B06" w:rsidRDefault="00000000">
            <w:pPr>
              <w:pStyle w:val="Grace9Normal"/>
              <w:spacing w:after="40"/>
            </w:pPr>
            <w:r>
              <w:rPr>
                <w:color w:val="000000"/>
                <w:sz w:val="21"/>
              </w:rPr>
              <w:t>The LORD bless thee, and keep thee:</w:t>
            </w:r>
          </w:p>
          <w:p w14:paraId="074D4EE5" w14:textId="77777777" w:rsidR="009F3B06" w:rsidRDefault="00000000">
            <w:pPr>
              <w:pStyle w:val="Grace9Normal"/>
              <w:spacing w:after="40"/>
            </w:pPr>
            <w:r>
              <w:rPr>
                <w:color w:val="000000"/>
                <w:sz w:val="21"/>
              </w:rPr>
              <w:t>The LORD make his face shine upon thee, and be gracious unto thee:</w:t>
            </w:r>
          </w:p>
          <w:p w14:paraId="3BD86B87" w14:textId="77777777" w:rsidR="009F3B06" w:rsidRDefault="00000000">
            <w:pPr>
              <w:pStyle w:val="Grace9Normal"/>
              <w:spacing w:after="40"/>
            </w:pPr>
            <w:r>
              <w:rPr>
                <w:color w:val="000000"/>
                <w:sz w:val="21"/>
              </w:rPr>
              <w:t>The LORD lift up his countenance upon thee, and give thee peace.</w:t>
            </w:r>
          </w:p>
          <w:p w14:paraId="78A1E6B1" w14:textId="77777777" w:rsidR="009F3B06" w:rsidRDefault="00000000">
            <w:pPr>
              <w:pStyle w:val="Grace9Normal"/>
              <w:spacing w:after="40"/>
            </w:pPr>
            <w:r>
              <w:rPr>
                <w:color w:val="000000"/>
                <w:sz w:val="21"/>
              </w:rPr>
              <w:t>And they shall put my name upon the children of Israel;</w:t>
            </w:r>
          </w:p>
          <w:p w14:paraId="761C0D88" w14:textId="77777777" w:rsidR="009F3B06" w:rsidRDefault="00000000">
            <w:pPr>
              <w:pStyle w:val="Grace9Normal"/>
              <w:spacing w:after="40"/>
            </w:pPr>
            <w:r>
              <w:rPr>
                <w:color w:val="000000"/>
                <w:sz w:val="21"/>
              </w:rPr>
              <w:t>and I will bless them.</w:t>
            </w:r>
          </w:p>
        </w:tc>
      </w:tr>
    </w:tbl>
    <w:p w14:paraId="0EB42B26" w14:textId="77777777" w:rsidR="009F3B06" w:rsidRDefault="009F3B06">
      <w:pPr>
        <w:pStyle w:val="Grace9Normal"/>
        <w:spacing w:after="60"/>
      </w:pPr>
    </w:p>
    <w:p w14:paraId="30E7FAEA" w14:textId="77777777" w:rsidR="009F3B06" w:rsidRDefault="00000000">
      <w:pPr>
        <w:pStyle w:val="Grace9BodyText"/>
      </w:pPr>
      <w:r>
        <w:t>The Face shines, but the Face is not yet fully seen. The Name is placed, but the people do not yet bear it in final glory. Peace is spoken, but the curse is not yet removed. Grace is given within the journey, but the journey is not yet complete.</w:t>
      </w:r>
    </w:p>
    <w:p w14:paraId="4E91BFFE" w14:textId="77777777" w:rsidR="009F3B06" w:rsidRDefault="00000000">
      <w:pPr>
        <w:pStyle w:val="Grace9BodyText"/>
      </w:pPr>
      <w:r>
        <w:t>The blessing therefore creates expectation. If YHWH blesses, keeps, shines His Face, gives peace, and places His Name, where is the blessing carrying the people? Scripture answers by moving from image to glory, from curse to new creation, from priestly word to final dwelling.</w:t>
      </w:r>
    </w:p>
    <w:p w14:paraId="487F5D12" w14:textId="77777777" w:rsidR="009F3B06" w:rsidRDefault="00000000">
      <w:pPr>
        <w:pStyle w:val="Grace9Heading1"/>
      </w:pPr>
      <w:r>
        <w:rPr>
          <w:rFonts w:ascii="Georgia" w:eastAsia="Georgia" w:hAnsi="Georgia"/>
        </w:rPr>
        <w:t>2. The Image and the Glory</w:t>
      </w:r>
    </w:p>
    <w:p w14:paraId="592267A9" w14:textId="77777777" w:rsidR="009F3B06" w:rsidRDefault="00000000">
      <w:pPr>
        <w:pStyle w:val="Grace9BodyText"/>
      </w:pPr>
      <w:r>
        <w:t>The story began with humanity made in the image of God. Man was made to live before God, receive His word, exercise dominion under Him, and fill the earth with faithful representation.</w:t>
      </w:r>
    </w:p>
    <w:tbl>
      <w:tblPr>
        <w:tblW w:w="0" w:type="auto"/>
        <w:jc w:val="center"/>
        <w:tblLook w:val="04A0" w:firstRow="1" w:lastRow="0" w:firstColumn="1" w:lastColumn="0" w:noHBand="0" w:noVBand="1"/>
      </w:tblPr>
      <w:tblGrid>
        <w:gridCol w:w="10080"/>
      </w:tblGrid>
      <w:tr w:rsidR="009F3B06" w14:paraId="00D33BBD"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17EF9C5B" w14:textId="77777777" w:rsidR="009F3B06" w:rsidRDefault="00000000">
            <w:pPr>
              <w:pStyle w:val="Grace9Normal"/>
              <w:spacing w:after="80"/>
            </w:pPr>
            <w:r>
              <w:rPr>
                <w:b/>
                <w:i/>
                <w:color w:val="1F4E79"/>
                <w:sz w:val="21"/>
              </w:rPr>
              <w:t>Genesis 1:26–28</w:t>
            </w:r>
          </w:p>
          <w:p w14:paraId="5E4E205B" w14:textId="77777777" w:rsidR="009F3B06" w:rsidRDefault="00000000">
            <w:pPr>
              <w:pStyle w:val="Grace9Normal"/>
              <w:spacing w:after="40"/>
            </w:pPr>
            <w:r>
              <w:rPr>
                <w:color w:val="000000"/>
                <w:sz w:val="21"/>
              </w:rPr>
              <w:t>And God said, Let us make man in our image, after our likeness:</w:t>
            </w:r>
          </w:p>
          <w:p w14:paraId="763C1FF7" w14:textId="77777777" w:rsidR="009F3B06" w:rsidRDefault="00000000">
            <w:pPr>
              <w:pStyle w:val="Grace9Normal"/>
              <w:spacing w:after="40"/>
            </w:pPr>
            <w:r>
              <w:rPr>
                <w:color w:val="000000"/>
                <w:sz w:val="21"/>
              </w:rPr>
              <w:t>and let them have dominion over the fish of the sea, and over the fowl of the air,</w:t>
            </w:r>
          </w:p>
          <w:p w14:paraId="7BA34FEC" w14:textId="77777777" w:rsidR="009F3B06" w:rsidRDefault="00000000">
            <w:pPr>
              <w:pStyle w:val="Grace9Normal"/>
              <w:spacing w:after="40"/>
            </w:pPr>
            <w:r>
              <w:rPr>
                <w:color w:val="000000"/>
                <w:sz w:val="21"/>
              </w:rPr>
              <w:t>and over the cattle, and over all the earth, and over every creeping thing that creepeth upon the earth.</w:t>
            </w:r>
          </w:p>
          <w:p w14:paraId="433E010D" w14:textId="77777777" w:rsidR="009F3B06" w:rsidRDefault="009F3B06">
            <w:pPr>
              <w:pStyle w:val="Grace9Normal"/>
              <w:spacing w:after="40"/>
            </w:pPr>
          </w:p>
          <w:p w14:paraId="3CBB345A" w14:textId="77777777" w:rsidR="009F3B06" w:rsidRDefault="00000000">
            <w:pPr>
              <w:pStyle w:val="Grace9Normal"/>
              <w:spacing w:after="40"/>
            </w:pPr>
            <w:r>
              <w:rPr>
                <w:color w:val="000000"/>
                <w:sz w:val="21"/>
              </w:rPr>
              <w:lastRenderedPageBreak/>
              <w:t>So God created man in his own image, in the image of God created he him;</w:t>
            </w:r>
          </w:p>
          <w:p w14:paraId="74D4385C" w14:textId="77777777" w:rsidR="009F3B06" w:rsidRDefault="00000000">
            <w:pPr>
              <w:pStyle w:val="Grace9Normal"/>
              <w:spacing w:after="40"/>
            </w:pPr>
            <w:r>
              <w:rPr>
                <w:color w:val="000000"/>
                <w:sz w:val="21"/>
              </w:rPr>
              <w:t>male and female created he them.</w:t>
            </w:r>
          </w:p>
          <w:p w14:paraId="0C830F32" w14:textId="77777777" w:rsidR="009F3B06" w:rsidRDefault="009F3B06">
            <w:pPr>
              <w:pStyle w:val="Grace9Normal"/>
              <w:spacing w:after="40"/>
            </w:pPr>
          </w:p>
          <w:p w14:paraId="1AEAA8B0" w14:textId="77777777" w:rsidR="009F3B06" w:rsidRDefault="00000000">
            <w:pPr>
              <w:pStyle w:val="Grace9Normal"/>
              <w:spacing w:after="40"/>
            </w:pPr>
            <w:r>
              <w:rPr>
                <w:color w:val="000000"/>
                <w:sz w:val="21"/>
              </w:rPr>
              <w:t>And God blessed them, and God said unto them, Be fruitful, and multiply,</w:t>
            </w:r>
          </w:p>
          <w:p w14:paraId="37563244" w14:textId="77777777" w:rsidR="009F3B06" w:rsidRDefault="00000000">
            <w:pPr>
              <w:pStyle w:val="Grace9Normal"/>
              <w:spacing w:after="40"/>
            </w:pPr>
            <w:r>
              <w:rPr>
                <w:color w:val="000000"/>
                <w:sz w:val="21"/>
              </w:rPr>
              <w:t>and replenish the earth, and subdue it: and have dominion...</w:t>
            </w:r>
          </w:p>
        </w:tc>
      </w:tr>
    </w:tbl>
    <w:p w14:paraId="42A77DC1" w14:textId="77777777" w:rsidR="009F3B06" w:rsidRDefault="009F3B06">
      <w:pPr>
        <w:pStyle w:val="Grace9Normal"/>
        <w:spacing w:after="60"/>
      </w:pPr>
    </w:p>
    <w:p w14:paraId="2E902284" w14:textId="77777777" w:rsidR="009F3B06" w:rsidRDefault="00000000">
      <w:pPr>
        <w:pStyle w:val="Grace9BodyText"/>
      </w:pPr>
      <w:r>
        <w:t>The fall did not erase God's purpose, but it wounded the image and brought shame, death, curse, and exile. Humanity did not merely lose comfort. Humanity fell short of glory.</w:t>
      </w:r>
    </w:p>
    <w:tbl>
      <w:tblPr>
        <w:tblW w:w="0" w:type="auto"/>
        <w:jc w:val="center"/>
        <w:tblLook w:val="04A0" w:firstRow="1" w:lastRow="0" w:firstColumn="1" w:lastColumn="0" w:noHBand="0" w:noVBand="1"/>
      </w:tblPr>
      <w:tblGrid>
        <w:gridCol w:w="10080"/>
      </w:tblGrid>
      <w:tr w:rsidR="009F3B06" w14:paraId="0BBF17AD"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6A88F93E" w14:textId="77777777" w:rsidR="009F3B06" w:rsidRDefault="00000000">
            <w:pPr>
              <w:pStyle w:val="Grace9Normal"/>
              <w:spacing w:after="80"/>
            </w:pPr>
            <w:r>
              <w:rPr>
                <w:b/>
                <w:i/>
                <w:color w:val="1F4E79"/>
                <w:sz w:val="21"/>
              </w:rPr>
              <w:t>Romans 3:23–24</w:t>
            </w:r>
          </w:p>
          <w:p w14:paraId="23CEB0D1" w14:textId="77777777" w:rsidR="009F3B06" w:rsidRDefault="00000000">
            <w:pPr>
              <w:pStyle w:val="Grace9Normal"/>
              <w:spacing w:after="40"/>
            </w:pPr>
            <w:r>
              <w:rPr>
                <w:color w:val="000000"/>
                <w:sz w:val="21"/>
              </w:rPr>
              <w:t>For all have sinned, and come short of the glory of God;</w:t>
            </w:r>
          </w:p>
          <w:p w14:paraId="4B620DFA" w14:textId="77777777" w:rsidR="009F3B06" w:rsidRDefault="00000000">
            <w:pPr>
              <w:pStyle w:val="Grace9Normal"/>
              <w:spacing w:after="40"/>
            </w:pPr>
            <w:r>
              <w:rPr>
                <w:color w:val="000000"/>
                <w:sz w:val="21"/>
              </w:rPr>
              <w:t>Being justified freely by his grace through the redemption that is in Christ Jesus:</w:t>
            </w:r>
          </w:p>
        </w:tc>
      </w:tr>
    </w:tbl>
    <w:p w14:paraId="3CFBF1E2" w14:textId="77777777" w:rsidR="009F3B06" w:rsidRDefault="009F3B06">
      <w:pPr>
        <w:pStyle w:val="Grace9Normal"/>
        <w:spacing w:after="60"/>
      </w:pPr>
    </w:p>
    <w:p w14:paraId="287B411F" w14:textId="77777777" w:rsidR="009F3B06" w:rsidRDefault="00000000">
      <w:pPr>
        <w:pStyle w:val="Grace9BodyText"/>
      </w:pPr>
      <w:r>
        <w:t>Grace answers that loss. It is not merely God improving circumstances inside a fallen order. Grace must carry the fallen image toward the glory for which humanity was made.</w:t>
      </w:r>
    </w:p>
    <w:tbl>
      <w:tblPr>
        <w:tblW w:w="0" w:type="auto"/>
        <w:jc w:val="center"/>
        <w:tblLook w:val="04A0" w:firstRow="1" w:lastRow="0" w:firstColumn="1" w:lastColumn="0" w:noHBand="0" w:noVBand="1"/>
      </w:tblPr>
      <w:tblGrid>
        <w:gridCol w:w="10080"/>
      </w:tblGrid>
      <w:tr w:rsidR="009F3B06" w14:paraId="53B3C13F"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1B7E09D2" w14:textId="77777777" w:rsidR="009F3B06" w:rsidRDefault="00000000">
            <w:pPr>
              <w:pStyle w:val="Grace9Normal"/>
              <w:spacing w:after="80"/>
            </w:pPr>
            <w:r>
              <w:rPr>
                <w:b/>
                <w:i/>
                <w:color w:val="1F4E79"/>
                <w:sz w:val="21"/>
              </w:rPr>
              <w:t>Romans 8:29–30</w:t>
            </w:r>
          </w:p>
          <w:p w14:paraId="4D4B82AC" w14:textId="77777777" w:rsidR="009F3B06" w:rsidRDefault="00000000">
            <w:pPr>
              <w:pStyle w:val="Grace9Normal"/>
              <w:spacing w:after="40"/>
            </w:pPr>
            <w:r>
              <w:rPr>
                <w:color w:val="000000"/>
                <w:sz w:val="21"/>
              </w:rPr>
              <w:t>For whom he did foreknow, he also did predestinate to be conformed to the image of his Son,</w:t>
            </w:r>
          </w:p>
          <w:p w14:paraId="64E0E1F7" w14:textId="77777777" w:rsidR="009F3B06" w:rsidRDefault="00000000">
            <w:pPr>
              <w:pStyle w:val="Grace9Normal"/>
              <w:spacing w:after="40"/>
            </w:pPr>
            <w:r>
              <w:rPr>
                <w:color w:val="000000"/>
                <w:sz w:val="21"/>
              </w:rPr>
              <w:t>that he might be the firstborn among many brethren.</w:t>
            </w:r>
          </w:p>
          <w:p w14:paraId="2249A6A3" w14:textId="77777777" w:rsidR="009F3B06" w:rsidRDefault="00000000">
            <w:pPr>
              <w:pStyle w:val="Grace9Normal"/>
              <w:spacing w:after="40"/>
            </w:pPr>
            <w:r>
              <w:rPr>
                <w:color w:val="000000"/>
                <w:sz w:val="21"/>
              </w:rPr>
              <w:t>Moreover whom he did predestinate, them he also called:</w:t>
            </w:r>
          </w:p>
          <w:p w14:paraId="7E8A6FE3" w14:textId="77777777" w:rsidR="009F3B06" w:rsidRDefault="00000000">
            <w:pPr>
              <w:pStyle w:val="Grace9Normal"/>
              <w:spacing w:after="40"/>
            </w:pPr>
            <w:r>
              <w:rPr>
                <w:color w:val="000000"/>
                <w:sz w:val="21"/>
              </w:rPr>
              <w:t>and whom he called, them he also justified:</w:t>
            </w:r>
          </w:p>
          <w:p w14:paraId="1FF34BE8" w14:textId="77777777" w:rsidR="009F3B06" w:rsidRDefault="00000000">
            <w:pPr>
              <w:pStyle w:val="Grace9Normal"/>
              <w:spacing w:after="40"/>
            </w:pPr>
            <w:r>
              <w:rPr>
                <w:color w:val="000000"/>
                <w:sz w:val="21"/>
              </w:rPr>
              <w:t>and whom he justified, them he also glorified.</w:t>
            </w:r>
          </w:p>
        </w:tc>
      </w:tr>
    </w:tbl>
    <w:p w14:paraId="3209700B" w14:textId="77777777" w:rsidR="009F3B06" w:rsidRDefault="009F3B06">
      <w:pPr>
        <w:pStyle w:val="Grace9Normal"/>
        <w:spacing w:after="60"/>
      </w:pPr>
    </w:p>
    <w:p w14:paraId="2F1C2DE3" w14:textId="77777777" w:rsidR="009F3B06" w:rsidRDefault="00000000">
      <w:pPr>
        <w:pStyle w:val="Grace9BodyText"/>
      </w:pPr>
      <w:r>
        <w:t>The movement is not unfinished mercy. It is mercy carrying the redeemed toward conformity to the Son and final glory. The image is not merely repaired at the surface. It is carried into its appointed completion in Christ.</w:t>
      </w:r>
    </w:p>
    <w:p w14:paraId="671939C6" w14:textId="77777777" w:rsidR="009F3B06" w:rsidRDefault="00000000">
      <w:pPr>
        <w:pStyle w:val="Grace9Heading1"/>
      </w:pPr>
      <w:r>
        <w:rPr>
          <w:rFonts w:ascii="Georgia" w:eastAsia="Georgia" w:hAnsi="Georgia"/>
        </w:rPr>
        <w:t>3. The Face of Jesus Christ</w:t>
      </w:r>
    </w:p>
    <w:p w14:paraId="4DCA58BD" w14:textId="77777777" w:rsidR="009F3B06" w:rsidRDefault="00000000">
      <w:pPr>
        <w:pStyle w:val="Grace9BodyText"/>
      </w:pPr>
      <w:r>
        <w:t>Numbers 6 speaks of the Face of YHWH shining. The Psalms plead for that Face to shine so that salvation may come. Jacob sees God face to face and lives. The New Testament then identifies the place where the glory of God is known with final clarity: the face of Jesus Christ.</w:t>
      </w:r>
    </w:p>
    <w:tbl>
      <w:tblPr>
        <w:tblW w:w="0" w:type="auto"/>
        <w:jc w:val="center"/>
        <w:tblLook w:val="04A0" w:firstRow="1" w:lastRow="0" w:firstColumn="1" w:lastColumn="0" w:noHBand="0" w:noVBand="1"/>
      </w:tblPr>
      <w:tblGrid>
        <w:gridCol w:w="10080"/>
      </w:tblGrid>
      <w:tr w:rsidR="009F3B06" w14:paraId="7B6B93F5"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66BB3582" w14:textId="77777777" w:rsidR="009F3B06" w:rsidRDefault="00000000">
            <w:pPr>
              <w:pStyle w:val="Grace9Normal"/>
              <w:spacing w:after="80"/>
            </w:pPr>
            <w:r>
              <w:rPr>
                <w:b/>
                <w:i/>
                <w:color w:val="1F4E79"/>
                <w:sz w:val="21"/>
              </w:rPr>
              <w:t>2 Corinthians 4:6</w:t>
            </w:r>
          </w:p>
          <w:p w14:paraId="370096D1" w14:textId="77777777" w:rsidR="009F3B06" w:rsidRDefault="00000000">
            <w:pPr>
              <w:pStyle w:val="Grace9Normal"/>
              <w:spacing w:after="40"/>
            </w:pPr>
            <w:r>
              <w:rPr>
                <w:color w:val="000000"/>
                <w:sz w:val="21"/>
              </w:rPr>
              <w:t>For God, who commanded the light to shine out of darkness,</w:t>
            </w:r>
          </w:p>
          <w:p w14:paraId="2CA69A8E" w14:textId="77777777" w:rsidR="009F3B06" w:rsidRDefault="00000000">
            <w:pPr>
              <w:pStyle w:val="Grace9Normal"/>
              <w:spacing w:after="40"/>
            </w:pPr>
            <w:r>
              <w:rPr>
                <w:color w:val="000000"/>
                <w:sz w:val="21"/>
              </w:rPr>
              <w:t>hath shined in our hearts, to give the light of the knowledge of the glory of God</w:t>
            </w:r>
          </w:p>
          <w:p w14:paraId="0E841022" w14:textId="77777777" w:rsidR="009F3B06" w:rsidRDefault="00000000">
            <w:pPr>
              <w:pStyle w:val="Grace9Normal"/>
              <w:spacing w:after="40"/>
            </w:pPr>
            <w:r>
              <w:rPr>
                <w:color w:val="000000"/>
                <w:sz w:val="21"/>
              </w:rPr>
              <w:t>in the face of Jesus Christ.</w:t>
            </w:r>
          </w:p>
        </w:tc>
      </w:tr>
    </w:tbl>
    <w:p w14:paraId="69181344" w14:textId="77777777" w:rsidR="009F3B06" w:rsidRDefault="009F3B06">
      <w:pPr>
        <w:pStyle w:val="Grace9Normal"/>
        <w:spacing w:after="60"/>
      </w:pPr>
    </w:p>
    <w:p w14:paraId="5BA7FBE2" w14:textId="77777777" w:rsidR="009F3B06" w:rsidRDefault="00000000">
      <w:pPr>
        <w:pStyle w:val="Grace9BodyText"/>
      </w:pPr>
      <w:r>
        <w:t>This is not a forced connection between every use of light and every use of face. Paul himself brings light, knowledge, glory, God, and the face of Jesus Christ together. The shining Face of Numbers 6 finds its Christ-facing clarity in the Son.</w:t>
      </w:r>
    </w:p>
    <w:p w14:paraId="5676E152" w14:textId="77777777" w:rsidR="009F3B06" w:rsidRDefault="00000000">
      <w:pPr>
        <w:pStyle w:val="Grace9BodyText"/>
      </w:pPr>
      <w:r>
        <w:t>The final hope is not merely to know about God from a distance. It is to see Him and be made like Him.</w:t>
      </w:r>
    </w:p>
    <w:tbl>
      <w:tblPr>
        <w:tblW w:w="0" w:type="auto"/>
        <w:jc w:val="center"/>
        <w:tblLook w:val="04A0" w:firstRow="1" w:lastRow="0" w:firstColumn="1" w:lastColumn="0" w:noHBand="0" w:noVBand="1"/>
      </w:tblPr>
      <w:tblGrid>
        <w:gridCol w:w="10080"/>
      </w:tblGrid>
      <w:tr w:rsidR="009F3B06" w14:paraId="2DE12423"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29AEE6EC" w14:textId="77777777" w:rsidR="009F3B06" w:rsidRDefault="00000000">
            <w:pPr>
              <w:pStyle w:val="Grace9Normal"/>
              <w:spacing w:after="80"/>
            </w:pPr>
            <w:r>
              <w:rPr>
                <w:b/>
                <w:i/>
                <w:color w:val="1F4E79"/>
                <w:sz w:val="21"/>
              </w:rPr>
              <w:t>1 John 3:2</w:t>
            </w:r>
          </w:p>
          <w:p w14:paraId="35DDC74C" w14:textId="77777777" w:rsidR="009F3B06" w:rsidRDefault="00000000">
            <w:pPr>
              <w:pStyle w:val="Grace9Normal"/>
              <w:spacing w:after="40"/>
            </w:pPr>
            <w:r>
              <w:rPr>
                <w:color w:val="000000"/>
                <w:sz w:val="21"/>
              </w:rPr>
              <w:t>Beloved, now are we the sons of God, and it doth not yet appear what we shall be:</w:t>
            </w:r>
          </w:p>
          <w:p w14:paraId="1833871A" w14:textId="77777777" w:rsidR="009F3B06" w:rsidRDefault="00000000">
            <w:pPr>
              <w:pStyle w:val="Grace9Normal"/>
              <w:spacing w:after="40"/>
            </w:pPr>
            <w:r>
              <w:rPr>
                <w:color w:val="000000"/>
                <w:sz w:val="21"/>
              </w:rPr>
              <w:lastRenderedPageBreak/>
              <w:t>but we know that, when he shall appear, we shall be like him;</w:t>
            </w:r>
          </w:p>
          <w:p w14:paraId="0BD2B7C8" w14:textId="77777777" w:rsidR="009F3B06" w:rsidRDefault="00000000">
            <w:pPr>
              <w:pStyle w:val="Grace9Normal"/>
              <w:spacing w:after="40"/>
            </w:pPr>
            <w:r>
              <w:rPr>
                <w:color w:val="000000"/>
                <w:sz w:val="21"/>
              </w:rPr>
              <w:t>for we shall see him as he is.</w:t>
            </w:r>
          </w:p>
        </w:tc>
      </w:tr>
    </w:tbl>
    <w:p w14:paraId="31341A33" w14:textId="77777777" w:rsidR="009F3B06" w:rsidRDefault="009F3B06">
      <w:pPr>
        <w:pStyle w:val="Grace9Normal"/>
        <w:spacing w:after="60"/>
      </w:pPr>
    </w:p>
    <w:p w14:paraId="36DDD4F2" w14:textId="77777777" w:rsidR="009F3B06" w:rsidRDefault="00000000">
      <w:pPr>
        <w:pStyle w:val="Grace9BodyText"/>
      </w:pPr>
      <w:r>
        <w:t>Grace is carrying the people toward sight, likeness, and glory. The Face that shines in blessing becomes the Face seen by the servants of God.</w:t>
      </w:r>
    </w:p>
    <w:p w14:paraId="773F0727" w14:textId="77777777" w:rsidR="009F3B06" w:rsidRDefault="00000000">
      <w:pPr>
        <w:pStyle w:val="Grace9Heading1"/>
      </w:pPr>
      <w:r>
        <w:rPr>
          <w:rFonts w:ascii="Georgia" w:eastAsia="Georgia" w:hAnsi="Georgia"/>
        </w:rPr>
        <w:t>4. The Dwelling of God with Man</w:t>
      </w:r>
    </w:p>
    <w:p w14:paraId="480248B2" w14:textId="77777777" w:rsidR="009F3B06" w:rsidRDefault="00000000">
      <w:pPr>
        <w:pStyle w:val="Grace9BodyText"/>
      </w:pPr>
      <w:r>
        <w:t>Revelation shows the blessing arriving at its destination. The hope is not escape from creation. The dwelling of God is with man. The curse, death, crying, and pain that entered the story through sin are answered by the presence of God.</w:t>
      </w:r>
    </w:p>
    <w:tbl>
      <w:tblPr>
        <w:tblW w:w="0" w:type="auto"/>
        <w:jc w:val="center"/>
        <w:tblLook w:val="04A0" w:firstRow="1" w:lastRow="0" w:firstColumn="1" w:lastColumn="0" w:noHBand="0" w:noVBand="1"/>
      </w:tblPr>
      <w:tblGrid>
        <w:gridCol w:w="10080"/>
      </w:tblGrid>
      <w:tr w:rsidR="009F3B06" w14:paraId="7052CE9D"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1AABB34D" w14:textId="77777777" w:rsidR="009F3B06" w:rsidRDefault="00000000">
            <w:pPr>
              <w:pStyle w:val="Grace9Normal"/>
              <w:spacing w:after="80"/>
            </w:pPr>
            <w:r>
              <w:rPr>
                <w:b/>
                <w:i/>
                <w:color w:val="1F4E79"/>
                <w:sz w:val="21"/>
              </w:rPr>
              <w:t>Revelation 21:3–4</w:t>
            </w:r>
          </w:p>
          <w:p w14:paraId="480A5442" w14:textId="77777777" w:rsidR="009F3B06" w:rsidRDefault="00000000">
            <w:pPr>
              <w:pStyle w:val="Grace9Normal"/>
              <w:spacing w:after="40"/>
            </w:pPr>
            <w:r>
              <w:rPr>
                <w:color w:val="000000"/>
                <w:sz w:val="21"/>
              </w:rPr>
              <w:t>And I heard a great voice out of heaven saying,</w:t>
            </w:r>
          </w:p>
          <w:p w14:paraId="4F4F4629" w14:textId="77777777" w:rsidR="009F3B06" w:rsidRDefault="00000000">
            <w:pPr>
              <w:pStyle w:val="Grace9Normal"/>
              <w:spacing w:after="40"/>
            </w:pPr>
            <w:r>
              <w:rPr>
                <w:color w:val="000000"/>
                <w:sz w:val="21"/>
              </w:rPr>
              <w:t>Behold, the tabernacle of God is with men, and he will dwell with them,</w:t>
            </w:r>
          </w:p>
          <w:p w14:paraId="2F437919" w14:textId="77777777" w:rsidR="009F3B06" w:rsidRDefault="00000000">
            <w:pPr>
              <w:pStyle w:val="Grace9Normal"/>
              <w:spacing w:after="40"/>
            </w:pPr>
            <w:r>
              <w:rPr>
                <w:color w:val="000000"/>
                <w:sz w:val="21"/>
              </w:rPr>
              <w:t>and they shall be his people, and God himself shall be with them, and be their God.</w:t>
            </w:r>
          </w:p>
          <w:p w14:paraId="4A8984A1" w14:textId="77777777" w:rsidR="009F3B06" w:rsidRDefault="009F3B06">
            <w:pPr>
              <w:pStyle w:val="Grace9Normal"/>
              <w:spacing w:after="40"/>
            </w:pPr>
          </w:p>
          <w:p w14:paraId="18B1F872" w14:textId="77777777" w:rsidR="009F3B06" w:rsidRDefault="00000000">
            <w:pPr>
              <w:pStyle w:val="Grace9Normal"/>
              <w:spacing w:after="40"/>
            </w:pPr>
            <w:r>
              <w:rPr>
                <w:color w:val="000000"/>
                <w:sz w:val="21"/>
              </w:rPr>
              <w:t>And God shall wipe away all tears from their eyes;</w:t>
            </w:r>
          </w:p>
          <w:p w14:paraId="7E94ECBA" w14:textId="77777777" w:rsidR="009F3B06" w:rsidRDefault="00000000">
            <w:pPr>
              <w:pStyle w:val="Grace9Normal"/>
              <w:spacing w:after="40"/>
            </w:pPr>
            <w:r>
              <w:rPr>
                <w:color w:val="000000"/>
                <w:sz w:val="21"/>
              </w:rPr>
              <w:t>and there shall be no more death, neither sorrow, nor crying,</w:t>
            </w:r>
          </w:p>
          <w:p w14:paraId="324A8811" w14:textId="77777777" w:rsidR="009F3B06" w:rsidRDefault="00000000">
            <w:pPr>
              <w:pStyle w:val="Grace9Normal"/>
              <w:spacing w:after="40"/>
            </w:pPr>
            <w:r>
              <w:rPr>
                <w:color w:val="000000"/>
                <w:sz w:val="21"/>
              </w:rPr>
              <w:t>neither shall there be any more pain: for the former things are passed away.</w:t>
            </w:r>
          </w:p>
        </w:tc>
      </w:tr>
    </w:tbl>
    <w:p w14:paraId="33CD4017" w14:textId="77777777" w:rsidR="009F3B06" w:rsidRDefault="009F3B06">
      <w:pPr>
        <w:pStyle w:val="Grace9Normal"/>
        <w:spacing w:after="60"/>
      </w:pPr>
    </w:p>
    <w:p w14:paraId="6420914A" w14:textId="77777777" w:rsidR="009F3B06" w:rsidRDefault="00000000">
      <w:pPr>
        <w:pStyle w:val="Grace9BodyText"/>
      </w:pPr>
      <w:r>
        <w:t>The God who said to Moses, 'Certainly I will be with thee,' brings His people to the final form of that promise: God Himself with them, dwelling with them, wiping away tears, removing death, and making all things new.</w:t>
      </w:r>
    </w:p>
    <w:tbl>
      <w:tblPr>
        <w:tblW w:w="0" w:type="auto"/>
        <w:jc w:val="center"/>
        <w:tblLook w:val="04A0" w:firstRow="1" w:lastRow="0" w:firstColumn="1" w:lastColumn="0" w:noHBand="0" w:noVBand="1"/>
      </w:tblPr>
      <w:tblGrid>
        <w:gridCol w:w="10080"/>
      </w:tblGrid>
      <w:tr w:rsidR="009F3B06" w14:paraId="24287A54"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58E5AAB2" w14:textId="77777777" w:rsidR="009F3B06" w:rsidRDefault="00000000">
            <w:pPr>
              <w:pStyle w:val="Grace9Normal"/>
              <w:spacing w:after="80"/>
            </w:pPr>
            <w:r>
              <w:rPr>
                <w:b/>
                <w:i/>
                <w:color w:val="1F4E79"/>
                <w:sz w:val="21"/>
              </w:rPr>
              <w:t>Revelation 21:22–24</w:t>
            </w:r>
          </w:p>
          <w:p w14:paraId="7DD2565D" w14:textId="77777777" w:rsidR="009F3B06" w:rsidRDefault="00000000">
            <w:pPr>
              <w:pStyle w:val="Grace9Normal"/>
              <w:spacing w:after="40"/>
            </w:pPr>
            <w:r>
              <w:rPr>
                <w:color w:val="000000"/>
                <w:sz w:val="21"/>
              </w:rPr>
              <w:t>And I saw no temple therein: for the Lord God Almighty and the Lamb are the temple of it.</w:t>
            </w:r>
          </w:p>
          <w:p w14:paraId="0948169D" w14:textId="77777777" w:rsidR="009F3B06" w:rsidRDefault="00000000">
            <w:pPr>
              <w:pStyle w:val="Grace9Normal"/>
              <w:spacing w:after="40"/>
            </w:pPr>
            <w:r>
              <w:rPr>
                <w:color w:val="000000"/>
                <w:sz w:val="21"/>
              </w:rPr>
              <w:t>And the city had no need of the sun, neither of the moon, to shine in it:</w:t>
            </w:r>
          </w:p>
          <w:p w14:paraId="2D983D02" w14:textId="77777777" w:rsidR="009F3B06" w:rsidRDefault="00000000">
            <w:pPr>
              <w:pStyle w:val="Grace9Normal"/>
              <w:spacing w:after="40"/>
            </w:pPr>
            <w:r>
              <w:rPr>
                <w:color w:val="000000"/>
                <w:sz w:val="21"/>
              </w:rPr>
              <w:t>for the glory of God did lighten it, and the Lamb is the light thereof.</w:t>
            </w:r>
          </w:p>
          <w:p w14:paraId="44694381" w14:textId="77777777" w:rsidR="009F3B06" w:rsidRDefault="00000000">
            <w:pPr>
              <w:pStyle w:val="Grace9Normal"/>
              <w:spacing w:after="40"/>
            </w:pPr>
            <w:r>
              <w:rPr>
                <w:color w:val="000000"/>
                <w:sz w:val="21"/>
              </w:rPr>
              <w:t>And the nations of them which are saved shall walk in the light of it:</w:t>
            </w:r>
          </w:p>
          <w:p w14:paraId="154F742C" w14:textId="77777777" w:rsidR="009F3B06" w:rsidRDefault="00000000">
            <w:pPr>
              <w:pStyle w:val="Grace9Normal"/>
              <w:spacing w:after="40"/>
            </w:pPr>
            <w:r>
              <w:rPr>
                <w:color w:val="000000"/>
                <w:sz w:val="21"/>
              </w:rPr>
              <w:t>and the kings of the earth do bring their glory and honour into it.</w:t>
            </w:r>
          </w:p>
        </w:tc>
      </w:tr>
    </w:tbl>
    <w:p w14:paraId="3FE9A0C9" w14:textId="77777777" w:rsidR="009F3B06" w:rsidRDefault="009F3B06">
      <w:pPr>
        <w:pStyle w:val="Grace9Normal"/>
        <w:spacing w:after="60"/>
      </w:pPr>
    </w:p>
    <w:p w14:paraId="00CA28AC" w14:textId="77777777" w:rsidR="009F3B06" w:rsidRDefault="00000000">
      <w:pPr>
        <w:pStyle w:val="Grace9BodyText"/>
      </w:pPr>
      <w:r>
        <w:t>The temple line reaches fulfillment because God and the Lamb are present. The light line reaches fulfillment because the glory of God lightens the city, and the Lamb is its light. The nations line reaches fulfillment because the nations of them which are saved walk in that light.</w:t>
      </w:r>
    </w:p>
    <w:p w14:paraId="6687064E" w14:textId="77777777" w:rsidR="009F3B06" w:rsidRDefault="00000000">
      <w:pPr>
        <w:pStyle w:val="Grace9Heading1"/>
      </w:pPr>
      <w:r>
        <w:rPr>
          <w:rFonts w:ascii="Georgia" w:eastAsia="Georgia" w:hAnsi="Georgia"/>
        </w:rPr>
        <w:t>5. Face Seen, Name Borne, Curse Gone</w:t>
      </w:r>
    </w:p>
    <w:p w14:paraId="6509C48A" w14:textId="77777777" w:rsidR="009F3B06" w:rsidRDefault="00000000">
      <w:pPr>
        <w:pStyle w:val="Grace9BodyText"/>
      </w:pPr>
      <w:r>
        <w:t>The clearest return to Numbers 6 comes in Revelation 22. The words of the priestly blessing now appear in completed form: no curse, the throne of God and the Lamb, His servants serving, His Face seen, His Name in their foreheads, and reign forever.</w:t>
      </w:r>
    </w:p>
    <w:tbl>
      <w:tblPr>
        <w:tblW w:w="0" w:type="auto"/>
        <w:jc w:val="center"/>
        <w:tblLook w:val="04A0" w:firstRow="1" w:lastRow="0" w:firstColumn="1" w:lastColumn="0" w:noHBand="0" w:noVBand="1"/>
      </w:tblPr>
      <w:tblGrid>
        <w:gridCol w:w="10080"/>
      </w:tblGrid>
      <w:tr w:rsidR="009F3B06" w14:paraId="7CD3D424"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42C5BE25" w14:textId="77777777" w:rsidR="009F3B06" w:rsidRDefault="00000000">
            <w:pPr>
              <w:pStyle w:val="Grace9Normal"/>
              <w:spacing w:after="80"/>
            </w:pPr>
            <w:r>
              <w:rPr>
                <w:b/>
                <w:i/>
                <w:color w:val="1F4E79"/>
                <w:sz w:val="21"/>
              </w:rPr>
              <w:t>Revelation 22:3–5</w:t>
            </w:r>
          </w:p>
          <w:p w14:paraId="371C6D61" w14:textId="77777777" w:rsidR="009F3B06" w:rsidRDefault="00000000">
            <w:pPr>
              <w:pStyle w:val="Grace9Normal"/>
              <w:spacing w:after="40"/>
            </w:pPr>
            <w:r>
              <w:rPr>
                <w:color w:val="000000"/>
                <w:sz w:val="21"/>
              </w:rPr>
              <w:t>And there shall be no more curse:</w:t>
            </w:r>
          </w:p>
          <w:p w14:paraId="589CF735" w14:textId="77777777" w:rsidR="009F3B06" w:rsidRDefault="00000000">
            <w:pPr>
              <w:pStyle w:val="Grace9Normal"/>
              <w:spacing w:after="40"/>
            </w:pPr>
            <w:r>
              <w:rPr>
                <w:color w:val="000000"/>
                <w:sz w:val="21"/>
              </w:rPr>
              <w:t>but the throne of God and of the Lamb shall be in it;</w:t>
            </w:r>
          </w:p>
          <w:p w14:paraId="18C48559" w14:textId="77777777" w:rsidR="009F3B06" w:rsidRDefault="00000000">
            <w:pPr>
              <w:pStyle w:val="Grace9Normal"/>
              <w:spacing w:after="40"/>
            </w:pPr>
            <w:r>
              <w:rPr>
                <w:color w:val="000000"/>
                <w:sz w:val="21"/>
              </w:rPr>
              <w:t>and his servants shall serve him:</w:t>
            </w:r>
          </w:p>
          <w:p w14:paraId="463C59AF" w14:textId="77777777" w:rsidR="009F3B06" w:rsidRDefault="00000000">
            <w:pPr>
              <w:pStyle w:val="Grace9Normal"/>
              <w:spacing w:after="40"/>
            </w:pPr>
            <w:r>
              <w:rPr>
                <w:color w:val="000000"/>
                <w:sz w:val="21"/>
              </w:rPr>
              <w:lastRenderedPageBreak/>
              <w:t>And they shall see his face;</w:t>
            </w:r>
          </w:p>
          <w:p w14:paraId="14496AD0" w14:textId="77777777" w:rsidR="009F3B06" w:rsidRDefault="00000000">
            <w:pPr>
              <w:pStyle w:val="Grace9Normal"/>
              <w:spacing w:after="40"/>
            </w:pPr>
            <w:r>
              <w:rPr>
                <w:color w:val="000000"/>
                <w:sz w:val="21"/>
              </w:rPr>
              <w:t>and his name shall be in their foreheads.</w:t>
            </w:r>
          </w:p>
          <w:p w14:paraId="5F93780A" w14:textId="77777777" w:rsidR="009F3B06" w:rsidRDefault="00000000">
            <w:pPr>
              <w:pStyle w:val="Grace9Normal"/>
              <w:spacing w:after="40"/>
            </w:pPr>
            <w:r>
              <w:rPr>
                <w:color w:val="000000"/>
                <w:sz w:val="21"/>
              </w:rPr>
              <w:t>And there shall be no night there;</w:t>
            </w:r>
          </w:p>
          <w:p w14:paraId="3771069A" w14:textId="77777777" w:rsidR="009F3B06" w:rsidRDefault="00000000">
            <w:pPr>
              <w:pStyle w:val="Grace9Normal"/>
              <w:spacing w:after="40"/>
            </w:pPr>
            <w:r>
              <w:rPr>
                <w:color w:val="000000"/>
                <w:sz w:val="21"/>
              </w:rPr>
              <w:t>and they need no candle, neither light of the sun;</w:t>
            </w:r>
          </w:p>
          <w:p w14:paraId="06171C2A" w14:textId="77777777" w:rsidR="009F3B06" w:rsidRDefault="00000000">
            <w:pPr>
              <w:pStyle w:val="Grace9Normal"/>
              <w:spacing w:after="40"/>
            </w:pPr>
            <w:r>
              <w:rPr>
                <w:color w:val="000000"/>
                <w:sz w:val="21"/>
              </w:rPr>
              <w:t>for the Lord God giveth them light:</w:t>
            </w:r>
          </w:p>
          <w:p w14:paraId="3FA01F0C" w14:textId="77777777" w:rsidR="009F3B06" w:rsidRDefault="00000000">
            <w:pPr>
              <w:pStyle w:val="Grace9Normal"/>
              <w:spacing w:after="40"/>
            </w:pPr>
            <w:r>
              <w:rPr>
                <w:color w:val="000000"/>
                <w:sz w:val="21"/>
              </w:rPr>
              <w:t>and they shall reign for ever and ever.</w:t>
            </w:r>
          </w:p>
        </w:tc>
      </w:tr>
    </w:tbl>
    <w:p w14:paraId="657E5F8A" w14:textId="77777777" w:rsidR="009F3B06" w:rsidRDefault="009F3B06">
      <w:pPr>
        <w:pStyle w:val="Grace9Normal"/>
        <w:spacing w:after="60"/>
      </w:pPr>
    </w:p>
    <w:p w14:paraId="3C2411B7" w14:textId="77777777" w:rsidR="009F3B06" w:rsidRDefault="00000000">
      <w:pPr>
        <w:pStyle w:val="Grace9BodyText"/>
      </w:pPr>
      <w:r>
        <w:t>The curse is gone. The throne is present. The servants serve. The Face is seen. The Name is borne. The light is given. The reign is forever.</w:t>
      </w:r>
    </w:p>
    <w:p w14:paraId="4EC8787D" w14:textId="77777777" w:rsidR="009F3B06" w:rsidRDefault="00000000">
      <w:pPr>
        <w:pStyle w:val="Grace9BodyText"/>
      </w:pPr>
      <w:r>
        <w:t>This is the appointed fullness of the priestly blessing. What was spoken over the people in the wilderness becomes the condition of the redeemed in glory.</w:t>
      </w:r>
    </w:p>
    <w:p w14:paraId="0B832CB7" w14:textId="77777777" w:rsidR="009F3B06" w:rsidRDefault="00000000">
      <w:pPr>
        <w:pStyle w:val="Grace9Heading1"/>
      </w:pPr>
      <w:r>
        <w:rPr>
          <w:rFonts w:ascii="Georgia" w:eastAsia="Georgia" w:hAnsi="Georgia"/>
        </w:rPr>
        <w:t>6. Numbers 6 Completed</w:t>
      </w:r>
    </w:p>
    <w:p w14:paraId="42572A58" w14:textId="77777777" w:rsidR="009F3B06" w:rsidRDefault="00000000">
      <w:pPr>
        <w:pStyle w:val="Grace9BodyText"/>
      </w:pPr>
      <w:r>
        <w:t>The whole movement can now be seen in return.</w:t>
      </w:r>
    </w:p>
    <w:tbl>
      <w:tblPr>
        <w:tblW w:w="0" w:type="auto"/>
        <w:jc w:val="center"/>
        <w:tblLook w:val="04A0" w:firstRow="1" w:lastRow="0" w:firstColumn="1" w:lastColumn="0" w:noHBand="0" w:noVBand="1"/>
      </w:tblPr>
      <w:tblGrid>
        <w:gridCol w:w="10080"/>
      </w:tblGrid>
      <w:tr w:rsidR="009F3B06" w14:paraId="1577CC3F"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25003ED9" w14:textId="77777777" w:rsidR="009F3B06" w:rsidRDefault="00000000">
            <w:pPr>
              <w:pStyle w:val="Grace9Normal"/>
              <w:spacing w:after="0"/>
              <w:jc w:val="center"/>
            </w:pPr>
            <w:r>
              <w:rPr>
                <w:b/>
                <w:color w:val="1F4E79"/>
              </w:rPr>
              <w:t>Blessing becomes inheritance | Keeping becomes no more curse | Face shining becomes Face seen</w:t>
            </w:r>
          </w:p>
        </w:tc>
      </w:tr>
    </w:tbl>
    <w:p w14:paraId="2FE35651" w14:textId="77777777" w:rsidR="009F3B06" w:rsidRDefault="009F3B06">
      <w:pPr>
        <w:pStyle w:val="Grace9Normal"/>
        <w:spacing w:after="40"/>
      </w:pPr>
    </w:p>
    <w:tbl>
      <w:tblPr>
        <w:tblW w:w="0" w:type="auto"/>
        <w:jc w:val="center"/>
        <w:tblLook w:val="04A0" w:firstRow="1" w:lastRow="0" w:firstColumn="1" w:lastColumn="0" w:noHBand="0" w:noVBand="1"/>
      </w:tblPr>
      <w:tblGrid>
        <w:gridCol w:w="10080"/>
      </w:tblGrid>
      <w:tr w:rsidR="009F3B06" w14:paraId="42C0F0DC"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3F733B91" w14:textId="77777777" w:rsidR="009F3B06" w:rsidRDefault="00000000">
            <w:pPr>
              <w:pStyle w:val="Grace9Normal"/>
              <w:spacing w:after="0"/>
              <w:jc w:val="center"/>
            </w:pPr>
            <w:r>
              <w:rPr>
                <w:b/>
                <w:color w:val="1F4E79"/>
              </w:rPr>
              <w:t>Grace becomes glory | Peace becomes healed creation | Name placed becomes Name borne forever</w:t>
            </w:r>
          </w:p>
        </w:tc>
      </w:tr>
    </w:tbl>
    <w:p w14:paraId="7EE4F0D3" w14:textId="77777777" w:rsidR="009F3B06" w:rsidRDefault="009F3B06">
      <w:pPr>
        <w:pStyle w:val="Grace9Normal"/>
        <w:spacing w:after="40"/>
      </w:pPr>
    </w:p>
    <w:p w14:paraId="2FF7C4BE" w14:textId="77777777" w:rsidR="009F3B06" w:rsidRDefault="00000000">
      <w:pPr>
        <w:pStyle w:val="Grace9BodyText"/>
      </w:pPr>
      <w:r>
        <w:t>Adam was made in the image of God, but the fallen image came short of glory. Grace preserved the promise, covered shame, provided atonement, formed a people, gave the Spirit, restored representation, and carried the redeemed toward glorification.</w:t>
      </w:r>
    </w:p>
    <w:p w14:paraId="4F436AB0" w14:textId="77777777" w:rsidR="009F3B06" w:rsidRDefault="00000000">
      <w:pPr>
        <w:pStyle w:val="Grace9BodyText"/>
      </w:pPr>
      <w:r>
        <w:t>In Revelation, the image-bearing vocation is not abandoned. It is glorified. The servants of God see His Face, bear His Name, serve Him, and reign forever. The life once threatened by sin is now beyond the reach of curse and death.</w:t>
      </w:r>
    </w:p>
    <w:p w14:paraId="6860CE95" w14:textId="77777777" w:rsidR="009F3B06" w:rsidRDefault="00000000">
      <w:pPr>
        <w:pStyle w:val="Grace9BodyText"/>
      </w:pPr>
      <w:r>
        <w:t>The priestly word spoken over Israel reaches its final fullness in the Lamb's redeemed people, dwelling with God, seeing His Face, bearing His Name, and reigning in life.</w:t>
      </w:r>
    </w:p>
    <w:tbl>
      <w:tblPr>
        <w:tblW w:w="0" w:type="auto"/>
        <w:jc w:val="center"/>
        <w:tblLook w:val="04A0" w:firstRow="1" w:lastRow="0" w:firstColumn="1" w:lastColumn="0" w:noHBand="0" w:noVBand="1"/>
      </w:tblPr>
      <w:tblGrid>
        <w:gridCol w:w="10080"/>
      </w:tblGrid>
      <w:tr w:rsidR="009F3B06" w14:paraId="4FECB9AD"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64E21281" w14:textId="77777777" w:rsidR="009F3B06" w:rsidRDefault="00000000">
            <w:pPr>
              <w:pStyle w:val="Grace9Normal"/>
              <w:spacing w:after="0"/>
              <w:jc w:val="center"/>
            </w:pPr>
            <w:r>
              <w:rPr>
                <w:b/>
                <w:color w:val="1F4E79"/>
              </w:rPr>
              <w:t>Numbers 6 blessed toward this end: Face seen, Name borne, curse gone, life glorified.</w:t>
            </w:r>
          </w:p>
        </w:tc>
      </w:tr>
    </w:tbl>
    <w:p w14:paraId="479C0162" w14:textId="77777777" w:rsidR="009F3B06" w:rsidRDefault="009F3B06">
      <w:pPr>
        <w:pStyle w:val="Grace9Normal"/>
        <w:spacing w:after="40"/>
        <w:sectPr w:rsidR="009F3B06" w:rsidSect="00034616">
          <w:footerReference w:type="default" r:id="rIdGrace9footer"/>
          <w:headerReference w:type="default" r:id="rIdGrace9header"/>
          <w:type w:val="nextPage"/>
          <w:pgSz w:w="12240" w:h="15840"/>
          <w:pgMar w:top="936" w:right="1080" w:bottom="936" w:left="1080" w:header="720" w:footer="720" w:gutter="0"/>
          <w:pgNumType w:start="1"/>
          <w:cols w:space="720"/>
          <w:docGrid w:linePitch="360"/>
        </w:sectPr>
      </w:pPr>
    </w:p>
    <w:p w14:paraId="48A139AE" w14:textId="77777777" w:rsidR="005253BA" w:rsidRDefault="00000000">
      <w:pPr>
        <w:pStyle w:val="Grace10Normal"/>
        <w:spacing w:after="40"/>
        <w:jc w:val="center"/>
      </w:pPr>
      <w:r>
        <w:rPr>
          <w:b/>
          <w:color w:val="1F4E79"/>
          <w:sz w:val="36"/>
        </w:rPr>
        <w:t>GRACE TO GLORIFICATION</w:t>
      </w:r>
    </w:p>
    <w:p w14:paraId="6C2EB2D5" w14:textId="77777777" w:rsidR="005253BA" w:rsidRDefault="00000000">
      <w:pPr>
        <w:pStyle w:val="Grace10Normal"/>
        <w:spacing w:after="0"/>
        <w:jc w:val="center"/>
      </w:pPr>
      <w:r>
        <w:rPr>
          <w:color w:val="444444"/>
          <w:sz w:val="28"/>
        </w:rPr>
        <w:t>Part Ten</w:t>
      </w:r>
    </w:p>
    <w:p w14:paraId="568F816D" w14:textId="77777777" w:rsidR="005253BA" w:rsidRDefault="00000000">
      <w:pPr>
        <w:pStyle w:val="Grace10Normal"/>
        <w:spacing w:after="40"/>
        <w:jc w:val="center"/>
      </w:pPr>
      <w:r>
        <w:rPr>
          <w:b/>
          <w:color w:val="1F4E79"/>
          <w:sz w:val="40"/>
        </w:rPr>
        <w:t>Finale: Vichunneka and Noah Found Grace</w:t>
      </w:r>
    </w:p>
    <w:p w14:paraId="5A6509BD" w14:textId="77777777" w:rsidR="005253BA" w:rsidRDefault="00000000">
      <w:pPr>
        <w:pStyle w:val="Grace10Normal"/>
        <w:spacing w:after="200"/>
        <w:jc w:val="center"/>
      </w:pPr>
      <w:r>
        <w:rPr>
          <w:color w:val="5B5B5B"/>
        </w:rPr>
        <w:t>The Spirograph Resolves in Graciousness and Preserved Life</w:t>
      </w:r>
    </w:p>
    <w:p w14:paraId="71337B03" w14:textId="77777777" w:rsidR="005253BA" w:rsidRDefault="00000000">
      <w:pPr>
        <w:pStyle w:val="Grace10BodyText"/>
      </w:pPr>
      <w:r>
        <w:t>Part Nine brought the priestly blessing to its appointed fullness: Face seen, Name borne, curse gone, and life glorified. Part Ten now returns to the word that has been waiting inside Numbers 6 and then to the first place where grace is named.</w:t>
      </w:r>
    </w:p>
    <w:p w14:paraId="5F031CBF" w14:textId="77777777" w:rsidR="005253BA" w:rsidRDefault="00000000">
      <w:pPr>
        <w:pStyle w:val="Grace10BodyText"/>
      </w:pPr>
      <w:r>
        <w:t>This final movement must be handled carefully. The grammar leads. The pictographic witness follows. The doctrine has been built from Scripture before the visual pattern is allowed to speak.</w:t>
      </w:r>
    </w:p>
    <w:tbl>
      <w:tblPr>
        <w:tblW w:w="0" w:type="auto"/>
        <w:jc w:val="center"/>
        <w:tblLook w:val="04A0" w:firstRow="1" w:lastRow="0" w:firstColumn="1" w:lastColumn="0" w:noHBand="0" w:noVBand="1"/>
      </w:tblPr>
      <w:tblGrid>
        <w:gridCol w:w="10080"/>
      </w:tblGrid>
      <w:tr w:rsidR="005253BA" w14:paraId="6C391CB8"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1572B291" w14:textId="77777777" w:rsidR="005253BA" w:rsidRDefault="00000000">
            <w:pPr>
              <w:pStyle w:val="Grace10Normal"/>
              <w:spacing w:after="0"/>
              <w:jc w:val="center"/>
            </w:pPr>
            <w:r>
              <w:rPr>
                <w:b/>
                <w:color w:val="1F4E79"/>
              </w:rPr>
              <w:t>Grammar first. Pictographic witness second. Scripture has already drawn the pattern.</w:t>
            </w:r>
          </w:p>
        </w:tc>
      </w:tr>
    </w:tbl>
    <w:p w14:paraId="660FB9F3" w14:textId="77777777" w:rsidR="005253BA" w:rsidRDefault="005253BA">
      <w:pPr>
        <w:pStyle w:val="Grace10Normal"/>
        <w:spacing w:after="40"/>
      </w:pPr>
    </w:p>
    <w:p w14:paraId="045D89E7" w14:textId="77777777" w:rsidR="005253BA" w:rsidRDefault="00000000">
      <w:pPr>
        <w:pStyle w:val="Grace10Heading1"/>
      </w:pPr>
      <w:r>
        <w:rPr>
          <w:rFonts w:ascii="Georgia" w:eastAsia="Georgia" w:hAnsi="Georgia" w:cs="Georgia"/>
        </w:rPr>
        <w:t>1. The Word Waiting Inside Numbers 6</w:t>
      </w:r>
    </w:p>
    <w:tbl>
      <w:tblPr>
        <w:tblW w:w="0" w:type="auto"/>
        <w:jc w:val="center"/>
        <w:tblLook w:val="04A0" w:firstRow="1" w:lastRow="0" w:firstColumn="1" w:lastColumn="0" w:noHBand="0" w:noVBand="1"/>
      </w:tblPr>
      <w:tblGrid>
        <w:gridCol w:w="10080"/>
      </w:tblGrid>
      <w:tr w:rsidR="005253BA" w14:paraId="18B2ADA5"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1380289B" w14:textId="77777777" w:rsidR="005253BA" w:rsidRDefault="00000000">
            <w:pPr>
              <w:pStyle w:val="Grace10Normal"/>
              <w:spacing w:after="80"/>
            </w:pPr>
            <w:r>
              <w:rPr>
                <w:b/>
                <w:i/>
                <w:color w:val="1F4E79"/>
                <w:sz w:val="21"/>
              </w:rPr>
              <w:t>Numbers 6:24–27</w:t>
            </w:r>
          </w:p>
          <w:p w14:paraId="36A272F0" w14:textId="77777777" w:rsidR="005253BA" w:rsidRDefault="00000000">
            <w:pPr>
              <w:pStyle w:val="Grace10Normal"/>
              <w:spacing w:after="40"/>
            </w:pPr>
            <w:r>
              <w:rPr>
                <w:color w:val="000000"/>
                <w:sz w:val="21"/>
              </w:rPr>
              <w:t>The LORD bless thee, and keep thee:</w:t>
            </w:r>
          </w:p>
          <w:p w14:paraId="1120369C" w14:textId="77777777" w:rsidR="005253BA" w:rsidRDefault="00000000">
            <w:pPr>
              <w:pStyle w:val="Grace10Normal"/>
              <w:spacing w:after="40"/>
            </w:pPr>
            <w:r>
              <w:rPr>
                <w:color w:val="000000"/>
                <w:sz w:val="21"/>
              </w:rPr>
              <w:t xml:space="preserve">The LORD make his face shine upon thee, </w:t>
            </w:r>
            <w:r w:rsidRPr="00596440">
              <w:rPr>
                <w:b/>
                <w:bCs/>
                <w:color w:val="000000"/>
                <w:sz w:val="21"/>
                <w:u w:val="single"/>
              </w:rPr>
              <w:t>and be gracious unto thee</w:t>
            </w:r>
            <w:r>
              <w:rPr>
                <w:color w:val="000000"/>
                <w:sz w:val="21"/>
              </w:rPr>
              <w:t>:</w:t>
            </w:r>
          </w:p>
          <w:p w14:paraId="1BDBB4D9" w14:textId="77777777" w:rsidR="005253BA" w:rsidRDefault="00000000">
            <w:pPr>
              <w:pStyle w:val="Grace10Normal"/>
              <w:spacing w:after="40"/>
            </w:pPr>
            <w:r>
              <w:rPr>
                <w:color w:val="000000"/>
                <w:sz w:val="21"/>
              </w:rPr>
              <w:t>The LORD lift up his countenance upon thee, and give thee peace.</w:t>
            </w:r>
          </w:p>
          <w:p w14:paraId="56B5A8D2" w14:textId="77777777" w:rsidR="005253BA" w:rsidRDefault="00000000">
            <w:pPr>
              <w:pStyle w:val="Grace10Normal"/>
              <w:spacing w:after="40"/>
            </w:pPr>
            <w:r>
              <w:rPr>
                <w:color w:val="000000"/>
                <w:sz w:val="21"/>
              </w:rPr>
              <w:t>And they shall put my name upon the children of Israel;</w:t>
            </w:r>
          </w:p>
          <w:p w14:paraId="121A5EC7" w14:textId="77777777" w:rsidR="005253BA" w:rsidRDefault="00000000">
            <w:pPr>
              <w:pStyle w:val="Grace10Normal"/>
              <w:spacing w:after="40"/>
            </w:pPr>
            <w:r>
              <w:rPr>
                <w:color w:val="000000"/>
                <w:sz w:val="21"/>
              </w:rPr>
              <w:t>and I will bless them.</w:t>
            </w:r>
          </w:p>
        </w:tc>
      </w:tr>
    </w:tbl>
    <w:p w14:paraId="19BC5302" w14:textId="77777777" w:rsidR="005253BA" w:rsidRDefault="005253BA">
      <w:pPr>
        <w:pStyle w:val="Grace10Normal"/>
        <w:spacing w:after="60"/>
      </w:pPr>
    </w:p>
    <w:p w14:paraId="68C932D0" w14:textId="77777777" w:rsidR="005253BA" w:rsidRDefault="00000000">
      <w:pPr>
        <w:pStyle w:val="Grace10BodyText"/>
      </w:pPr>
      <w:r>
        <w:t>The phrase now in view is, 'and be gracious unto thee.' In Hebrew, this is not three separate words as English presents it. It is one verbal form with a conjunction and a personal suffix.</w:t>
      </w:r>
    </w:p>
    <w:p w14:paraId="09AF5385" w14:textId="77777777" w:rsidR="005253BA" w:rsidRDefault="00000000">
      <w:pPr>
        <w:pStyle w:val="Grace10Normal"/>
        <w:spacing w:before="60" w:after="40"/>
        <w:jc w:val="center"/>
      </w:pPr>
      <w:r>
        <w:rPr>
          <w:rFonts w:ascii="Noto Serif Hebrew" w:eastAsia="Noto Serif Hebrew" w:hAnsi="Noto Serif Hebrew" w:cs="Noto Serif Hebrew"/>
          <w:b/>
          <w:color w:val="1F4E79"/>
          <w:sz w:val="56"/>
        </w:rPr>
        <w:t>וִיחֻנֶּךָ</w:t>
      </w:r>
    </w:p>
    <w:p w14:paraId="2623D5C2" w14:textId="77777777" w:rsidR="005253BA" w:rsidRDefault="00000000">
      <w:pPr>
        <w:pStyle w:val="Grace10Normal"/>
        <w:jc w:val="center"/>
      </w:pPr>
      <w:r>
        <w:rPr>
          <w:i/>
          <w:color w:val="5B5B5B"/>
        </w:rPr>
        <w:t>vichunneka — and may He be gracious to you / be gracious unto thee</w:t>
      </w:r>
    </w:p>
    <w:p w14:paraId="47CC2F0B" w14:textId="77777777" w:rsidR="005253BA" w:rsidRDefault="00000000">
      <w:pPr>
        <w:pStyle w:val="Grace10BodyText"/>
      </w:pPr>
      <w:r>
        <w:t>The word comes from the root חנן, meaning to show favor, be gracious, or grant grace. In Numbers 6, the subject is YHWH. Aaron speaks the blessing, but YHWH is the One who is gracious. The priestly mouth carries the word, but the grace remains YHWH's.</w:t>
      </w:r>
    </w:p>
    <w:p w14:paraId="7F35A257" w14:textId="77777777" w:rsidR="005253BA" w:rsidRDefault="00000000">
      <w:pPr>
        <w:pStyle w:val="Grace10BodyText"/>
      </w:pPr>
      <w:r>
        <w:t>The word is not abstract. It is directed: unto thee. The God who blesses, keeps, shines His Face, gives peace, and places His Name is not merely described as gracious in general. His grace is spoken toward the one receiving the blessing.</w:t>
      </w:r>
    </w:p>
    <w:p w14:paraId="47A1F2A5" w14:textId="77777777" w:rsidR="005253BA" w:rsidRDefault="00000000">
      <w:pPr>
        <w:pStyle w:val="Grace10Heading1"/>
      </w:pPr>
      <w:r>
        <w:rPr>
          <w:rFonts w:ascii="Georgia" w:eastAsia="Georgia" w:hAnsi="Georgia" w:cs="Georgia"/>
        </w:rPr>
        <w:t>2. The Visible Form as Final Witness</w:t>
      </w:r>
    </w:p>
    <w:p w14:paraId="2AE67457" w14:textId="77777777" w:rsidR="005253BA" w:rsidRDefault="00000000">
      <w:pPr>
        <w:pStyle w:val="Grace10BodyText"/>
      </w:pPr>
      <w:r>
        <w:t>The root is חנן. In the inflected form וִיחֻנֶּךָ, the visible consonantal signs may be considered as: ו י ח נ ך. This does not replace the grammatical meaning. It becomes, at the end of the study, a fitting visual witness to what Scripture has already shown.</w:t>
      </w:r>
    </w:p>
    <w:tbl>
      <w:tblPr>
        <w:tblW w:w="0" w:type="auto"/>
        <w:jc w:val="center"/>
        <w:tblLook w:val="04A0" w:firstRow="1" w:lastRow="0" w:firstColumn="1" w:lastColumn="0" w:noHBand="0" w:noVBand="1"/>
      </w:tblPr>
      <w:tblGrid>
        <w:gridCol w:w="2520"/>
        <w:gridCol w:w="2520"/>
        <w:gridCol w:w="2520"/>
        <w:gridCol w:w="2520"/>
      </w:tblGrid>
      <w:tr w:rsidR="005253BA" w14:paraId="7CB858F2" w14:textId="77777777">
        <w:trPr>
          <w:jc w:val="center"/>
        </w:trPr>
        <w:tc>
          <w:tcPr>
            <w:tcW w:w="2520" w:type="dxa"/>
            <w:tcBorders>
              <w:top w:val="single" w:sz="8" w:space="0" w:color="5B9BD5"/>
              <w:left w:val="single" w:sz="8" w:space="0" w:color="5B9BD5"/>
              <w:bottom w:val="single" w:sz="8" w:space="0" w:color="5B9BD5"/>
              <w:right w:val="single" w:sz="8" w:space="0" w:color="5B9BD5"/>
            </w:tcBorders>
            <w:shd w:val="clear" w:color="auto" w:fill="D9EAF7"/>
            <w:tcMar>
              <w:top w:w="90" w:type="dxa"/>
              <w:left w:w="100" w:type="dxa"/>
              <w:bottom w:w="90" w:type="dxa"/>
              <w:right w:w="100" w:type="dxa"/>
            </w:tcMar>
          </w:tcPr>
          <w:p w14:paraId="660A039F" w14:textId="77777777" w:rsidR="005253BA" w:rsidRDefault="00000000">
            <w:pPr>
              <w:pStyle w:val="Grace10Normal"/>
            </w:pPr>
            <w:r>
              <w:rPr>
                <w:b/>
                <w:color w:val="1F4E79"/>
                <w:sz w:val="19"/>
              </w:rPr>
              <w:t>Letter</w:t>
            </w:r>
          </w:p>
        </w:tc>
        <w:tc>
          <w:tcPr>
            <w:tcW w:w="2520" w:type="dxa"/>
            <w:tcBorders>
              <w:top w:val="single" w:sz="8" w:space="0" w:color="5B9BD5"/>
              <w:left w:val="single" w:sz="8" w:space="0" w:color="5B9BD5"/>
              <w:bottom w:val="single" w:sz="8" w:space="0" w:color="5B9BD5"/>
              <w:right w:val="single" w:sz="8" w:space="0" w:color="5B9BD5"/>
            </w:tcBorders>
            <w:shd w:val="clear" w:color="auto" w:fill="D9EAF7"/>
            <w:tcMar>
              <w:top w:w="90" w:type="dxa"/>
              <w:left w:w="100" w:type="dxa"/>
              <w:bottom w:w="90" w:type="dxa"/>
              <w:right w:w="100" w:type="dxa"/>
            </w:tcMar>
          </w:tcPr>
          <w:p w14:paraId="2939D8AF" w14:textId="77777777" w:rsidR="005253BA" w:rsidRDefault="00000000">
            <w:pPr>
              <w:pStyle w:val="Grace10Normal"/>
            </w:pPr>
            <w:r>
              <w:rPr>
                <w:b/>
                <w:color w:val="1F4E79"/>
                <w:sz w:val="19"/>
              </w:rPr>
              <w:t>Name / grammar</w:t>
            </w:r>
          </w:p>
        </w:tc>
        <w:tc>
          <w:tcPr>
            <w:tcW w:w="2520" w:type="dxa"/>
            <w:tcBorders>
              <w:top w:val="single" w:sz="8" w:space="0" w:color="5B9BD5"/>
              <w:left w:val="single" w:sz="8" w:space="0" w:color="5B9BD5"/>
              <w:bottom w:val="single" w:sz="8" w:space="0" w:color="5B9BD5"/>
              <w:right w:val="single" w:sz="8" w:space="0" w:color="5B9BD5"/>
            </w:tcBorders>
            <w:shd w:val="clear" w:color="auto" w:fill="D9EAF7"/>
            <w:tcMar>
              <w:top w:w="90" w:type="dxa"/>
              <w:left w:w="100" w:type="dxa"/>
              <w:bottom w:w="90" w:type="dxa"/>
              <w:right w:w="100" w:type="dxa"/>
            </w:tcMar>
          </w:tcPr>
          <w:p w14:paraId="2B3A76F6" w14:textId="77777777" w:rsidR="005253BA" w:rsidRDefault="00000000">
            <w:pPr>
              <w:pStyle w:val="Grace10Normal"/>
            </w:pPr>
            <w:r>
              <w:rPr>
                <w:b/>
                <w:color w:val="1F4E79"/>
                <w:sz w:val="19"/>
              </w:rPr>
              <w:t>Visual witness</w:t>
            </w:r>
          </w:p>
        </w:tc>
        <w:tc>
          <w:tcPr>
            <w:tcW w:w="2520" w:type="dxa"/>
            <w:tcBorders>
              <w:top w:val="single" w:sz="8" w:space="0" w:color="5B9BD5"/>
              <w:left w:val="single" w:sz="8" w:space="0" w:color="5B9BD5"/>
              <w:bottom w:val="single" w:sz="8" w:space="0" w:color="5B9BD5"/>
              <w:right w:val="single" w:sz="8" w:space="0" w:color="5B9BD5"/>
            </w:tcBorders>
            <w:shd w:val="clear" w:color="auto" w:fill="D9EAF7"/>
            <w:tcMar>
              <w:top w:w="90" w:type="dxa"/>
              <w:left w:w="100" w:type="dxa"/>
              <w:bottom w:w="90" w:type="dxa"/>
              <w:right w:w="100" w:type="dxa"/>
            </w:tcMar>
          </w:tcPr>
          <w:p w14:paraId="7CF2767B" w14:textId="77777777" w:rsidR="005253BA" w:rsidRDefault="00000000">
            <w:pPr>
              <w:pStyle w:val="Grace10Normal"/>
            </w:pPr>
            <w:r>
              <w:rPr>
                <w:b/>
                <w:color w:val="1F4E79"/>
                <w:sz w:val="19"/>
              </w:rPr>
              <w:t>Line already traced</w:t>
            </w:r>
          </w:p>
        </w:tc>
      </w:tr>
      <w:tr w:rsidR="005253BA" w14:paraId="1D5DFB0A" w14:textId="77777777">
        <w:trPr>
          <w:jc w:val="center"/>
        </w:trPr>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47393D51" w14:textId="77777777" w:rsidR="005253BA" w:rsidRDefault="00000000">
            <w:pPr>
              <w:pStyle w:val="Grace10Normal"/>
            </w:pPr>
            <w:r>
              <w:rPr>
                <w:rFonts w:ascii="Noto Serif Hebrew" w:eastAsia="Noto Serif Hebrew" w:hAnsi="Noto Serif Hebrew" w:cs="Noto Serif Hebrew"/>
                <w:b/>
                <w:color w:val="1F4E79"/>
                <w:sz w:val="36"/>
              </w:rPr>
              <w:t>ו</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79F21A93" w14:textId="77777777" w:rsidR="005253BA" w:rsidRDefault="00000000">
            <w:pPr>
              <w:pStyle w:val="Grace10Normal"/>
            </w:pPr>
            <w:r>
              <w:rPr>
                <w:color w:val="000000"/>
                <w:sz w:val="17"/>
              </w:rPr>
              <w:t>vav / and; joining</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57F2648C" w14:textId="77777777" w:rsidR="005253BA" w:rsidRDefault="00000000">
            <w:pPr>
              <w:pStyle w:val="Grace10Normal"/>
            </w:pPr>
            <w:r>
              <w:rPr>
                <w:color w:val="000000"/>
                <w:sz w:val="17"/>
              </w:rPr>
              <w:t>connection</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09084579" w14:textId="77777777" w:rsidR="005253BA" w:rsidRDefault="00000000">
            <w:pPr>
              <w:pStyle w:val="Grace10Normal"/>
            </w:pPr>
            <w:r>
              <w:rPr>
                <w:color w:val="000000"/>
                <w:sz w:val="17"/>
              </w:rPr>
              <w:t xml:space="preserve">Grace has been joined to blessing, keeping, Face, peace, Name, priesthood, promise, </w:t>
            </w:r>
            <w:r>
              <w:rPr>
                <w:color w:val="000000"/>
                <w:sz w:val="17"/>
              </w:rPr>
              <w:lastRenderedPageBreak/>
              <w:t>supplication, atonement, daily bread, vocation, and glory.</w:t>
            </w:r>
          </w:p>
        </w:tc>
      </w:tr>
      <w:tr w:rsidR="005253BA" w14:paraId="16CFAD31" w14:textId="77777777">
        <w:trPr>
          <w:jc w:val="center"/>
        </w:trPr>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39747E6F" w14:textId="77777777" w:rsidR="005253BA" w:rsidRDefault="00000000">
            <w:pPr>
              <w:pStyle w:val="Grace10Normal"/>
            </w:pPr>
            <w:r>
              <w:rPr>
                <w:rFonts w:ascii="Noto Serif Hebrew" w:eastAsia="Noto Serif Hebrew" w:hAnsi="Noto Serif Hebrew" w:cs="Noto Serif Hebrew"/>
                <w:b/>
                <w:color w:val="1F4E79"/>
                <w:sz w:val="36"/>
              </w:rPr>
              <w:lastRenderedPageBreak/>
              <w:t>י</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45232CF5" w14:textId="77777777" w:rsidR="005253BA" w:rsidRDefault="00000000">
            <w:pPr>
              <w:pStyle w:val="Grace10Normal"/>
            </w:pPr>
            <w:r>
              <w:rPr>
                <w:color w:val="000000"/>
                <w:sz w:val="17"/>
              </w:rPr>
              <w:t>yod / verbal prefix; He acts</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71809B87" w14:textId="77777777" w:rsidR="005253BA" w:rsidRDefault="00000000">
            <w:pPr>
              <w:pStyle w:val="Grace10Normal"/>
            </w:pPr>
            <w:r>
              <w:rPr>
                <w:color w:val="000000"/>
                <w:sz w:val="17"/>
              </w:rPr>
              <w:t>hand / action</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6DDB72CA" w14:textId="77777777" w:rsidR="005253BA" w:rsidRDefault="00000000">
            <w:pPr>
              <w:pStyle w:val="Grace10Normal"/>
            </w:pPr>
            <w:r>
              <w:rPr>
                <w:color w:val="000000"/>
                <w:sz w:val="17"/>
              </w:rPr>
              <w:t>YHWH's hand judged Egypt, delivered Israel, brought His firstborn through the waters, and is later beheld in the pierced hands of Christ.</w:t>
            </w:r>
          </w:p>
        </w:tc>
      </w:tr>
      <w:tr w:rsidR="005253BA" w14:paraId="6860253C" w14:textId="77777777">
        <w:trPr>
          <w:jc w:val="center"/>
        </w:trPr>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3833E361" w14:textId="77777777" w:rsidR="005253BA" w:rsidRDefault="00000000">
            <w:pPr>
              <w:pStyle w:val="Grace10Normal"/>
            </w:pPr>
            <w:r>
              <w:rPr>
                <w:rFonts w:ascii="Noto Serif Hebrew" w:eastAsia="Noto Serif Hebrew" w:hAnsi="Noto Serif Hebrew" w:cs="Noto Serif Hebrew"/>
                <w:b/>
                <w:color w:val="1F4E79"/>
                <w:sz w:val="36"/>
              </w:rPr>
              <w:t>ח</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39A6CB04" w14:textId="77777777" w:rsidR="005253BA" w:rsidRDefault="00000000">
            <w:pPr>
              <w:pStyle w:val="Grace10Normal"/>
            </w:pPr>
            <w:r>
              <w:rPr>
                <w:color w:val="000000"/>
                <w:sz w:val="17"/>
              </w:rPr>
              <w:t>chet / root letter</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4EC73CEE" w14:textId="77777777" w:rsidR="005253BA" w:rsidRDefault="00000000">
            <w:pPr>
              <w:pStyle w:val="Grace10Normal"/>
            </w:pPr>
            <w:r>
              <w:rPr>
                <w:color w:val="000000"/>
                <w:sz w:val="17"/>
              </w:rPr>
              <w:t>enclosure / covering / protection</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4C79668E" w14:textId="77777777" w:rsidR="005253BA" w:rsidRDefault="00000000">
            <w:pPr>
              <w:pStyle w:val="Grace10Normal"/>
            </w:pPr>
            <w:r>
              <w:rPr>
                <w:color w:val="000000"/>
                <w:sz w:val="17"/>
              </w:rPr>
              <w:t>Grace moved through covering, shelter, keeping, mercy seat, atonement, garments, and final dwelling.</w:t>
            </w:r>
          </w:p>
        </w:tc>
      </w:tr>
      <w:tr w:rsidR="005253BA" w14:paraId="13FE5DB7" w14:textId="77777777">
        <w:trPr>
          <w:jc w:val="center"/>
        </w:trPr>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4B814BDC" w14:textId="77777777" w:rsidR="005253BA" w:rsidRDefault="00000000">
            <w:pPr>
              <w:pStyle w:val="Grace10Normal"/>
            </w:pPr>
            <w:r>
              <w:rPr>
                <w:rFonts w:ascii="Noto Serif Hebrew" w:eastAsia="Noto Serif Hebrew" w:hAnsi="Noto Serif Hebrew" w:cs="Noto Serif Hebrew"/>
                <w:b/>
                <w:color w:val="1F4E79"/>
                <w:sz w:val="36"/>
              </w:rPr>
              <w:t>נ</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3A480154" w14:textId="77777777" w:rsidR="005253BA" w:rsidRDefault="00000000">
            <w:pPr>
              <w:pStyle w:val="Grace10Normal"/>
            </w:pPr>
            <w:r>
              <w:rPr>
                <w:color w:val="000000"/>
                <w:sz w:val="17"/>
              </w:rPr>
              <w:t>nun / root letter</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7767B526" w14:textId="77777777" w:rsidR="005253BA" w:rsidRDefault="00000000">
            <w:pPr>
              <w:pStyle w:val="Grace10Normal"/>
            </w:pPr>
            <w:r>
              <w:rPr>
                <w:color w:val="000000"/>
                <w:sz w:val="17"/>
              </w:rPr>
              <w:t>life / seed / continuance</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609D7780" w14:textId="77777777" w:rsidR="005253BA" w:rsidRDefault="00000000">
            <w:pPr>
              <w:pStyle w:val="Grace10Normal"/>
            </w:pPr>
            <w:r>
              <w:rPr>
                <w:color w:val="000000"/>
                <w:sz w:val="17"/>
              </w:rPr>
              <w:t>Grace preserved the promised Seed, Abraham's line, the Lamb, and everlasting life in Christ.</w:t>
            </w:r>
          </w:p>
        </w:tc>
      </w:tr>
      <w:tr w:rsidR="005253BA" w14:paraId="01F22FB2" w14:textId="77777777">
        <w:trPr>
          <w:jc w:val="center"/>
        </w:trPr>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205E04C2" w14:textId="77777777" w:rsidR="005253BA" w:rsidRDefault="00000000">
            <w:pPr>
              <w:pStyle w:val="Grace10Normal"/>
            </w:pPr>
            <w:r>
              <w:rPr>
                <w:rFonts w:ascii="Noto Serif Hebrew" w:eastAsia="Noto Serif Hebrew" w:hAnsi="Noto Serif Hebrew" w:cs="Noto Serif Hebrew"/>
                <w:b/>
                <w:color w:val="1F4E79"/>
                <w:sz w:val="36"/>
              </w:rPr>
              <w:t>ך</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51E940B2" w14:textId="77777777" w:rsidR="005253BA" w:rsidRDefault="00000000">
            <w:pPr>
              <w:pStyle w:val="Grace10Normal"/>
            </w:pPr>
            <w:r>
              <w:rPr>
                <w:color w:val="000000"/>
                <w:sz w:val="17"/>
              </w:rPr>
              <w:t>final kaf / to you; thee</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7C63CBAB" w14:textId="77777777" w:rsidR="005253BA" w:rsidRDefault="00000000">
            <w:pPr>
              <w:pStyle w:val="Grace10Normal"/>
            </w:pPr>
            <w:r>
              <w:rPr>
                <w:color w:val="000000"/>
                <w:sz w:val="17"/>
              </w:rPr>
              <w:t>receiving hand / recipient</w:t>
            </w:r>
          </w:p>
        </w:tc>
        <w:tc>
          <w:tcPr>
            <w:tcW w:w="2520" w:type="dxa"/>
            <w:tcBorders>
              <w:top w:val="single" w:sz="4" w:space="0" w:color="B8CCE4"/>
              <w:left w:val="single" w:sz="4" w:space="0" w:color="B8CCE4"/>
              <w:bottom w:val="single" w:sz="4" w:space="0" w:color="B8CCE4"/>
              <w:right w:val="single" w:sz="4" w:space="0" w:color="B8CCE4"/>
            </w:tcBorders>
            <w:tcMar>
              <w:top w:w="80" w:type="dxa"/>
              <w:left w:w="100" w:type="dxa"/>
              <w:bottom w:w="80" w:type="dxa"/>
              <w:right w:w="100" w:type="dxa"/>
            </w:tcMar>
          </w:tcPr>
          <w:p w14:paraId="1B896B9D" w14:textId="77777777" w:rsidR="005253BA" w:rsidRDefault="00000000">
            <w:pPr>
              <w:pStyle w:val="Grace10Normal"/>
            </w:pPr>
            <w:r>
              <w:rPr>
                <w:color w:val="000000"/>
                <w:sz w:val="17"/>
              </w:rPr>
              <w:t>The blessing is spoken unto thee: believed, received, called upon, clung to, and lived under.</w:t>
            </w:r>
          </w:p>
        </w:tc>
      </w:tr>
    </w:tbl>
    <w:p w14:paraId="431C61FB" w14:textId="77777777" w:rsidR="005253BA" w:rsidRDefault="005253BA">
      <w:pPr>
        <w:pStyle w:val="Grace10Normal"/>
        <w:spacing w:after="60"/>
      </w:pPr>
    </w:p>
    <w:p w14:paraId="32E7BB5E" w14:textId="77777777" w:rsidR="005253BA" w:rsidRDefault="00000000">
      <w:pPr>
        <w:pStyle w:val="Grace10BodyText"/>
      </w:pPr>
      <w:r>
        <w:t>The study has been drawing these lines without naming the visual form too early. Now the lines gather: connection, hand, covering, life, and the receiving one.</w:t>
      </w:r>
    </w:p>
    <w:tbl>
      <w:tblPr>
        <w:tblW w:w="0" w:type="auto"/>
        <w:jc w:val="center"/>
        <w:tblLook w:val="04A0" w:firstRow="1" w:lastRow="0" w:firstColumn="1" w:lastColumn="0" w:noHBand="0" w:noVBand="1"/>
      </w:tblPr>
      <w:tblGrid>
        <w:gridCol w:w="10080"/>
      </w:tblGrid>
      <w:tr w:rsidR="005253BA" w14:paraId="068A552C"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7F0BE62D" w14:textId="77777777" w:rsidR="005253BA" w:rsidRDefault="00000000">
            <w:pPr>
              <w:pStyle w:val="Grace10Normal"/>
              <w:spacing w:after="0"/>
              <w:jc w:val="center"/>
            </w:pPr>
            <w:r>
              <w:rPr>
                <w:b/>
                <w:color w:val="1F4E79"/>
              </w:rPr>
              <w:t>Connection -&gt; Hand -&gt; Covering -&gt; Life -&gt; Unto thee</w:t>
            </w:r>
          </w:p>
        </w:tc>
      </w:tr>
    </w:tbl>
    <w:p w14:paraId="03F2202D" w14:textId="77777777" w:rsidR="005253BA" w:rsidRDefault="005253BA">
      <w:pPr>
        <w:pStyle w:val="Grace10Normal"/>
        <w:spacing w:after="40"/>
      </w:pPr>
    </w:p>
    <w:p w14:paraId="7AC911BF" w14:textId="77777777" w:rsidR="005253BA" w:rsidRDefault="00000000">
      <w:pPr>
        <w:pStyle w:val="Grace10BodyText"/>
      </w:pPr>
      <w:r>
        <w:t>YHWH gives the word. YHWH acts by His hand. YHWH shelters and preserves life. YHWH is gracious to the one who receives His favor. YHWH places His Name upon His people.</w:t>
      </w:r>
    </w:p>
    <w:p w14:paraId="0EBABD75" w14:textId="77777777" w:rsidR="005253BA" w:rsidRDefault="00000000">
      <w:pPr>
        <w:pStyle w:val="Grace10BodyText"/>
      </w:pPr>
      <w:r>
        <w:t>So 'and be gracious unto thee' is not a decorative phrase. It gathers the whole movement of grace into priestly speech.</w:t>
      </w:r>
    </w:p>
    <w:tbl>
      <w:tblPr>
        <w:tblW w:w="0" w:type="auto"/>
        <w:jc w:val="center"/>
        <w:tblLook w:val="04A0" w:firstRow="1" w:lastRow="0" w:firstColumn="1" w:lastColumn="0" w:noHBand="0" w:noVBand="1"/>
      </w:tblPr>
      <w:tblGrid>
        <w:gridCol w:w="10080"/>
      </w:tblGrid>
      <w:tr w:rsidR="005253BA" w14:paraId="63A6FC63"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2D02E8BA" w14:textId="77777777" w:rsidR="005253BA" w:rsidRDefault="00000000">
            <w:pPr>
              <w:pStyle w:val="Grace10Normal"/>
              <w:spacing w:after="0"/>
              <w:jc w:val="center"/>
            </w:pPr>
            <w:r>
              <w:rPr>
                <w:b/>
                <w:color w:val="1F4E79"/>
              </w:rPr>
              <w:t>Grace is YHWH's favor, given through His word and action, sheltering life and carrying the redeemed into glory.</w:t>
            </w:r>
          </w:p>
        </w:tc>
      </w:tr>
    </w:tbl>
    <w:p w14:paraId="182D537C" w14:textId="77777777" w:rsidR="005253BA" w:rsidRDefault="005253BA">
      <w:pPr>
        <w:pStyle w:val="Grace10Normal"/>
        <w:spacing w:after="40"/>
      </w:pPr>
    </w:p>
    <w:p w14:paraId="1DE876A5" w14:textId="77777777" w:rsidR="005253BA" w:rsidRDefault="00000000">
      <w:pPr>
        <w:pStyle w:val="Grace10Heading1"/>
      </w:pPr>
      <w:r>
        <w:rPr>
          <w:rFonts w:ascii="Georgia" w:eastAsia="Georgia" w:hAnsi="Georgia" w:cs="Georgia"/>
        </w:rPr>
        <w:t>3. The Hand Remembered</w:t>
      </w:r>
    </w:p>
    <w:p w14:paraId="7A1C4D10" w14:textId="77777777" w:rsidR="005253BA" w:rsidRDefault="00000000">
      <w:pPr>
        <w:pStyle w:val="Grace10BodyText"/>
      </w:pPr>
      <w:r>
        <w:t>The yod line is not invented at the finale. Israel already knew YHWH's hand. The people who first heard Numbers 6 had fresh memory of the God who brought them out by strength of hand.</w:t>
      </w:r>
    </w:p>
    <w:tbl>
      <w:tblPr>
        <w:tblW w:w="0" w:type="auto"/>
        <w:jc w:val="center"/>
        <w:tblLook w:val="04A0" w:firstRow="1" w:lastRow="0" w:firstColumn="1" w:lastColumn="0" w:noHBand="0" w:noVBand="1"/>
      </w:tblPr>
      <w:tblGrid>
        <w:gridCol w:w="10080"/>
      </w:tblGrid>
      <w:tr w:rsidR="005253BA" w14:paraId="70787052"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2AC556B3" w14:textId="77777777" w:rsidR="005253BA" w:rsidRDefault="00000000">
            <w:pPr>
              <w:pStyle w:val="Grace10Normal"/>
              <w:spacing w:after="80"/>
            </w:pPr>
            <w:r>
              <w:rPr>
                <w:b/>
                <w:i/>
                <w:color w:val="1F4E79"/>
                <w:sz w:val="21"/>
              </w:rPr>
              <w:t>Exodus 13:3</w:t>
            </w:r>
          </w:p>
          <w:p w14:paraId="6F9BDC7A" w14:textId="77777777" w:rsidR="005253BA" w:rsidRDefault="00000000">
            <w:pPr>
              <w:pStyle w:val="Grace10Normal"/>
              <w:spacing w:after="40"/>
            </w:pPr>
            <w:r>
              <w:rPr>
                <w:color w:val="000000"/>
                <w:sz w:val="21"/>
              </w:rPr>
              <w:t>And Moses said unto the people, Remember this day, in which ye came out from Egypt,</w:t>
            </w:r>
          </w:p>
          <w:p w14:paraId="7790A777" w14:textId="77777777" w:rsidR="005253BA" w:rsidRDefault="00000000">
            <w:pPr>
              <w:pStyle w:val="Grace10Normal"/>
              <w:spacing w:after="40"/>
              <w:rPr>
                <w:color w:val="000000"/>
                <w:sz w:val="21"/>
              </w:rPr>
            </w:pPr>
            <w:r>
              <w:rPr>
                <w:color w:val="000000"/>
                <w:sz w:val="21"/>
              </w:rPr>
              <w:t>out of the house of bondage; for by strength of hand the LORD brought you out from this place...</w:t>
            </w:r>
          </w:p>
          <w:p w14:paraId="67DBCC71" w14:textId="77777777" w:rsidR="00596440" w:rsidRDefault="00596440">
            <w:pPr>
              <w:pStyle w:val="Grace10Normal"/>
              <w:spacing w:after="40"/>
              <w:rPr>
                <w:color w:val="000000"/>
                <w:sz w:val="21"/>
              </w:rPr>
            </w:pPr>
          </w:p>
          <w:p w14:paraId="03758814" w14:textId="083F3F29" w:rsidR="00596440" w:rsidRDefault="00596440" w:rsidP="00596440">
            <w:pPr>
              <w:pStyle w:val="Grace10Normal"/>
              <w:spacing w:after="80"/>
            </w:pPr>
            <w:r>
              <w:rPr>
                <w:b/>
                <w:i/>
                <w:color w:val="1F4E79"/>
                <w:sz w:val="21"/>
              </w:rPr>
              <w:t xml:space="preserve">Exodus </w:t>
            </w:r>
            <w:r>
              <w:rPr>
                <w:b/>
                <w:i/>
                <w:color w:val="1F4E79"/>
                <w:sz w:val="21"/>
              </w:rPr>
              <w:t>15:6</w:t>
            </w:r>
          </w:p>
          <w:p w14:paraId="4EF226E1" w14:textId="77777777" w:rsidR="00596440" w:rsidRDefault="00596440" w:rsidP="00596440">
            <w:pPr>
              <w:pStyle w:val="Grace10Normal"/>
              <w:spacing w:after="40"/>
            </w:pPr>
            <w:r>
              <w:rPr>
                <w:color w:val="000000"/>
                <w:sz w:val="21"/>
              </w:rPr>
              <w:t>Thy right hand, O LORD, is become glorious in power:</w:t>
            </w:r>
          </w:p>
          <w:p w14:paraId="49663127" w14:textId="3ACA67BF" w:rsidR="00596440" w:rsidRDefault="00596440" w:rsidP="00596440">
            <w:pPr>
              <w:pStyle w:val="Grace10Normal"/>
              <w:spacing w:after="40"/>
            </w:pPr>
            <w:r>
              <w:rPr>
                <w:color w:val="000000"/>
                <w:sz w:val="21"/>
              </w:rPr>
              <w:t>thy right hand, O LORD, hath dashed in pieces the enemy.</w:t>
            </w:r>
          </w:p>
        </w:tc>
      </w:tr>
    </w:tbl>
    <w:p w14:paraId="5779DABF" w14:textId="77777777" w:rsidR="005253BA" w:rsidRDefault="005253BA">
      <w:pPr>
        <w:pStyle w:val="Grace10Normal"/>
        <w:spacing w:after="60"/>
      </w:pPr>
    </w:p>
    <w:tbl>
      <w:tblPr>
        <w:tblW w:w="0" w:type="auto"/>
        <w:jc w:val="center"/>
        <w:tblLook w:val="04A0" w:firstRow="1" w:lastRow="0" w:firstColumn="1" w:lastColumn="0" w:noHBand="0" w:noVBand="1"/>
      </w:tblPr>
      <w:tblGrid>
        <w:gridCol w:w="10080"/>
      </w:tblGrid>
      <w:tr w:rsidR="005253BA" w14:paraId="67DE286A"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78C9AD05" w14:textId="4BD33ADD" w:rsidR="00596440" w:rsidRDefault="00000000" w:rsidP="00596440">
            <w:pPr>
              <w:pStyle w:val="Grace10Normal"/>
              <w:spacing w:after="80"/>
            </w:pPr>
            <w:r>
              <w:rPr>
                <w:b/>
                <w:i/>
                <w:color w:val="1F4E79"/>
                <w:sz w:val="21"/>
              </w:rPr>
              <w:lastRenderedPageBreak/>
              <w:t xml:space="preserve">Exodus </w:t>
            </w:r>
            <w:r w:rsidR="00596440">
              <w:rPr>
                <w:b/>
                <w:i/>
                <w:color w:val="1F4E79"/>
                <w:sz w:val="21"/>
              </w:rPr>
              <w:t>6:7</w:t>
            </w:r>
          </w:p>
          <w:p w14:paraId="4875BCF0" w14:textId="4E8C94E0" w:rsidR="005253BA" w:rsidRDefault="00596440">
            <w:pPr>
              <w:pStyle w:val="Grace10Normal"/>
              <w:spacing w:after="40"/>
            </w:pPr>
            <w:r>
              <w:rPr>
                <w:color w:val="000000"/>
                <w:sz w:val="21"/>
              </w:rPr>
              <w:t xml:space="preserve">I will take you to be my people, and I will be your God, and you shall know that </w:t>
            </w:r>
            <w:r w:rsidRPr="006B323E">
              <w:rPr>
                <w:color w:val="000000"/>
                <w:sz w:val="21"/>
                <w:u w:val="single"/>
              </w:rPr>
              <w:t>I am the LORD your God</w:t>
            </w:r>
            <w:r>
              <w:rPr>
                <w:color w:val="000000"/>
                <w:sz w:val="21"/>
              </w:rPr>
              <w:t>, who has brought you out from under the burdens…</w:t>
            </w:r>
          </w:p>
        </w:tc>
      </w:tr>
    </w:tbl>
    <w:p w14:paraId="50C1538E" w14:textId="77777777" w:rsidR="005253BA" w:rsidRDefault="005253BA">
      <w:pPr>
        <w:pStyle w:val="Grace10Normal"/>
        <w:spacing w:after="60"/>
      </w:pPr>
    </w:p>
    <w:p w14:paraId="23AF61C1" w14:textId="77777777" w:rsidR="005253BA" w:rsidRDefault="00000000">
      <w:pPr>
        <w:pStyle w:val="Grace10BodyText"/>
      </w:pPr>
      <w:r>
        <w:t>The hand that judged Egypt is also the hand that delivered Israel. The hand that brought YHWH's firstborn through the waters is the hand that carried the people toward worship, promise, and inheritance.</w:t>
      </w:r>
    </w:p>
    <w:p w14:paraId="1A45E38F" w14:textId="77777777" w:rsidR="005253BA" w:rsidRDefault="00000000">
      <w:pPr>
        <w:pStyle w:val="Grace10BodyText"/>
      </w:pPr>
      <w:r>
        <w:t>The same hand line reaches the risen Christ. Thomas is invited to behold the wounds, and his confession is not small.</w:t>
      </w:r>
    </w:p>
    <w:tbl>
      <w:tblPr>
        <w:tblW w:w="0" w:type="auto"/>
        <w:jc w:val="center"/>
        <w:tblLook w:val="04A0" w:firstRow="1" w:lastRow="0" w:firstColumn="1" w:lastColumn="0" w:noHBand="0" w:noVBand="1"/>
      </w:tblPr>
      <w:tblGrid>
        <w:gridCol w:w="10080"/>
      </w:tblGrid>
      <w:tr w:rsidR="005253BA" w14:paraId="24DD115C"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0637B281" w14:textId="77777777" w:rsidR="005253BA" w:rsidRDefault="00000000">
            <w:pPr>
              <w:pStyle w:val="Grace10Normal"/>
              <w:spacing w:after="80"/>
            </w:pPr>
            <w:r>
              <w:rPr>
                <w:b/>
                <w:i/>
                <w:color w:val="1F4E79"/>
                <w:sz w:val="21"/>
              </w:rPr>
              <w:t>John 20:27–28</w:t>
            </w:r>
          </w:p>
          <w:p w14:paraId="21C7B244" w14:textId="77777777" w:rsidR="005253BA" w:rsidRDefault="00000000">
            <w:pPr>
              <w:pStyle w:val="Grace10Normal"/>
              <w:spacing w:after="40"/>
            </w:pPr>
            <w:r>
              <w:rPr>
                <w:color w:val="000000"/>
                <w:sz w:val="21"/>
              </w:rPr>
              <w:t>Then saith he to Thomas, Reach hither thy finger, and behold my hands;</w:t>
            </w:r>
          </w:p>
          <w:p w14:paraId="050EA569" w14:textId="77777777" w:rsidR="005253BA" w:rsidRDefault="00000000">
            <w:pPr>
              <w:pStyle w:val="Grace10Normal"/>
              <w:spacing w:after="40"/>
            </w:pPr>
            <w:r>
              <w:rPr>
                <w:color w:val="000000"/>
                <w:sz w:val="21"/>
              </w:rPr>
              <w:t>and reach hither thy hand, and thrust it into my side:</w:t>
            </w:r>
          </w:p>
          <w:p w14:paraId="1DEC644B" w14:textId="77777777" w:rsidR="005253BA" w:rsidRDefault="00000000">
            <w:pPr>
              <w:pStyle w:val="Grace10Normal"/>
              <w:spacing w:after="40"/>
            </w:pPr>
            <w:r>
              <w:rPr>
                <w:color w:val="000000"/>
                <w:sz w:val="21"/>
              </w:rPr>
              <w:t>and be not faithless, but believing.</w:t>
            </w:r>
          </w:p>
          <w:p w14:paraId="10D05F1A" w14:textId="327E8831" w:rsidR="005253BA" w:rsidRDefault="00000000">
            <w:pPr>
              <w:pStyle w:val="Grace10Normal"/>
              <w:spacing w:after="40"/>
            </w:pPr>
            <w:r>
              <w:rPr>
                <w:color w:val="000000"/>
                <w:sz w:val="21"/>
              </w:rPr>
              <w:t xml:space="preserve">And Thomas answered and said unto him, </w:t>
            </w:r>
            <w:r w:rsidRPr="006B323E">
              <w:rPr>
                <w:b/>
                <w:bCs/>
                <w:color w:val="000000"/>
                <w:sz w:val="21"/>
                <w:u w:val="single"/>
              </w:rPr>
              <w:t>My L</w:t>
            </w:r>
            <w:r w:rsidR="006B323E">
              <w:rPr>
                <w:b/>
                <w:bCs/>
                <w:color w:val="000000"/>
                <w:sz w:val="21"/>
                <w:u w:val="single"/>
              </w:rPr>
              <w:t>ORD</w:t>
            </w:r>
            <w:r w:rsidRPr="006B323E">
              <w:rPr>
                <w:b/>
                <w:bCs/>
                <w:color w:val="000000"/>
                <w:sz w:val="21"/>
                <w:u w:val="single"/>
              </w:rPr>
              <w:t xml:space="preserve"> and my God</w:t>
            </w:r>
            <w:r>
              <w:rPr>
                <w:color w:val="000000"/>
                <w:sz w:val="21"/>
              </w:rPr>
              <w:t>.</w:t>
            </w:r>
          </w:p>
        </w:tc>
      </w:tr>
    </w:tbl>
    <w:p w14:paraId="4FEFB0A4" w14:textId="77777777" w:rsidR="005253BA" w:rsidRDefault="005253BA">
      <w:pPr>
        <w:pStyle w:val="Grace10Normal"/>
        <w:spacing w:after="60"/>
      </w:pPr>
    </w:p>
    <w:p w14:paraId="39586297" w14:textId="521899C3" w:rsidR="005253BA" w:rsidRDefault="00536F12">
      <w:pPr>
        <w:pStyle w:val="Grace10BodyText"/>
      </w:pPr>
      <w:r>
        <w:t xml:space="preserve">This is the climax of the gospel letter of John. John had meditated on the Old Testament scriptures, and this is the point the gospel of John is building to. </w:t>
      </w:r>
      <w:r w:rsidR="00000000">
        <w:t>The hand of action becomes the pierced hand of the risen Lord. The blessing spoken by the priest is secured by the self-giving Priest-King.</w:t>
      </w:r>
    </w:p>
    <w:p w14:paraId="1BFD6F58" w14:textId="77777777" w:rsidR="005253BA" w:rsidRDefault="00000000">
      <w:pPr>
        <w:pStyle w:val="Grace10Heading1"/>
      </w:pPr>
      <w:r>
        <w:rPr>
          <w:rFonts w:ascii="Georgia" w:eastAsia="Georgia" w:hAnsi="Georgia" w:cs="Georgia"/>
        </w:rPr>
        <w:t>4. Covering and Life Remembered</w:t>
      </w:r>
    </w:p>
    <w:p w14:paraId="64A544AE" w14:textId="77777777" w:rsidR="005253BA" w:rsidRDefault="00000000">
      <w:pPr>
        <w:pStyle w:val="Grace10BodyText"/>
      </w:pPr>
      <w:r>
        <w:t>The chet and nun lines have also been prepared. Grace shelters life. Grace covers shame. Grace preserves the Seed and carries promised life forward.</w:t>
      </w:r>
    </w:p>
    <w:tbl>
      <w:tblPr>
        <w:tblW w:w="0" w:type="auto"/>
        <w:jc w:val="center"/>
        <w:tblLook w:val="04A0" w:firstRow="1" w:lastRow="0" w:firstColumn="1" w:lastColumn="0" w:noHBand="0" w:noVBand="1"/>
      </w:tblPr>
      <w:tblGrid>
        <w:gridCol w:w="10080"/>
      </w:tblGrid>
      <w:tr w:rsidR="005253BA" w14:paraId="0A89E25B"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3348AC84" w14:textId="77777777" w:rsidR="005253BA" w:rsidRDefault="00000000">
            <w:pPr>
              <w:pStyle w:val="Grace10Normal"/>
              <w:spacing w:after="80"/>
            </w:pPr>
            <w:r>
              <w:rPr>
                <w:b/>
                <w:i/>
                <w:color w:val="1F4E79"/>
                <w:sz w:val="21"/>
              </w:rPr>
              <w:t>Genesis 3:21</w:t>
            </w:r>
          </w:p>
          <w:p w14:paraId="060F0D9D" w14:textId="77777777" w:rsidR="005253BA" w:rsidRDefault="00000000">
            <w:pPr>
              <w:pStyle w:val="Grace10Normal"/>
              <w:spacing w:after="40"/>
            </w:pPr>
            <w:r>
              <w:rPr>
                <w:color w:val="000000"/>
                <w:sz w:val="21"/>
              </w:rPr>
              <w:t>Unto Adam also and to his wife did the LORD God make coats of skins, and clothed them.</w:t>
            </w:r>
          </w:p>
        </w:tc>
      </w:tr>
    </w:tbl>
    <w:p w14:paraId="66BD77E0" w14:textId="77777777" w:rsidR="005253BA" w:rsidRDefault="005253BA">
      <w:pPr>
        <w:pStyle w:val="Grace10Normal"/>
        <w:spacing w:after="60"/>
      </w:pPr>
    </w:p>
    <w:tbl>
      <w:tblPr>
        <w:tblW w:w="0" w:type="auto"/>
        <w:jc w:val="center"/>
        <w:tblLook w:val="04A0" w:firstRow="1" w:lastRow="0" w:firstColumn="1" w:lastColumn="0" w:noHBand="0" w:noVBand="1"/>
      </w:tblPr>
      <w:tblGrid>
        <w:gridCol w:w="10080"/>
      </w:tblGrid>
      <w:tr w:rsidR="005253BA" w14:paraId="16A55CAC"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0DACBCC5" w14:textId="77777777" w:rsidR="005253BA" w:rsidRDefault="00000000">
            <w:pPr>
              <w:pStyle w:val="Grace10Normal"/>
              <w:spacing w:after="80"/>
            </w:pPr>
            <w:r>
              <w:rPr>
                <w:b/>
                <w:i/>
                <w:color w:val="1F4E79"/>
                <w:sz w:val="21"/>
              </w:rPr>
              <w:t>Genesis 3:15</w:t>
            </w:r>
          </w:p>
          <w:p w14:paraId="36D296BA" w14:textId="77777777" w:rsidR="005253BA" w:rsidRDefault="00000000">
            <w:pPr>
              <w:pStyle w:val="Grace10Normal"/>
              <w:spacing w:after="40"/>
            </w:pPr>
            <w:r>
              <w:rPr>
                <w:color w:val="000000"/>
                <w:sz w:val="21"/>
              </w:rPr>
              <w:t>And I will put enmity between thee and the woman,</w:t>
            </w:r>
          </w:p>
          <w:p w14:paraId="47ED2A26" w14:textId="77777777" w:rsidR="005253BA" w:rsidRDefault="00000000">
            <w:pPr>
              <w:pStyle w:val="Grace10Normal"/>
              <w:spacing w:after="40"/>
            </w:pPr>
            <w:r>
              <w:rPr>
                <w:color w:val="000000"/>
                <w:sz w:val="21"/>
              </w:rPr>
              <w:t>and between thy seed and her seed;</w:t>
            </w:r>
          </w:p>
          <w:p w14:paraId="7076BFB4" w14:textId="77777777" w:rsidR="005253BA" w:rsidRDefault="00000000">
            <w:pPr>
              <w:pStyle w:val="Grace10Normal"/>
              <w:spacing w:after="40"/>
            </w:pPr>
            <w:r>
              <w:rPr>
                <w:color w:val="000000"/>
                <w:sz w:val="21"/>
              </w:rPr>
              <w:t>it shall bruise thy head, and thou shalt bruise his heel.</w:t>
            </w:r>
          </w:p>
        </w:tc>
      </w:tr>
    </w:tbl>
    <w:p w14:paraId="60E0E4C2" w14:textId="77777777" w:rsidR="005253BA" w:rsidRDefault="005253BA">
      <w:pPr>
        <w:pStyle w:val="Grace10Normal"/>
        <w:spacing w:after="60"/>
      </w:pPr>
    </w:p>
    <w:tbl>
      <w:tblPr>
        <w:tblW w:w="0" w:type="auto"/>
        <w:jc w:val="center"/>
        <w:tblLook w:val="04A0" w:firstRow="1" w:lastRow="0" w:firstColumn="1" w:lastColumn="0" w:noHBand="0" w:noVBand="1"/>
      </w:tblPr>
      <w:tblGrid>
        <w:gridCol w:w="10080"/>
      </w:tblGrid>
      <w:tr w:rsidR="005253BA" w14:paraId="7341533E"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2EB4E21C" w14:textId="77777777" w:rsidR="005253BA" w:rsidRDefault="00000000">
            <w:pPr>
              <w:pStyle w:val="Grace10Normal"/>
              <w:spacing w:after="80"/>
            </w:pPr>
            <w:r>
              <w:rPr>
                <w:b/>
                <w:i/>
                <w:color w:val="1F4E79"/>
                <w:sz w:val="21"/>
              </w:rPr>
              <w:t>Galatians 3:16</w:t>
            </w:r>
          </w:p>
          <w:p w14:paraId="6C531AC5" w14:textId="77777777" w:rsidR="005253BA" w:rsidRDefault="00000000">
            <w:pPr>
              <w:pStyle w:val="Grace10Normal"/>
              <w:spacing w:after="40"/>
            </w:pPr>
            <w:r>
              <w:rPr>
                <w:color w:val="000000"/>
                <w:sz w:val="21"/>
              </w:rPr>
              <w:t>Now to Abraham and his seed were the promises made.</w:t>
            </w:r>
          </w:p>
          <w:p w14:paraId="4B36E629" w14:textId="77777777" w:rsidR="005253BA" w:rsidRDefault="00000000">
            <w:pPr>
              <w:pStyle w:val="Grace10Normal"/>
              <w:spacing w:after="40"/>
            </w:pPr>
            <w:r>
              <w:rPr>
                <w:color w:val="000000"/>
                <w:sz w:val="21"/>
              </w:rPr>
              <w:t>He saith not, And to seeds, as of many; but as of one,</w:t>
            </w:r>
          </w:p>
          <w:p w14:paraId="142890A2" w14:textId="77777777" w:rsidR="005253BA" w:rsidRDefault="00000000">
            <w:pPr>
              <w:pStyle w:val="Grace10Normal"/>
              <w:spacing w:after="40"/>
            </w:pPr>
            <w:r>
              <w:rPr>
                <w:color w:val="000000"/>
                <w:sz w:val="21"/>
              </w:rPr>
              <w:t>And to thy seed, which is Christ.</w:t>
            </w:r>
          </w:p>
        </w:tc>
      </w:tr>
    </w:tbl>
    <w:p w14:paraId="2C235ACD" w14:textId="77777777" w:rsidR="005253BA" w:rsidRDefault="005253BA">
      <w:pPr>
        <w:pStyle w:val="Grace10Normal"/>
        <w:spacing w:after="60"/>
      </w:pPr>
    </w:p>
    <w:p w14:paraId="635F25E4" w14:textId="77777777" w:rsidR="005253BA" w:rsidRDefault="00000000">
      <w:pPr>
        <w:pStyle w:val="Grace10BodyText"/>
      </w:pPr>
      <w:r>
        <w:t>The covering line and the seed line are not separate from grace. God covers what shame exposed. God preserves the promised life until the Seed comes. In Christ, the promised Seed brings life to its everlasting form.</w:t>
      </w:r>
    </w:p>
    <w:tbl>
      <w:tblPr>
        <w:tblW w:w="0" w:type="auto"/>
        <w:jc w:val="center"/>
        <w:tblLook w:val="04A0" w:firstRow="1" w:lastRow="0" w:firstColumn="1" w:lastColumn="0" w:noHBand="0" w:noVBand="1"/>
      </w:tblPr>
      <w:tblGrid>
        <w:gridCol w:w="10080"/>
      </w:tblGrid>
      <w:tr w:rsidR="005253BA" w14:paraId="4481B433"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543D773D" w14:textId="77777777" w:rsidR="005253BA" w:rsidRDefault="00000000">
            <w:pPr>
              <w:pStyle w:val="Grace10Normal"/>
              <w:spacing w:after="80"/>
            </w:pPr>
            <w:r>
              <w:rPr>
                <w:b/>
                <w:i/>
                <w:color w:val="1F4E79"/>
                <w:sz w:val="21"/>
              </w:rPr>
              <w:t>John 3:16</w:t>
            </w:r>
          </w:p>
          <w:p w14:paraId="55145013" w14:textId="77777777" w:rsidR="005253BA" w:rsidRDefault="00000000">
            <w:pPr>
              <w:pStyle w:val="Grace10Normal"/>
              <w:spacing w:after="40"/>
            </w:pPr>
            <w:r>
              <w:rPr>
                <w:color w:val="000000"/>
                <w:sz w:val="21"/>
              </w:rPr>
              <w:lastRenderedPageBreak/>
              <w:t>For God so loved the world, that he gave his only begotten Son,</w:t>
            </w:r>
          </w:p>
          <w:p w14:paraId="0750DED8" w14:textId="77777777" w:rsidR="005253BA" w:rsidRDefault="00000000">
            <w:pPr>
              <w:pStyle w:val="Grace10Normal"/>
              <w:spacing w:after="40"/>
            </w:pPr>
            <w:r>
              <w:rPr>
                <w:color w:val="000000"/>
                <w:sz w:val="21"/>
              </w:rPr>
              <w:t>that whosoever believeth in him should not perish, but have everlasting life.</w:t>
            </w:r>
          </w:p>
        </w:tc>
      </w:tr>
    </w:tbl>
    <w:p w14:paraId="3EEAD70D" w14:textId="77777777" w:rsidR="005253BA" w:rsidRDefault="005253BA">
      <w:pPr>
        <w:pStyle w:val="Grace10Normal"/>
        <w:spacing w:after="60"/>
      </w:pPr>
    </w:p>
    <w:p w14:paraId="5248F559" w14:textId="77777777" w:rsidR="005253BA" w:rsidRDefault="00000000">
      <w:pPr>
        <w:pStyle w:val="Grace10BodyText"/>
      </w:pPr>
      <w:r>
        <w:t>The word 'unto thee' remains important. Grace is not seized by pride or inherited by presumption. It is received by faith. It is called upon in supplication. It is lived under by those who shelter beneath the favor of YHWH.</w:t>
      </w:r>
    </w:p>
    <w:tbl>
      <w:tblPr>
        <w:tblW w:w="0" w:type="auto"/>
        <w:jc w:val="center"/>
        <w:tblLook w:val="04A0" w:firstRow="1" w:lastRow="0" w:firstColumn="1" w:lastColumn="0" w:noHBand="0" w:noVBand="1"/>
      </w:tblPr>
      <w:tblGrid>
        <w:gridCol w:w="10080"/>
      </w:tblGrid>
      <w:tr w:rsidR="005253BA" w14:paraId="610BE6B8"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53F93930" w14:textId="77777777" w:rsidR="005253BA" w:rsidRDefault="00000000">
            <w:pPr>
              <w:pStyle w:val="Grace10Normal"/>
              <w:spacing w:after="80"/>
            </w:pPr>
            <w:r>
              <w:rPr>
                <w:b/>
                <w:i/>
                <w:color w:val="1F4E79"/>
                <w:sz w:val="21"/>
              </w:rPr>
              <w:t>Romans 10:13</w:t>
            </w:r>
          </w:p>
          <w:p w14:paraId="1B13C8D2" w14:textId="77777777" w:rsidR="005253BA" w:rsidRDefault="00000000">
            <w:pPr>
              <w:pStyle w:val="Grace10Normal"/>
              <w:spacing w:after="40"/>
            </w:pPr>
            <w:r>
              <w:rPr>
                <w:color w:val="000000"/>
                <w:sz w:val="21"/>
              </w:rPr>
              <w:t>For whosoever shall call upon the name of the Lord shall be saved.</w:t>
            </w:r>
          </w:p>
        </w:tc>
      </w:tr>
    </w:tbl>
    <w:p w14:paraId="209F1728" w14:textId="77777777" w:rsidR="005253BA" w:rsidRDefault="005253BA">
      <w:pPr>
        <w:pStyle w:val="Grace10Normal"/>
        <w:spacing w:after="60"/>
      </w:pPr>
    </w:p>
    <w:p w14:paraId="12482C1B" w14:textId="77777777" w:rsidR="005253BA" w:rsidRDefault="00000000">
      <w:pPr>
        <w:pStyle w:val="Grace10Heading1"/>
      </w:pPr>
      <w:r>
        <w:rPr>
          <w:rFonts w:ascii="Georgia" w:eastAsia="Georgia" w:hAnsi="Georgia" w:cs="Georgia"/>
        </w:rPr>
        <w:t>5. Now Return to Noah</w:t>
      </w:r>
    </w:p>
    <w:p w14:paraId="75D0C1BA" w14:textId="77777777" w:rsidR="005253BA" w:rsidRDefault="00000000">
      <w:pPr>
        <w:pStyle w:val="Grace10BodyText"/>
      </w:pPr>
      <w:r>
        <w:t>Only now should the study return to Noah. Noah is the first place where Scripture explicitly says someone found grace in the eyes of YHWH. But Noah is first-named grace, not first-understood grace.</w:t>
      </w:r>
    </w:p>
    <w:tbl>
      <w:tblPr>
        <w:tblW w:w="0" w:type="auto"/>
        <w:jc w:val="center"/>
        <w:tblLook w:val="04A0" w:firstRow="1" w:lastRow="0" w:firstColumn="1" w:lastColumn="0" w:noHBand="0" w:noVBand="1"/>
      </w:tblPr>
      <w:tblGrid>
        <w:gridCol w:w="10080"/>
      </w:tblGrid>
      <w:tr w:rsidR="005253BA" w14:paraId="5EA12D2D"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64A4E611" w14:textId="77777777" w:rsidR="005253BA" w:rsidRDefault="00000000">
            <w:pPr>
              <w:pStyle w:val="Grace10Normal"/>
              <w:spacing w:after="80"/>
            </w:pPr>
            <w:r>
              <w:rPr>
                <w:b/>
                <w:i/>
                <w:color w:val="1F4E79"/>
                <w:sz w:val="21"/>
              </w:rPr>
              <w:t>Genesis 6:5–8</w:t>
            </w:r>
          </w:p>
          <w:p w14:paraId="251B10CA" w14:textId="77777777" w:rsidR="005253BA" w:rsidRDefault="00000000">
            <w:pPr>
              <w:pStyle w:val="Grace10Normal"/>
              <w:spacing w:after="40"/>
            </w:pPr>
            <w:r>
              <w:rPr>
                <w:color w:val="000000"/>
                <w:sz w:val="21"/>
              </w:rPr>
              <w:t>And GOD saw that the wickedness of man was great in the earth,</w:t>
            </w:r>
          </w:p>
          <w:p w14:paraId="1A5FDD77" w14:textId="77777777" w:rsidR="005253BA" w:rsidRDefault="00000000">
            <w:pPr>
              <w:pStyle w:val="Grace10Normal"/>
              <w:spacing w:after="40"/>
            </w:pPr>
            <w:r>
              <w:rPr>
                <w:color w:val="000000"/>
                <w:sz w:val="21"/>
              </w:rPr>
              <w:t>and that every imagination of the thoughts of his heart was only evil continually.</w:t>
            </w:r>
          </w:p>
          <w:p w14:paraId="6ABFEE07" w14:textId="77777777" w:rsidR="005253BA" w:rsidRDefault="00000000">
            <w:pPr>
              <w:pStyle w:val="Grace10Normal"/>
              <w:spacing w:after="40"/>
            </w:pPr>
            <w:r>
              <w:rPr>
                <w:color w:val="000000"/>
                <w:sz w:val="21"/>
              </w:rPr>
              <w:t>And it repented the LORD that he had made man on the earth,</w:t>
            </w:r>
          </w:p>
          <w:p w14:paraId="601B6D8A" w14:textId="77777777" w:rsidR="005253BA" w:rsidRDefault="00000000">
            <w:pPr>
              <w:pStyle w:val="Grace10Normal"/>
              <w:spacing w:after="40"/>
            </w:pPr>
            <w:r>
              <w:rPr>
                <w:color w:val="000000"/>
                <w:sz w:val="21"/>
              </w:rPr>
              <w:t>and it grieved him at his heart.</w:t>
            </w:r>
          </w:p>
          <w:p w14:paraId="17462FA9" w14:textId="77777777" w:rsidR="005253BA" w:rsidRDefault="00000000">
            <w:pPr>
              <w:pStyle w:val="Grace10Normal"/>
              <w:spacing w:after="40"/>
            </w:pPr>
            <w:r>
              <w:rPr>
                <w:color w:val="000000"/>
                <w:sz w:val="21"/>
              </w:rPr>
              <w:t>And the LORD said, I will destroy man whom I have created from the face of the earth;</w:t>
            </w:r>
          </w:p>
          <w:p w14:paraId="7A9F28C7" w14:textId="77777777" w:rsidR="005253BA" w:rsidRDefault="00000000">
            <w:pPr>
              <w:pStyle w:val="Grace10Normal"/>
              <w:spacing w:after="40"/>
            </w:pPr>
            <w:r>
              <w:rPr>
                <w:color w:val="000000"/>
                <w:sz w:val="21"/>
              </w:rPr>
              <w:t>both man, and beast, and the creeping thing, and the fowls of the air;</w:t>
            </w:r>
          </w:p>
          <w:p w14:paraId="46EC57F3" w14:textId="77777777" w:rsidR="005253BA" w:rsidRDefault="00000000">
            <w:pPr>
              <w:pStyle w:val="Grace10Normal"/>
              <w:spacing w:after="40"/>
            </w:pPr>
            <w:r>
              <w:rPr>
                <w:color w:val="000000"/>
                <w:sz w:val="21"/>
              </w:rPr>
              <w:t>for it repenteth me that I have made them.</w:t>
            </w:r>
          </w:p>
          <w:p w14:paraId="73F6D047" w14:textId="77777777" w:rsidR="005253BA" w:rsidRDefault="00000000">
            <w:pPr>
              <w:pStyle w:val="Grace10Normal"/>
              <w:spacing w:after="40"/>
            </w:pPr>
            <w:r>
              <w:rPr>
                <w:color w:val="000000"/>
                <w:sz w:val="21"/>
              </w:rPr>
              <w:t>But Noah found grace in the eyes of the LORD.</w:t>
            </w:r>
          </w:p>
        </w:tc>
      </w:tr>
    </w:tbl>
    <w:p w14:paraId="684EFB13" w14:textId="77777777" w:rsidR="005253BA" w:rsidRDefault="005253BA">
      <w:pPr>
        <w:pStyle w:val="Grace10Normal"/>
        <w:spacing w:after="60"/>
      </w:pPr>
    </w:p>
    <w:p w14:paraId="3902FF0A" w14:textId="77777777" w:rsidR="005253BA" w:rsidRDefault="00000000">
      <w:pPr>
        <w:pStyle w:val="Grace10BodyText"/>
      </w:pPr>
      <w:r>
        <w:t>If the study had begun here, the word may have seemed simple. Noah found favor. Noah was spared. Noah built an ark. All of that is true. But after the whole pattern has been traced, the sentence opens wider.</w:t>
      </w:r>
    </w:p>
    <w:p w14:paraId="42FEF521" w14:textId="22EAD693" w:rsidR="005253BA" w:rsidRDefault="00000000">
      <w:pPr>
        <w:pStyle w:val="Grace10BodyText"/>
      </w:pPr>
      <w:r>
        <w:t xml:space="preserve">Noah </w:t>
      </w:r>
      <w:r w:rsidR="00F251EA">
        <w:t xml:space="preserve">we are told “walked with God” </w:t>
      </w:r>
      <w:r w:rsidR="00AF40FF">
        <w:t xml:space="preserve">(Genesis 6:9) </w:t>
      </w:r>
      <w:r w:rsidR="00F251EA">
        <w:t xml:space="preserve">and here we see Noah </w:t>
      </w:r>
      <w:r>
        <w:t>found grace in the eyes of YHWH. The Face has mattered. The eyes of YHWH have mattered. Blessing, hand, covering, Seed, mercy, priesthood, peace, Name, and preservation have all mattered. Now the first named grace can be seen with fuller weight.</w:t>
      </w:r>
    </w:p>
    <w:p w14:paraId="4A0ECC4D" w14:textId="77777777" w:rsidR="005253BA" w:rsidRDefault="00000000">
      <w:pPr>
        <w:pStyle w:val="Grace10Heading1"/>
      </w:pPr>
      <w:r>
        <w:rPr>
          <w:rFonts w:ascii="Georgia" w:eastAsia="Georgia" w:hAnsi="Georgia" w:cs="Georgia"/>
        </w:rPr>
        <w:t>6. Noah and Grace</w:t>
      </w:r>
    </w:p>
    <w:p w14:paraId="34C09398" w14:textId="77777777" w:rsidR="005253BA" w:rsidRDefault="00000000">
      <w:pPr>
        <w:pStyle w:val="Grace10BodyText"/>
      </w:pPr>
      <w:r>
        <w:t>The Hebrew word translated grace in Genesis 6:8 is חֵן, chen: grace or favor.</w:t>
      </w:r>
    </w:p>
    <w:p w14:paraId="5AEAFE17" w14:textId="77777777" w:rsidR="005253BA" w:rsidRDefault="00000000">
      <w:pPr>
        <w:pStyle w:val="Grace10Normal"/>
        <w:spacing w:before="60" w:after="40"/>
        <w:jc w:val="center"/>
      </w:pPr>
      <w:r>
        <w:rPr>
          <w:rFonts w:ascii="Noto Serif Hebrew" w:eastAsia="Noto Serif Hebrew" w:hAnsi="Noto Serif Hebrew" w:cs="Noto Serif Hebrew"/>
          <w:b/>
          <w:color w:val="1F4E79"/>
          <w:sz w:val="56"/>
        </w:rPr>
        <w:t>חֵן</w:t>
      </w:r>
    </w:p>
    <w:p w14:paraId="0422AA53" w14:textId="77777777" w:rsidR="005253BA" w:rsidRDefault="00000000">
      <w:pPr>
        <w:pStyle w:val="Grace10Normal"/>
        <w:jc w:val="center"/>
      </w:pPr>
      <w:r>
        <w:rPr>
          <w:i/>
          <w:color w:val="5B5B5B"/>
        </w:rPr>
        <w:t>chen — grace / favor</w:t>
      </w:r>
    </w:p>
    <w:p w14:paraId="40ECF031" w14:textId="77777777" w:rsidR="005253BA" w:rsidRDefault="00000000">
      <w:pPr>
        <w:pStyle w:val="Grace10BodyText"/>
      </w:pPr>
      <w:r>
        <w:t>The two core letters may be contemplated visually as chet and nun: enclosure and life. This does not replace the lexical meaning of favor. It gives a visual witness that fits the story Scripture itself tells.</w:t>
      </w:r>
    </w:p>
    <w:tbl>
      <w:tblPr>
        <w:tblW w:w="0" w:type="auto"/>
        <w:jc w:val="center"/>
        <w:tblLook w:val="04A0" w:firstRow="1" w:lastRow="0" w:firstColumn="1" w:lastColumn="0" w:noHBand="0" w:noVBand="1"/>
      </w:tblPr>
      <w:tblGrid>
        <w:gridCol w:w="10080"/>
      </w:tblGrid>
      <w:tr w:rsidR="005253BA" w14:paraId="6A4407DD"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5CC770EC" w14:textId="77777777" w:rsidR="005253BA" w:rsidRDefault="00000000">
            <w:pPr>
              <w:pStyle w:val="Grace10Normal"/>
              <w:spacing w:after="0"/>
              <w:jc w:val="center"/>
            </w:pPr>
            <w:r>
              <w:rPr>
                <w:b/>
                <w:color w:val="1F4E79"/>
              </w:rPr>
              <w:t>חֵן / chen: enclosure + life | Life sheltered and preserved</w:t>
            </w:r>
          </w:p>
        </w:tc>
      </w:tr>
    </w:tbl>
    <w:p w14:paraId="4EEEAC56" w14:textId="77777777" w:rsidR="005253BA" w:rsidRDefault="005253BA">
      <w:pPr>
        <w:pStyle w:val="Grace10Normal"/>
        <w:spacing w:after="40"/>
      </w:pPr>
    </w:p>
    <w:p w14:paraId="35562D2B" w14:textId="77777777" w:rsidR="005253BA" w:rsidRDefault="00000000">
      <w:pPr>
        <w:pStyle w:val="Grace10BodyText"/>
      </w:pPr>
      <w:r>
        <w:t>Noah's name is נֹחַ, Noach. The same two core letters appear in reverse order: nun and chet.</w:t>
      </w:r>
    </w:p>
    <w:p w14:paraId="460FA0DD" w14:textId="77777777" w:rsidR="005253BA" w:rsidRDefault="00000000">
      <w:pPr>
        <w:pStyle w:val="Grace10Normal"/>
        <w:spacing w:before="60" w:after="40"/>
        <w:jc w:val="center"/>
      </w:pPr>
      <w:r>
        <w:rPr>
          <w:rFonts w:ascii="Noto Serif Hebrew" w:eastAsia="Noto Serif Hebrew" w:hAnsi="Noto Serif Hebrew" w:cs="Noto Serif Hebrew"/>
          <w:b/>
          <w:color w:val="1F4E79"/>
          <w:sz w:val="56"/>
        </w:rPr>
        <w:lastRenderedPageBreak/>
        <w:t>נֹחַ</w:t>
      </w:r>
    </w:p>
    <w:p w14:paraId="609B1ABF" w14:textId="77777777" w:rsidR="005253BA" w:rsidRDefault="00000000">
      <w:pPr>
        <w:pStyle w:val="Grace10Normal"/>
        <w:jc w:val="center"/>
      </w:pPr>
      <w:r>
        <w:rPr>
          <w:i/>
          <w:color w:val="5B5B5B"/>
        </w:rPr>
        <w:t>Noach / Noah — life / seed moving toward enclosure</w:t>
      </w:r>
    </w:p>
    <w:tbl>
      <w:tblPr>
        <w:tblW w:w="0" w:type="auto"/>
        <w:jc w:val="center"/>
        <w:tblLook w:val="04A0" w:firstRow="1" w:lastRow="0" w:firstColumn="1" w:lastColumn="0" w:noHBand="0" w:noVBand="1"/>
      </w:tblPr>
      <w:tblGrid>
        <w:gridCol w:w="10080"/>
      </w:tblGrid>
      <w:tr w:rsidR="005253BA" w14:paraId="63EA982C"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395DF0C5" w14:textId="77777777" w:rsidR="005253BA" w:rsidRDefault="00000000">
            <w:pPr>
              <w:pStyle w:val="Grace10Normal"/>
              <w:spacing w:after="0"/>
              <w:jc w:val="center"/>
            </w:pPr>
            <w:r>
              <w:rPr>
                <w:b/>
                <w:color w:val="1F4E79"/>
              </w:rPr>
              <w:t>נֹחַ / Noah: life -&gt; enclosure | חֵן / grace: enclosure -&gt; life</w:t>
            </w:r>
          </w:p>
        </w:tc>
      </w:tr>
    </w:tbl>
    <w:p w14:paraId="39DCAB53" w14:textId="77777777" w:rsidR="005253BA" w:rsidRDefault="005253BA">
      <w:pPr>
        <w:pStyle w:val="Grace10Normal"/>
        <w:spacing w:after="40"/>
      </w:pPr>
    </w:p>
    <w:p w14:paraId="61A552BC" w14:textId="77777777" w:rsidR="005253BA" w:rsidRDefault="00000000">
      <w:pPr>
        <w:pStyle w:val="Grace10BodyText"/>
      </w:pPr>
      <w:r>
        <w:t>Noah and grace stand before the reader with the same two core letters reversed. Noah: life moving into enclosure. Grace: enclosure preserving life.</w:t>
      </w:r>
    </w:p>
    <w:p w14:paraId="1E63F05C" w14:textId="77777777" w:rsidR="005253BA" w:rsidRDefault="00000000">
      <w:pPr>
        <w:pStyle w:val="Grace10BodyText"/>
      </w:pPr>
      <w:r>
        <w:t>This is not the proof of the doctrine. Scripture has already done the proving. The ark, the promise, the blessing, the Face, the hand, the atonement, the Seed, the priesthood, the Spirit, the Name, and the final dwelling have already drawn the pattern. But now, at the end, the first named grace becomes the final witness.</w:t>
      </w:r>
    </w:p>
    <w:p w14:paraId="7B08A8C6" w14:textId="77777777" w:rsidR="005253BA" w:rsidRDefault="00000000">
      <w:pPr>
        <w:pStyle w:val="Grace10Heading1"/>
      </w:pPr>
      <w:r>
        <w:rPr>
          <w:rFonts w:ascii="Georgia" w:eastAsia="Georgia" w:hAnsi="Georgia" w:cs="Georgia"/>
        </w:rPr>
        <w:t>7. The Ark as the Visible Witness</w:t>
      </w:r>
    </w:p>
    <w:p w14:paraId="163FAC58" w14:textId="77777777" w:rsidR="005253BA" w:rsidRDefault="00000000">
      <w:pPr>
        <w:pStyle w:val="Grace10BodyText"/>
      </w:pPr>
      <w:r>
        <w:t>Noah found grace, and what did grace do? It sheltered life in an enclosure.</w:t>
      </w:r>
    </w:p>
    <w:tbl>
      <w:tblPr>
        <w:tblW w:w="0" w:type="auto"/>
        <w:jc w:val="center"/>
        <w:tblLook w:val="04A0" w:firstRow="1" w:lastRow="0" w:firstColumn="1" w:lastColumn="0" w:noHBand="0" w:noVBand="1"/>
      </w:tblPr>
      <w:tblGrid>
        <w:gridCol w:w="10080"/>
      </w:tblGrid>
      <w:tr w:rsidR="005253BA" w14:paraId="65C09512"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23C35B8D" w14:textId="77777777" w:rsidR="005253BA" w:rsidRDefault="00000000">
            <w:pPr>
              <w:pStyle w:val="Grace10Normal"/>
              <w:spacing w:after="80"/>
            </w:pPr>
            <w:r>
              <w:rPr>
                <w:b/>
                <w:i/>
                <w:color w:val="1F4E79"/>
                <w:sz w:val="21"/>
              </w:rPr>
              <w:t>Genesis 7:1, 7, 16</w:t>
            </w:r>
          </w:p>
          <w:p w14:paraId="189BF0D0" w14:textId="77777777" w:rsidR="005253BA" w:rsidRDefault="00000000">
            <w:pPr>
              <w:pStyle w:val="Grace10Normal"/>
              <w:spacing w:after="40"/>
            </w:pPr>
            <w:r>
              <w:rPr>
                <w:color w:val="000000"/>
                <w:sz w:val="21"/>
              </w:rPr>
              <w:t>And the LORD said unto Noah, Come thou and all thy house into the ark;</w:t>
            </w:r>
          </w:p>
          <w:p w14:paraId="31722512" w14:textId="77777777" w:rsidR="005253BA" w:rsidRDefault="00000000">
            <w:pPr>
              <w:pStyle w:val="Grace10Normal"/>
              <w:spacing w:after="40"/>
            </w:pPr>
            <w:r>
              <w:rPr>
                <w:color w:val="000000"/>
                <w:sz w:val="21"/>
              </w:rPr>
              <w:t>for thee have I seen righteous before me in this generation.</w:t>
            </w:r>
          </w:p>
          <w:p w14:paraId="0304DE49" w14:textId="77777777" w:rsidR="005253BA" w:rsidRDefault="005253BA">
            <w:pPr>
              <w:pStyle w:val="Grace10Normal"/>
              <w:spacing w:after="40"/>
            </w:pPr>
          </w:p>
          <w:p w14:paraId="6CD05994" w14:textId="77777777" w:rsidR="005253BA" w:rsidRDefault="00000000">
            <w:pPr>
              <w:pStyle w:val="Grace10Normal"/>
              <w:spacing w:after="40"/>
            </w:pPr>
            <w:r>
              <w:rPr>
                <w:color w:val="000000"/>
                <w:sz w:val="21"/>
              </w:rPr>
              <w:t>And Noah went in, and his sons, and his wife, and his sons' wives with him,</w:t>
            </w:r>
          </w:p>
          <w:p w14:paraId="1009726A" w14:textId="77777777" w:rsidR="005253BA" w:rsidRDefault="00000000">
            <w:pPr>
              <w:pStyle w:val="Grace10Normal"/>
              <w:spacing w:after="40"/>
            </w:pPr>
            <w:r>
              <w:rPr>
                <w:color w:val="000000"/>
                <w:sz w:val="21"/>
              </w:rPr>
              <w:t>into the ark, because of the waters of the flood.</w:t>
            </w:r>
          </w:p>
          <w:p w14:paraId="5577096C" w14:textId="77777777" w:rsidR="005253BA" w:rsidRDefault="005253BA">
            <w:pPr>
              <w:pStyle w:val="Grace10Normal"/>
              <w:spacing w:after="40"/>
            </w:pPr>
          </w:p>
          <w:p w14:paraId="52B167EC" w14:textId="77777777" w:rsidR="005253BA" w:rsidRDefault="00000000">
            <w:pPr>
              <w:pStyle w:val="Grace10Normal"/>
              <w:spacing w:after="40"/>
            </w:pPr>
            <w:r>
              <w:rPr>
                <w:color w:val="000000"/>
                <w:sz w:val="21"/>
              </w:rPr>
              <w:t>And they that went in, went in male and female of all flesh,</w:t>
            </w:r>
          </w:p>
          <w:p w14:paraId="7AECB3F4" w14:textId="77777777" w:rsidR="005253BA" w:rsidRDefault="00000000">
            <w:pPr>
              <w:pStyle w:val="Grace10Normal"/>
              <w:spacing w:after="40"/>
            </w:pPr>
            <w:r>
              <w:rPr>
                <w:color w:val="000000"/>
                <w:sz w:val="21"/>
              </w:rPr>
              <w:t>as God had commanded him: and the LORD shut him in.</w:t>
            </w:r>
          </w:p>
        </w:tc>
      </w:tr>
    </w:tbl>
    <w:p w14:paraId="2823B014" w14:textId="77777777" w:rsidR="005253BA" w:rsidRDefault="005253BA">
      <w:pPr>
        <w:pStyle w:val="Grace10Normal"/>
        <w:spacing w:after="60"/>
      </w:pPr>
    </w:p>
    <w:p w14:paraId="7C26AF40" w14:textId="77777777" w:rsidR="005253BA" w:rsidRDefault="00000000">
      <w:pPr>
        <w:pStyle w:val="Grace10BodyText"/>
      </w:pPr>
      <w:r>
        <w:t>The ark becomes the visible picture. Judgment was outside. Preserved life was inside. The line of promise did not perish. Creation life was carried through water into a renewed world.</w:t>
      </w:r>
    </w:p>
    <w:tbl>
      <w:tblPr>
        <w:tblW w:w="0" w:type="auto"/>
        <w:jc w:val="center"/>
        <w:tblLook w:val="04A0" w:firstRow="1" w:lastRow="0" w:firstColumn="1" w:lastColumn="0" w:noHBand="0" w:noVBand="1"/>
      </w:tblPr>
      <w:tblGrid>
        <w:gridCol w:w="10080"/>
      </w:tblGrid>
      <w:tr w:rsidR="005253BA" w14:paraId="4F4F6633"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731E2F18" w14:textId="77777777" w:rsidR="005253BA" w:rsidRDefault="00000000">
            <w:pPr>
              <w:pStyle w:val="Grace10Normal"/>
              <w:spacing w:after="80"/>
            </w:pPr>
            <w:r>
              <w:rPr>
                <w:b/>
                <w:i/>
                <w:color w:val="1F4E79"/>
                <w:sz w:val="21"/>
              </w:rPr>
              <w:t>Genesis 8:1</w:t>
            </w:r>
          </w:p>
          <w:p w14:paraId="6801ADDE" w14:textId="77777777" w:rsidR="005253BA" w:rsidRDefault="00000000">
            <w:pPr>
              <w:pStyle w:val="Grace10Normal"/>
              <w:spacing w:after="40"/>
            </w:pPr>
            <w:r>
              <w:rPr>
                <w:color w:val="000000"/>
                <w:sz w:val="21"/>
              </w:rPr>
              <w:t>And God remembered Noah, and every living thing, and all the cattle that was with him in the ark:</w:t>
            </w:r>
          </w:p>
          <w:p w14:paraId="23780B1F" w14:textId="77777777" w:rsidR="005253BA" w:rsidRDefault="00000000">
            <w:pPr>
              <w:pStyle w:val="Grace10Normal"/>
              <w:spacing w:after="40"/>
            </w:pPr>
            <w:r>
              <w:rPr>
                <w:color w:val="000000"/>
                <w:sz w:val="21"/>
              </w:rPr>
              <w:t>and God made a wind to pass over the earth, and the waters asswaged...</w:t>
            </w:r>
          </w:p>
        </w:tc>
      </w:tr>
    </w:tbl>
    <w:p w14:paraId="34108660" w14:textId="77777777" w:rsidR="005253BA" w:rsidRDefault="005253BA">
      <w:pPr>
        <w:pStyle w:val="Grace10Normal"/>
        <w:spacing w:after="60"/>
      </w:pPr>
    </w:p>
    <w:p w14:paraId="78FFCE2A" w14:textId="77777777" w:rsidR="005253BA" w:rsidRDefault="00000000">
      <w:pPr>
        <w:pStyle w:val="Grace10BodyText"/>
      </w:pPr>
      <w:r>
        <w:t>After the fall, those who walk with God, like Noah, are the ones walking to the enclosure, and God's response is to enclose that life. That is grace.</w:t>
      </w:r>
    </w:p>
    <w:tbl>
      <w:tblPr>
        <w:tblW w:w="0" w:type="auto"/>
        <w:jc w:val="center"/>
        <w:tblLook w:val="04A0" w:firstRow="1" w:lastRow="0" w:firstColumn="1" w:lastColumn="0" w:noHBand="0" w:noVBand="1"/>
      </w:tblPr>
      <w:tblGrid>
        <w:gridCol w:w="10080"/>
      </w:tblGrid>
      <w:tr w:rsidR="005253BA" w14:paraId="15236146"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0895116E" w14:textId="77777777" w:rsidR="005253BA" w:rsidRDefault="00000000">
            <w:pPr>
              <w:pStyle w:val="Grace10Normal"/>
              <w:spacing w:after="80"/>
            </w:pPr>
            <w:r>
              <w:rPr>
                <w:b/>
                <w:i/>
                <w:color w:val="1F4E79"/>
                <w:sz w:val="21"/>
              </w:rPr>
              <w:t>Hebrews 11:7</w:t>
            </w:r>
          </w:p>
          <w:p w14:paraId="59CA594A" w14:textId="77777777" w:rsidR="005253BA" w:rsidRDefault="00000000">
            <w:pPr>
              <w:pStyle w:val="Grace10Normal"/>
              <w:spacing w:after="40"/>
            </w:pPr>
            <w:r>
              <w:rPr>
                <w:color w:val="000000"/>
                <w:sz w:val="21"/>
              </w:rPr>
              <w:t>By faith Noah, being warned of God of things not seen as yet, moved with fear,</w:t>
            </w:r>
          </w:p>
          <w:p w14:paraId="42D04BCB" w14:textId="77777777" w:rsidR="005253BA" w:rsidRDefault="00000000">
            <w:pPr>
              <w:pStyle w:val="Grace10Normal"/>
              <w:spacing w:after="40"/>
            </w:pPr>
            <w:r>
              <w:rPr>
                <w:color w:val="000000"/>
                <w:sz w:val="21"/>
              </w:rPr>
              <w:t>prepared an ark to the saving of his house;</w:t>
            </w:r>
          </w:p>
          <w:p w14:paraId="4BF87167" w14:textId="77777777" w:rsidR="005253BA" w:rsidRDefault="00000000">
            <w:pPr>
              <w:pStyle w:val="Grace10Normal"/>
              <w:spacing w:after="40"/>
            </w:pPr>
            <w:r>
              <w:rPr>
                <w:color w:val="000000"/>
                <w:sz w:val="21"/>
              </w:rPr>
              <w:t>by the which he condemned the world, and became heir of the righteousness which is by faith.</w:t>
            </w:r>
          </w:p>
        </w:tc>
      </w:tr>
    </w:tbl>
    <w:p w14:paraId="095780A4" w14:textId="77777777" w:rsidR="005253BA" w:rsidRDefault="005253BA">
      <w:pPr>
        <w:pStyle w:val="Grace10Normal"/>
        <w:spacing w:after="60"/>
      </w:pPr>
    </w:p>
    <w:tbl>
      <w:tblPr>
        <w:tblW w:w="0" w:type="auto"/>
        <w:jc w:val="center"/>
        <w:tblLook w:val="04A0" w:firstRow="1" w:lastRow="0" w:firstColumn="1" w:lastColumn="0" w:noHBand="0" w:noVBand="1"/>
      </w:tblPr>
      <w:tblGrid>
        <w:gridCol w:w="10080"/>
      </w:tblGrid>
      <w:tr w:rsidR="005253BA" w14:paraId="75D9B528"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tcMar>
              <w:top w:w="120" w:type="dxa"/>
              <w:left w:w="160" w:type="dxa"/>
              <w:bottom w:w="120" w:type="dxa"/>
              <w:right w:w="160" w:type="dxa"/>
            </w:tcMar>
          </w:tcPr>
          <w:p w14:paraId="7CEECE9E" w14:textId="77777777" w:rsidR="005253BA" w:rsidRDefault="00000000">
            <w:pPr>
              <w:pStyle w:val="Grace10Normal"/>
              <w:spacing w:after="80"/>
            </w:pPr>
            <w:r>
              <w:rPr>
                <w:b/>
                <w:i/>
                <w:color w:val="1F4E79"/>
                <w:sz w:val="21"/>
              </w:rPr>
              <w:t>1 Peter 3:20–21</w:t>
            </w:r>
          </w:p>
          <w:p w14:paraId="707988B1" w14:textId="77777777" w:rsidR="005253BA" w:rsidRDefault="00000000">
            <w:pPr>
              <w:pStyle w:val="Grace10Normal"/>
              <w:spacing w:after="40"/>
            </w:pPr>
            <w:r>
              <w:rPr>
                <w:color w:val="000000"/>
                <w:sz w:val="21"/>
              </w:rPr>
              <w:t>...when once the longsuffering of God waited in the days of Noah,</w:t>
            </w:r>
          </w:p>
          <w:p w14:paraId="017DF3E7" w14:textId="77777777" w:rsidR="005253BA" w:rsidRDefault="00000000">
            <w:pPr>
              <w:pStyle w:val="Grace10Normal"/>
              <w:spacing w:after="40"/>
            </w:pPr>
            <w:r>
              <w:rPr>
                <w:color w:val="000000"/>
                <w:sz w:val="21"/>
              </w:rPr>
              <w:lastRenderedPageBreak/>
              <w:t>while the ark was a preparing, wherein few, that is, eight souls were saved by water.</w:t>
            </w:r>
          </w:p>
          <w:p w14:paraId="5802934C" w14:textId="77777777" w:rsidR="005253BA" w:rsidRDefault="00000000">
            <w:pPr>
              <w:pStyle w:val="Grace10Normal"/>
              <w:spacing w:after="40"/>
            </w:pPr>
            <w:r>
              <w:rPr>
                <w:color w:val="000000"/>
                <w:sz w:val="21"/>
              </w:rPr>
              <w:t>The like figure whereunto even baptism doth also now save us...</w:t>
            </w:r>
          </w:p>
        </w:tc>
      </w:tr>
    </w:tbl>
    <w:p w14:paraId="3C07B013" w14:textId="77777777" w:rsidR="005253BA" w:rsidRDefault="005253BA">
      <w:pPr>
        <w:pStyle w:val="Grace10Normal"/>
        <w:spacing w:after="60"/>
      </w:pPr>
    </w:p>
    <w:p w14:paraId="0DFA9C27" w14:textId="77777777" w:rsidR="005253BA" w:rsidRDefault="00000000">
      <w:pPr>
        <w:pStyle w:val="Grace10BodyText"/>
      </w:pPr>
      <w:r>
        <w:t>Noah did not create grace. Noah walked with God, believed the warning, prepared the ark, and entered the enclosure God commanded. YHWH shut him in. Life was preserved because grace enclosed what judgment would otherwise have destroyed.</w:t>
      </w:r>
    </w:p>
    <w:p w14:paraId="14BC4AE9" w14:textId="4656CB35" w:rsidR="00AF40FF" w:rsidRDefault="00AF40FF">
      <w:pPr>
        <w:pStyle w:val="Grace10BodyText"/>
      </w:pPr>
      <w:r>
        <w:t>In Exodus, the Passover is much the same, blood is struck to the door post, and the inhabitants are protected, and judgement passes over.</w:t>
      </w:r>
    </w:p>
    <w:p w14:paraId="62453013" w14:textId="77777777" w:rsidR="005253BA" w:rsidRDefault="00000000">
      <w:pPr>
        <w:pStyle w:val="Grace10Heading1"/>
      </w:pPr>
      <w:r>
        <w:rPr>
          <w:rFonts w:ascii="Georgia" w:eastAsia="Georgia" w:hAnsi="Georgia" w:cs="Georgia"/>
        </w:rPr>
        <w:t>8. Genesis to Revelation in One Witness</w:t>
      </w:r>
    </w:p>
    <w:p w14:paraId="135233AE" w14:textId="77777777" w:rsidR="005253BA" w:rsidRDefault="00000000">
      <w:pPr>
        <w:pStyle w:val="Grace10BodyText"/>
      </w:pPr>
      <w:r>
        <w:t>The finale now returns to the whole movement.</w:t>
      </w:r>
    </w:p>
    <w:tbl>
      <w:tblPr>
        <w:tblW w:w="0" w:type="auto"/>
        <w:jc w:val="center"/>
        <w:tblLook w:val="04A0" w:firstRow="1" w:lastRow="0" w:firstColumn="1" w:lastColumn="0" w:noHBand="0" w:noVBand="1"/>
      </w:tblPr>
      <w:tblGrid>
        <w:gridCol w:w="10080"/>
      </w:tblGrid>
      <w:tr w:rsidR="005253BA" w14:paraId="20E39558"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53954777" w14:textId="77777777" w:rsidR="005253BA" w:rsidRDefault="00000000">
            <w:pPr>
              <w:pStyle w:val="Grace10Normal"/>
              <w:spacing w:after="0"/>
              <w:jc w:val="center"/>
            </w:pPr>
            <w:r>
              <w:rPr>
                <w:b/>
                <w:color w:val="1F4E79"/>
              </w:rPr>
              <w:t>Fallen shame -&gt; covering | Cry -&gt; hand | Promise -&gt; Seed | Priesthood -&gt; peace | Face -&gt; glory | Name -&gt; dwelling</w:t>
            </w:r>
          </w:p>
        </w:tc>
      </w:tr>
    </w:tbl>
    <w:p w14:paraId="55E52723" w14:textId="77777777" w:rsidR="005253BA" w:rsidRDefault="005253BA">
      <w:pPr>
        <w:pStyle w:val="Grace10Normal"/>
        <w:spacing w:after="40"/>
      </w:pPr>
    </w:p>
    <w:p w14:paraId="531B3F35" w14:textId="77777777" w:rsidR="005253BA" w:rsidRDefault="00000000">
      <w:pPr>
        <w:pStyle w:val="Grace10BodyText"/>
      </w:pPr>
      <w:r>
        <w:t>Grace is YHWH's covenant favor that shelters life, preserves the promise, provides covering, hears supplication, gives peace, places His Name, forms a people by the Spirit, and carries the redeemed from fallen shame to glorified dwelling.</w:t>
      </w:r>
    </w:p>
    <w:p w14:paraId="5754B7C2" w14:textId="77777777" w:rsidR="005253BA" w:rsidRDefault="00000000">
      <w:pPr>
        <w:pStyle w:val="Grace10BodyText"/>
      </w:pPr>
      <w:r>
        <w:t>Noah found grace. But after the whole witness of Scripture, grace also finds Noah. The first named grace was never small. It was the early visible outcropping of the whole living pattern: YHWH's favor sheltering life until the promised Seed brings creation to glory.</w:t>
      </w:r>
    </w:p>
    <w:p w14:paraId="681A6FB5" w14:textId="77777777" w:rsidR="005253BA" w:rsidRDefault="00000000">
      <w:pPr>
        <w:pStyle w:val="Grace10Normal"/>
        <w:spacing w:before="60" w:after="40"/>
        <w:jc w:val="center"/>
      </w:pPr>
      <w:r>
        <w:rPr>
          <w:rFonts w:ascii="Noto Serif Hebrew" w:eastAsia="Noto Serif Hebrew" w:hAnsi="Noto Serif Hebrew" w:cs="Noto Serif Hebrew"/>
          <w:b/>
          <w:color w:val="1F4E79"/>
          <w:sz w:val="56"/>
        </w:rPr>
        <w:t>חֵן</w:t>
      </w:r>
    </w:p>
    <w:p w14:paraId="593C519D" w14:textId="77777777" w:rsidR="005253BA" w:rsidRDefault="00000000">
      <w:pPr>
        <w:pStyle w:val="Grace10Normal"/>
        <w:jc w:val="center"/>
      </w:pPr>
      <w:r>
        <w:rPr>
          <w:i/>
          <w:color w:val="5B5B5B"/>
        </w:rPr>
        <w:t>chen — Grace: life sheltered and preserved within an enclosure</w:t>
      </w:r>
    </w:p>
    <w:p w14:paraId="7A13CC39" w14:textId="77777777" w:rsidR="005253BA" w:rsidRDefault="00000000">
      <w:pPr>
        <w:pStyle w:val="Grace10BodyText"/>
      </w:pPr>
      <w:r>
        <w:t>Genesis to Revelation is summarized in the passage: life endangered by sin, life walking with God, life enclosed by YHWH, life preserved through judgment, life carried forward by grace.</w:t>
      </w:r>
    </w:p>
    <w:tbl>
      <w:tblPr>
        <w:tblW w:w="0" w:type="auto"/>
        <w:jc w:val="center"/>
        <w:tblLook w:val="04A0" w:firstRow="1" w:lastRow="0" w:firstColumn="1" w:lastColumn="0" w:noHBand="0" w:noVBand="1"/>
      </w:tblPr>
      <w:tblGrid>
        <w:gridCol w:w="10080"/>
      </w:tblGrid>
      <w:tr w:rsidR="005253BA" w14:paraId="4E727827" w14:textId="77777777">
        <w:trPr>
          <w:jc w:val="center"/>
        </w:trPr>
        <w:tc>
          <w:tcPr>
            <w:tcW w:w="10080" w:type="dxa"/>
            <w:tcBorders>
              <w:top w:val="single" w:sz="6" w:space="0" w:color="8EAADB"/>
              <w:left w:val="single" w:sz="6" w:space="0" w:color="8EAADB"/>
              <w:bottom w:val="single" w:sz="6" w:space="0" w:color="8EAADB"/>
              <w:right w:val="single" w:sz="6" w:space="0" w:color="8EAADB"/>
            </w:tcBorders>
            <w:shd w:val="clear" w:color="auto" w:fill="F3F7FB"/>
            <w:tcMar>
              <w:top w:w="100" w:type="dxa"/>
              <w:left w:w="160" w:type="dxa"/>
              <w:bottom w:w="100" w:type="dxa"/>
              <w:right w:w="160" w:type="dxa"/>
            </w:tcMar>
          </w:tcPr>
          <w:p w14:paraId="648E9EE4" w14:textId="77777777" w:rsidR="005253BA" w:rsidRDefault="00000000">
            <w:pPr>
              <w:pStyle w:val="Grace10Normal"/>
              <w:spacing w:after="0"/>
              <w:jc w:val="center"/>
            </w:pPr>
            <w:r>
              <w:rPr>
                <w:b/>
                <w:color w:val="1F4E79"/>
              </w:rPr>
              <w:t>Grace: YHWH enclosing and preserving life until the promise reaches glory.</w:t>
            </w:r>
          </w:p>
        </w:tc>
      </w:tr>
    </w:tbl>
    <w:p w14:paraId="18785C84" w14:textId="77777777" w:rsidR="005253BA" w:rsidRDefault="005253BA">
      <w:pPr>
        <w:pStyle w:val="Grace10Normal"/>
        <w:spacing w:after="40"/>
        <w:sectPr w:rsidR="005253BA" w:rsidSect="00034616">
          <w:footerReference w:type="default" r:id="rIdGrace10footer"/>
          <w:headerReference w:type="default" r:id="rIdGrace10header"/>
          <w:type w:val="nextPage"/>
          <w:pgSz w:w="12240" w:h="15840"/>
          <w:pgMar w:top="936" w:right="1080" w:bottom="936" w:left="1080" w:header="720" w:footer="720" w:gutter="0"/>
          <w:pgNumType w:start="1"/>
          <w:cols w:space="720"/>
          <w:docGrid w:linePitch="360"/>
        </w:sectPr>
      </w:pPr>
    </w:p>
    <w:p w14:paraId="7692F6DF" w14:textId="77777777" w:rsidR="00E24463" w:rsidRDefault="00000000">
      <w:pPr>
        <w:pStyle w:val="Grace11Normal"/>
        <w:spacing w:after="40" w:line="240" w:lineRule="auto"/>
        <w:jc w:val="center"/>
      </w:pPr>
      <w:r>
        <w:rPr>
          <w:b/>
          <w:color w:val="1F4E79"/>
          <w:sz w:val="32"/>
        </w:rPr>
        <w:t>Closing Statement</w:t>
      </w:r>
    </w:p>
    <w:p w14:paraId="7F15C35E" w14:textId="77777777" w:rsidR="00E24463" w:rsidRDefault="00000000">
      <w:pPr>
        <w:pStyle w:val="Grace11Normal"/>
        <w:spacing w:after="240" w:line="240" w:lineRule="auto"/>
        <w:jc w:val="center"/>
      </w:pPr>
      <w:r>
        <w:rPr>
          <w:i/>
          <w:color w:val="464646"/>
          <w:sz w:val="25"/>
        </w:rPr>
        <w:t>Grace, the Name, and the God Who Makes Himself Known</w:t>
      </w:r>
    </w:p>
    <w:p w14:paraId="00F4DED2" w14:textId="77777777" w:rsidR="00E24463" w:rsidRDefault="00000000">
      <w:pPr>
        <w:pStyle w:val="Grace11Normal"/>
        <w:spacing w:after="120" w:line="259" w:lineRule="auto"/>
      </w:pPr>
      <w:r>
        <w:t>Grace is one of the ways YHWH makes Himself known.</w:t>
      </w:r>
    </w:p>
    <w:p w14:paraId="4D14C088" w14:textId="77777777" w:rsidR="00E24463" w:rsidRDefault="00000000">
      <w:pPr>
        <w:pStyle w:val="Grace11Normal"/>
        <w:spacing w:after="120" w:line="259" w:lineRule="auto"/>
      </w:pPr>
      <w:r>
        <w:t>It is not merely a word to be defined. It is not merely a benefit to be received. It is not merely a doctrine to be arranged. Grace is part of the revealed character of the living God.</w:t>
      </w:r>
    </w:p>
    <w:p w14:paraId="302AFB9F" w14:textId="085CAC2C" w:rsidR="00E24463" w:rsidRDefault="00000000">
      <w:pPr>
        <w:pStyle w:val="Grace11Normal"/>
        <w:spacing w:after="120" w:line="259" w:lineRule="auto"/>
      </w:pPr>
      <w:r>
        <w:t>From the beginning, Scripture does not present God as an impersonal force. He speaks</w:t>
      </w:r>
      <w:r w:rsidR="00466D3C">
        <w:t>. He walks</w:t>
      </w:r>
      <w:r>
        <w:t>. He sees. He judges. He hears. He remembers. He comes near. He calls by name. He blesses. He keeps. He turns His Face. He places His Name. He gives peace.</w:t>
      </w:r>
    </w:p>
    <w:p w14:paraId="7C03DC5F" w14:textId="77777777" w:rsidR="00E24463" w:rsidRDefault="00000000">
      <w:pPr>
        <w:pStyle w:val="Grace11Normal"/>
        <w:spacing w:after="120" w:line="259" w:lineRule="auto"/>
      </w:pPr>
      <w:r>
        <w:t>The priestly blessing is not cold language.</w:t>
      </w:r>
    </w:p>
    <w:tbl>
      <w:tblPr>
        <w:tblW w:w="0" w:type="auto"/>
        <w:jc w:val="center"/>
        <w:tblLook w:val="04A0" w:firstRow="1" w:lastRow="0" w:firstColumn="1" w:lastColumn="0" w:noHBand="0" w:noVBand="1"/>
      </w:tblPr>
      <w:tblGrid>
        <w:gridCol w:w="10080"/>
      </w:tblGrid>
      <w:tr w:rsidR="00E24463" w14:paraId="5CCD3630"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vAlign w:val="center"/>
          </w:tcPr>
          <w:p w14:paraId="3B2A3201" w14:textId="77777777" w:rsidR="00E24463" w:rsidRDefault="00000000">
            <w:pPr>
              <w:pStyle w:val="Grace11Normal"/>
              <w:spacing w:after="0" w:line="252" w:lineRule="auto"/>
            </w:pPr>
            <w:r>
              <w:rPr>
                <w:sz w:val="20"/>
              </w:rPr>
              <w:t>“The LORD bless thee, and keep thee:</w:t>
            </w:r>
            <w:r>
              <w:rPr>
                <w:sz w:val="20"/>
              </w:rPr>
              <w:br/>
              <w:t>The LORD make his face shine upon thee, and be gracious unto thee:</w:t>
            </w:r>
            <w:r>
              <w:rPr>
                <w:sz w:val="20"/>
              </w:rPr>
              <w:br/>
              <w:t>The LORD lift up his countenance upon thee, and give thee peace.</w:t>
            </w:r>
            <w:r>
              <w:rPr>
                <w:sz w:val="20"/>
              </w:rPr>
              <w:br/>
              <w:t>And they shall put my name upon the children of Israel; and I will bless them.”</w:t>
            </w:r>
            <w:r>
              <w:rPr>
                <w:sz w:val="20"/>
              </w:rPr>
              <w:br/>
            </w:r>
            <w:r>
              <w:rPr>
                <w:i/>
                <w:color w:val="1F4E79"/>
                <w:sz w:val="19"/>
              </w:rPr>
              <w:t>— Numbers 6:24–27</w:t>
            </w:r>
          </w:p>
        </w:tc>
      </w:tr>
    </w:tbl>
    <w:p w14:paraId="47A4C9DF" w14:textId="77777777" w:rsidR="00E24463" w:rsidRDefault="00E24463">
      <w:pPr>
        <w:pStyle w:val="Grace11Normal"/>
        <w:spacing w:after="40"/>
      </w:pPr>
    </w:p>
    <w:p w14:paraId="17E14236" w14:textId="77777777" w:rsidR="00E24463" w:rsidRDefault="00000000">
      <w:pPr>
        <w:pStyle w:val="Grace11Normal"/>
        <w:spacing w:after="160" w:line="252" w:lineRule="auto"/>
        <w:jc w:val="center"/>
      </w:pPr>
      <w:r>
        <w:rPr>
          <w:b/>
          <w:color w:val="1F4E79"/>
        </w:rPr>
        <w:t>This is personal.</w:t>
      </w:r>
    </w:p>
    <w:p w14:paraId="37B5CF0F" w14:textId="77777777" w:rsidR="00E24463" w:rsidRDefault="00000000">
      <w:pPr>
        <w:pStyle w:val="Grace11Normal"/>
        <w:spacing w:after="120" w:line="259" w:lineRule="auto"/>
      </w:pPr>
      <w:r>
        <w:t>YHWH does not merely send an abstract blessing. He gives His Face. He gives His Name. He gives His peace. He makes Himself known as the God who blesses, keeps, shines, gives grace, lifts up His countenance, and places His Name upon His people.</w:t>
      </w:r>
    </w:p>
    <w:p w14:paraId="54D54A30" w14:textId="77777777" w:rsidR="00E24463" w:rsidRDefault="00000000">
      <w:pPr>
        <w:pStyle w:val="Grace11Normal"/>
        <w:spacing w:after="120" w:line="259" w:lineRule="auto"/>
      </w:pPr>
      <w:r>
        <w:t>The blessing is simple enough to be spoken over a congregation.</w:t>
      </w:r>
    </w:p>
    <w:p w14:paraId="158C082E" w14:textId="77777777" w:rsidR="00E24463" w:rsidRDefault="00000000">
      <w:pPr>
        <w:pStyle w:val="Grace11Normal"/>
        <w:spacing w:after="120" w:line="259" w:lineRule="auto"/>
      </w:pPr>
      <w:r>
        <w:t>Yet the more closely it is examined, the more it opens.</w:t>
      </w:r>
    </w:p>
    <w:p w14:paraId="3822800A" w14:textId="77777777" w:rsidR="00E24463" w:rsidRDefault="00000000">
      <w:pPr>
        <w:pStyle w:val="Grace11Normal"/>
        <w:spacing w:after="120" w:line="259" w:lineRule="auto"/>
        <w:jc w:val="center"/>
      </w:pPr>
      <w:r>
        <w:rPr>
          <w:color w:val="1F4E79"/>
          <w:sz w:val="21"/>
        </w:rPr>
        <w:t>Blessing requires the God who blesses.</w:t>
      </w:r>
      <w:r>
        <w:rPr>
          <w:color w:val="1F4E79"/>
          <w:sz w:val="21"/>
        </w:rPr>
        <w:br/>
        <w:t>Keeping requires the God who preserves.</w:t>
      </w:r>
      <w:r>
        <w:rPr>
          <w:color w:val="1F4E79"/>
          <w:sz w:val="21"/>
        </w:rPr>
        <w:br/>
        <w:t>Grace requires the God who acts favorably toward the undeserving.</w:t>
      </w:r>
      <w:r>
        <w:rPr>
          <w:color w:val="1F4E79"/>
          <w:sz w:val="21"/>
        </w:rPr>
        <w:br/>
        <w:t>Peace requires reconciliation, order, and priestly mediation.</w:t>
      </w:r>
      <w:r>
        <w:rPr>
          <w:color w:val="1F4E79"/>
          <w:sz w:val="21"/>
        </w:rPr>
        <w:br/>
        <w:t>The Face requires nearness.</w:t>
      </w:r>
      <w:r>
        <w:rPr>
          <w:color w:val="1F4E79"/>
          <w:sz w:val="21"/>
        </w:rPr>
        <w:br/>
        <w:t>The Name requires true representation.</w:t>
      </w:r>
      <w:r>
        <w:rPr>
          <w:color w:val="1F4E79"/>
          <w:sz w:val="21"/>
        </w:rPr>
        <w:br/>
        <w:t>The people require covering, cleansing, promise, Spirit, and glory.</w:t>
      </w:r>
    </w:p>
    <w:p w14:paraId="1E96C35F" w14:textId="77777777" w:rsidR="00E24463" w:rsidRDefault="00000000">
      <w:pPr>
        <w:pStyle w:val="Grace11Normal"/>
        <w:spacing w:after="120" w:line="259" w:lineRule="auto"/>
      </w:pPr>
      <w:r>
        <w:t>The parts are not separate subjects competing for attention. They are necessary relations within the revealed work of God.</w:t>
      </w:r>
    </w:p>
    <w:p w14:paraId="18D1CEC8" w14:textId="3AC4AF9E" w:rsidR="00E24463" w:rsidRDefault="00000000">
      <w:pPr>
        <w:pStyle w:val="Grace11Normal"/>
        <w:spacing w:after="120" w:line="259" w:lineRule="auto"/>
      </w:pPr>
      <w:r>
        <w:t xml:space="preserve">A car may have a beautiful body, but without fuel it </w:t>
      </w:r>
      <w:r w:rsidR="00466D3C">
        <w:t>is driveway art</w:t>
      </w:r>
      <w:r>
        <w:t xml:space="preserve">. A truck may have strength, but without a transmission it cannot pull. A boat may have an engine, but without a propeller it </w:t>
      </w:r>
      <w:r w:rsidR="00466D3C">
        <w:t>is just a float</w:t>
      </w:r>
      <w:r>
        <w:t>. Each part has its own function, but the life of the thing is seen when the parts work together.</w:t>
      </w:r>
    </w:p>
    <w:p w14:paraId="43F69C22" w14:textId="77777777" w:rsidR="00E24463" w:rsidRDefault="00000000">
      <w:pPr>
        <w:pStyle w:val="Grace11Normal"/>
        <w:spacing w:after="160" w:line="252" w:lineRule="auto"/>
        <w:jc w:val="center"/>
      </w:pPr>
      <w:r>
        <w:rPr>
          <w:b/>
          <w:color w:val="1F4E79"/>
        </w:rPr>
        <w:t>So it is with grace.</w:t>
      </w:r>
    </w:p>
    <w:p w14:paraId="66D09725" w14:textId="77777777" w:rsidR="00E24463" w:rsidRDefault="00000000">
      <w:pPr>
        <w:pStyle w:val="Grace11Normal"/>
        <w:spacing w:after="120" w:line="259" w:lineRule="auto"/>
      </w:pPr>
      <w:r>
        <w:t>Grace is not less than favor, but favor alone does not show the whole picture. Grace is not less than mercy, but mercy alone does not exhaust it. Grace is not less than forgiveness, provision, help, or strength, but each of these is only one visible outworking of something larger.</w:t>
      </w:r>
    </w:p>
    <w:p w14:paraId="6B435BA0" w14:textId="77777777" w:rsidR="00E24463" w:rsidRDefault="00000000">
      <w:pPr>
        <w:pStyle w:val="Grace11Normal"/>
        <w:spacing w:after="120" w:line="259" w:lineRule="auto"/>
      </w:pPr>
      <w:r>
        <w:t>Grace moves through the whole work of YHWH.</w:t>
      </w:r>
    </w:p>
    <w:p w14:paraId="121F0CA1" w14:textId="77777777" w:rsidR="00E24463" w:rsidRDefault="00000000">
      <w:pPr>
        <w:pStyle w:val="Grace11Normal"/>
        <w:spacing w:after="120" w:line="259" w:lineRule="auto"/>
        <w:jc w:val="center"/>
      </w:pPr>
      <w:r>
        <w:rPr>
          <w:color w:val="1F4E79"/>
          <w:sz w:val="21"/>
        </w:rPr>
        <w:t>It blesses.</w:t>
      </w:r>
      <w:r>
        <w:rPr>
          <w:color w:val="1F4E79"/>
          <w:sz w:val="21"/>
        </w:rPr>
        <w:br/>
        <w:t>It keeps.</w:t>
      </w:r>
      <w:r>
        <w:rPr>
          <w:color w:val="1F4E79"/>
          <w:sz w:val="21"/>
        </w:rPr>
        <w:br/>
        <w:t>It covers.</w:t>
      </w:r>
      <w:r>
        <w:rPr>
          <w:color w:val="1F4E79"/>
          <w:sz w:val="21"/>
        </w:rPr>
        <w:br/>
        <w:t>It preserves.</w:t>
      </w:r>
      <w:r>
        <w:rPr>
          <w:color w:val="1F4E79"/>
          <w:sz w:val="21"/>
        </w:rPr>
        <w:br/>
        <w:t>It hears supplication.</w:t>
      </w:r>
      <w:r>
        <w:rPr>
          <w:color w:val="1F4E79"/>
          <w:sz w:val="21"/>
        </w:rPr>
        <w:br/>
        <w:t>It provides atonement.</w:t>
      </w:r>
      <w:r>
        <w:rPr>
          <w:color w:val="1F4E79"/>
          <w:sz w:val="21"/>
        </w:rPr>
        <w:br/>
      </w:r>
      <w:r>
        <w:rPr>
          <w:color w:val="1F4E79"/>
          <w:sz w:val="21"/>
        </w:rPr>
        <w:lastRenderedPageBreak/>
        <w:t>It guards the Seed.</w:t>
      </w:r>
      <w:r>
        <w:rPr>
          <w:color w:val="1F4E79"/>
          <w:sz w:val="21"/>
        </w:rPr>
        <w:br/>
        <w:t>It gives peace.</w:t>
      </w:r>
      <w:r>
        <w:rPr>
          <w:color w:val="1F4E79"/>
          <w:sz w:val="21"/>
        </w:rPr>
        <w:br/>
        <w:t>It pours out the Spirit.</w:t>
      </w:r>
      <w:r>
        <w:rPr>
          <w:color w:val="1F4E79"/>
          <w:sz w:val="21"/>
        </w:rPr>
        <w:br/>
        <w:t>It cleanses with water.</w:t>
      </w:r>
      <w:r>
        <w:rPr>
          <w:color w:val="1F4E79"/>
          <w:sz w:val="21"/>
        </w:rPr>
        <w:br/>
        <w:t>It forms a people for the Name.</w:t>
      </w:r>
      <w:r>
        <w:rPr>
          <w:color w:val="1F4E79"/>
          <w:sz w:val="21"/>
        </w:rPr>
        <w:br/>
        <w:t>It gives daily bread under the Father’s kingdom and will.</w:t>
      </w:r>
      <w:r>
        <w:rPr>
          <w:color w:val="1F4E79"/>
          <w:sz w:val="21"/>
        </w:rPr>
        <w:br/>
        <w:t>It carries the redeemed toward glory.</w:t>
      </w:r>
    </w:p>
    <w:p w14:paraId="4C342792" w14:textId="77777777" w:rsidR="00E24463" w:rsidRDefault="00000000">
      <w:pPr>
        <w:pStyle w:val="Grace11Normal"/>
        <w:spacing w:after="120" w:line="259" w:lineRule="auto"/>
      </w:pPr>
      <w:r>
        <w:t>The system is not manufactured. It is revealed.</w:t>
      </w:r>
    </w:p>
    <w:p w14:paraId="07DEF6E4" w14:textId="77777777" w:rsidR="00E24463" w:rsidRDefault="00000000">
      <w:pPr>
        <w:pStyle w:val="Grace11Normal"/>
        <w:spacing w:after="120" w:line="259" w:lineRule="auto"/>
      </w:pPr>
      <w:r>
        <w:t>YHWH Himself joins the pieces.</w:t>
      </w:r>
    </w:p>
    <w:p w14:paraId="0FB23D0E" w14:textId="77777777" w:rsidR="00E24463" w:rsidRDefault="00000000">
      <w:pPr>
        <w:pStyle w:val="Grace11Normal"/>
        <w:spacing w:after="120" w:line="259" w:lineRule="auto"/>
      </w:pPr>
      <w:r>
        <w:t>He is the God of Abraham, Isaac, and Jacob. He is the God who heard the cry in Egypt. He is the God who acted by His mighty hand. He is the God who brought His firstborn through the waters. He is the God who gave priesthood, sacrifice, altar, mercy seat, and blessing. He is the God who promised the Seed. He is the God who preserved life. He is the God who opened the fountain for sin and uncleanness. He is the God who gives the Spirit of grace and supplications. He is the God who sends the Son. He is the God who raises the Priest-King. He is the God who will dwell with His people.</w:t>
      </w:r>
    </w:p>
    <w:p w14:paraId="43DD0CB7" w14:textId="77777777" w:rsidR="00E24463" w:rsidRDefault="00000000">
      <w:pPr>
        <w:pStyle w:val="Grace11Normal"/>
        <w:spacing w:after="120" w:line="259" w:lineRule="auto"/>
      </w:pPr>
      <w:r>
        <w:t>The mechanics of grace reveal the character of God.</w:t>
      </w:r>
    </w:p>
    <w:p w14:paraId="123D9F07" w14:textId="77777777" w:rsidR="00E24463" w:rsidRDefault="00000000">
      <w:pPr>
        <w:pStyle w:val="Grace11Normal"/>
        <w:spacing w:after="120" w:line="259" w:lineRule="auto"/>
      </w:pPr>
      <w:r>
        <w:t>That is why the study cannot end merely with a sharper definition of grace. A sharper definition is useful, but the goal is greater than definition.</w:t>
      </w:r>
    </w:p>
    <w:p w14:paraId="610A7B26" w14:textId="77777777" w:rsidR="00E24463" w:rsidRDefault="00000000">
      <w:pPr>
        <w:pStyle w:val="Grace11Normal"/>
        <w:spacing w:after="160" w:line="252" w:lineRule="auto"/>
        <w:jc w:val="center"/>
      </w:pPr>
      <w:r>
        <w:rPr>
          <w:b/>
          <w:color w:val="1F4E79"/>
        </w:rPr>
        <w:t>The goal is to see Him.</w:t>
      </w:r>
    </w:p>
    <w:p w14:paraId="6A235611" w14:textId="77777777" w:rsidR="00E24463" w:rsidRDefault="00000000">
      <w:pPr>
        <w:pStyle w:val="Grace11Normal"/>
        <w:spacing w:after="120" w:line="259" w:lineRule="auto"/>
      </w:pPr>
      <w:r>
        <w:t>YHWH says through Ezekiel:</w:t>
      </w:r>
    </w:p>
    <w:tbl>
      <w:tblPr>
        <w:tblW w:w="0" w:type="auto"/>
        <w:jc w:val="center"/>
        <w:tblLook w:val="04A0" w:firstRow="1" w:lastRow="0" w:firstColumn="1" w:lastColumn="0" w:noHBand="0" w:noVBand="1"/>
      </w:tblPr>
      <w:tblGrid>
        <w:gridCol w:w="10080"/>
      </w:tblGrid>
      <w:tr w:rsidR="00E24463" w14:paraId="508FCD68"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vAlign w:val="center"/>
          </w:tcPr>
          <w:p w14:paraId="68A9AE47" w14:textId="77777777" w:rsidR="00E24463" w:rsidRDefault="00000000">
            <w:pPr>
              <w:pStyle w:val="Grace11Normal"/>
              <w:spacing w:after="0" w:line="252" w:lineRule="auto"/>
            </w:pPr>
            <w:r>
              <w:rPr>
                <w:sz w:val="20"/>
              </w:rPr>
              <w:t>“Thus saith the Lord GOD; I do not this for your sakes, O house of Israel, but for mine holy name’s sake...”</w:t>
            </w:r>
            <w:r>
              <w:rPr>
                <w:sz w:val="20"/>
              </w:rPr>
              <w:br/>
            </w:r>
            <w:r>
              <w:rPr>
                <w:i/>
                <w:color w:val="1F4E79"/>
                <w:sz w:val="19"/>
              </w:rPr>
              <w:t>— Ezekiel 36:22</w:t>
            </w:r>
          </w:p>
        </w:tc>
      </w:tr>
    </w:tbl>
    <w:p w14:paraId="37C7F309" w14:textId="77777777" w:rsidR="00E24463" w:rsidRDefault="00E24463">
      <w:pPr>
        <w:pStyle w:val="Grace11Normal"/>
        <w:spacing w:after="40"/>
      </w:pPr>
    </w:p>
    <w:p w14:paraId="0CC37B76" w14:textId="77777777" w:rsidR="00E24463" w:rsidRDefault="00000000">
      <w:pPr>
        <w:pStyle w:val="Grace11Normal"/>
        <w:spacing w:after="120" w:line="259" w:lineRule="auto"/>
      </w:pPr>
      <w:r>
        <w:t>At first, that may sound severe. But as the passage unfolds, the beauty becomes visible. God acts for His holy Name because His Name reveals who He is. He will not allow His character to be permanently misrepresented. He will sanctify His great Name. He will cleanse His people. He will give a new heart. He will put His Spirit within them. He will cause them to walk in His statutes. He will restore what was desolate. He will make the nations know that He is the LORD.</w:t>
      </w:r>
    </w:p>
    <w:p w14:paraId="42641384" w14:textId="77777777" w:rsidR="00E24463" w:rsidRDefault="00000000">
      <w:pPr>
        <w:pStyle w:val="Grace11Normal"/>
        <w:spacing w:after="120" w:line="259" w:lineRule="auto"/>
      </w:pPr>
      <w:r>
        <w:t>God acts for His Name so that He may be known truly.</w:t>
      </w:r>
    </w:p>
    <w:p w14:paraId="144D8AE5" w14:textId="77777777" w:rsidR="00E24463" w:rsidRDefault="00000000">
      <w:pPr>
        <w:pStyle w:val="Grace11Normal"/>
        <w:spacing w:after="160" w:line="252" w:lineRule="auto"/>
        <w:jc w:val="center"/>
      </w:pPr>
      <w:r>
        <w:rPr>
          <w:b/>
          <w:color w:val="1F4E79"/>
        </w:rPr>
        <w:t>That is not distance. That is revelation.</w:t>
      </w:r>
    </w:p>
    <w:p w14:paraId="7DD621CB" w14:textId="77777777" w:rsidR="00E24463" w:rsidRDefault="00000000">
      <w:pPr>
        <w:pStyle w:val="Grace11Normal"/>
        <w:spacing w:after="120" w:line="259" w:lineRule="auto"/>
        <w:jc w:val="center"/>
      </w:pPr>
      <w:r>
        <w:rPr>
          <w:color w:val="1F4E79"/>
          <w:sz w:val="21"/>
        </w:rPr>
        <w:t>He is not merely the LORD as power.</w:t>
      </w:r>
      <w:r>
        <w:rPr>
          <w:color w:val="1F4E79"/>
          <w:sz w:val="21"/>
        </w:rPr>
        <w:br/>
        <w:t>He is not merely the LORD as judge.</w:t>
      </w:r>
      <w:r>
        <w:rPr>
          <w:color w:val="1F4E79"/>
          <w:sz w:val="21"/>
        </w:rPr>
        <w:br/>
        <w:t>He is not merely the LORD as creator.</w:t>
      </w:r>
      <w:r>
        <w:rPr>
          <w:color w:val="1F4E79"/>
          <w:sz w:val="21"/>
        </w:rPr>
        <w:br/>
        <w:t>He is the LORD who blesses.</w:t>
      </w:r>
      <w:r>
        <w:rPr>
          <w:color w:val="1F4E79"/>
          <w:sz w:val="21"/>
        </w:rPr>
        <w:br/>
        <w:t>The LORD who keeps.</w:t>
      </w:r>
      <w:r>
        <w:rPr>
          <w:color w:val="1F4E79"/>
          <w:sz w:val="21"/>
        </w:rPr>
        <w:br/>
        <w:t>The LORD who gives grace.</w:t>
      </w:r>
      <w:r>
        <w:rPr>
          <w:color w:val="1F4E79"/>
          <w:sz w:val="21"/>
        </w:rPr>
        <w:br/>
        <w:t>The LORD who hears.</w:t>
      </w:r>
      <w:r>
        <w:rPr>
          <w:color w:val="1F4E79"/>
          <w:sz w:val="21"/>
        </w:rPr>
        <w:br/>
        <w:t>The LORD who shelters life.</w:t>
      </w:r>
      <w:r>
        <w:rPr>
          <w:color w:val="1F4E79"/>
          <w:sz w:val="21"/>
        </w:rPr>
        <w:br/>
        <w:t>The LORD who covers shame.</w:t>
      </w:r>
      <w:r>
        <w:rPr>
          <w:color w:val="1F4E79"/>
          <w:sz w:val="21"/>
        </w:rPr>
        <w:br/>
        <w:t>The LORD who provides Himself a Lamb.</w:t>
      </w:r>
      <w:r>
        <w:rPr>
          <w:color w:val="1F4E79"/>
          <w:sz w:val="21"/>
        </w:rPr>
        <w:br/>
        <w:t>The LORD who gives His Spirit.</w:t>
      </w:r>
      <w:r>
        <w:rPr>
          <w:color w:val="1F4E79"/>
          <w:sz w:val="21"/>
        </w:rPr>
        <w:br/>
        <w:t>The LORD who makes His dwelling with man.</w:t>
      </w:r>
    </w:p>
    <w:p w14:paraId="1ADB6834" w14:textId="77777777" w:rsidR="00E24463" w:rsidRDefault="00000000">
      <w:pPr>
        <w:pStyle w:val="Grace11Normal"/>
        <w:spacing w:after="120" w:line="259" w:lineRule="auto"/>
      </w:pPr>
      <w:r>
        <w:t>Grace reveals the LORD as holy, personal, compassionate, patient, wise, and faithful.</w:t>
      </w:r>
    </w:p>
    <w:p w14:paraId="6E394551" w14:textId="77777777" w:rsidR="00E24463" w:rsidRDefault="00000000">
      <w:pPr>
        <w:pStyle w:val="Grace11Normal"/>
        <w:spacing w:after="120" w:line="259" w:lineRule="auto"/>
      </w:pPr>
      <w:r>
        <w:t xml:space="preserve">A masterful painting can work this way. From a distance, the eye is drawn to the bright center. The whole composition can be seen at once. But when the viewer comes closer, details begin to appear in the </w:t>
      </w:r>
      <w:r>
        <w:lastRenderedPageBreak/>
        <w:t>edges and shadows. What seemed simple becomes layered. The viewer steps back again, and now the whole painting looks different. The center has not changed, but the eye has been trained to see more.</w:t>
      </w:r>
    </w:p>
    <w:p w14:paraId="262517A2" w14:textId="77777777" w:rsidR="00E24463" w:rsidRDefault="00000000">
      <w:pPr>
        <w:pStyle w:val="Grace11Normal"/>
        <w:spacing w:after="120" w:line="259" w:lineRule="auto"/>
      </w:pPr>
      <w:r>
        <w:t>Then the viewer comes close again.</w:t>
      </w:r>
    </w:p>
    <w:p w14:paraId="78086835" w14:textId="77777777" w:rsidR="00E24463" w:rsidRDefault="00000000">
      <w:pPr>
        <w:pStyle w:val="Grace11Normal"/>
        <w:spacing w:after="120" w:line="259" w:lineRule="auto"/>
      </w:pPr>
      <w:r>
        <w:t>Another detail appears.</w:t>
      </w:r>
    </w:p>
    <w:p w14:paraId="7592A898" w14:textId="77777777" w:rsidR="00E24463" w:rsidRDefault="00000000">
      <w:pPr>
        <w:pStyle w:val="Grace11Normal"/>
        <w:spacing w:after="120" w:line="259" w:lineRule="auto"/>
      </w:pPr>
      <w:r>
        <w:t>Then he steps back.</w:t>
      </w:r>
    </w:p>
    <w:p w14:paraId="165ACC6D" w14:textId="77777777" w:rsidR="00E24463" w:rsidRDefault="00000000">
      <w:pPr>
        <w:pStyle w:val="Grace11Normal"/>
        <w:spacing w:after="120" w:line="259" w:lineRule="auto"/>
      </w:pPr>
      <w:r>
        <w:t>The whole becomes richer.</w:t>
      </w:r>
    </w:p>
    <w:p w14:paraId="34613928" w14:textId="77777777" w:rsidR="00E24463" w:rsidRDefault="00000000">
      <w:pPr>
        <w:pStyle w:val="Grace11Normal"/>
        <w:spacing w:after="120" w:line="259" w:lineRule="auto"/>
      </w:pPr>
      <w:r>
        <w:t>Grace works upon the reader this way. At first, the word may seem familiar. Then Scripture draws the eye closer. The priestly blessing opens. The Name opens. The hand of YHWH opens. The Face opens. The peace opens. The covering opens. The Seed opens. The water and Spirit open. The daily bread opens. The glory opens.</w:t>
      </w:r>
    </w:p>
    <w:p w14:paraId="10DA78EB" w14:textId="77777777" w:rsidR="00E24463" w:rsidRDefault="00000000">
      <w:pPr>
        <w:pStyle w:val="Grace11Normal"/>
        <w:spacing w:after="120" w:line="259" w:lineRule="auto"/>
      </w:pPr>
      <w:r>
        <w:t>Then the reader steps back and sees that the details were never scattered.</w:t>
      </w:r>
    </w:p>
    <w:p w14:paraId="285D8A7E" w14:textId="77777777" w:rsidR="00E24463" w:rsidRDefault="00000000">
      <w:pPr>
        <w:pStyle w:val="Grace11Normal"/>
        <w:spacing w:after="160" w:line="252" w:lineRule="auto"/>
        <w:jc w:val="center"/>
      </w:pPr>
      <w:r>
        <w:rPr>
          <w:b/>
          <w:color w:val="1F4E79"/>
        </w:rPr>
        <w:t>They belonged to one portrait.</w:t>
      </w:r>
    </w:p>
    <w:p w14:paraId="2796C350" w14:textId="77777777" w:rsidR="00E24463" w:rsidRDefault="00000000">
      <w:pPr>
        <w:pStyle w:val="Grace11Normal"/>
        <w:spacing w:after="120" w:line="259" w:lineRule="auto"/>
      </w:pPr>
      <w:r>
        <w:t>The same is true of a diamond turned in the light. One angle flashes one color. Another angle catches another beam. The stone has not changed, but the light has revealed another face of its beauty. No single angle exhausts it. The more it is turned, the more there is to behold.</w:t>
      </w:r>
    </w:p>
    <w:p w14:paraId="5DCFAF19" w14:textId="77777777" w:rsidR="00E24463" w:rsidRDefault="00000000">
      <w:pPr>
        <w:pStyle w:val="Grace11Normal"/>
        <w:spacing w:after="120" w:line="259" w:lineRule="auto"/>
      </w:pPr>
      <w:r>
        <w:t>Grace is such a facet in the revelation of God.</w:t>
      </w:r>
    </w:p>
    <w:p w14:paraId="037D4686" w14:textId="77777777" w:rsidR="00E24463" w:rsidRDefault="00000000">
      <w:pPr>
        <w:pStyle w:val="Grace11Normal"/>
        <w:spacing w:after="120" w:line="259" w:lineRule="auto"/>
      </w:pPr>
      <w:r>
        <w:t>This study has only turned the diamond a few degrees.</w:t>
      </w:r>
    </w:p>
    <w:p w14:paraId="7807407E" w14:textId="77777777" w:rsidR="00E24463" w:rsidRDefault="00000000">
      <w:pPr>
        <w:pStyle w:val="Grace11Normal"/>
        <w:spacing w:after="120" w:line="259" w:lineRule="auto"/>
      </w:pPr>
      <w:r>
        <w:t>It has looked at grace through priesthood, blessing, keeping, Face, Name, hand, supplication, atonement, Seed, Spirit, vocation, daily provision, and glory. But the God who reveals Himself through grace cannot be exhausted by one study, one lifetime, or one world full of books.</w:t>
      </w:r>
    </w:p>
    <w:p w14:paraId="49421C5B" w14:textId="77777777" w:rsidR="00E24463" w:rsidRDefault="00000000">
      <w:pPr>
        <w:pStyle w:val="Grace11Normal"/>
        <w:spacing w:after="120" w:line="259" w:lineRule="auto"/>
      </w:pPr>
      <w:r>
        <w:t>John ends his Gospel with this witness:</w:t>
      </w:r>
    </w:p>
    <w:tbl>
      <w:tblPr>
        <w:tblW w:w="0" w:type="auto"/>
        <w:jc w:val="center"/>
        <w:tblLook w:val="04A0" w:firstRow="1" w:lastRow="0" w:firstColumn="1" w:lastColumn="0" w:noHBand="0" w:noVBand="1"/>
      </w:tblPr>
      <w:tblGrid>
        <w:gridCol w:w="10080"/>
      </w:tblGrid>
      <w:tr w:rsidR="00E24463" w14:paraId="1ABBC65E"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vAlign w:val="center"/>
          </w:tcPr>
          <w:p w14:paraId="0846AF32" w14:textId="77777777" w:rsidR="00E24463" w:rsidRDefault="00000000">
            <w:pPr>
              <w:pStyle w:val="Grace11Normal"/>
              <w:spacing w:after="0" w:line="252" w:lineRule="auto"/>
            </w:pPr>
            <w:r>
              <w:rPr>
                <w:sz w:val="20"/>
              </w:rPr>
              <w:t>“And there are also many other things which Jesus did, the which, if they should be written every one, I suppose that even the world itself could not contain the books that should be written.”</w:t>
            </w:r>
            <w:r>
              <w:rPr>
                <w:sz w:val="20"/>
              </w:rPr>
              <w:br/>
            </w:r>
            <w:r>
              <w:rPr>
                <w:i/>
                <w:color w:val="1F4E79"/>
                <w:sz w:val="19"/>
              </w:rPr>
              <w:t>— John 21:25</w:t>
            </w:r>
          </w:p>
        </w:tc>
      </w:tr>
    </w:tbl>
    <w:p w14:paraId="30B5B647" w14:textId="77777777" w:rsidR="00E24463" w:rsidRDefault="00E24463">
      <w:pPr>
        <w:pStyle w:val="Grace11Normal"/>
        <w:spacing w:after="40"/>
      </w:pPr>
    </w:p>
    <w:p w14:paraId="461E8920" w14:textId="77777777" w:rsidR="00E24463" w:rsidRDefault="00000000">
      <w:pPr>
        <w:pStyle w:val="Grace11Normal"/>
        <w:spacing w:after="120" w:line="259" w:lineRule="auto"/>
      </w:pPr>
      <w:r>
        <w:t>That is the proper humility of every study of God.</w:t>
      </w:r>
    </w:p>
    <w:p w14:paraId="1C7F6778" w14:textId="77777777" w:rsidR="00E24463" w:rsidRDefault="00000000">
      <w:pPr>
        <w:pStyle w:val="Grace11Normal"/>
        <w:spacing w:after="120" w:line="259" w:lineRule="auto"/>
      </w:pPr>
      <w:r>
        <w:t>The Word became flesh, and still the world could not contain the books.</w:t>
      </w:r>
    </w:p>
    <w:p w14:paraId="5EB12E13" w14:textId="77777777" w:rsidR="00E24463" w:rsidRDefault="00000000">
      <w:pPr>
        <w:pStyle w:val="Grace11Normal"/>
        <w:spacing w:after="120" w:line="259" w:lineRule="auto"/>
      </w:pPr>
      <w:r>
        <w:t>So this study cannot claim to contain grace. It can only point. It can only follow the lines Scripture gives. It can only trace a few revealed connections and then invite the reader to keep looking.</w:t>
      </w:r>
    </w:p>
    <w:p w14:paraId="4E4173AE" w14:textId="77777777" w:rsidR="00E24463" w:rsidRDefault="00000000">
      <w:pPr>
        <w:pStyle w:val="Grace11Normal"/>
        <w:spacing w:after="120" w:line="259" w:lineRule="auto"/>
      </w:pPr>
      <w:r>
        <w:t>Look again at the blessing.</w:t>
      </w:r>
      <w:r>
        <w:br/>
        <w:t>Look again at the Name.</w:t>
      </w:r>
      <w:r>
        <w:br/>
        <w:t>Look again at the Face.</w:t>
      </w:r>
      <w:r>
        <w:br/>
        <w:t>Look again at the hand.</w:t>
      </w:r>
      <w:r>
        <w:br/>
        <w:t>Look again at the covering.</w:t>
      </w:r>
      <w:r>
        <w:br/>
        <w:t>Look again at the Seed.</w:t>
      </w:r>
      <w:r>
        <w:br/>
        <w:t>Look again at the water and the Spirit.</w:t>
      </w:r>
      <w:r>
        <w:br/>
        <w:t>Look again at the Lamb.</w:t>
      </w:r>
      <w:r>
        <w:br/>
        <w:t>Look again at the Priest-King.</w:t>
      </w:r>
      <w:r>
        <w:br/>
        <w:t>Look again at the city where there is no temple, because the Lord God Almighty and the Lamb are the temple of it.</w:t>
      </w:r>
    </w:p>
    <w:p w14:paraId="3FFFBFD0" w14:textId="77777777" w:rsidR="00E24463" w:rsidRDefault="00000000">
      <w:pPr>
        <w:pStyle w:val="Grace11Normal"/>
        <w:spacing w:after="120" w:line="259" w:lineRule="auto"/>
      </w:pPr>
      <w:r>
        <w:t>The final end of grace is not merely that man would receive help.</w:t>
      </w:r>
    </w:p>
    <w:p w14:paraId="516E7417" w14:textId="77777777" w:rsidR="00E24463" w:rsidRDefault="00000000">
      <w:pPr>
        <w:pStyle w:val="Grace11Normal"/>
        <w:spacing w:after="120" w:line="259" w:lineRule="auto"/>
      </w:pPr>
      <w:r>
        <w:lastRenderedPageBreak/>
        <w:t>The final end is that God would dwell with man, His Name would be borne truthfully, His Face would be seen, His servants would serve Him, the curse would be gone, and the redeemed would reign in His light.</w:t>
      </w:r>
    </w:p>
    <w:tbl>
      <w:tblPr>
        <w:tblW w:w="0" w:type="auto"/>
        <w:jc w:val="center"/>
        <w:tblLook w:val="04A0" w:firstRow="1" w:lastRow="0" w:firstColumn="1" w:lastColumn="0" w:noHBand="0" w:noVBand="1"/>
      </w:tblPr>
      <w:tblGrid>
        <w:gridCol w:w="10080"/>
      </w:tblGrid>
      <w:tr w:rsidR="00E24463" w14:paraId="635A17B0" w14:textId="77777777">
        <w:trPr>
          <w:jc w:val="center"/>
        </w:trPr>
        <w:tc>
          <w:tcPr>
            <w:tcW w:w="10080" w:type="dxa"/>
            <w:tcBorders>
              <w:top w:val="single" w:sz="8" w:space="0" w:color="5B9BD5"/>
              <w:left w:val="single" w:sz="8" w:space="0" w:color="5B9BD5"/>
              <w:bottom w:val="single" w:sz="8" w:space="0" w:color="5B9BD5"/>
              <w:right w:val="single" w:sz="8" w:space="0" w:color="5B9BD5"/>
            </w:tcBorders>
            <w:shd w:val="clear" w:color="auto" w:fill="EAF4FF"/>
            <w:vAlign w:val="center"/>
          </w:tcPr>
          <w:p w14:paraId="156874EB" w14:textId="77777777" w:rsidR="00E24463" w:rsidRDefault="00000000">
            <w:pPr>
              <w:pStyle w:val="Grace11Normal"/>
              <w:spacing w:after="0" w:line="252" w:lineRule="auto"/>
            </w:pPr>
            <w:r>
              <w:rPr>
                <w:sz w:val="20"/>
              </w:rPr>
              <w:t>“And there shall be no more curse: but the throne of God and of the Lamb shall be in it; and his servants shall serve him:</w:t>
            </w:r>
            <w:r>
              <w:rPr>
                <w:sz w:val="20"/>
              </w:rPr>
              <w:br/>
              <w:t>And they shall see his face; and his name shall be in their foreheads.”</w:t>
            </w:r>
            <w:r>
              <w:rPr>
                <w:sz w:val="20"/>
              </w:rPr>
              <w:br/>
            </w:r>
            <w:r>
              <w:rPr>
                <w:i/>
                <w:color w:val="1F4E79"/>
                <w:sz w:val="19"/>
              </w:rPr>
              <w:t>— Revelation 22:3–4</w:t>
            </w:r>
          </w:p>
        </w:tc>
      </w:tr>
    </w:tbl>
    <w:p w14:paraId="124B9D3F" w14:textId="77777777" w:rsidR="00E24463" w:rsidRDefault="00E24463">
      <w:pPr>
        <w:pStyle w:val="Grace11Normal"/>
        <w:spacing w:after="40"/>
      </w:pPr>
    </w:p>
    <w:p w14:paraId="79DC3959" w14:textId="77777777" w:rsidR="00E24463" w:rsidRDefault="00000000">
      <w:pPr>
        <w:pStyle w:val="Grace11Normal"/>
        <w:spacing w:after="120" w:line="259" w:lineRule="auto"/>
      </w:pPr>
      <w:r>
        <w:t>Here the priestly blessing reaches its appointed fullness.</w:t>
      </w:r>
    </w:p>
    <w:p w14:paraId="109105C5" w14:textId="77777777" w:rsidR="00E24463" w:rsidRDefault="00000000">
      <w:pPr>
        <w:pStyle w:val="Grace11Normal"/>
        <w:spacing w:after="120" w:line="259" w:lineRule="auto"/>
        <w:jc w:val="center"/>
      </w:pPr>
      <w:r>
        <w:rPr>
          <w:color w:val="1F4E79"/>
          <w:sz w:val="21"/>
        </w:rPr>
        <w:t>The Face that shone is seen.</w:t>
      </w:r>
      <w:r>
        <w:rPr>
          <w:color w:val="1F4E79"/>
          <w:sz w:val="21"/>
        </w:rPr>
        <w:br/>
        <w:t>The Name that was placed is borne forever.</w:t>
      </w:r>
      <w:r>
        <w:rPr>
          <w:color w:val="1F4E79"/>
          <w:sz w:val="21"/>
        </w:rPr>
        <w:br/>
        <w:t>The peace that was spoken becomes the order of new creation.</w:t>
      </w:r>
      <w:r>
        <w:rPr>
          <w:color w:val="1F4E79"/>
          <w:sz w:val="21"/>
        </w:rPr>
        <w:br/>
        <w:t>The life that was sheltered is glorified.</w:t>
      </w:r>
      <w:r>
        <w:rPr>
          <w:color w:val="1F4E79"/>
          <w:sz w:val="21"/>
        </w:rPr>
        <w:br/>
        <w:t>The grace that was given becomes dwelling with God.</w:t>
      </w:r>
    </w:p>
    <w:p w14:paraId="2697028D" w14:textId="77777777" w:rsidR="00E24463" w:rsidRDefault="00000000">
      <w:pPr>
        <w:pStyle w:val="Grace11Normal"/>
        <w:spacing w:after="120" w:line="259" w:lineRule="auto"/>
      </w:pPr>
      <w:r>
        <w:t>This brings the study back to the beginning of grace in name and picture.</w:t>
      </w:r>
    </w:p>
    <w:p w14:paraId="0A49A69B" w14:textId="77777777" w:rsidR="00E24463" w:rsidRDefault="00000000">
      <w:pPr>
        <w:pStyle w:val="Grace11Normal"/>
        <w:spacing w:after="120" w:line="259" w:lineRule="auto"/>
      </w:pPr>
      <w:r>
        <w:t>Noah found grace in the eyes of the LORD.</w:t>
      </w:r>
    </w:p>
    <w:p w14:paraId="46893172" w14:textId="77777777" w:rsidR="00E24463" w:rsidRDefault="00000000">
      <w:pPr>
        <w:pStyle w:val="Grace11Normal"/>
        <w:spacing w:after="120" w:line="259" w:lineRule="auto"/>
      </w:pPr>
      <w:r>
        <w:t>Noah’s name, נֹחַ, holds the letters of life and enclosure. Grace, חֵן, holds the same core witness in another order. Noah moves toward the enclosure. Grace is the enclosure preserving life.</w:t>
      </w:r>
    </w:p>
    <w:p w14:paraId="183AB18B" w14:textId="77777777" w:rsidR="00E24463" w:rsidRDefault="00000000">
      <w:pPr>
        <w:pStyle w:val="Grace11Normal"/>
        <w:spacing w:after="120" w:line="259" w:lineRule="auto"/>
      </w:pPr>
      <w:r>
        <w:t>After the fall, those who walk with God, like Noah, are the ones walking to the enclosure, and God’s response is to enclose that life.</w:t>
      </w:r>
    </w:p>
    <w:p w14:paraId="1EB9CDC8" w14:textId="77777777" w:rsidR="00E24463" w:rsidRDefault="00000000">
      <w:pPr>
        <w:pStyle w:val="Grace11Normal"/>
        <w:spacing w:after="160" w:line="252" w:lineRule="auto"/>
        <w:jc w:val="center"/>
      </w:pPr>
      <w:r>
        <w:rPr>
          <w:b/>
          <w:color w:val="1F4E79"/>
        </w:rPr>
        <w:t>That is grace.</w:t>
      </w:r>
    </w:p>
    <w:p w14:paraId="5918328B" w14:textId="77777777" w:rsidR="00E24463" w:rsidRDefault="00000000">
      <w:pPr>
        <w:pStyle w:val="Grace11Normal"/>
        <w:spacing w:after="120" w:line="259" w:lineRule="auto"/>
      </w:pPr>
      <w:r>
        <w:t>The ark was not an abstract doctrine. It was shelter. It was preservation. It was judgment outside and life carried through within. It was a visible witness that YHWH preserves life in the midst of a judged world.</w:t>
      </w:r>
    </w:p>
    <w:p w14:paraId="1057E3E1" w14:textId="77777777" w:rsidR="00E24463" w:rsidRDefault="00000000">
      <w:pPr>
        <w:pStyle w:val="Grace11Normal"/>
        <w:spacing w:after="120" w:line="259" w:lineRule="auto"/>
      </w:pPr>
      <w:r>
        <w:t>And from Noah to Abraham, from Abraham to Isaac, from Isaac to Israel, from Israel to David, from David to Christ, from Christ to the Spirit-filled people, and from the Spirit-filled people to the New Jerusalem, grace keeps carrying life toward glory.</w:t>
      </w:r>
    </w:p>
    <w:p w14:paraId="16CDD900" w14:textId="77777777" w:rsidR="00E24463" w:rsidRDefault="00000000">
      <w:pPr>
        <w:pStyle w:val="Grace11Normal"/>
        <w:spacing w:after="120" w:line="259" w:lineRule="auto"/>
      </w:pPr>
      <w:r>
        <w:t>Grace is YHWH’s covenant favor sheltering life until the promised Seed brings creation to glory.</w:t>
      </w:r>
    </w:p>
    <w:p w14:paraId="720A998F" w14:textId="77777777" w:rsidR="00E24463" w:rsidRDefault="00000000">
      <w:pPr>
        <w:pStyle w:val="Grace11Normal"/>
        <w:spacing w:after="120" w:line="259" w:lineRule="auto"/>
      </w:pPr>
      <w:r>
        <w:t>The final purpose of this study, then, is not merely that grace would be better explained.</w:t>
      </w:r>
    </w:p>
    <w:p w14:paraId="1BB1E482" w14:textId="77777777" w:rsidR="00E24463" w:rsidRDefault="00000000">
      <w:pPr>
        <w:pStyle w:val="Grace11Normal"/>
        <w:spacing w:after="120" w:line="259" w:lineRule="auto"/>
      </w:pPr>
      <w:r>
        <w:t>It is that the gracious God would be better known.</w:t>
      </w:r>
    </w:p>
    <w:p w14:paraId="129815E3" w14:textId="77777777" w:rsidR="00E24463" w:rsidRDefault="00000000">
      <w:pPr>
        <w:pStyle w:val="Grace11Normal"/>
        <w:spacing w:after="120" w:line="259" w:lineRule="auto"/>
        <w:jc w:val="center"/>
      </w:pPr>
      <w:r>
        <w:rPr>
          <w:color w:val="1F4E79"/>
          <w:sz w:val="21"/>
        </w:rPr>
        <w:t>To know Him as the LORD who blesses.</w:t>
      </w:r>
      <w:r>
        <w:rPr>
          <w:color w:val="1F4E79"/>
          <w:sz w:val="21"/>
        </w:rPr>
        <w:br/>
        <w:t>To know Him as the LORD who keeps.</w:t>
      </w:r>
      <w:r>
        <w:rPr>
          <w:color w:val="1F4E79"/>
          <w:sz w:val="21"/>
        </w:rPr>
        <w:br/>
        <w:t>To know Him as the LORD who gives grace.</w:t>
      </w:r>
      <w:r>
        <w:rPr>
          <w:color w:val="1F4E79"/>
          <w:sz w:val="21"/>
        </w:rPr>
        <w:br/>
        <w:t>To know Him as the LORD who gives peace.</w:t>
      </w:r>
      <w:r>
        <w:rPr>
          <w:color w:val="1F4E79"/>
          <w:sz w:val="21"/>
        </w:rPr>
        <w:br/>
        <w:t>To know Him as the LORD who places His Name.</w:t>
      </w:r>
      <w:r>
        <w:rPr>
          <w:color w:val="1F4E79"/>
          <w:sz w:val="21"/>
        </w:rPr>
        <w:br/>
        <w:t>To know Him as the LORD who cleanses by water and gives His Spirit.</w:t>
      </w:r>
      <w:r>
        <w:rPr>
          <w:color w:val="1F4E79"/>
          <w:sz w:val="21"/>
        </w:rPr>
        <w:br/>
        <w:t>To know Him as the LORD who covers shame and glorifies life.</w:t>
      </w:r>
      <w:r>
        <w:rPr>
          <w:color w:val="1F4E79"/>
          <w:sz w:val="21"/>
        </w:rPr>
        <w:br/>
        <w:t>To know Him as the LORD whose Face will be seen.</w:t>
      </w:r>
    </w:p>
    <w:p w14:paraId="6F8C63F4" w14:textId="77777777" w:rsidR="00E24463" w:rsidRDefault="00000000">
      <w:pPr>
        <w:pStyle w:val="Grace11Normal"/>
        <w:spacing w:after="120" w:line="259" w:lineRule="auto"/>
      </w:pPr>
      <w:r>
        <w:t>And knowing Him, to love Him.</w:t>
      </w:r>
    </w:p>
    <w:p w14:paraId="77E37435" w14:textId="77777777" w:rsidR="00E24463" w:rsidRDefault="00000000">
      <w:pPr>
        <w:pStyle w:val="Grace11Normal"/>
        <w:spacing w:after="120" w:line="259" w:lineRule="auto"/>
      </w:pPr>
      <w:r>
        <w:t>And loving Him, to bear His Name truthfully.</w:t>
      </w:r>
    </w:p>
    <w:p w14:paraId="6BEE1D19" w14:textId="77777777" w:rsidR="00E24463" w:rsidRDefault="00000000">
      <w:pPr>
        <w:pStyle w:val="Grace11Normal"/>
        <w:spacing w:after="120" w:line="259" w:lineRule="auto"/>
      </w:pPr>
      <w:r>
        <w:t>And bearing His Name, to make Him known.</w:t>
      </w:r>
    </w:p>
    <w:p w14:paraId="28DF2E10" w14:textId="77777777" w:rsidR="00E24463" w:rsidRDefault="00000000">
      <w:pPr>
        <w:pStyle w:val="Grace11Normal"/>
        <w:spacing w:after="120" w:line="259" w:lineRule="auto"/>
      </w:pPr>
      <w:r>
        <w:t xml:space="preserve">Grace is one of the ways God opens the painting and turns the diamond. It draws the reader close, then sends the reader back to see the whole. It shows detail, then glory. It reveals mercy, then holiness. It </w:t>
      </w:r>
      <w:r>
        <w:lastRenderedPageBreak/>
        <w:t>reveals kindness, then wisdom. It reveals provision, then purpose. It reveals the God who has been making Himself known from the beginning.</w:t>
      </w:r>
    </w:p>
    <w:p w14:paraId="14F6D789" w14:textId="77777777" w:rsidR="00E24463" w:rsidRDefault="00000000">
      <w:pPr>
        <w:pStyle w:val="Grace11Normal"/>
        <w:spacing w:after="160" w:line="252" w:lineRule="auto"/>
        <w:jc w:val="center"/>
      </w:pPr>
      <w:r>
        <w:rPr>
          <w:b/>
          <w:color w:val="1F4E79"/>
        </w:rPr>
        <w:t>The invitation is therefore simple.</w:t>
      </w:r>
    </w:p>
    <w:p w14:paraId="5CB74D54" w14:textId="77777777" w:rsidR="00E24463" w:rsidRDefault="00000000">
      <w:pPr>
        <w:pStyle w:val="Grace11Normal"/>
        <w:spacing w:after="160" w:line="252" w:lineRule="auto"/>
        <w:jc w:val="center"/>
      </w:pPr>
      <w:r>
        <w:rPr>
          <w:b/>
          <w:color w:val="1F4E79"/>
        </w:rPr>
        <w:t>Do not stop at the word.</w:t>
      </w:r>
    </w:p>
    <w:p w14:paraId="7F1E6FF2" w14:textId="77777777" w:rsidR="00E24463" w:rsidRDefault="00000000">
      <w:pPr>
        <w:pStyle w:val="Grace11Normal"/>
        <w:spacing w:after="160" w:line="252" w:lineRule="auto"/>
        <w:jc w:val="center"/>
      </w:pPr>
      <w:r>
        <w:rPr>
          <w:b/>
          <w:color w:val="1F4E79"/>
        </w:rPr>
        <w:t>Look through grace and behold the LORD.</w:t>
      </w:r>
    </w:p>
    <w:p w14:paraId="4DB98E59" w14:textId="77777777" w:rsidR="00E24463" w:rsidRDefault="00000000">
      <w:pPr>
        <w:pStyle w:val="Grace11Normal"/>
        <w:spacing w:after="120" w:line="259" w:lineRule="auto"/>
        <w:jc w:val="center"/>
      </w:pPr>
      <w:r>
        <w:rPr>
          <w:color w:val="1F4E79"/>
          <w:sz w:val="21"/>
        </w:rPr>
        <w:t>The LORD bless thee, and keep thee.</w:t>
      </w:r>
      <w:r>
        <w:rPr>
          <w:color w:val="1F4E79"/>
          <w:sz w:val="21"/>
        </w:rPr>
        <w:br/>
        <w:t>The LORD make his face shine upon thee, and be gracious unto thee.</w:t>
      </w:r>
      <w:r>
        <w:rPr>
          <w:color w:val="1F4E79"/>
          <w:sz w:val="21"/>
        </w:rPr>
        <w:br/>
        <w:t>The LORD lift up his countenance upon thee, and give thee peace.</w:t>
      </w:r>
    </w:p>
    <w:p w14:paraId="6296DAD9" w14:textId="77777777" w:rsidR="00E24463" w:rsidRDefault="00000000">
      <w:pPr>
        <w:pStyle w:val="Grace11Normal"/>
        <w:spacing w:after="120" w:line="259" w:lineRule="auto"/>
      </w:pPr>
      <w:r>
        <w:t>And they shall put His Name upon His people.</w:t>
      </w:r>
    </w:p>
    <w:p w14:paraId="5056B3F6" w14:textId="77777777" w:rsidR="00E24463" w:rsidRDefault="00000000">
      <w:pPr>
        <w:pStyle w:val="Grace11Normal"/>
        <w:spacing w:after="120" w:line="259" w:lineRule="auto"/>
      </w:pPr>
      <w:r>
        <w:t>And He will bless them.</w:t>
      </w:r>
    </w:p>
    <w:sectPr w:rsidR="00E24463" w:rsidSect="00034616">
      <w:headerReference w:type="default" r:id="rIdGrace11header"/>
      <w:footerReference w:type="default" r:id="rIdGrace11footer"/>
      <w:type w:val="nextPage"/>
      <w:pgSz w:w="12240" w:h="15840"/>
      <w:pgMar w:top="936" w:right="1080" w:bottom="936" w:left="108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D6E46" w14:textId="77777777" w:rsidR="0013601A" w:rsidRDefault="0013601A">
      <w:pPr>
        <w:spacing w:after="0" w:line="240" w:lineRule="auto"/>
      </w:pPr>
      <w:r>
        <w:separator/>
      </w:r>
    </w:p>
  </w:endnote>
  <w:endnote w:type="continuationSeparator" w:id="0">
    <w:p w14:paraId="605BFD78" w14:textId="77777777" w:rsidR="0013601A" w:rsidRDefault="001360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Noto Serif Hebrew">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F75B8" w14:textId="77777777" w:rsidR="00831057" w:rsidRDefault="00000000">
    <w:pPr>
      <w:pStyle w:val="Footer"/>
      <w:jc w:val="center"/>
    </w:pPr>
    <w:r>
      <w:rPr>
        <w:color w:val="787878"/>
        <w:sz w:val="15"/>
      </w:rPr>
      <w:t>Working Draft for Collaborative Review</w:t>
    </w:r>
  </w:p>
</w:ftr>
</file>

<file path=word/footerGrace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F75B8" w14:textId="77777777" w:rsidR="00831057" w:rsidRDefault="00000000">
    <w:pPr>
      <w:pStyle w:val="Footer"/>
      <w:jc w:val="center"/>
    </w:pPr>
    <w:r>
      <w:rPr>
        <w:color w:val="787878"/>
        <w:sz w:val="15"/>
      </w:rPr>
      <w:t>Working Draft for Collaborative Review</w:t>
    </w:r>
  </w:p>
</w:ftr>
</file>

<file path=word/footerGrace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Grace1Footer"/>
      <w:jc w:val="center"/>
    </w:pPr>
    <w:r>
      <w:rPr>
        <w:rFonts w:ascii="Georgia" w:hAnsi="Georgia"/>
        <w:color w:val="646464"/>
        <w:sz w:val="17"/>
      </w:rPr>
      <w:t>Grace to Glorification — Part One</w:t>
    </w:r>
  </w:p>
</w:ftr>
</file>

<file path=word/footerGrace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Grace2Footer"/>
      <w:jc w:val="center"/>
    </w:pPr>
    <w:r>
      <w:rPr>
        <w:rFonts w:ascii="Georgia" w:hAnsi="Georgia"/>
        <w:color w:val="646464"/>
        <w:sz w:val="17"/>
      </w:rPr>
      <w:t>Grace to Glorification — Part Two</w:t>
    </w:r>
  </w:p>
</w:ftr>
</file>

<file path=word/footerGrace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Grace3Footer"/>
      <w:jc w:val="center"/>
    </w:pPr>
    <w:r>
      <w:rPr>
        <w:rFonts w:ascii="Georgia" w:hAnsi="Georgia"/>
        <w:color w:val="646464"/>
        <w:sz w:val="17"/>
      </w:rPr>
      <w:t>Grace to Glorification — Part Three</w:t>
    </w:r>
  </w:p>
</w:ftr>
</file>

<file path=word/footerGrace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9DDA2" w14:textId="77777777" w:rsidR="00E062F5" w:rsidRDefault="00000000">
    <w:pPr>
      <w:pStyle w:val="Grace4Footer"/>
      <w:jc w:val="center"/>
    </w:pPr>
    <w:r>
      <w:rPr>
        <w:color w:val="646464"/>
        <w:sz w:val="17"/>
      </w:rPr>
      <w:t>Grace to Glorification — Part Four</w:t>
    </w:r>
  </w:p>
</w:ftr>
</file>

<file path=word/footerGrace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6832E" w14:textId="77777777" w:rsidR="00432FC4" w:rsidRDefault="00245F1D">
    <w:pPr>
      <w:pStyle w:val="Grace5Footer"/>
      <w:jc w:val="center"/>
    </w:pPr>
    <w:r>
      <w:rPr>
        <w:color w:val="646464"/>
        <w:sz w:val="17"/>
      </w:rPr>
      <w:t>Grace to Glorification — Part Five</w:t>
    </w:r>
  </w:p>
</w:ftr>
</file>

<file path=word/footerGrace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1A5C8" w14:textId="77777777" w:rsidR="00A2528A" w:rsidRDefault="00000000">
    <w:pPr>
      <w:pStyle w:val="Grace6Footer"/>
      <w:jc w:val="center"/>
    </w:pPr>
    <w:r>
      <w:rPr>
        <w:color w:val="646464"/>
        <w:sz w:val="17"/>
      </w:rPr>
      <w:t>Grace to Glorification — Part Six</w:t>
    </w:r>
  </w:p>
</w:ftr>
</file>

<file path=word/footerGrace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D9024" w14:textId="77777777" w:rsidR="00704495" w:rsidRDefault="00000000">
    <w:pPr>
      <w:pStyle w:val="Grace7Footer"/>
      <w:jc w:val="center"/>
    </w:pPr>
    <w:r>
      <w:rPr>
        <w:color w:val="646464"/>
        <w:sz w:val="17"/>
      </w:rPr>
      <w:t>Grace to Glorification — Part Seven</w:t>
    </w:r>
  </w:p>
</w:ftr>
</file>

<file path=word/footerGrace8.xml><?xml version="1.0" encoding="utf-8"?>
<w:ftr xmlns:w="http://schemas.openxmlformats.org/wordprocessingml/2006/main">
  <w:p>
    <w:pPr>
      <w:pStyle w:val="Grace8Normal"/>
      <w:spacing w:before="0" w:after="0" w:line="20" w:lineRule="exact"/>
      <w:rPr>
        <w:sz w:val="2"/>
      </w:rPr>
    </w:pPr>
  </w:p>
</w:ftr>
</file>

<file path=word/footerGrace9.xml><?xml version="1.0" encoding="utf-8"?>
<w:ftr xmlns:w="http://schemas.openxmlformats.org/wordprocessingml/2006/main">
  <w:p>
    <w:pPr>
      <w:pStyle w:val="Grace9Normal"/>
      <w:spacing w:before="0" w:after="0" w:line="20" w:lineRule="exact"/>
      <w:rPr>
        <w:sz w:val="2"/>
      </w:rPr>
    </w:pPr>
  </w:p>
</w:ftr>
</file>

<file path=word/footerGrace10.xml><?xml version="1.0" encoding="utf-8"?>
<w:ftr xmlns:w="http://schemas.openxmlformats.org/wordprocessingml/2006/main">
  <w:p>
    <w:pPr>
      <w:pStyle w:val="Grace10Normal"/>
      <w:spacing w:before="0" w:after="0" w:line="20" w:lineRule="exact"/>
      <w:rPr>
        <w:sz w:val="2"/>
      </w:rPr>
    </w:pPr>
  </w:p>
</w:ftr>
</file>

<file path=word/footerGrace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2E38E" w14:textId="77777777" w:rsidR="00E24463" w:rsidRDefault="00000000">
    <w:pPr>
      <w:pStyle w:val="Grace11Footer"/>
      <w:jc w:val="center"/>
    </w:pPr>
    <w:r>
      <w:rPr>
        <w:color w:val="646464"/>
        <w:sz w:val="17"/>
      </w:rPr>
      <w:t>Grace to Glorification — Master Closing Statement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A06C5" w14:textId="77777777" w:rsidR="0013601A" w:rsidRDefault="0013601A">
      <w:pPr>
        <w:spacing w:after="0" w:line="240" w:lineRule="auto"/>
      </w:pPr>
      <w:r>
        <w:separator/>
      </w:r>
    </w:p>
  </w:footnote>
  <w:footnote w:type="continuationSeparator" w:id="0">
    <w:p w14:paraId="1FE4740B" w14:textId="77777777" w:rsidR="0013601A" w:rsidRDefault="001360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187F4" w14:textId="77777777" w:rsidR="00831057" w:rsidRDefault="00000000">
    <w:pPr>
      <w:pStyle w:val="Header"/>
      <w:jc w:val="right"/>
    </w:pPr>
    <w:r>
      <w:rPr>
        <w:color w:val="787878"/>
        <w:sz w:val="16"/>
      </w:rPr>
      <w:t>Grace to Glorification — Opening Statement</w:t>
    </w:r>
  </w:p>
</w:hdr>
</file>

<file path=word/headerGrace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187F4" w14:textId="77777777" w:rsidR="00831057" w:rsidRDefault="00000000">
    <w:pPr>
      <w:pStyle w:val="Header"/>
      <w:jc w:val="right"/>
    </w:pPr>
    <w:r>
      <w:rPr>
        <w:color w:val="787878"/>
        <w:sz w:val="16"/>
      </w:rPr>
      <w:t>Grace to Glorification — Opening Statement</w:t>
    </w:r>
  </w:p>
</w:hdr>
</file>

<file path=word/headerGrace1.xml><?xml version="1.0" encoding="utf-8"?>
<w:hdr xmlns:w="http://schemas.openxmlformats.org/wordprocessingml/2006/main">
  <w:p>
    <w:pPr>
      <w:pStyle w:val="Grace1Normal"/>
      <w:spacing w:before="0" w:after="0" w:line="20" w:lineRule="exact"/>
      <w:rPr>
        <w:sz w:val="2"/>
      </w:rPr>
    </w:pPr>
  </w:p>
</w:hdr>
</file>

<file path=word/headerGrace2.xml><?xml version="1.0" encoding="utf-8"?>
<w:hdr xmlns:w="http://schemas.openxmlformats.org/wordprocessingml/2006/main">
  <w:p>
    <w:pPr>
      <w:pStyle w:val="Grace2Normal"/>
      <w:spacing w:before="0" w:after="0" w:line="20" w:lineRule="exact"/>
      <w:rPr>
        <w:sz w:val="2"/>
      </w:rPr>
    </w:pPr>
  </w:p>
</w:hdr>
</file>

<file path=word/headerGrace3.xml><?xml version="1.0" encoding="utf-8"?>
<w:hdr xmlns:w="http://schemas.openxmlformats.org/wordprocessingml/2006/main">
  <w:p>
    <w:pPr>
      <w:pStyle w:val="Grace3Normal"/>
      <w:spacing w:before="0" w:after="0" w:line="20" w:lineRule="exact"/>
      <w:rPr>
        <w:sz w:val="2"/>
      </w:rPr>
    </w:pPr>
  </w:p>
</w:hdr>
</file>

<file path=word/headerGrace4.xml><?xml version="1.0" encoding="utf-8"?>
<w:hdr xmlns:w="http://schemas.openxmlformats.org/wordprocessingml/2006/main">
  <w:p>
    <w:pPr>
      <w:pStyle w:val="Grace4Normal"/>
      <w:spacing w:before="0" w:after="0" w:line="20" w:lineRule="exact"/>
      <w:rPr>
        <w:sz w:val="2"/>
      </w:rPr>
    </w:pPr>
  </w:p>
</w:hdr>
</file>

<file path=word/headerGrace5.xml><?xml version="1.0" encoding="utf-8"?>
<w:hdr xmlns:w="http://schemas.openxmlformats.org/wordprocessingml/2006/main">
  <w:p>
    <w:pPr>
      <w:pStyle w:val="Grace5Normal"/>
      <w:spacing w:before="0" w:after="0" w:line="20" w:lineRule="exact"/>
      <w:rPr>
        <w:sz w:val="2"/>
      </w:rPr>
    </w:pPr>
  </w:p>
</w:hdr>
</file>

<file path=word/headerGrace6.xml><?xml version="1.0" encoding="utf-8"?>
<w:hdr xmlns:w="http://schemas.openxmlformats.org/wordprocessingml/2006/main">
  <w:p>
    <w:pPr>
      <w:pStyle w:val="Grace6Normal"/>
      <w:spacing w:before="0" w:after="0" w:line="20" w:lineRule="exact"/>
      <w:rPr>
        <w:sz w:val="2"/>
      </w:rPr>
    </w:pPr>
  </w:p>
</w:hdr>
</file>

<file path=word/headerGrace7.xml><?xml version="1.0" encoding="utf-8"?>
<w:hdr xmlns:w="http://schemas.openxmlformats.org/wordprocessingml/2006/main">
  <w:p>
    <w:pPr>
      <w:pStyle w:val="Grace7Normal"/>
      <w:spacing w:before="0" w:after="0" w:line="20" w:lineRule="exact"/>
      <w:rPr>
        <w:sz w:val="2"/>
      </w:rPr>
    </w:pPr>
  </w:p>
</w:hdr>
</file>

<file path=word/headerGrace8.xml><?xml version="1.0" encoding="utf-8"?>
<w:hdr xmlns:w="http://schemas.openxmlformats.org/wordprocessingml/2006/main">
  <w:p>
    <w:pPr>
      <w:pStyle w:val="Grace8Normal"/>
      <w:spacing w:before="0" w:after="0" w:line="20" w:lineRule="exact"/>
      <w:rPr>
        <w:sz w:val="2"/>
      </w:rPr>
    </w:pPr>
  </w:p>
</w:hdr>
</file>

<file path=word/headerGrace9.xml><?xml version="1.0" encoding="utf-8"?>
<w:hdr xmlns:w="http://schemas.openxmlformats.org/wordprocessingml/2006/main">
  <w:p>
    <w:pPr>
      <w:pStyle w:val="Grace9Normal"/>
      <w:spacing w:before="0" w:after="0" w:line="20" w:lineRule="exact"/>
      <w:rPr>
        <w:sz w:val="2"/>
      </w:rPr>
    </w:pPr>
  </w:p>
</w:hdr>
</file>

<file path=word/headerGrace10.xml><?xml version="1.0" encoding="utf-8"?>
<w:hdr xmlns:w="http://schemas.openxmlformats.org/wordprocessingml/2006/main">
  <w:p>
    <w:pPr>
      <w:pStyle w:val="Grace10Normal"/>
      <w:spacing w:before="0" w:after="0" w:line="20" w:lineRule="exact"/>
      <w:rPr>
        <w:sz w:val="2"/>
      </w:rPr>
    </w:pPr>
  </w:p>
</w:hdr>
</file>

<file path=word/headerGrace11.xml><?xml version="1.0" encoding="utf-8"?>
<w:hdr xmlns:w="http://schemas.openxmlformats.org/wordprocessingml/2006/main">
  <w:p>
    <w:pPr>
      <w:pStyle w:val="Grace11Normal"/>
      <w:spacing w:before="0" w:after="0" w:line="20" w:lineRule="exac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00583805">
    <w:abstractNumId w:val="8"/>
  </w:num>
  <w:num w:numId="2" w16cid:durableId="857698081">
    <w:abstractNumId w:val="6"/>
  </w:num>
  <w:num w:numId="3" w16cid:durableId="371347497">
    <w:abstractNumId w:val="5"/>
  </w:num>
  <w:num w:numId="4" w16cid:durableId="1101145147">
    <w:abstractNumId w:val="4"/>
  </w:num>
  <w:num w:numId="5" w16cid:durableId="1001004043">
    <w:abstractNumId w:val="7"/>
  </w:num>
  <w:num w:numId="6" w16cid:durableId="190610773">
    <w:abstractNumId w:val="3"/>
  </w:num>
  <w:num w:numId="7" w16cid:durableId="963776837">
    <w:abstractNumId w:val="2"/>
  </w:num>
  <w:num w:numId="8" w16cid:durableId="2076078778">
    <w:abstractNumId w:val="1"/>
  </w:num>
  <w:num w:numId="9" w16cid:durableId="2116243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F7ACA"/>
    <w:rsid w:val="0013601A"/>
    <w:rsid w:val="0015074B"/>
    <w:rsid w:val="0029639D"/>
    <w:rsid w:val="00326F90"/>
    <w:rsid w:val="00737624"/>
    <w:rsid w:val="00831057"/>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219175"/>
  <w14:defaultImageDpi w14:val="300"/>
  <w15:docId w15:val="{E61C77B7-0264-4861-9A22-581E8F18D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45" w:lineRule="auto"/>
    </w:pPr>
    <w:rPr>
      <w:rFonts w:ascii="Georgia" w:eastAsia="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1Normal">
    <w:name w:val="Grace document 1 Normal"/>
    <w:qFormat/>
    <w:rsid w:val="00FC693F"/>
    <w:rPr>
      <w:rFonts w:ascii="Georgia" w:hAnsi="Georgia"/>
      <w:sz w:val="22"/>
    </w:rPr>
  </w:style>
  <w:style w:type="paragraph" w:styleId="Grace1Header">
    <w:name w:val="Grace document 1 Header"/>
    <w:basedOn w:val="Grace1Normal"/>
    <w:link w:val="Grace1HeaderChar"/>
    <w:uiPriority w:val="99"/>
    <w:unhideWhenUsed/>
    <w:rsid w:val="00E618BF"/>
    <w:pPr>
      <w:tabs>
        <w:tab w:val="center" w:pos="4680"/>
        <w:tab w:val="right" w:pos="9360"/>
      </w:tabs>
      <w:spacing w:after="0" w:line="240" w:lineRule="auto"/>
    </w:pPr>
  </w:style>
  <w:style w:type="character" w:customStyle="1" w:styleId="Grace1HeaderChar">
    <w:name w:val="Grace document 1 HeaderChar"/>
    <w:basedOn w:val="Grace1DefaultParagraphFont"/>
    <w:link w:val="Grace1Header"/>
    <w:uiPriority w:val="99"/>
    <w:rsid w:val="00E618BF"/>
  </w:style>
  <w:style w:type="paragraph" w:styleId="Grace1Footer">
    <w:name w:val="Grace document 1 Footer"/>
    <w:basedOn w:val="Grace1Normal"/>
    <w:link w:val="Grace1FooterChar"/>
    <w:uiPriority w:val="99"/>
    <w:unhideWhenUsed/>
    <w:rsid w:val="00E618BF"/>
    <w:pPr>
      <w:tabs>
        <w:tab w:val="center" w:pos="4680"/>
        <w:tab w:val="right" w:pos="9360"/>
      </w:tabs>
      <w:spacing w:after="0" w:line="240" w:lineRule="auto"/>
    </w:pPr>
  </w:style>
  <w:style w:type="character" w:customStyle="1" w:styleId="Grace1FooterChar">
    <w:name w:val="Grace document 1 FooterChar"/>
    <w:basedOn w:val="Grace1DefaultParagraphFont"/>
    <w:link w:val="Grace1Footer"/>
    <w:uiPriority w:val="99"/>
    <w:rsid w:val="00E618BF"/>
  </w:style>
  <w:style w:type="paragraph" w:styleId="Grace1Heading1">
    <w:name w:val="Grace document 1 Heading1"/>
    <w:basedOn w:val="Grace1Normal"/>
    <w:next w:val="Grace1Normal"/>
    <w:link w:val="Grace1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Grace1Heading2">
    <w:name w:val="Grace document 1 Heading2"/>
    <w:basedOn w:val="Grace1Normal"/>
    <w:next w:val="Grace1Normal"/>
    <w:link w:val="Grace1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1Heading3">
    <w:name w:val="Grace document 1 Heading3"/>
    <w:basedOn w:val="Grace1Normal"/>
    <w:next w:val="Grace1Normal"/>
    <w:link w:val="Grace1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1Heading4">
    <w:name w:val="Grace document 1 Heading4"/>
    <w:basedOn w:val="Grace1Normal"/>
    <w:next w:val="Grace1Normal"/>
    <w:link w:val="Grace1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1Heading5">
    <w:name w:val="Grace document 1 Heading5"/>
    <w:basedOn w:val="Grace1Normal"/>
    <w:next w:val="Grace1Normal"/>
    <w:link w:val="Grace1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1Heading6">
    <w:name w:val="Grace document 1 Heading6"/>
    <w:basedOn w:val="Grace1Normal"/>
    <w:next w:val="Grace1Normal"/>
    <w:link w:val="Grace1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1Heading7">
    <w:name w:val="Grace document 1 Heading7"/>
    <w:basedOn w:val="Grace1Normal"/>
    <w:next w:val="Grace1Normal"/>
    <w:link w:val="Grace1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1Heading8">
    <w:name w:val="Grace document 1 Heading8"/>
    <w:basedOn w:val="Grace1Normal"/>
    <w:next w:val="Grace1Normal"/>
    <w:link w:val="Grace1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1Heading9">
    <w:name w:val="Grace document 1 Heading9"/>
    <w:basedOn w:val="Grace1Normal"/>
    <w:next w:val="Grace1Normal"/>
    <w:link w:val="Grace1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1DefaultParagraphFont">
    <w:name w:val="Grace document 1 DefaultParagraphFont"/>
    <w:uiPriority w:val="1"/>
    <w:semiHidden/>
    <w:unhideWhenUsed/>
  </w:style>
  <w:style w:type="table" w:styleId="Grace1TableNormal">
    <w:name w:val="Grace document 1 TableNormal"/>
    <w:uiPriority w:val="99"/>
    <w:semiHidden/>
    <w:unhideWhenUsed/>
    <w:tblPr>
      <w:tblInd w:w="0" w:type="dxa"/>
      <w:tblCellMar>
        <w:top w:w="0" w:type="dxa"/>
        <w:left w:w="108" w:type="dxa"/>
        <w:bottom w:w="0" w:type="dxa"/>
        <w:right w:w="108" w:type="dxa"/>
      </w:tblCellMar>
    </w:tblPr>
  </w:style>
  <w:style w:type="numbering" w:styleId="Grace1NoList">
    <w:name w:val="Grace document 1 NoList"/>
    <w:uiPriority w:val="99"/>
    <w:semiHidden/>
    <w:unhideWhenUsed/>
  </w:style>
  <w:style w:type="paragraph" w:styleId="Grace1NoSpacing">
    <w:name w:val="Grace document 1 NoSpacing"/>
    <w:uiPriority w:val="1"/>
    <w:qFormat/>
    <w:rsid w:val="00FC693F"/>
    <w:pPr>
      <w:spacing w:after="0" w:line="240" w:lineRule="auto"/>
    </w:pPr>
  </w:style>
  <w:style w:type="character" w:customStyle="1" w:styleId="Grace1Heading1Char">
    <w:name w:val="Grace document 1 Heading1Char"/>
    <w:basedOn w:val="Grace1DefaultParagraphFont"/>
    <w:link w:val="Grace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1Heading2Char">
    <w:name w:val="Grace document 1 Heading2Char"/>
    <w:basedOn w:val="Grace1DefaultParagraphFont"/>
    <w:link w:val="Grace1Heading2"/>
    <w:uiPriority w:val="9"/>
    <w:rsid w:val="00FC693F"/>
    <w:rPr>
      <w:rFonts w:asciiTheme="majorHAnsi" w:eastAsiaTheme="majorEastAsia" w:hAnsiTheme="majorHAnsi" w:cstheme="majorBidi"/>
      <w:b/>
      <w:bCs/>
      <w:color w:val="4F81BD" w:themeColor="accent1"/>
      <w:sz w:val="26"/>
      <w:szCs w:val="26"/>
    </w:rPr>
  </w:style>
  <w:style w:type="character" w:customStyle="1" w:styleId="Grace1Heading3Char">
    <w:name w:val="Grace document 1 Heading3Char"/>
    <w:basedOn w:val="Grace1DefaultParagraphFont"/>
    <w:link w:val="Grace1Heading3"/>
    <w:uiPriority w:val="9"/>
    <w:rsid w:val="00FC693F"/>
    <w:rPr>
      <w:rFonts w:asciiTheme="majorHAnsi" w:eastAsiaTheme="majorEastAsia" w:hAnsiTheme="majorHAnsi" w:cstheme="majorBidi"/>
      <w:b/>
      <w:bCs/>
      <w:color w:val="4F81BD" w:themeColor="accent1"/>
    </w:rPr>
  </w:style>
  <w:style w:type="paragraph" w:styleId="Grace1Title">
    <w:name w:val="Grace document 1 Title"/>
    <w:basedOn w:val="Grace1Normal"/>
    <w:next w:val="Grace1Normal"/>
    <w:link w:val="Grace1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1TitleChar">
    <w:name w:val="Grace document 1 TitleChar"/>
    <w:basedOn w:val="Grace1DefaultParagraphFont"/>
    <w:link w:val="Grace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1Subtitle">
    <w:name w:val="Grace document 1 Subtitle"/>
    <w:basedOn w:val="Grace1Normal"/>
    <w:next w:val="Grace1Normal"/>
    <w:link w:val="Grace1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1SubtitleChar">
    <w:name w:val="Grace document 1 SubtitleChar"/>
    <w:basedOn w:val="Grace1DefaultParagraphFont"/>
    <w:link w:val="Grace1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1ListParagraph">
    <w:name w:val="Grace document 1 ListParagraph"/>
    <w:basedOn w:val="Grace1Normal"/>
    <w:uiPriority w:val="34"/>
    <w:qFormat/>
    <w:rsid w:val="00FC693F"/>
    <w:pPr>
      <w:ind w:left="720"/>
      <w:contextualSpacing/>
    </w:pPr>
  </w:style>
  <w:style w:type="paragraph" w:styleId="Grace1BodyText">
    <w:name w:val="Grace document 1 BodyText"/>
    <w:basedOn w:val="Grace1Normal"/>
    <w:link w:val="Grace1BodyTextChar"/>
    <w:uiPriority w:val="99"/>
    <w:unhideWhenUsed/>
    <w:rsid w:val="00AA1D8D"/>
    <w:pPr>
      <w:spacing w:after="120"/>
    </w:pPr>
    <w:rPr>
      <w:rFonts w:ascii="Georgia" w:hAnsi="Georgia"/>
      <w:sz w:val="22"/>
    </w:rPr>
  </w:style>
  <w:style w:type="character" w:customStyle="1" w:styleId="Grace1BodyTextChar">
    <w:name w:val="Grace document 1 BodyTextChar"/>
    <w:basedOn w:val="Grace1DefaultParagraphFont"/>
    <w:link w:val="Grace1BodyText"/>
    <w:uiPriority w:val="99"/>
    <w:rsid w:val="00AA1D8D"/>
  </w:style>
  <w:style w:type="paragraph" w:styleId="Grace1BodyText2">
    <w:name w:val="Grace document 1 BodyText2"/>
    <w:basedOn w:val="Grace1Normal"/>
    <w:link w:val="Grace1BodyText2Char"/>
    <w:uiPriority w:val="99"/>
    <w:unhideWhenUsed/>
    <w:rsid w:val="00AA1D8D"/>
    <w:pPr>
      <w:spacing w:after="120" w:line="480" w:lineRule="auto"/>
    </w:pPr>
  </w:style>
  <w:style w:type="character" w:customStyle="1" w:styleId="Grace1BodyText2Char">
    <w:name w:val="Grace document 1 BodyText2Char"/>
    <w:basedOn w:val="Grace1DefaultParagraphFont"/>
    <w:link w:val="Grace1BodyText2"/>
    <w:uiPriority w:val="99"/>
    <w:rsid w:val="00AA1D8D"/>
  </w:style>
  <w:style w:type="paragraph" w:styleId="Grace1BodyText3">
    <w:name w:val="Grace document 1 BodyText3"/>
    <w:basedOn w:val="Grace1Normal"/>
    <w:link w:val="Grace1BodyText3Char"/>
    <w:uiPriority w:val="99"/>
    <w:unhideWhenUsed/>
    <w:rsid w:val="00AA1D8D"/>
    <w:pPr>
      <w:spacing w:after="120"/>
    </w:pPr>
    <w:rPr>
      <w:sz w:val="16"/>
      <w:szCs w:val="16"/>
    </w:rPr>
  </w:style>
  <w:style w:type="character" w:customStyle="1" w:styleId="Grace1BodyText3Char">
    <w:name w:val="Grace document 1 BodyText3Char"/>
    <w:basedOn w:val="Grace1DefaultParagraphFont"/>
    <w:link w:val="Grace1BodyText3"/>
    <w:uiPriority w:val="99"/>
    <w:rsid w:val="00AA1D8D"/>
    <w:rPr>
      <w:sz w:val="16"/>
      <w:szCs w:val="16"/>
    </w:rPr>
  </w:style>
  <w:style w:type="paragraph" w:styleId="Grace1List">
    <w:name w:val="Grace document 1 List"/>
    <w:basedOn w:val="Grace1Normal"/>
    <w:uiPriority w:val="99"/>
    <w:unhideWhenUsed/>
    <w:rsid w:val="00AA1D8D"/>
    <w:pPr>
      <w:ind w:left="360" w:hanging="360"/>
      <w:contextualSpacing/>
    </w:pPr>
  </w:style>
  <w:style w:type="paragraph" w:styleId="Grace1List2">
    <w:name w:val="Grace document 1 List2"/>
    <w:basedOn w:val="Grace1Normal"/>
    <w:uiPriority w:val="99"/>
    <w:unhideWhenUsed/>
    <w:rsid w:val="00326F90"/>
    <w:pPr>
      <w:ind w:left="720" w:hanging="360"/>
      <w:contextualSpacing/>
    </w:pPr>
  </w:style>
  <w:style w:type="paragraph" w:styleId="Grace1List3">
    <w:name w:val="Grace document 1 List3"/>
    <w:basedOn w:val="Grace1Normal"/>
    <w:uiPriority w:val="99"/>
    <w:unhideWhenUsed/>
    <w:rsid w:val="00326F90"/>
    <w:pPr>
      <w:ind w:left="1080" w:hanging="360"/>
      <w:contextualSpacing/>
    </w:pPr>
  </w:style>
  <w:style w:type="paragraph" w:styleId="Grace1ListBullet">
    <w:name w:val="Grace document 1 ListBullet"/>
    <w:basedOn w:val="Grace1Normal"/>
    <w:uiPriority w:val="99"/>
    <w:unhideWhenUsed/>
    <w:rsid w:val="00326F90"/>
    <w:pPr>
      <w:numPr>
        <w:numId w:val="1"/>
      </w:numPr>
      <w:contextualSpacing/>
    </w:pPr>
  </w:style>
  <w:style w:type="paragraph" w:styleId="Grace1ListBullet2">
    <w:name w:val="Grace document 1 ListBullet2"/>
    <w:basedOn w:val="Grace1Normal"/>
    <w:uiPriority w:val="99"/>
    <w:unhideWhenUsed/>
    <w:rsid w:val="00326F90"/>
    <w:pPr>
      <w:numPr>
        <w:numId w:val="2"/>
      </w:numPr>
      <w:contextualSpacing/>
    </w:pPr>
  </w:style>
  <w:style w:type="paragraph" w:styleId="Grace1ListBullet3">
    <w:name w:val="Grace document 1 ListBullet3"/>
    <w:basedOn w:val="Grace1Normal"/>
    <w:uiPriority w:val="99"/>
    <w:unhideWhenUsed/>
    <w:rsid w:val="00326F90"/>
    <w:pPr>
      <w:numPr>
        <w:numId w:val="3"/>
      </w:numPr>
      <w:contextualSpacing/>
    </w:pPr>
  </w:style>
  <w:style w:type="paragraph" w:styleId="Grace1ListNumber">
    <w:name w:val="Grace document 1 ListNumber"/>
    <w:basedOn w:val="Grace1Normal"/>
    <w:uiPriority w:val="99"/>
    <w:unhideWhenUsed/>
    <w:rsid w:val="00326F90"/>
    <w:pPr>
      <w:numPr>
        <w:numId w:val="5"/>
      </w:numPr>
      <w:contextualSpacing/>
    </w:pPr>
  </w:style>
  <w:style w:type="paragraph" w:styleId="Grace1ListNumber2">
    <w:name w:val="Grace document 1 ListNumber2"/>
    <w:basedOn w:val="Grace1Normal"/>
    <w:uiPriority w:val="99"/>
    <w:unhideWhenUsed/>
    <w:rsid w:val="0029639D"/>
    <w:pPr>
      <w:numPr>
        <w:numId w:val="6"/>
      </w:numPr>
      <w:contextualSpacing/>
    </w:pPr>
  </w:style>
  <w:style w:type="paragraph" w:styleId="Grace1ListNumber3">
    <w:name w:val="Grace document 1 ListNumber3"/>
    <w:basedOn w:val="Grace1Normal"/>
    <w:uiPriority w:val="99"/>
    <w:unhideWhenUsed/>
    <w:rsid w:val="0029639D"/>
    <w:pPr>
      <w:numPr>
        <w:numId w:val="7"/>
      </w:numPr>
      <w:contextualSpacing/>
    </w:pPr>
  </w:style>
  <w:style w:type="paragraph" w:styleId="Grace1ListContinue">
    <w:name w:val="Grace document 1 ListContinue"/>
    <w:basedOn w:val="Grace1Normal"/>
    <w:uiPriority w:val="99"/>
    <w:unhideWhenUsed/>
    <w:rsid w:val="0029639D"/>
    <w:pPr>
      <w:spacing w:after="120"/>
      <w:ind w:left="360"/>
      <w:contextualSpacing/>
    </w:pPr>
  </w:style>
  <w:style w:type="paragraph" w:styleId="Grace1ListContinue2">
    <w:name w:val="Grace document 1 ListContinue2"/>
    <w:basedOn w:val="Grace1Normal"/>
    <w:uiPriority w:val="99"/>
    <w:unhideWhenUsed/>
    <w:rsid w:val="0029639D"/>
    <w:pPr>
      <w:spacing w:after="120"/>
      <w:ind w:left="720"/>
      <w:contextualSpacing/>
    </w:pPr>
  </w:style>
  <w:style w:type="paragraph" w:styleId="Grace1ListContinue3">
    <w:name w:val="Grace document 1 ListContinue3"/>
    <w:basedOn w:val="Grace1Normal"/>
    <w:uiPriority w:val="99"/>
    <w:unhideWhenUsed/>
    <w:rsid w:val="0029639D"/>
    <w:pPr>
      <w:spacing w:after="120"/>
      <w:ind w:left="1080"/>
      <w:contextualSpacing/>
    </w:pPr>
  </w:style>
  <w:style w:type="paragraph" w:styleId="Grace1MacroText">
    <w:name w:val="Grace document 1 MacroText"/>
    <w:link w:val="Grace1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1MacroTextChar">
    <w:name w:val="Grace document 1 MacroTextChar"/>
    <w:basedOn w:val="Grace1DefaultParagraphFont"/>
    <w:link w:val="Grace1MacroText"/>
    <w:uiPriority w:val="99"/>
    <w:rsid w:val="0029639D"/>
    <w:rPr>
      <w:rFonts w:ascii="Courier" w:hAnsi="Courier"/>
      <w:sz w:val="20"/>
      <w:szCs w:val="20"/>
    </w:rPr>
  </w:style>
  <w:style w:type="paragraph" w:styleId="Grace1Quote">
    <w:name w:val="Grace document 1 Quote"/>
    <w:basedOn w:val="Grace1Normal"/>
    <w:next w:val="Grace1Normal"/>
    <w:link w:val="Grace1QuoteChar"/>
    <w:uiPriority w:val="29"/>
    <w:qFormat/>
    <w:rsid w:val="00FC693F"/>
    <w:rPr>
      <w:i/>
      <w:iCs/>
      <w:color w:val="000000" w:themeColor="text1"/>
    </w:rPr>
  </w:style>
  <w:style w:type="character" w:customStyle="1" w:styleId="Grace1QuoteChar">
    <w:name w:val="Grace document 1 QuoteChar"/>
    <w:basedOn w:val="Grace1DefaultParagraphFont"/>
    <w:link w:val="Grace1Quote"/>
    <w:uiPriority w:val="29"/>
    <w:rsid w:val="00FC693F"/>
    <w:rPr>
      <w:i/>
      <w:iCs/>
      <w:color w:val="000000" w:themeColor="text1"/>
    </w:rPr>
  </w:style>
  <w:style w:type="character" w:customStyle="1" w:styleId="Grace1Heading4Char">
    <w:name w:val="Grace document 1 Heading4Char"/>
    <w:basedOn w:val="Grace1DefaultParagraphFont"/>
    <w:link w:val="Grace1Heading4"/>
    <w:uiPriority w:val="9"/>
    <w:semiHidden/>
    <w:rsid w:val="00FC693F"/>
    <w:rPr>
      <w:rFonts w:asciiTheme="majorHAnsi" w:eastAsiaTheme="majorEastAsia" w:hAnsiTheme="majorHAnsi" w:cstheme="majorBidi"/>
      <w:b/>
      <w:bCs/>
      <w:i/>
      <w:iCs/>
      <w:color w:val="4F81BD" w:themeColor="accent1"/>
    </w:rPr>
  </w:style>
  <w:style w:type="character" w:customStyle="1" w:styleId="Grace1Heading5Char">
    <w:name w:val="Grace document 1 Heading5Char"/>
    <w:basedOn w:val="Grace1DefaultParagraphFont"/>
    <w:link w:val="Grace1Heading5"/>
    <w:uiPriority w:val="9"/>
    <w:semiHidden/>
    <w:rsid w:val="00FC693F"/>
    <w:rPr>
      <w:rFonts w:asciiTheme="majorHAnsi" w:eastAsiaTheme="majorEastAsia" w:hAnsiTheme="majorHAnsi" w:cstheme="majorBidi"/>
      <w:color w:val="243F60" w:themeColor="accent1" w:themeShade="7F"/>
    </w:rPr>
  </w:style>
  <w:style w:type="character" w:customStyle="1" w:styleId="Grace1Heading6Char">
    <w:name w:val="Grace document 1 Heading6Char"/>
    <w:basedOn w:val="Grace1DefaultParagraphFont"/>
    <w:link w:val="Grace1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1Heading7Char">
    <w:name w:val="Grace document 1 Heading7Char"/>
    <w:basedOn w:val="Grace1DefaultParagraphFont"/>
    <w:link w:val="Grace1Heading7"/>
    <w:uiPriority w:val="9"/>
    <w:semiHidden/>
    <w:rsid w:val="00FC693F"/>
    <w:rPr>
      <w:rFonts w:asciiTheme="majorHAnsi" w:eastAsiaTheme="majorEastAsia" w:hAnsiTheme="majorHAnsi" w:cstheme="majorBidi"/>
      <w:i/>
      <w:iCs/>
      <w:color w:val="404040" w:themeColor="text1" w:themeTint="BF"/>
    </w:rPr>
  </w:style>
  <w:style w:type="character" w:customStyle="1" w:styleId="Grace1Heading8Char">
    <w:name w:val="Grace document 1 Heading8Char"/>
    <w:basedOn w:val="Grace1DefaultParagraphFont"/>
    <w:link w:val="Grace1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1Heading9Char">
    <w:name w:val="Grace document 1 Heading9Char"/>
    <w:basedOn w:val="Grace1DefaultParagraphFont"/>
    <w:link w:val="Grace1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1Caption">
    <w:name w:val="Grace document 1 Caption"/>
    <w:basedOn w:val="Grace1Normal"/>
    <w:next w:val="Grace1Normal"/>
    <w:uiPriority w:val="35"/>
    <w:semiHidden/>
    <w:unhideWhenUsed/>
    <w:qFormat/>
    <w:rsid w:val="00FC693F"/>
    <w:pPr>
      <w:spacing w:line="240" w:lineRule="auto"/>
    </w:pPr>
    <w:rPr>
      <w:b/>
      <w:bCs/>
      <w:color w:val="4F81BD" w:themeColor="accent1"/>
      <w:sz w:val="18"/>
      <w:szCs w:val="18"/>
    </w:rPr>
  </w:style>
  <w:style w:type="character" w:styleId="Grace1Strong">
    <w:name w:val="Grace document 1 Strong"/>
    <w:basedOn w:val="Grace1DefaultParagraphFont"/>
    <w:uiPriority w:val="22"/>
    <w:qFormat/>
    <w:rsid w:val="00FC693F"/>
    <w:rPr>
      <w:b/>
      <w:bCs/>
    </w:rPr>
  </w:style>
  <w:style w:type="character" w:styleId="Grace1Emphasis">
    <w:name w:val="Grace document 1 Emphasis"/>
    <w:basedOn w:val="Grace1DefaultParagraphFont"/>
    <w:uiPriority w:val="20"/>
    <w:qFormat/>
    <w:rsid w:val="00FC693F"/>
    <w:rPr>
      <w:i/>
      <w:iCs/>
    </w:rPr>
  </w:style>
  <w:style w:type="paragraph" w:styleId="Grace1IntenseQuote">
    <w:name w:val="Grace document 1 IntenseQuote"/>
    <w:basedOn w:val="Grace1Normal"/>
    <w:next w:val="Grace1Normal"/>
    <w:link w:val="Grace1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1IntenseQuoteChar">
    <w:name w:val="Grace document 1 IntenseQuoteChar"/>
    <w:basedOn w:val="Grace1DefaultParagraphFont"/>
    <w:link w:val="Grace1IntenseQuote"/>
    <w:uiPriority w:val="30"/>
    <w:rsid w:val="00FC693F"/>
    <w:rPr>
      <w:b/>
      <w:bCs/>
      <w:i/>
      <w:iCs/>
      <w:color w:val="4F81BD" w:themeColor="accent1"/>
    </w:rPr>
  </w:style>
  <w:style w:type="character" w:styleId="Grace1SubtleEmphasis">
    <w:name w:val="Grace document 1 SubtleEmphasis"/>
    <w:basedOn w:val="Grace1DefaultParagraphFont"/>
    <w:uiPriority w:val="19"/>
    <w:qFormat/>
    <w:rsid w:val="00FC693F"/>
    <w:rPr>
      <w:i/>
      <w:iCs/>
      <w:color w:val="808080" w:themeColor="text1" w:themeTint="7F"/>
    </w:rPr>
  </w:style>
  <w:style w:type="character" w:styleId="Grace1IntenseEmphasis">
    <w:name w:val="Grace document 1 IntenseEmphasis"/>
    <w:basedOn w:val="Grace1DefaultParagraphFont"/>
    <w:uiPriority w:val="21"/>
    <w:qFormat/>
    <w:rsid w:val="00FC693F"/>
    <w:rPr>
      <w:b/>
      <w:bCs/>
      <w:i/>
      <w:iCs/>
      <w:color w:val="4F81BD" w:themeColor="accent1"/>
    </w:rPr>
  </w:style>
  <w:style w:type="character" w:styleId="Grace1SubtleReference">
    <w:name w:val="Grace document 1 SubtleReference"/>
    <w:basedOn w:val="Grace1DefaultParagraphFont"/>
    <w:uiPriority w:val="31"/>
    <w:qFormat/>
    <w:rsid w:val="00FC693F"/>
    <w:rPr>
      <w:smallCaps/>
      <w:color w:val="C0504D" w:themeColor="accent2"/>
      <w:u w:val="single"/>
    </w:rPr>
  </w:style>
  <w:style w:type="character" w:styleId="Grace1IntenseReference">
    <w:name w:val="Grace document 1 IntenseReference"/>
    <w:basedOn w:val="Grace1DefaultParagraphFont"/>
    <w:uiPriority w:val="32"/>
    <w:qFormat/>
    <w:rsid w:val="00FC693F"/>
    <w:rPr>
      <w:b/>
      <w:bCs/>
      <w:smallCaps/>
      <w:color w:val="C0504D" w:themeColor="accent2"/>
      <w:spacing w:val="5"/>
      <w:u w:val="single"/>
    </w:rPr>
  </w:style>
  <w:style w:type="character" w:styleId="Grace1BookTitle">
    <w:name w:val="Grace document 1 BookTitle"/>
    <w:basedOn w:val="Grace1DefaultParagraphFont"/>
    <w:uiPriority w:val="33"/>
    <w:qFormat/>
    <w:rsid w:val="00FC693F"/>
    <w:rPr>
      <w:b/>
      <w:bCs/>
      <w:smallCaps/>
      <w:spacing w:val="5"/>
    </w:rPr>
  </w:style>
  <w:style w:type="paragraph" w:styleId="Grace1TOCHeading">
    <w:name w:val="Grace document 1 TOCHeading"/>
    <w:basedOn w:val="Grace1Heading1"/>
    <w:next w:val="Grace1Normal"/>
    <w:uiPriority w:val="39"/>
    <w:semiHidden/>
    <w:unhideWhenUsed/>
    <w:qFormat/>
    <w:rsid w:val="00FC693F"/>
    <w:pPr>
      <w:outlineLvl w:val="9"/>
    </w:pPr>
  </w:style>
  <w:style w:type="table" w:styleId="Grace1TableGrid">
    <w:name w:val="Grace document 1 TableGrid"/>
    <w:basedOn w:val="Grace1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ace1LightShading">
    <w:name w:val="Grace document 1 LightShading"/>
    <w:basedOn w:val="Grace1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1LightShading-Accent1">
    <w:name w:val="Grace document 1 LightShading-Accent1"/>
    <w:basedOn w:val="Grace1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1LightShading-Accent2">
    <w:name w:val="Grace document 1 LightShading-Accent2"/>
    <w:basedOn w:val="Grace1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1LightShading-Accent3">
    <w:name w:val="Grace document 1 LightShading-Accent3"/>
    <w:basedOn w:val="Grace1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1LightShading-Accent4">
    <w:name w:val="Grace document 1 LightShading-Accent4"/>
    <w:basedOn w:val="Grace1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1LightShading-Accent5">
    <w:name w:val="Grace document 1 LightShading-Accent5"/>
    <w:basedOn w:val="Grace1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1LightShading-Accent6">
    <w:name w:val="Grace document 1 LightShading-Accent6"/>
    <w:basedOn w:val="Grace1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1LightList">
    <w:name w:val="Grace document 1 LightList"/>
    <w:basedOn w:val="Grace1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1LightList-Accent1">
    <w:name w:val="Grace document 1 LightList-Accent1"/>
    <w:basedOn w:val="Grace1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1LightList-Accent2">
    <w:name w:val="Grace document 1 LightList-Accent2"/>
    <w:basedOn w:val="Grace1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1LightList-Accent3">
    <w:name w:val="Grace document 1 LightList-Accent3"/>
    <w:basedOn w:val="Grace1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1LightList-Accent4">
    <w:name w:val="Grace document 1 LightList-Accent4"/>
    <w:basedOn w:val="Grace1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1LightList-Accent5">
    <w:name w:val="Grace document 1 LightList-Accent5"/>
    <w:basedOn w:val="Grace1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1LightList-Accent6">
    <w:name w:val="Grace document 1 LightList-Accent6"/>
    <w:basedOn w:val="Grace1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1LightGrid">
    <w:name w:val="Grace document 1 LightGrid"/>
    <w:basedOn w:val="Grace1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1LightGrid-Accent1">
    <w:name w:val="Grace document 1 LightGrid-Accent1"/>
    <w:basedOn w:val="Grace1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1LightGrid-Accent2">
    <w:name w:val="Grace document 1 LightGrid-Accent2"/>
    <w:basedOn w:val="Grace1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1LightGrid-Accent3">
    <w:name w:val="Grace document 1 LightGrid-Accent3"/>
    <w:basedOn w:val="Grace1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1LightGrid-Accent4">
    <w:name w:val="Grace document 1 LightGrid-Accent4"/>
    <w:basedOn w:val="Grace1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1LightGrid-Accent5">
    <w:name w:val="Grace document 1 LightGrid-Accent5"/>
    <w:basedOn w:val="Grace1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1LightGrid-Accent6">
    <w:name w:val="Grace document 1 LightGrid-Accent6"/>
    <w:basedOn w:val="Grace1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1MediumShading1">
    <w:name w:val="Grace document 1 MediumShading1"/>
    <w:basedOn w:val="Grace1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1MediumShading1-Accent1">
    <w:name w:val="Grace document 1 MediumShading1-Accent1"/>
    <w:basedOn w:val="Grace1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1MediumShading1-Accent2">
    <w:name w:val="Grace document 1 MediumShading1-Accent2"/>
    <w:basedOn w:val="Grace1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1MediumShading1-Accent3">
    <w:name w:val="Grace document 1 MediumShading1-Accent3"/>
    <w:basedOn w:val="Grace1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1MediumShading1-Accent4">
    <w:name w:val="Grace document 1 MediumShading1-Accent4"/>
    <w:basedOn w:val="Grace1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1MediumShading1-Accent5">
    <w:name w:val="Grace document 1 MediumShading1-Accent5"/>
    <w:basedOn w:val="Grace1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1MediumShading1-Accent6">
    <w:name w:val="Grace document 1 MediumShading1-Accent6"/>
    <w:basedOn w:val="Grace1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1MediumShading2">
    <w:name w:val="Grace document 1 MediumShading2"/>
    <w:basedOn w:val="Grac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MediumShading2-Accent1">
    <w:name w:val="Grace document 1 MediumShading2-Accent1"/>
    <w:basedOn w:val="Grac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MediumShading2-Accent2">
    <w:name w:val="Grace document 1 MediumShading2-Accent2"/>
    <w:basedOn w:val="Grac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MediumShading2-Accent3">
    <w:name w:val="Grace document 1 MediumShading2-Accent3"/>
    <w:basedOn w:val="Grac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MediumShading2-Accent4">
    <w:name w:val="Grace document 1 MediumShading2-Accent4"/>
    <w:basedOn w:val="Grac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MediumShading2-Accent5">
    <w:name w:val="Grace document 1 MediumShading2-Accent5"/>
    <w:basedOn w:val="Grac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MediumShading2-Accent6">
    <w:name w:val="Grace document 1 MediumShading2-Accent6"/>
    <w:basedOn w:val="Grace1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MediumList1">
    <w:name w:val="Grace document 1 MediumList1"/>
    <w:basedOn w:val="Grace1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1MediumList1-Accent1">
    <w:name w:val="Grace document 1 MediumList1-Accent1"/>
    <w:basedOn w:val="Grace1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1MediumList1-Accent2">
    <w:name w:val="Grace document 1 MediumList1-Accent2"/>
    <w:basedOn w:val="Grace1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1MediumList1-Accent3">
    <w:name w:val="Grace document 1 MediumList1-Accent3"/>
    <w:basedOn w:val="Grace1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1MediumList1-Accent4">
    <w:name w:val="Grace document 1 MediumList1-Accent4"/>
    <w:basedOn w:val="Grace1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1MediumList1-Accent5">
    <w:name w:val="Grace document 1 MediumList1-Accent5"/>
    <w:basedOn w:val="Grace1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1MediumList1-Accent6">
    <w:name w:val="Grace document 1 MediumList1-Accent6"/>
    <w:basedOn w:val="Grace1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1MediumList2">
    <w:name w:val="Grace document 1 MediumList2"/>
    <w:basedOn w:val="Grac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MediumList2-Accent1">
    <w:name w:val="Grace document 1 MediumList2-Accent1"/>
    <w:basedOn w:val="Grac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MediumList2-Accent2">
    <w:name w:val="Grace document 1 MediumList2-Accent2"/>
    <w:basedOn w:val="Grac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MediumList2-Accent3">
    <w:name w:val="Grace document 1 MediumList2-Accent3"/>
    <w:basedOn w:val="Grac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MediumList2-Accent4">
    <w:name w:val="Grace document 1 MediumList2-Accent4"/>
    <w:basedOn w:val="Grac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MediumList2-Accent5">
    <w:name w:val="Grace document 1 MediumList2-Accent5"/>
    <w:basedOn w:val="Grac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MediumList2-Accent6">
    <w:name w:val="Grace document 1 MediumList2-Accent6"/>
    <w:basedOn w:val="Grace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MediumGrid1">
    <w:name w:val="Grace document 1 MediumGrid1"/>
    <w:basedOn w:val="Grace1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1MediumGrid1-Accent1">
    <w:name w:val="Grace document 1 MediumGrid1-Accent1"/>
    <w:basedOn w:val="Grace1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1MediumGrid1-Accent2">
    <w:name w:val="Grace document 1 MediumGrid1-Accent2"/>
    <w:basedOn w:val="Grace1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1MediumGrid1-Accent3">
    <w:name w:val="Grace document 1 MediumGrid1-Accent3"/>
    <w:basedOn w:val="Grace1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1MediumGrid1-Accent4">
    <w:name w:val="Grace document 1 MediumGrid1-Accent4"/>
    <w:basedOn w:val="Grace1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1MediumGrid1-Accent5">
    <w:name w:val="Grace document 1 MediumGrid1-Accent5"/>
    <w:basedOn w:val="Grace1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1MediumGrid1-Accent6">
    <w:name w:val="Grace document 1 MediumGrid1-Accent6"/>
    <w:basedOn w:val="Grace1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1MediumGrid2">
    <w:name w:val="Grace document 1 MediumGrid2"/>
    <w:basedOn w:val="Grac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1MediumGrid2-Accent1">
    <w:name w:val="Grace document 1 MediumGrid2-Accent1"/>
    <w:basedOn w:val="Grac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1MediumGrid2-Accent2">
    <w:name w:val="Grace document 1 MediumGrid2-Accent2"/>
    <w:basedOn w:val="Grac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1MediumGrid2-Accent3">
    <w:name w:val="Grace document 1 MediumGrid2-Accent3"/>
    <w:basedOn w:val="Grac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1MediumGrid2-Accent4">
    <w:name w:val="Grace document 1 MediumGrid2-Accent4"/>
    <w:basedOn w:val="Grac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1MediumGrid2-Accent5">
    <w:name w:val="Grace document 1 MediumGrid2-Accent5"/>
    <w:basedOn w:val="Grac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1MediumGrid2-Accent6">
    <w:name w:val="Grace document 1 MediumGrid2-Accent6"/>
    <w:basedOn w:val="Grace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1MediumGrid3">
    <w:name w:val="Grace document 1 MediumGrid3"/>
    <w:basedOn w:val="Grac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1MediumGrid3-Accent1">
    <w:name w:val="Grace document 1 MediumGrid3-Accent1"/>
    <w:basedOn w:val="Grac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1MediumGrid3-Accent2">
    <w:name w:val="Grace document 1 MediumGrid3-Accent2"/>
    <w:basedOn w:val="Grac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1MediumGrid3-Accent3">
    <w:name w:val="Grace document 1 MediumGrid3-Accent3"/>
    <w:basedOn w:val="Grac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1MediumGrid3-Accent4">
    <w:name w:val="Grace document 1 MediumGrid3-Accent4"/>
    <w:basedOn w:val="Grac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1MediumGrid3-Accent5">
    <w:name w:val="Grace document 1 MediumGrid3-Accent5"/>
    <w:basedOn w:val="Grac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1MediumGrid3-Accent6">
    <w:name w:val="Grace document 1 MediumGrid3-Accent6"/>
    <w:basedOn w:val="Grace1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1DarkList">
    <w:name w:val="Grace document 1 DarkList"/>
    <w:basedOn w:val="Grac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1DarkList-Accent1">
    <w:name w:val="Grace document 1 DarkList-Accent1"/>
    <w:basedOn w:val="Grac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1DarkList-Accent2">
    <w:name w:val="Grace document 1 DarkList-Accent2"/>
    <w:basedOn w:val="Grac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1DarkList-Accent3">
    <w:name w:val="Grace document 1 DarkList-Accent3"/>
    <w:basedOn w:val="Grac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1DarkList-Accent4">
    <w:name w:val="Grace document 1 DarkList-Accent4"/>
    <w:basedOn w:val="Grac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1DarkList-Accent5">
    <w:name w:val="Grace document 1 DarkList-Accent5"/>
    <w:basedOn w:val="Grac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1DarkList-Accent6">
    <w:name w:val="Grace document 1 DarkList-Accent6"/>
    <w:basedOn w:val="Grace1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1ColorfulShading">
    <w:name w:val="Grace document 1 ColorfulShading"/>
    <w:basedOn w:val="Grace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1ColorfulShading-Accent1">
    <w:name w:val="Grace document 1 ColorfulShading-Accent1"/>
    <w:basedOn w:val="Grace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1ColorfulShading-Accent2">
    <w:name w:val="Grace document 1 ColorfulShading-Accent2"/>
    <w:basedOn w:val="Grace1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1ColorfulShading-Accent3">
    <w:name w:val="Grace document 1 ColorfulShading-Accent3"/>
    <w:basedOn w:val="Grace1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1ColorfulShading-Accent4">
    <w:name w:val="Grace document 1 ColorfulShading-Accent4"/>
    <w:basedOn w:val="Grace1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1ColorfulShading-Accent5">
    <w:name w:val="Grace document 1 ColorfulShading-Accent5"/>
    <w:basedOn w:val="Grace1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1ColorfulShading-Accent6">
    <w:name w:val="Grace document 1 ColorfulShading-Accent6"/>
    <w:basedOn w:val="Grace1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1ColorfulList">
    <w:name w:val="Grace document 1 ColorfulList"/>
    <w:basedOn w:val="Grac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1ColorfulList-Accent1">
    <w:name w:val="Grace document 1 ColorfulList-Accent1"/>
    <w:basedOn w:val="Grac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1ColorfulList-Accent2">
    <w:name w:val="Grace document 1 ColorfulList-Accent2"/>
    <w:basedOn w:val="Grac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1ColorfulList-Accent3">
    <w:name w:val="Grace document 1 ColorfulList-Accent3"/>
    <w:basedOn w:val="Grac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1ColorfulList-Accent4">
    <w:name w:val="Grace document 1 ColorfulList-Accent4"/>
    <w:basedOn w:val="Grac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1ColorfulList-Accent5">
    <w:name w:val="Grace document 1 ColorfulList-Accent5"/>
    <w:basedOn w:val="Grac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1ColorfulList-Accent6">
    <w:name w:val="Grace document 1 ColorfulList-Accent6"/>
    <w:basedOn w:val="Grace1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1ColorfulGrid">
    <w:name w:val="Grace document 1 ColorfulGrid"/>
    <w:basedOn w:val="Grac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1ColorfulGrid-Accent1">
    <w:name w:val="Grace document 1 ColorfulGrid-Accent1"/>
    <w:basedOn w:val="Grac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1ColorfulGrid-Accent2">
    <w:name w:val="Grace document 1 ColorfulGrid-Accent2"/>
    <w:basedOn w:val="Grac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1ColorfulGrid-Accent3">
    <w:name w:val="Grace document 1 ColorfulGrid-Accent3"/>
    <w:basedOn w:val="Grac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1ColorfulGrid-Accent4">
    <w:name w:val="Grace document 1 ColorfulGrid-Accent4"/>
    <w:basedOn w:val="Grac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1ColorfulGrid-Accent5">
    <w:name w:val="Grace document 1 ColorfulGrid-Accent5"/>
    <w:basedOn w:val="Grac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1ColorfulGrid-Accent6">
    <w:name w:val="Grace document 1 ColorfulGrid-Accent6"/>
    <w:basedOn w:val="Grace1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2Normal">
    <w:name w:val="Grace document 2 Normal"/>
    <w:qFormat/>
    <w:rsid w:val="00FC693F"/>
    <w:rPr>
      <w:rFonts w:ascii="Georgia" w:hAnsi="Georgia"/>
      <w:sz w:val="22"/>
    </w:rPr>
  </w:style>
  <w:style w:type="paragraph" w:styleId="Grace2Header">
    <w:name w:val="Grace document 2 Header"/>
    <w:basedOn w:val="Grace2Normal"/>
    <w:link w:val="Grace2HeaderChar"/>
    <w:uiPriority w:val="99"/>
    <w:unhideWhenUsed/>
    <w:rsid w:val="00E618BF"/>
    <w:pPr>
      <w:tabs>
        <w:tab w:val="center" w:pos="4680"/>
        <w:tab w:val="right" w:pos="9360"/>
      </w:tabs>
      <w:spacing w:after="0" w:line="240" w:lineRule="auto"/>
    </w:pPr>
  </w:style>
  <w:style w:type="character" w:customStyle="1" w:styleId="Grace2HeaderChar">
    <w:name w:val="Grace document 2 HeaderChar"/>
    <w:basedOn w:val="Grace2DefaultParagraphFont"/>
    <w:link w:val="Grace2Header"/>
    <w:uiPriority w:val="99"/>
    <w:rsid w:val="00E618BF"/>
  </w:style>
  <w:style w:type="paragraph" w:styleId="Grace2Footer">
    <w:name w:val="Grace document 2 Footer"/>
    <w:basedOn w:val="Grace2Normal"/>
    <w:link w:val="Grace2FooterChar"/>
    <w:uiPriority w:val="99"/>
    <w:unhideWhenUsed/>
    <w:rsid w:val="00E618BF"/>
    <w:pPr>
      <w:tabs>
        <w:tab w:val="center" w:pos="4680"/>
        <w:tab w:val="right" w:pos="9360"/>
      </w:tabs>
      <w:spacing w:after="0" w:line="240" w:lineRule="auto"/>
    </w:pPr>
  </w:style>
  <w:style w:type="character" w:customStyle="1" w:styleId="Grace2FooterChar">
    <w:name w:val="Grace document 2 FooterChar"/>
    <w:basedOn w:val="Grace2DefaultParagraphFont"/>
    <w:link w:val="Grace2Footer"/>
    <w:uiPriority w:val="99"/>
    <w:rsid w:val="00E618BF"/>
  </w:style>
  <w:style w:type="paragraph" w:styleId="Grace2Heading1">
    <w:name w:val="Grace document 2 Heading1"/>
    <w:basedOn w:val="Grace2Normal"/>
    <w:next w:val="Grace2Normal"/>
    <w:link w:val="Grace2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Grace2Heading2">
    <w:name w:val="Grace document 2 Heading2"/>
    <w:basedOn w:val="Grace2Normal"/>
    <w:next w:val="Grace2Normal"/>
    <w:link w:val="Grace2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2Heading3">
    <w:name w:val="Grace document 2 Heading3"/>
    <w:basedOn w:val="Grace2Normal"/>
    <w:next w:val="Grace2Normal"/>
    <w:link w:val="Grace2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2Heading4">
    <w:name w:val="Grace document 2 Heading4"/>
    <w:basedOn w:val="Grace2Normal"/>
    <w:next w:val="Grace2Normal"/>
    <w:link w:val="Grace2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2Heading5">
    <w:name w:val="Grace document 2 Heading5"/>
    <w:basedOn w:val="Grace2Normal"/>
    <w:next w:val="Grace2Normal"/>
    <w:link w:val="Grace2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2Heading6">
    <w:name w:val="Grace document 2 Heading6"/>
    <w:basedOn w:val="Grace2Normal"/>
    <w:next w:val="Grace2Normal"/>
    <w:link w:val="Grace2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2Heading7">
    <w:name w:val="Grace document 2 Heading7"/>
    <w:basedOn w:val="Grace2Normal"/>
    <w:next w:val="Grace2Normal"/>
    <w:link w:val="Grace2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2Heading8">
    <w:name w:val="Grace document 2 Heading8"/>
    <w:basedOn w:val="Grace2Normal"/>
    <w:next w:val="Grace2Normal"/>
    <w:link w:val="Grace2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2Heading9">
    <w:name w:val="Grace document 2 Heading9"/>
    <w:basedOn w:val="Grace2Normal"/>
    <w:next w:val="Grace2Normal"/>
    <w:link w:val="Grace2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2DefaultParagraphFont">
    <w:name w:val="Grace document 2 DefaultParagraphFont"/>
    <w:uiPriority w:val="1"/>
    <w:semiHidden/>
    <w:unhideWhenUsed/>
  </w:style>
  <w:style w:type="table" w:styleId="Grace2TableNormal">
    <w:name w:val="Grace document 2 TableNormal"/>
    <w:uiPriority w:val="99"/>
    <w:semiHidden/>
    <w:unhideWhenUsed/>
    <w:tblPr>
      <w:tblInd w:w="0" w:type="dxa"/>
      <w:tblCellMar>
        <w:top w:w="0" w:type="dxa"/>
        <w:left w:w="108" w:type="dxa"/>
        <w:bottom w:w="0" w:type="dxa"/>
        <w:right w:w="108" w:type="dxa"/>
      </w:tblCellMar>
    </w:tblPr>
  </w:style>
  <w:style w:type="numbering" w:styleId="Grace2NoList">
    <w:name w:val="Grace document 2 NoList"/>
    <w:uiPriority w:val="99"/>
    <w:semiHidden/>
    <w:unhideWhenUsed/>
  </w:style>
  <w:style w:type="paragraph" w:styleId="Grace2NoSpacing">
    <w:name w:val="Grace document 2 NoSpacing"/>
    <w:uiPriority w:val="1"/>
    <w:qFormat/>
    <w:rsid w:val="00FC693F"/>
    <w:pPr>
      <w:spacing w:after="0" w:line="240" w:lineRule="auto"/>
    </w:pPr>
  </w:style>
  <w:style w:type="character" w:customStyle="1" w:styleId="Grace2Heading1Char">
    <w:name w:val="Grace document 2 Heading1Char"/>
    <w:basedOn w:val="Grace2DefaultParagraphFont"/>
    <w:link w:val="Grace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2Heading2Char">
    <w:name w:val="Grace document 2 Heading2Char"/>
    <w:basedOn w:val="Grace2DefaultParagraphFont"/>
    <w:link w:val="Grace2Heading2"/>
    <w:uiPriority w:val="9"/>
    <w:rsid w:val="00FC693F"/>
    <w:rPr>
      <w:rFonts w:asciiTheme="majorHAnsi" w:eastAsiaTheme="majorEastAsia" w:hAnsiTheme="majorHAnsi" w:cstheme="majorBidi"/>
      <w:b/>
      <w:bCs/>
      <w:color w:val="4F81BD" w:themeColor="accent1"/>
      <w:sz w:val="26"/>
      <w:szCs w:val="26"/>
    </w:rPr>
  </w:style>
  <w:style w:type="character" w:customStyle="1" w:styleId="Grace2Heading3Char">
    <w:name w:val="Grace document 2 Heading3Char"/>
    <w:basedOn w:val="Grace2DefaultParagraphFont"/>
    <w:link w:val="Grace2Heading3"/>
    <w:uiPriority w:val="9"/>
    <w:rsid w:val="00FC693F"/>
    <w:rPr>
      <w:rFonts w:asciiTheme="majorHAnsi" w:eastAsiaTheme="majorEastAsia" w:hAnsiTheme="majorHAnsi" w:cstheme="majorBidi"/>
      <w:b/>
      <w:bCs/>
      <w:color w:val="4F81BD" w:themeColor="accent1"/>
    </w:rPr>
  </w:style>
  <w:style w:type="paragraph" w:styleId="Grace2Title">
    <w:name w:val="Grace document 2 Title"/>
    <w:basedOn w:val="Grace2Normal"/>
    <w:next w:val="Grace2Normal"/>
    <w:link w:val="Grace2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2TitleChar">
    <w:name w:val="Grace document 2 TitleChar"/>
    <w:basedOn w:val="Grace2DefaultParagraphFont"/>
    <w:link w:val="Grace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2Subtitle">
    <w:name w:val="Grace document 2 Subtitle"/>
    <w:basedOn w:val="Grace2Normal"/>
    <w:next w:val="Grace2Normal"/>
    <w:link w:val="Grace2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2SubtitleChar">
    <w:name w:val="Grace document 2 SubtitleChar"/>
    <w:basedOn w:val="Grace2DefaultParagraphFont"/>
    <w:link w:val="Grace2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2ListParagraph">
    <w:name w:val="Grace document 2 ListParagraph"/>
    <w:basedOn w:val="Grace2Normal"/>
    <w:uiPriority w:val="34"/>
    <w:qFormat/>
    <w:rsid w:val="00FC693F"/>
    <w:pPr>
      <w:ind w:left="720"/>
      <w:contextualSpacing/>
    </w:pPr>
  </w:style>
  <w:style w:type="paragraph" w:styleId="Grace2BodyText">
    <w:name w:val="Grace document 2 BodyText"/>
    <w:basedOn w:val="Grace2Normal"/>
    <w:link w:val="Grace2BodyTextChar"/>
    <w:uiPriority w:val="99"/>
    <w:unhideWhenUsed/>
    <w:rsid w:val="00AA1D8D"/>
    <w:pPr>
      <w:spacing w:after="120"/>
    </w:pPr>
    <w:rPr>
      <w:rFonts w:ascii="Georgia" w:hAnsi="Georgia"/>
      <w:sz w:val="22"/>
    </w:rPr>
  </w:style>
  <w:style w:type="character" w:customStyle="1" w:styleId="Grace2BodyTextChar">
    <w:name w:val="Grace document 2 BodyTextChar"/>
    <w:basedOn w:val="Grace2DefaultParagraphFont"/>
    <w:link w:val="Grace2BodyText"/>
    <w:uiPriority w:val="99"/>
    <w:rsid w:val="00AA1D8D"/>
  </w:style>
  <w:style w:type="paragraph" w:styleId="Grace2BodyText2">
    <w:name w:val="Grace document 2 BodyText2"/>
    <w:basedOn w:val="Grace2Normal"/>
    <w:link w:val="Grace2BodyText2Char"/>
    <w:uiPriority w:val="99"/>
    <w:unhideWhenUsed/>
    <w:rsid w:val="00AA1D8D"/>
    <w:pPr>
      <w:spacing w:after="120" w:line="480" w:lineRule="auto"/>
    </w:pPr>
  </w:style>
  <w:style w:type="character" w:customStyle="1" w:styleId="Grace2BodyText2Char">
    <w:name w:val="Grace document 2 BodyText2Char"/>
    <w:basedOn w:val="Grace2DefaultParagraphFont"/>
    <w:link w:val="Grace2BodyText2"/>
    <w:uiPriority w:val="99"/>
    <w:rsid w:val="00AA1D8D"/>
  </w:style>
  <w:style w:type="paragraph" w:styleId="Grace2BodyText3">
    <w:name w:val="Grace document 2 BodyText3"/>
    <w:basedOn w:val="Grace2Normal"/>
    <w:link w:val="Grace2BodyText3Char"/>
    <w:uiPriority w:val="99"/>
    <w:unhideWhenUsed/>
    <w:rsid w:val="00AA1D8D"/>
    <w:pPr>
      <w:spacing w:after="120"/>
    </w:pPr>
    <w:rPr>
      <w:sz w:val="16"/>
      <w:szCs w:val="16"/>
    </w:rPr>
  </w:style>
  <w:style w:type="character" w:customStyle="1" w:styleId="Grace2BodyText3Char">
    <w:name w:val="Grace document 2 BodyText3Char"/>
    <w:basedOn w:val="Grace2DefaultParagraphFont"/>
    <w:link w:val="Grace2BodyText3"/>
    <w:uiPriority w:val="99"/>
    <w:rsid w:val="00AA1D8D"/>
    <w:rPr>
      <w:sz w:val="16"/>
      <w:szCs w:val="16"/>
    </w:rPr>
  </w:style>
  <w:style w:type="paragraph" w:styleId="Grace2List">
    <w:name w:val="Grace document 2 List"/>
    <w:basedOn w:val="Grace2Normal"/>
    <w:uiPriority w:val="99"/>
    <w:unhideWhenUsed/>
    <w:rsid w:val="00AA1D8D"/>
    <w:pPr>
      <w:ind w:left="360" w:hanging="360"/>
      <w:contextualSpacing/>
    </w:pPr>
  </w:style>
  <w:style w:type="paragraph" w:styleId="Grace2List2">
    <w:name w:val="Grace document 2 List2"/>
    <w:basedOn w:val="Grace2Normal"/>
    <w:uiPriority w:val="99"/>
    <w:unhideWhenUsed/>
    <w:rsid w:val="00326F90"/>
    <w:pPr>
      <w:ind w:left="720" w:hanging="360"/>
      <w:contextualSpacing/>
    </w:pPr>
  </w:style>
  <w:style w:type="paragraph" w:styleId="Grace2List3">
    <w:name w:val="Grace document 2 List3"/>
    <w:basedOn w:val="Grace2Normal"/>
    <w:uiPriority w:val="99"/>
    <w:unhideWhenUsed/>
    <w:rsid w:val="00326F90"/>
    <w:pPr>
      <w:ind w:left="1080" w:hanging="360"/>
      <w:contextualSpacing/>
    </w:pPr>
  </w:style>
  <w:style w:type="paragraph" w:styleId="Grace2ListBullet">
    <w:name w:val="Grace document 2 ListBullet"/>
    <w:basedOn w:val="Grace2Normal"/>
    <w:uiPriority w:val="99"/>
    <w:unhideWhenUsed/>
    <w:rsid w:val="00326F90"/>
    <w:pPr>
      <w:numPr>
        <w:numId w:val="1"/>
      </w:numPr>
      <w:contextualSpacing/>
    </w:pPr>
  </w:style>
  <w:style w:type="paragraph" w:styleId="Grace2ListBullet2">
    <w:name w:val="Grace document 2 ListBullet2"/>
    <w:basedOn w:val="Grace2Normal"/>
    <w:uiPriority w:val="99"/>
    <w:unhideWhenUsed/>
    <w:rsid w:val="00326F90"/>
    <w:pPr>
      <w:numPr>
        <w:numId w:val="2"/>
      </w:numPr>
      <w:contextualSpacing/>
    </w:pPr>
  </w:style>
  <w:style w:type="paragraph" w:styleId="Grace2ListBullet3">
    <w:name w:val="Grace document 2 ListBullet3"/>
    <w:basedOn w:val="Grace2Normal"/>
    <w:uiPriority w:val="99"/>
    <w:unhideWhenUsed/>
    <w:rsid w:val="00326F90"/>
    <w:pPr>
      <w:numPr>
        <w:numId w:val="3"/>
      </w:numPr>
      <w:contextualSpacing/>
    </w:pPr>
  </w:style>
  <w:style w:type="paragraph" w:styleId="Grace2ListNumber">
    <w:name w:val="Grace document 2 ListNumber"/>
    <w:basedOn w:val="Grace2Normal"/>
    <w:uiPriority w:val="99"/>
    <w:unhideWhenUsed/>
    <w:rsid w:val="00326F90"/>
    <w:pPr>
      <w:numPr>
        <w:numId w:val="5"/>
      </w:numPr>
      <w:contextualSpacing/>
    </w:pPr>
  </w:style>
  <w:style w:type="paragraph" w:styleId="Grace2ListNumber2">
    <w:name w:val="Grace document 2 ListNumber2"/>
    <w:basedOn w:val="Grace2Normal"/>
    <w:uiPriority w:val="99"/>
    <w:unhideWhenUsed/>
    <w:rsid w:val="0029639D"/>
    <w:pPr>
      <w:numPr>
        <w:numId w:val="6"/>
      </w:numPr>
      <w:contextualSpacing/>
    </w:pPr>
  </w:style>
  <w:style w:type="paragraph" w:styleId="Grace2ListNumber3">
    <w:name w:val="Grace document 2 ListNumber3"/>
    <w:basedOn w:val="Grace2Normal"/>
    <w:uiPriority w:val="99"/>
    <w:unhideWhenUsed/>
    <w:rsid w:val="0029639D"/>
    <w:pPr>
      <w:numPr>
        <w:numId w:val="7"/>
      </w:numPr>
      <w:contextualSpacing/>
    </w:pPr>
  </w:style>
  <w:style w:type="paragraph" w:styleId="Grace2ListContinue">
    <w:name w:val="Grace document 2 ListContinue"/>
    <w:basedOn w:val="Grace2Normal"/>
    <w:uiPriority w:val="99"/>
    <w:unhideWhenUsed/>
    <w:rsid w:val="0029639D"/>
    <w:pPr>
      <w:spacing w:after="120"/>
      <w:ind w:left="360"/>
      <w:contextualSpacing/>
    </w:pPr>
  </w:style>
  <w:style w:type="paragraph" w:styleId="Grace2ListContinue2">
    <w:name w:val="Grace document 2 ListContinue2"/>
    <w:basedOn w:val="Grace2Normal"/>
    <w:uiPriority w:val="99"/>
    <w:unhideWhenUsed/>
    <w:rsid w:val="0029639D"/>
    <w:pPr>
      <w:spacing w:after="120"/>
      <w:ind w:left="720"/>
      <w:contextualSpacing/>
    </w:pPr>
  </w:style>
  <w:style w:type="paragraph" w:styleId="Grace2ListContinue3">
    <w:name w:val="Grace document 2 ListContinue3"/>
    <w:basedOn w:val="Grace2Normal"/>
    <w:uiPriority w:val="99"/>
    <w:unhideWhenUsed/>
    <w:rsid w:val="0029639D"/>
    <w:pPr>
      <w:spacing w:after="120"/>
      <w:ind w:left="1080"/>
      <w:contextualSpacing/>
    </w:pPr>
  </w:style>
  <w:style w:type="paragraph" w:styleId="Grace2MacroText">
    <w:name w:val="Grace document 2 MacroText"/>
    <w:link w:val="Grace2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2MacroTextChar">
    <w:name w:val="Grace document 2 MacroTextChar"/>
    <w:basedOn w:val="Grace2DefaultParagraphFont"/>
    <w:link w:val="Grace2MacroText"/>
    <w:uiPriority w:val="99"/>
    <w:rsid w:val="0029639D"/>
    <w:rPr>
      <w:rFonts w:ascii="Courier" w:hAnsi="Courier"/>
      <w:sz w:val="20"/>
      <w:szCs w:val="20"/>
    </w:rPr>
  </w:style>
  <w:style w:type="paragraph" w:styleId="Grace2Quote">
    <w:name w:val="Grace document 2 Quote"/>
    <w:basedOn w:val="Grace2Normal"/>
    <w:next w:val="Grace2Normal"/>
    <w:link w:val="Grace2QuoteChar"/>
    <w:uiPriority w:val="29"/>
    <w:qFormat/>
    <w:rsid w:val="00FC693F"/>
    <w:rPr>
      <w:i/>
      <w:iCs/>
      <w:color w:val="000000" w:themeColor="text1"/>
    </w:rPr>
  </w:style>
  <w:style w:type="character" w:customStyle="1" w:styleId="Grace2QuoteChar">
    <w:name w:val="Grace document 2 QuoteChar"/>
    <w:basedOn w:val="Grace2DefaultParagraphFont"/>
    <w:link w:val="Grace2Quote"/>
    <w:uiPriority w:val="29"/>
    <w:rsid w:val="00FC693F"/>
    <w:rPr>
      <w:i/>
      <w:iCs/>
      <w:color w:val="000000" w:themeColor="text1"/>
    </w:rPr>
  </w:style>
  <w:style w:type="character" w:customStyle="1" w:styleId="Grace2Heading4Char">
    <w:name w:val="Grace document 2 Heading4Char"/>
    <w:basedOn w:val="Grace2DefaultParagraphFont"/>
    <w:link w:val="Grace2Heading4"/>
    <w:uiPriority w:val="9"/>
    <w:semiHidden/>
    <w:rsid w:val="00FC693F"/>
    <w:rPr>
      <w:rFonts w:asciiTheme="majorHAnsi" w:eastAsiaTheme="majorEastAsia" w:hAnsiTheme="majorHAnsi" w:cstheme="majorBidi"/>
      <w:b/>
      <w:bCs/>
      <w:i/>
      <w:iCs/>
      <w:color w:val="4F81BD" w:themeColor="accent1"/>
    </w:rPr>
  </w:style>
  <w:style w:type="character" w:customStyle="1" w:styleId="Grace2Heading5Char">
    <w:name w:val="Grace document 2 Heading5Char"/>
    <w:basedOn w:val="Grace2DefaultParagraphFont"/>
    <w:link w:val="Grace2Heading5"/>
    <w:uiPriority w:val="9"/>
    <w:semiHidden/>
    <w:rsid w:val="00FC693F"/>
    <w:rPr>
      <w:rFonts w:asciiTheme="majorHAnsi" w:eastAsiaTheme="majorEastAsia" w:hAnsiTheme="majorHAnsi" w:cstheme="majorBidi"/>
      <w:color w:val="243F60" w:themeColor="accent1" w:themeShade="7F"/>
    </w:rPr>
  </w:style>
  <w:style w:type="character" w:customStyle="1" w:styleId="Grace2Heading6Char">
    <w:name w:val="Grace document 2 Heading6Char"/>
    <w:basedOn w:val="Grace2DefaultParagraphFont"/>
    <w:link w:val="Grace2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2Heading7Char">
    <w:name w:val="Grace document 2 Heading7Char"/>
    <w:basedOn w:val="Grace2DefaultParagraphFont"/>
    <w:link w:val="Grace2Heading7"/>
    <w:uiPriority w:val="9"/>
    <w:semiHidden/>
    <w:rsid w:val="00FC693F"/>
    <w:rPr>
      <w:rFonts w:asciiTheme="majorHAnsi" w:eastAsiaTheme="majorEastAsia" w:hAnsiTheme="majorHAnsi" w:cstheme="majorBidi"/>
      <w:i/>
      <w:iCs/>
      <w:color w:val="404040" w:themeColor="text1" w:themeTint="BF"/>
    </w:rPr>
  </w:style>
  <w:style w:type="character" w:customStyle="1" w:styleId="Grace2Heading8Char">
    <w:name w:val="Grace document 2 Heading8Char"/>
    <w:basedOn w:val="Grace2DefaultParagraphFont"/>
    <w:link w:val="Grace2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2Heading9Char">
    <w:name w:val="Grace document 2 Heading9Char"/>
    <w:basedOn w:val="Grace2DefaultParagraphFont"/>
    <w:link w:val="Grace2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2Caption">
    <w:name w:val="Grace document 2 Caption"/>
    <w:basedOn w:val="Grace2Normal"/>
    <w:next w:val="Grace2Normal"/>
    <w:uiPriority w:val="35"/>
    <w:semiHidden/>
    <w:unhideWhenUsed/>
    <w:qFormat/>
    <w:rsid w:val="00FC693F"/>
    <w:pPr>
      <w:spacing w:line="240" w:lineRule="auto"/>
    </w:pPr>
    <w:rPr>
      <w:b/>
      <w:bCs/>
      <w:color w:val="4F81BD" w:themeColor="accent1"/>
      <w:sz w:val="18"/>
      <w:szCs w:val="18"/>
    </w:rPr>
  </w:style>
  <w:style w:type="character" w:styleId="Grace2Strong">
    <w:name w:val="Grace document 2 Strong"/>
    <w:basedOn w:val="Grace2DefaultParagraphFont"/>
    <w:uiPriority w:val="22"/>
    <w:qFormat/>
    <w:rsid w:val="00FC693F"/>
    <w:rPr>
      <w:b/>
      <w:bCs/>
    </w:rPr>
  </w:style>
  <w:style w:type="character" w:styleId="Grace2Emphasis">
    <w:name w:val="Grace document 2 Emphasis"/>
    <w:basedOn w:val="Grace2DefaultParagraphFont"/>
    <w:uiPriority w:val="20"/>
    <w:qFormat/>
    <w:rsid w:val="00FC693F"/>
    <w:rPr>
      <w:i/>
      <w:iCs/>
    </w:rPr>
  </w:style>
  <w:style w:type="paragraph" w:styleId="Grace2IntenseQuote">
    <w:name w:val="Grace document 2 IntenseQuote"/>
    <w:basedOn w:val="Grace2Normal"/>
    <w:next w:val="Grace2Normal"/>
    <w:link w:val="Grace2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2IntenseQuoteChar">
    <w:name w:val="Grace document 2 IntenseQuoteChar"/>
    <w:basedOn w:val="Grace2DefaultParagraphFont"/>
    <w:link w:val="Grace2IntenseQuote"/>
    <w:uiPriority w:val="30"/>
    <w:rsid w:val="00FC693F"/>
    <w:rPr>
      <w:b/>
      <w:bCs/>
      <w:i/>
      <w:iCs/>
      <w:color w:val="4F81BD" w:themeColor="accent1"/>
    </w:rPr>
  </w:style>
  <w:style w:type="character" w:styleId="Grace2SubtleEmphasis">
    <w:name w:val="Grace document 2 SubtleEmphasis"/>
    <w:basedOn w:val="Grace2DefaultParagraphFont"/>
    <w:uiPriority w:val="19"/>
    <w:qFormat/>
    <w:rsid w:val="00FC693F"/>
    <w:rPr>
      <w:i/>
      <w:iCs/>
      <w:color w:val="808080" w:themeColor="text1" w:themeTint="7F"/>
    </w:rPr>
  </w:style>
  <w:style w:type="character" w:styleId="Grace2IntenseEmphasis">
    <w:name w:val="Grace document 2 IntenseEmphasis"/>
    <w:basedOn w:val="Grace2DefaultParagraphFont"/>
    <w:uiPriority w:val="21"/>
    <w:qFormat/>
    <w:rsid w:val="00FC693F"/>
    <w:rPr>
      <w:b/>
      <w:bCs/>
      <w:i/>
      <w:iCs/>
      <w:color w:val="4F81BD" w:themeColor="accent1"/>
    </w:rPr>
  </w:style>
  <w:style w:type="character" w:styleId="Grace2SubtleReference">
    <w:name w:val="Grace document 2 SubtleReference"/>
    <w:basedOn w:val="Grace2DefaultParagraphFont"/>
    <w:uiPriority w:val="31"/>
    <w:qFormat/>
    <w:rsid w:val="00FC693F"/>
    <w:rPr>
      <w:smallCaps/>
      <w:color w:val="C0504D" w:themeColor="accent2"/>
      <w:u w:val="single"/>
    </w:rPr>
  </w:style>
  <w:style w:type="character" w:styleId="Grace2IntenseReference">
    <w:name w:val="Grace document 2 IntenseReference"/>
    <w:basedOn w:val="Grace2DefaultParagraphFont"/>
    <w:uiPriority w:val="32"/>
    <w:qFormat/>
    <w:rsid w:val="00FC693F"/>
    <w:rPr>
      <w:b/>
      <w:bCs/>
      <w:smallCaps/>
      <w:color w:val="C0504D" w:themeColor="accent2"/>
      <w:spacing w:val="5"/>
      <w:u w:val="single"/>
    </w:rPr>
  </w:style>
  <w:style w:type="character" w:styleId="Grace2BookTitle">
    <w:name w:val="Grace document 2 BookTitle"/>
    <w:basedOn w:val="Grace2DefaultParagraphFont"/>
    <w:uiPriority w:val="33"/>
    <w:qFormat/>
    <w:rsid w:val="00FC693F"/>
    <w:rPr>
      <w:b/>
      <w:bCs/>
      <w:smallCaps/>
      <w:spacing w:val="5"/>
    </w:rPr>
  </w:style>
  <w:style w:type="paragraph" w:styleId="Grace2TOCHeading">
    <w:name w:val="Grace document 2 TOCHeading"/>
    <w:basedOn w:val="Grace2Heading1"/>
    <w:next w:val="Grace2Normal"/>
    <w:uiPriority w:val="39"/>
    <w:semiHidden/>
    <w:unhideWhenUsed/>
    <w:qFormat/>
    <w:rsid w:val="00FC693F"/>
    <w:pPr>
      <w:outlineLvl w:val="9"/>
    </w:pPr>
  </w:style>
  <w:style w:type="table" w:styleId="Grace2TableGrid">
    <w:name w:val="Grace document 2 TableGrid"/>
    <w:basedOn w:val="Grace2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ace2LightShading">
    <w:name w:val="Grace document 2 LightShading"/>
    <w:basedOn w:val="Grace2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2LightShading-Accent1">
    <w:name w:val="Grace document 2 LightShading-Accent1"/>
    <w:basedOn w:val="Grace2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2LightShading-Accent2">
    <w:name w:val="Grace document 2 LightShading-Accent2"/>
    <w:basedOn w:val="Grace2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2LightShading-Accent3">
    <w:name w:val="Grace document 2 LightShading-Accent3"/>
    <w:basedOn w:val="Grace2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2LightShading-Accent4">
    <w:name w:val="Grace document 2 LightShading-Accent4"/>
    <w:basedOn w:val="Grace2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2LightShading-Accent5">
    <w:name w:val="Grace document 2 LightShading-Accent5"/>
    <w:basedOn w:val="Grace2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2LightShading-Accent6">
    <w:name w:val="Grace document 2 LightShading-Accent6"/>
    <w:basedOn w:val="Grace2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2LightList">
    <w:name w:val="Grace document 2 LightList"/>
    <w:basedOn w:val="Grace2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2LightList-Accent1">
    <w:name w:val="Grace document 2 LightList-Accent1"/>
    <w:basedOn w:val="Grace2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2LightList-Accent2">
    <w:name w:val="Grace document 2 LightList-Accent2"/>
    <w:basedOn w:val="Grace2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2LightList-Accent3">
    <w:name w:val="Grace document 2 LightList-Accent3"/>
    <w:basedOn w:val="Grace2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2LightList-Accent4">
    <w:name w:val="Grace document 2 LightList-Accent4"/>
    <w:basedOn w:val="Grace2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2LightList-Accent5">
    <w:name w:val="Grace document 2 LightList-Accent5"/>
    <w:basedOn w:val="Grace2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2LightList-Accent6">
    <w:name w:val="Grace document 2 LightList-Accent6"/>
    <w:basedOn w:val="Grace2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2LightGrid">
    <w:name w:val="Grace document 2 LightGrid"/>
    <w:basedOn w:val="Grace2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2LightGrid-Accent1">
    <w:name w:val="Grace document 2 LightGrid-Accent1"/>
    <w:basedOn w:val="Grace2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2LightGrid-Accent2">
    <w:name w:val="Grace document 2 LightGrid-Accent2"/>
    <w:basedOn w:val="Grace2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2LightGrid-Accent3">
    <w:name w:val="Grace document 2 LightGrid-Accent3"/>
    <w:basedOn w:val="Grace2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2LightGrid-Accent4">
    <w:name w:val="Grace document 2 LightGrid-Accent4"/>
    <w:basedOn w:val="Grace2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2LightGrid-Accent5">
    <w:name w:val="Grace document 2 LightGrid-Accent5"/>
    <w:basedOn w:val="Grace2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2LightGrid-Accent6">
    <w:name w:val="Grace document 2 LightGrid-Accent6"/>
    <w:basedOn w:val="Grace2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2MediumShading1">
    <w:name w:val="Grace document 2 MediumShading1"/>
    <w:basedOn w:val="Grace2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2MediumShading1-Accent1">
    <w:name w:val="Grace document 2 MediumShading1-Accent1"/>
    <w:basedOn w:val="Grace2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2MediumShading1-Accent2">
    <w:name w:val="Grace document 2 MediumShading1-Accent2"/>
    <w:basedOn w:val="Grace2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2MediumShading1-Accent3">
    <w:name w:val="Grace document 2 MediumShading1-Accent3"/>
    <w:basedOn w:val="Grace2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2MediumShading1-Accent4">
    <w:name w:val="Grace document 2 MediumShading1-Accent4"/>
    <w:basedOn w:val="Grace2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2MediumShading1-Accent5">
    <w:name w:val="Grace document 2 MediumShading1-Accent5"/>
    <w:basedOn w:val="Grace2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2MediumShading1-Accent6">
    <w:name w:val="Grace document 2 MediumShading1-Accent6"/>
    <w:basedOn w:val="Grace2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2MediumShading2">
    <w:name w:val="Grace document 2 MediumShading2"/>
    <w:basedOn w:val="Grac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2MediumShading2-Accent1">
    <w:name w:val="Grace document 2 MediumShading2-Accent1"/>
    <w:basedOn w:val="Grac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2MediumShading2-Accent2">
    <w:name w:val="Grace document 2 MediumShading2-Accent2"/>
    <w:basedOn w:val="Grac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2MediumShading2-Accent3">
    <w:name w:val="Grace document 2 MediumShading2-Accent3"/>
    <w:basedOn w:val="Grac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2MediumShading2-Accent4">
    <w:name w:val="Grace document 2 MediumShading2-Accent4"/>
    <w:basedOn w:val="Grac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2MediumShading2-Accent5">
    <w:name w:val="Grace document 2 MediumShading2-Accent5"/>
    <w:basedOn w:val="Grac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2MediumShading2-Accent6">
    <w:name w:val="Grace document 2 MediumShading2-Accent6"/>
    <w:basedOn w:val="Grace2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2MediumList1">
    <w:name w:val="Grace document 2 MediumList1"/>
    <w:basedOn w:val="Grace2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2MediumList1-Accent1">
    <w:name w:val="Grace document 2 MediumList1-Accent1"/>
    <w:basedOn w:val="Grace2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2MediumList1-Accent2">
    <w:name w:val="Grace document 2 MediumList1-Accent2"/>
    <w:basedOn w:val="Grace2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2MediumList1-Accent3">
    <w:name w:val="Grace document 2 MediumList1-Accent3"/>
    <w:basedOn w:val="Grace2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2MediumList1-Accent4">
    <w:name w:val="Grace document 2 MediumList1-Accent4"/>
    <w:basedOn w:val="Grace2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2MediumList1-Accent5">
    <w:name w:val="Grace document 2 MediumList1-Accent5"/>
    <w:basedOn w:val="Grace2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2MediumList1-Accent6">
    <w:name w:val="Grace document 2 MediumList1-Accent6"/>
    <w:basedOn w:val="Grace2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2MediumList2">
    <w:name w:val="Grace document 2 MediumList2"/>
    <w:basedOn w:val="Grac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2MediumList2-Accent1">
    <w:name w:val="Grace document 2 MediumList2-Accent1"/>
    <w:basedOn w:val="Grac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2MediumList2-Accent2">
    <w:name w:val="Grace document 2 MediumList2-Accent2"/>
    <w:basedOn w:val="Grac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2MediumList2-Accent3">
    <w:name w:val="Grace document 2 MediumList2-Accent3"/>
    <w:basedOn w:val="Grac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2MediumList2-Accent4">
    <w:name w:val="Grace document 2 MediumList2-Accent4"/>
    <w:basedOn w:val="Grac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2MediumList2-Accent5">
    <w:name w:val="Grace document 2 MediumList2-Accent5"/>
    <w:basedOn w:val="Grac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2MediumList2-Accent6">
    <w:name w:val="Grace document 2 MediumList2-Accent6"/>
    <w:basedOn w:val="Grace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2MediumGrid1">
    <w:name w:val="Grace document 2 MediumGrid1"/>
    <w:basedOn w:val="Grace2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2MediumGrid1-Accent1">
    <w:name w:val="Grace document 2 MediumGrid1-Accent1"/>
    <w:basedOn w:val="Grace2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2MediumGrid1-Accent2">
    <w:name w:val="Grace document 2 MediumGrid1-Accent2"/>
    <w:basedOn w:val="Grace2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2MediumGrid1-Accent3">
    <w:name w:val="Grace document 2 MediumGrid1-Accent3"/>
    <w:basedOn w:val="Grace2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2MediumGrid1-Accent4">
    <w:name w:val="Grace document 2 MediumGrid1-Accent4"/>
    <w:basedOn w:val="Grace2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2MediumGrid1-Accent5">
    <w:name w:val="Grace document 2 MediumGrid1-Accent5"/>
    <w:basedOn w:val="Grace2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2MediumGrid1-Accent6">
    <w:name w:val="Grace document 2 MediumGrid1-Accent6"/>
    <w:basedOn w:val="Grace2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2MediumGrid2">
    <w:name w:val="Grace document 2 MediumGrid2"/>
    <w:basedOn w:val="Grac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2MediumGrid2-Accent1">
    <w:name w:val="Grace document 2 MediumGrid2-Accent1"/>
    <w:basedOn w:val="Grac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2MediumGrid2-Accent2">
    <w:name w:val="Grace document 2 MediumGrid2-Accent2"/>
    <w:basedOn w:val="Grac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2MediumGrid2-Accent3">
    <w:name w:val="Grace document 2 MediumGrid2-Accent3"/>
    <w:basedOn w:val="Grac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2MediumGrid2-Accent4">
    <w:name w:val="Grace document 2 MediumGrid2-Accent4"/>
    <w:basedOn w:val="Grac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2MediumGrid2-Accent5">
    <w:name w:val="Grace document 2 MediumGrid2-Accent5"/>
    <w:basedOn w:val="Grac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2MediumGrid2-Accent6">
    <w:name w:val="Grace document 2 MediumGrid2-Accent6"/>
    <w:basedOn w:val="Grace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2MediumGrid3">
    <w:name w:val="Grace document 2 MediumGrid3"/>
    <w:basedOn w:val="Grac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2MediumGrid3-Accent1">
    <w:name w:val="Grace document 2 MediumGrid3-Accent1"/>
    <w:basedOn w:val="Grac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2MediumGrid3-Accent2">
    <w:name w:val="Grace document 2 MediumGrid3-Accent2"/>
    <w:basedOn w:val="Grac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2MediumGrid3-Accent3">
    <w:name w:val="Grace document 2 MediumGrid3-Accent3"/>
    <w:basedOn w:val="Grac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2MediumGrid3-Accent4">
    <w:name w:val="Grace document 2 MediumGrid3-Accent4"/>
    <w:basedOn w:val="Grac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2MediumGrid3-Accent5">
    <w:name w:val="Grace document 2 MediumGrid3-Accent5"/>
    <w:basedOn w:val="Grac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2MediumGrid3-Accent6">
    <w:name w:val="Grace document 2 MediumGrid3-Accent6"/>
    <w:basedOn w:val="Grace2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2DarkList">
    <w:name w:val="Grace document 2 DarkList"/>
    <w:basedOn w:val="Grac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2DarkList-Accent1">
    <w:name w:val="Grace document 2 DarkList-Accent1"/>
    <w:basedOn w:val="Grac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2DarkList-Accent2">
    <w:name w:val="Grace document 2 DarkList-Accent2"/>
    <w:basedOn w:val="Grac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2DarkList-Accent3">
    <w:name w:val="Grace document 2 DarkList-Accent3"/>
    <w:basedOn w:val="Grac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2DarkList-Accent4">
    <w:name w:val="Grace document 2 DarkList-Accent4"/>
    <w:basedOn w:val="Grac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2DarkList-Accent5">
    <w:name w:val="Grace document 2 DarkList-Accent5"/>
    <w:basedOn w:val="Grac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2DarkList-Accent6">
    <w:name w:val="Grace document 2 DarkList-Accent6"/>
    <w:basedOn w:val="Grace2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2ColorfulShading">
    <w:name w:val="Grace document 2 ColorfulShading"/>
    <w:basedOn w:val="Grace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2ColorfulShading-Accent1">
    <w:name w:val="Grace document 2 ColorfulShading-Accent1"/>
    <w:basedOn w:val="Grace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2ColorfulShading-Accent2">
    <w:name w:val="Grace document 2 ColorfulShading-Accent2"/>
    <w:basedOn w:val="Grace2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2ColorfulShading-Accent3">
    <w:name w:val="Grace document 2 ColorfulShading-Accent3"/>
    <w:basedOn w:val="Grace2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2ColorfulShading-Accent4">
    <w:name w:val="Grace document 2 ColorfulShading-Accent4"/>
    <w:basedOn w:val="Grace2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2ColorfulShading-Accent5">
    <w:name w:val="Grace document 2 ColorfulShading-Accent5"/>
    <w:basedOn w:val="Grace2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2ColorfulShading-Accent6">
    <w:name w:val="Grace document 2 ColorfulShading-Accent6"/>
    <w:basedOn w:val="Grace2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2ColorfulList">
    <w:name w:val="Grace document 2 ColorfulList"/>
    <w:basedOn w:val="Grac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2ColorfulList-Accent1">
    <w:name w:val="Grace document 2 ColorfulList-Accent1"/>
    <w:basedOn w:val="Grac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2ColorfulList-Accent2">
    <w:name w:val="Grace document 2 ColorfulList-Accent2"/>
    <w:basedOn w:val="Grac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2ColorfulList-Accent3">
    <w:name w:val="Grace document 2 ColorfulList-Accent3"/>
    <w:basedOn w:val="Grac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2ColorfulList-Accent4">
    <w:name w:val="Grace document 2 ColorfulList-Accent4"/>
    <w:basedOn w:val="Grac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2ColorfulList-Accent5">
    <w:name w:val="Grace document 2 ColorfulList-Accent5"/>
    <w:basedOn w:val="Grac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2ColorfulList-Accent6">
    <w:name w:val="Grace document 2 ColorfulList-Accent6"/>
    <w:basedOn w:val="Grace2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2ColorfulGrid">
    <w:name w:val="Grace document 2 ColorfulGrid"/>
    <w:basedOn w:val="Grac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2ColorfulGrid-Accent1">
    <w:name w:val="Grace document 2 ColorfulGrid-Accent1"/>
    <w:basedOn w:val="Grac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2ColorfulGrid-Accent2">
    <w:name w:val="Grace document 2 ColorfulGrid-Accent2"/>
    <w:basedOn w:val="Grac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2ColorfulGrid-Accent3">
    <w:name w:val="Grace document 2 ColorfulGrid-Accent3"/>
    <w:basedOn w:val="Grac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2ColorfulGrid-Accent4">
    <w:name w:val="Grace document 2 ColorfulGrid-Accent4"/>
    <w:basedOn w:val="Grac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2ColorfulGrid-Accent5">
    <w:name w:val="Grace document 2 ColorfulGrid-Accent5"/>
    <w:basedOn w:val="Grac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2ColorfulGrid-Accent6">
    <w:name w:val="Grace document 2 ColorfulGrid-Accent6"/>
    <w:basedOn w:val="Grace2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3Normal">
    <w:name w:val="Grace document 3 Normal"/>
    <w:qFormat/>
    <w:rsid w:val="00FC693F"/>
    <w:rPr>
      <w:rFonts w:ascii="Georgia" w:hAnsi="Georgia"/>
      <w:sz w:val="22"/>
    </w:rPr>
  </w:style>
  <w:style w:type="paragraph" w:styleId="Grace3Header">
    <w:name w:val="Grace document 3 Header"/>
    <w:basedOn w:val="Grace3Normal"/>
    <w:link w:val="Grace3HeaderChar"/>
    <w:uiPriority w:val="99"/>
    <w:unhideWhenUsed/>
    <w:rsid w:val="00E618BF"/>
    <w:pPr>
      <w:tabs>
        <w:tab w:val="center" w:pos="4680"/>
        <w:tab w:val="right" w:pos="9360"/>
      </w:tabs>
      <w:spacing w:after="0" w:line="240" w:lineRule="auto"/>
    </w:pPr>
  </w:style>
  <w:style w:type="character" w:customStyle="1" w:styleId="Grace3HeaderChar">
    <w:name w:val="Grace document 3 HeaderChar"/>
    <w:basedOn w:val="Grace3DefaultParagraphFont"/>
    <w:link w:val="Grace3Header"/>
    <w:uiPriority w:val="99"/>
    <w:rsid w:val="00E618BF"/>
  </w:style>
  <w:style w:type="paragraph" w:styleId="Grace3Footer">
    <w:name w:val="Grace document 3 Footer"/>
    <w:basedOn w:val="Grace3Normal"/>
    <w:link w:val="Grace3FooterChar"/>
    <w:uiPriority w:val="99"/>
    <w:unhideWhenUsed/>
    <w:rsid w:val="00E618BF"/>
    <w:pPr>
      <w:tabs>
        <w:tab w:val="center" w:pos="4680"/>
        <w:tab w:val="right" w:pos="9360"/>
      </w:tabs>
      <w:spacing w:after="0" w:line="240" w:lineRule="auto"/>
    </w:pPr>
  </w:style>
  <w:style w:type="character" w:customStyle="1" w:styleId="Grace3FooterChar">
    <w:name w:val="Grace document 3 FooterChar"/>
    <w:basedOn w:val="Grace3DefaultParagraphFont"/>
    <w:link w:val="Grace3Footer"/>
    <w:uiPriority w:val="99"/>
    <w:rsid w:val="00E618BF"/>
  </w:style>
  <w:style w:type="paragraph" w:styleId="Grace3Heading1">
    <w:name w:val="Grace document 3 Heading1"/>
    <w:basedOn w:val="Grace3Normal"/>
    <w:next w:val="Grace3Normal"/>
    <w:link w:val="Grace3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Grace3Heading2">
    <w:name w:val="Grace document 3 Heading2"/>
    <w:basedOn w:val="Grace3Normal"/>
    <w:next w:val="Grace3Normal"/>
    <w:link w:val="Grace3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3Heading3">
    <w:name w:val="Grace document 3 Heading3"/>
    <w:basedOn w:val="Grace3Normal"/>
    <w:next w:val="Grace3Normal"/>
    <w:link w:val="Grace3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3Heading4">
    <w:name w:val="Grace document 3 Heading4"/>
    <w:basedOn w:val="Grace3Normal"/>
    <w:next w:val="Grace3Normal"/>
    <w:link w:val="Grace3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3Heading5">
    <w:name w:val="Grace document 3 Heading5"/>
    <w:basedOn w:val="Grace3Normal"/>
    <w:next w:val="Grace3Normal"/>
    <w:link w:val="Grace3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3Heading6">
    <w:name w:val="Grace document 3 Heading6"/>
    <w:basedOn w:val="Grace3Normal"/>
    <w:next w:val="Grace3Normal"/>
    <w:link w:val="Grace3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3Heading7">
    <w:name w:val="Grace document 3 Heading7"/>
    <w:basedOn w:val="Grace3Normal"/>
    <w:next w:val="Grace3Normal"/>
    <w:link w:val="Grace3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3Heading8">
    <w:name w:val="Grace document 3 Heading8"/>
    <w:basedOn w:val="Grace3Normal"/>
    <w:next w:val="Grace3Normal"/>
    <w:link w:val="Grace3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3Heading9">
    <w:name w:val="Grace document 3 Heading9"/>
    <w:basedOn w:val="Grace3Normal"/>
    <w:next w:val="Grace3Normal"/>
    <w:link w:val="Grace3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3DefaultParagraphFont">
    <w:name w:val="Grace document 3 DefaultParagraphFont"/>
    <w:uiPriority w:val="1"/>
    <w:semiHidden/>
    <w:unhideWhenUsed/>
  </w:style>
  <w:style w:type="table" w:styleId="Grace3TableNormal">
    <w:name w:val="Grace document 3 TableNormal"/>
    <w:uiPriority w:val="99"/>
    <w:semiHidden/>
    <w:unhideWhenUsed/>
    <w:tblPr>
      <w:tblInd w:w="0" w:type="dxa"/>
      <w:tblCellMar>
        <w:top w:w="0" w:type="dxa"/>
        <w:left w:w="108" w:type="dxa"/>
        <w:bottom w:w="0" w:type="dxa"/>
        <w:right w:w="108" w:type="dxa"/>
      </w:tblCellMar>
    </w:tblPr>
  </w:style>
  <w:style w:type="numbering" w:styleId="Grace3NoList">
    <w:name w:val="Grace document 3 NoList"/>
    <w:uiPriority w:val="99"/>
    <w:semiHidden/>
    <w:unhideWhenUsed/>
  </w:style>
  <w:style w:type="paragraph" w:styleId="Grace3NoSpacing">
    <w:name w:val="Grace document 3 NoSpacing"/>
    <w:uiPriority w:val="1"/>
    <w:qFormat/>
    <w:rsid w:val="00FC693F"/>
    <w:pPr>
      <w:spacing w:after="0" w:line="240" w:lineRule="auto"/>
    </w:pPr>
  </w:style>
  <w:style w:type="character" w:customStyle="1" w:styleId="Grace3Heading1Char">
    <w:name w:val="Grace document 3 Heading1Char"/>
    <w:basedOn w:val="Grace3DefaultParagraphFont"/>
    <w:link w:val="Grace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3Heading2Char">
    <w:name w:val="Grace document 3 Heading2Char"/>
    <w:basedOn w:val="Grace3DefaultParagraphFont"/>
    <w:link w:val="Grace3Heading2"/>
    <w:uiPriority w:val="9"/>
    <w:rsid w:val="00FC693F"/>
    <w:rPr>
      <w:rFonts w:asciiTheme="majorHAnsi" w:eastAsiaTheme="majorEastAsia" w:hAnsiTheme="majorHAnsi" w:cstheme="majorBidi"/>
      <w:b/>
      <w:bCs/>
      <w:color w:val="4F81BD" w:themeColor="accent1"/>
      <w:sz w:val="26"/>
      <w:szCs w:val="26"/>
    </w:rPr>
  </w:style>
  <w:style w:type="character" w:customStyle="1" w:styleId="Grace3Heading3Char">
    <w:name w:val="Grace document 3 Heading3Char"/>
    <w:basedOn w:val="Grace3DefaultParagraphFont"/>
    <w:link w:val="Grace3Heading3"/>
    <w:uiPriority w:val="9"/>
    <w:rsid w:val="00FC693F"/>
    <w:rPr>
      <w:rFonts w:asciiTheme="majorHAnsi" w:eastAsiaTheme="majorEastAsia" w:hAnsiTheme="majorHAnsi" w:cstheme="majorBidi"/>
      <w:b/>
      <w:bCs/>
      <w:color w:val="4F81BD" w:themeColor="accent1"/>
    </w:rPr>
  </w:style>
  <w:style w:type="paragraph" w:styleId="Grace3Title">
    <w:name w:val="Grace document 3 Title"/>
    <w:basedOn w:val="Grace3Normal"/>
    <w:next w:val="Grace3Normal"/>
    <w:link w:val="Grace3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3TitleChar">
    <w:name w:val="Grace document 3 TitleChar"/>
    <w:basedOn w:val="Grace3DefaultParagraphFont"/>
    <w:link w:val="Grace3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3Subtitle">
    <w:name w:val="Grace document 3 Subtitle"/>
    <w:basedOn w:val="Grace3Normal"/>
    <w:next w:val="Grace3Normal"/>
    <w:link w:val="Grace3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3SubtitleChar">
    <w:name w:val="Grace document 3 SubtitleChar"/>
    <w:basedOn w:val="Grace3DefaultParagraphFont"/>
    <w:link w:val="Grace3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3ListParagraph">
    <w:name w:val="Grace document 3 ListParagraph"/>
    <w:basedOn w:val="Grace3Normal"/>
    <w:uiPriority w:val="34"/>
    <w:qFormat/>
    <w:rsid w:val="00FC693F"/>
    <w:pPr>
      <w:ind w:left="720"/>
      <w:contextualSpacing/>
    </w:pPr>
  </w:style>
  <w:style w:type="paragraph" w:styleId="Grace3BodyText">
    <w:name w:val="Grace document 3 BodyText"/>
    <w:basedOn w:val="Grace3Normal"/>
    <w:link w:val="Grace3BodyTextChar"/>
    <w:uiPriority w:val="99"/>
    <w:unhideWhenUsed/>
    <w:rsid w:val="00AA1D8D"/>
    <w:pPr>
      <w:spacing w:after="120"/>
    </w:pPr>
    <w:rPr>
      <w:rFonts w:ascii="Georgia" w:hAnsi="Georgia"/>
      <w:sz w:val="22"/>
    </w:rPr>
  </w:style>
  <w:style w:type="character" w:customStyle="1" w:styleId="Grace3BodyTextChar">
    <w:name w:val="Grace document 3 BodyTextChar"/>
    <w:basedOn w:val="Grace3DefaultParagraphFont"/>
    <w:link w:val="Grace3BodyText"/>
    <w:uiPriority w:val="99"/>
    <w:rsid w:val="00AA1D8D"/>
  </w:style>
  <w:style w:type="paragraph" w:styleId="Grace3BodyText2">
    <w:name w:val="Grace document 3 BodyText2"/>
    <w:basedOn w:val="Grace3Normal"/>
    <w:link w:val="Grace3BodyText2Char"/>
    <w:uiPriority w:val="99"/>
    <w:unhideWhenUsed/>
    <w:rsid w:val="00AA1D8D"/>
    <w:pPr>
      <w:spacing w:after="120" w:line="480" w:lineRule="auto"/>
    </w:pPr>
  </w:style>
  <w:style w:type="character" w:customStyle="1" w:styleId="Grace3BodyText2Char">
    <w:name w:val="Grace document 3 BodyText2Char"/>
    <w:basedOn w:val="Grace3DefaultParagraphFont"/>
    <w:link w:val="Grace3BodyText2"/>
    <w:uiPriority w:val="99"/>
    <w:rsid w:val="00AA1D8D"/>
  </w:style>
  <w:style w:type="paragraph" w:styleId="Grace3BodyText3">
    <w:name w:val="Grace document 3 BodyText3"/>
    <w:basedOn w:val="Grace3Normal"/>
    <w:link w:val="Grace3BodyText3Char"/>
    <w:uiPriority w:val="99"/>
    <w:unhideWhenUsed/>
    <w:rsid w:val="00AA1D8D"/>
    <w:pPr>
      <w:spacing w:after="120"/>
    </w:pPr>
    <w:rPr>
      <w:sz w:val="16"/>
      <w:szCs w:val="16"/>
    </w:rPr>
  </w:style>
  <w:style w:type="character" w:customStyle="1" w:styleId="Grace3BodyText3Char">
    <w:name w:val="Grace document 3 BodyText3Char"/>
    <w:basedOn w:val="Grace3DefaultParagraphFont"/>
    <w:link w:val="Grace3BodyText3"/>
    <w:uiPriority w:val="99"/>
    <w:rsid w:val="00AA1D8D"/>
    <w:rPr>
      <w:sz w:val="16"/>
      <w:szCs w:val="16"/>
    </w:rPr>
  </w:style>
  <w:style w:type="paragraph" w:styleId="Grace3List">
    <w:name w:val="Grace document 3 List"/>
    <w:basedOn w:val="Grace3Normal"/>
    <w:uiPriority w:val="99"/>
    <w:unhideWhenUsed/>
    <w:rsid w:val="00AA1D8D"/>
    <w:pPr>
      <w:ind w:left="360" w:hanging="360"/>
      <w:contextualSpacing/>
    </w:pPr>
  </w:style>
  <w:style w:type="paragraph" w:styleId="Grace3List2">
    <w:name w:val="Grace document 3 List2"/>
    <w:basedOn w:val="Grace3Normal"/>
    <w:uiPriority w:val="99"/>
    <w:unhideWhenUsed/>
    <w:rsid w:val="00326F90"/>
    <w:pPr>
      <w:ind w:left="720" w:hanging="360"/>
      <w:contextualSpacing/>
    </w:pPr>
  </w:style>
  <w:style w:type="paragraph" w:styleId="Grace3List3">
    <w:name w:val="Grace document 3 List3"/>
    <w:basedOn w:val="Grace3Normal"/>
    <w:uiPriority w:val="99"/>
    <w:unhideWhenUsed/>
    <w:rsid w:val="00326F90"/>
    <w:pPr>
      <w:ind w:left="1080" w:hanging="360"/>
      <w:contextualSpacing/>
    </w:pPr>
  </w:style>
  <w:style w:type="paragraph" w:styleId="Grace3ListBullet">
    <w:name w:val="Grace document 3 ListBullet"/>
    <w:basedOn w:val="Grace3Normal"/>
    <w:uiPriority w:val="99"/>
    <w:unhideWhenUsed/>
    <w:rsid w:val="00326F90"/>
    <w:pPr>
      <w:numPr>
        <w:numId w:val="1"/>
      </w:numPr>
      <w:contextualSpacing/>
    </w:pPr>
  </w:style>
  <w:style w:type="paragraph" w:styleId="Grace3ListBullet2">
    <w:name w:val="Grace document 3 ListBullet2"/>
    <w:basedOn w:val="Grace3Normal"/>
    <w:uiPriority w:val="99"/>
    <w:unhideWhenUsed/>
    <w:rsid w:val="00326F90"/>
    <w:pPr>
      <w:numPr>
        <w:numId w:val="2"/>
      </w:numPr>
      <w:contextualSpacing/>
    </w:pPr>
  </w:style>
  <w:style w:type="paragraph" w:styleId="Grace3ListBullet3">
    <w:name w:val="Grace document 3 ListBullet3"/>
    <w:basedOn w:val="Grace3Normal"/>
    <w:uiPriority w:val="99"/>
    <w:unhideWhenUsed/>
    <w:rsid w:val="00326F90"/>
    <w:pPr>
      <w:numPr>
        <w:numId w:val="3"/>
      </w:numPr>
      <w:contextualSpacing/>
    </w:pPr>
  </w:style>
  <w:style w:type="paragraph" w:styleId="Grace3ListNumber">
    <w:name w:val="Grace document 3 ListNumber"/>
    <w:basedOn w:val="Grace3Normal"/>
    <w:uiPriority w:val="99"/>
    <w:unhideWhenUsed/>
    <w:rsid w:val="00326F90"/>
    <w:pPr>
      <w:numPr>
        <w:numId w:val="5"/>
      </w:numPr>
      <w:contextualSpacing/>
    </w:pPr>
  </w:style>
  <w:style w:type="paragraph" w:styleId="Grace3ListNumber2">
    <w:name w:val="Grace document 3 ListNumber2"/>
    <w:basedOn w:val="Grace3Normal"/>
    <w:uiPriority w:val="99"/>
    <w:unhideWhenUsed/>
    <w:rsid w:val="0029639D"/>
    <w:pPr>
      <w:numPr>
        <w:numId w:val="6"/>
      </w:numPr>
      <w:contextualSpacing/>
    </w:pPr>
  </w:style>
  <w:style w:type="paragraph" w:styleId="Grace3ListNumber3">
    <w:name w:val="Grace document 3 ListNumber3"/>
    <w:basedOn w:val="Grace3Normal"/>
    <w:uiPriority w:val="99"/>
    <w:unhideWhenUsed/>
    <w:rsid w:val="0029639D"/>
    <w:pPr>
      <w:numPr>
        <w:numId w:val="7"/>
      </w:numPr>
      <w:contextualSpacing/>
    </w:pPr>
  </w:style>
  <w:style w:type="paragraph" w:styleId="Grace3ListContinue">
    <w:name w:val="Grace document 3 ListContinue"/>
    <w:basedOn w:val="Grace3Normal"/>
    <w:uiPriority w:val="99"/>
    <w:unhideWhenUsed/>
    <w:rsid w:val="0029639D"/>
    <w:pPr>
      <w:spacing w:after="120"/>
      <w:ind w:left="360"/>
      <w:contextualSpacing/>
    </w:pPr>
  </w:style>
  <w:style w:type="paragraph" w:styleId="Grace3ListContinue2">
    <w:name w:val="Grace document 3 ListContinue2"/>
    <w:basedOn w:val="Grace3Normal"/>
    <w:uiPriority w:val="99"/>
    <w:unhideWhenUsed/>
    <w:rsid w:val="0029639D"/>
    <w:pPr>
      <w:spacing w:after="120"/>
      <w:ind w:left="720"/>
      <w:contextualSpacing/>
    </w:pPr>
  </w:style>
  <w:style w:type="paragraph" w:styleId="Grace3ListContinue3">
    <w:name w:val="Grace document 3 ListContinue3"/>
    <w:basedOn w:val="Grace3Normal"/>
    <w:uiPriority w:val="99"/>
    <w:unhideWhenUsed/>
    <w:rsid w:val="0029639D"/>
    <w:pPr>
      <w:spacing w:after="120"/>
      <w:ind w:left="1080"/>
      <w:contextualSpacing/>
    </w:pPr>
  </w:style>
  <w:style w:type="paragraph" w:styleId="Grace3MacroText">
    <w:name w:val="Grace document 3 MacroText"/>
    <w:link w:val="Grace3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3MacroTextChar">
    <w:name w:val="Grace document 3 MacroTextChar"/>
    <w:basedOn w:val="Grace3DefaultParagraphFont"/>
    <w:link w:val="Grace3MacroText"/>
    <w:uiPriority w:val="99"/>
    <w:rsid w:val="0029639D"/>
    <w:rPr>
      <w:rFonts w:ascii="Courier" w:hAnsi="Courier"/>
      <w:sz w:val="20"/>
      <w:szCs w:val="20"/>
    </w:rPr>
  </w:style>
  <w:style w:type="paragraph" w:styleId="Grace3Quote">
    <w:name w:val="Grace document 3 Quote"/>
    <w:basedOn w:val="Grace3Normal"/>
    <w:next w:val="Grace3Normal"/>
    <w:link w:val="Grace3QuoteChar"/>
    <w:uiPriority w:val="29"/>
    <w:qFormat/>
    <w:rsid w:val="00FC693F"/>
    <w:rPr>
      <w:i/>
      <w:iCs/>
      <w:color w:val="000000" w:themeColor="text1"/>
    </w:rPr>
  </w:style>
  <w:style w:type="character" w:customStyle="1" w:styleId="Grace3QuoteChar">
    <w:name w:val="Grace document 3 QuoteChar"/>
    <w:basedOn w:val="Grace3DefaultParagraphFont"/>
    <w:link w:val="Grace3Quote"/>
    <w:uiPriority w:val="29"/>
    <w:rsid w:val="00FC693F"/>
    <w:rPr>
      <w:i/>
      <w:iCs/>
      <w:color w:val="000000" w:themeColor="text1"/>
    </w:rPr>
  </w:style>
  <w:style w:type="character" w:customStyle="1" w:styleId="Grace3Heading4Char">
    <w:name w:val="Grace document 3 Heading4Char"/>
    <w:basedOn w:val="Grace3DefaultParagraphFont"/>
    <w:link w:val="Grace3Heading4"/>
    <w:uiPriority w:val="9"/>
    <w:semiHidden/>
    <w:rsid w:val="00FC693F"/>
    <w:rPr>
      <w:rFonts w:asciiTheme="majorHAnsi" w:eastAsiaTheme="majorEastAsia" w:hAnsiTheme="majorHAnsi" w:cstheme="majorBidi"/>
      <w:b/>
      <w:bCs/>
      <w:i/>
      <w:iCs/>
      <w:color w:val="4F81BD" w:themeColor="accent1"/>
    </w:rPr>
  </w:style>
  <w:style w:type="character" w:customStyle="1" w:styleId="Grace3Heading5Char">
    <w:name w:val="Grace document 3 Heading5Char"/>
    <w:basedOn w:val="Grace3DefaultParagraphFont"/>
    <w:link w:val="Grace3Heading5"/>
    <w:uiPriority w:val="9"/>
    <w:semiHidden/>
    <w:rsid w:val="00FC693F"/>
    <w:rPr>
      <w:rFonts w:asciiTheme="majorHAnsi" w:eastAsiaTheme="majorEastAsia" w:hAnsiTheme="majorHAnsi" w:cstheme="majorBidi"/>
      <w:color w:val="243F60" w:themeColor="accent1" w:themeShade="7F"/>
    </w:rPr>
  </w:style>
  <w:style w:type="character" w:customStyle="1" w:styleId="Grace3Heading6Char">
    <w:name w:val="Grace document 3 Heading6Char"/>
    <w:basedOn w:val="Grace3DefaultParagraphFont"/>
    <w:link w:val="Grace3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3Heading7Char">
    <w:name w:val="Grace document 3 Heading7Char"/>
    <w:basedOn w:val="Grace3DefaultParagraphFont"/>
    <w:link w:val="Grace3Heading7"/>
    <w:uiPriority w:val="9"/>
    <w:semiHidden/>
    <w:rsid w:val="00FC693F"/>
    <w:rPr>
      <w:rFonts w:asciiTheme="majorHAnsi" w:eastAsiaTheme="majorEastAsia" w:hAnsiTheme="majorHAnsi" w:cstheme="majorBidi"/>
      <w:i/>
      <w:iCs/>
      <w:color w:val="404040" w:themeColor="text1" w:themeTint="BF"/>
    </w:rPr>
  </w:style>
  <w:style w:type="character" w:customStyle="1" w:styleId="Grace3Heading8Char">
    <w:name w:val="Grace document 3 Heading8Char"/>
    <w:basedOn w:val="Grace3DefaultParagraphFont"/>
    <w:link w:val="Grace3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3Heading9Char">
    <w:name w:val="Grace document 3 Heading9Char"/>
    <w:basedOn w:val="Grace3DefaultParagraphFont"/>
    <w:link w:val="Grace3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3Caption">
    <w:name w:val="Grace document 3 Caption"/>
    <w:basedOn w:val="Grace3Normal"/>
    <w:next w:val="Grace3Normal"/>
    <w:uiPriority w:val="35"/>
    <w:semiHidden/>
    <w:unhideWhenUsed/>
    <w:qFormat/>
    <w:rsid w:val="00FC693F"/>
    <w:pPr>
      <w:spacing w:line="240" w:lineRule="auto"/>
    </w:pPr>
    <w:rPr>
      <w:b/>
      <w:bCs/>
      <w:color w:val="4F81BD" w:themeColor="accent1"/>
      <w:sz w:val="18"/>
      <w:szCs w:val="18"/>
    </w:rPr>
  </w:style>
  <w:style w:type="character" w:styleId="Grace3Strong">
    <w:name w:val="Grace document 3 Strong"/>
    <w:basedOn w:val="Grace3DefaultParagraphFont"/>
    <w:uiPriority w:val="22"/>
    <w:qFormat/>
    <w:rsid w:val="00FC693F"/>
    <w:rPr>
      <w:b/>
      <w:bCs/>
    </w:rPr>
  </w:style>
  <w:style w:type="character" w:styleId="Grace3Emphasis">
    <w:name w:val="Grace document 3 Emphasis"/>
    <w:basedOn w:val="Grace3DefaultParagraphFont"/>
    <w:uiPriority w:val="20"/>
    <w:qFormat/>
    <w:rsid w:val="00FC693F"/>
    <w:rPr>
      <w:i/>
      <w:iCs/>
    </w:rPr>
  </w:style>
  <w:style w:type="paragraph" w:styleId="Grace3IntenseQuote">
    <w:name w:val="Grace document 3 IntenseQuote"/>
    <w:basedOn w:val="Grace3Normal"/>
    <w:next w:val="Grace3Normal"/>
    <w:link w:val="Grace3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3IntenseQuoteChar">
    <w:name w:val="Grace document 3 IntenseQuoteChar"/>
    <w:basedOn w:val="Grace3DefaultParagraphFont"/>
    <w:link w:val="Grace3IntenseQuote"/>
    <w:uiPriority w:val="30"/>
    <w:rsid w:val="00FC693F"/>
    <w:rPr>
      <w:b/>
      <w:bCs/>
      <w:i/>
      <w:iCs/>
      <w:color w:val="4F81BD" w:themeColor="accent1"/>
    </w:rPr>
  </w:style>
  <w:style w:type="character" w:styleId="Grace3SubtleEmphasis">
    <w:name w:val="Grace document 3 SubtleEmphasis"/>
    <w:basedOn w:val="Grace3DefaultParagraphFont"/>
    <w:uiPriority w:val="19"/>
    <w:qFormat/>
    <w:rsid w:val="00FC693F"/>
    <w:rPr>
      <w:i/>
      <w:iCs/>
      <w:color w:val="808080" w:themeColor="text1" w:themeTint="7F"/>
    </w:rPr>
  </w:style>
  <w:style w:type="character" w:styleId="Grace3IntenseEmphasis">
    <w:name w:val="Grace document 3 IntenseEmphasis"/>
    <w:basedOn w:val="Grace3DefaultParagraphFont"/>
    <w:uiPriority w:val="21"/>
    <w:qFormat/>
    <w:rsid w:val="00FC693F"/>
    <w:rPr>
      <w:b/>
      <w:bCs/>
      <w:i/>
      <w:iCs/>
      <w:color w:val="4F81BD" w:themeColor="accent1"/>
    </w:rPr>
  </w:style>
  <w:style w:type="character" w:styleId="Grace3SubtleReference">
    <w:name w:val="Grace document 3 SubtleReference"/>
    <w:basedOn w:val="Grace3DefaultParagraphFont"/>
    <w:uiPriority w:val="31"/>
    <w:qFormat/>
    <w:rsid w:val="00FC693F"/>
    <w:rPr>
      <w:smallCaps/>
      <w:color w:val="C0504D" w:themeColor="accent2"/>
      <w:u w:val="single"/>
    </w:rPr>
  </w:style>
  <w:style w:type="character" w:styleId="Grace3IntenseReference">
    <w:name w:val="Grace document 3 IntenseReference"/>
    <w:basedOn w:val="Grace3DefaultParagraphFont"/>
    <w:uiPriority w:val="32"/>
    <w:qFormat/>
    <w:rsid w:val="00FC693F"/>
    <w:rPr>
      <w:b/>
      <w:bCs/>
      <w:smallCaps/>
      <w:color w:val="C0504D" w:themeColor="accent2"/>
      <w:spacing w:val="5"/>
      <w:u w:val="single"/>
    </w:rPr>
  </w:style>
  <w:style w:type="character" w:styleId="Grace3BookTitle">
    <w:name w:val="Grace document 3 BookTitle"/>
    <w:basedOn w:val="Grace3DefaultParagraphFont"/>
    <w:uiPriority w:val="33"/>
    <w:qFormat/>
    <w:rsid w:val="00FC693F"/>
    <w:rPr>
      <w:b/>
      <w:bCs/>
      <w:smallCaps/>
      <w:spacing w:val="5"/>
    </w:rPr>
  </w:style>
  <w:style w:type="paragraph" w:styleId="Grace3TOCHeading">
    <w:name w:val="Grace document 3 TOCHeading"/>
    <w:basedOn w:val="Grace3Heading1"/>
    <w:next w:val="Grace3Normal"/>
    <w:uiPriority w:val="39"/>
    <w:semiHidden/>
    <w:unhideWhenUsed/>
    <w:qFormat/>
    <w:rsid w:val="00FC693F"/>
    <w:pPr>
      <w:outlineLvl w:val="9"/>
    </w:pPr>
  </w:style>
  <w:style w:type="table" w:styleId="Grace3TableGrid">
    <w:name w:val="Grace document 3 TableGrid"/>
    <w:basedOn w:val="Grace3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ace3LightShading">
    <w:name w:val="Grace document 3 LightShading"/>
    <w:basedOn w:val="Grace3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3LightShading-Accent1">
    <w:name w:val="Grace document 3 LightShading-Accent1"/>
    <w:basedOn w:val="Grace3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3LightShading-Accent2">
    <w:name w:val="Grace document 3 LightShading-Accent2"/>
    <w:basedOn w:val="Grace3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3LightShading-Accent3">
    <w:name w:val="Grace document 3 LightShading-Accent3"/>
    <w:basedOn w:val="Grace3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3LightShading-Accent4">
    <w:name w:val="Grace document 3 LightShading-Accent4"/>
    <w:basedOn w:val="Grace3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3LightShading-Accent5">
    <w:name w:val="Grace document 3 LightShading-Accent5"/>
    <w:basedOn w:val="Grace3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3LightShading-Accent6">
    <w:name w:val="Grace document 3 LightShading-Accent6"/>
    <w:basedOn w:val="Grace3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3LightList">
    <w:name w:val="Grace document 3 LightList"/>
    <w:basedOn w:val="Grace3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3LightList-Accent1">
    <w:name w:val="Grace document 3 LightList-Accent1"/>
    <w:basedOn w:val="Grace3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3LightList-Accent2">
    <w:name w:val="Grace document 3 LightList-Accent2"/>
    <w:basedOn w:val="Grace3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3LightList-Accent3">
    <w:name w:val="Grace document 3 LightList-Accent3"/>
    <w:basedOn w:val="Grace3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3LightList-Accent4">
    <w:name w:val="Grace document 3 LightList-Accent4"/>
    <w:basedOn w:val="Grace3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3LightList-Accent5">
    <w:name w:val="Grace document 3 LightList-Accent5"/>
    <w:basedOn w:val="Grace3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3LightList-Accent6">
    <w:name w:val="Grace document 3 LightList-Accent6"/>
    <w:basedOn w:val="Grace3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3LightGrid">
    <w:name w:val="Grace document 3 LightGrid"/>
    <w:basedOn w:val="Grace3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3LightGrid-Accent1">
    <w:name w:val="Grace document 3 LightGrid-Accent1"/>
    <w:basedOn w:val="Grace3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3LightGrid-Accent2">
    <w:name w:val="Grace document 3 LightGrid-Accent2"/>
    <w:basedOn w:val="Grace3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3LightGrid-Accent3">
    <w:name w:val="Grace document 3 LightGrid-Accent3"/>
    <w:basedOn w:val="Grace3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3LightGrid-Accent4">
    <w:name w:val="Grace document 3 LightGrid-Accent4"/>
    <w:basedOn w:val="Grace3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3LightGrid-Accent5">
    <w:name w:val="Grace document 3 LightGrid-Accent5"/>
    <w:basedOn w:val="Grace3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3LightGrid-Accent6">
    <w:name w:val="Grace document 3 LightGrid-Accent6"/>
    <w:basedOn w:val="Grace3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3MediumShading1">
    <w:name w:val="Grace document 3 MediumShading1"/>
    <w:basedOn w:val="Grace3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3MediumShading1-Accent1">
    <w:name w:val="Grace document 3 MediumShading1-Accent1"/>
    <w:basedOn w:val="Grace3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3MediumShading1-Accent2">
    <w:name w:val="Grace document 3 MediumShading1-Accent2"/>
    <w:basedOn w:val="Grace3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3MediumShading1-Accent3">
    <w:name w:val="Grace document 3 MediumShading1-Accent3"/>
    <w:basedOn w:val="Grace3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3MediumShading1-Accent4">
    <w:name w:val="Grace document 3 MediumShading1-Accent4"/>
    <w:basedOn w:val="Grace3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3MediumShading1-Accent5">
    <w:name w:val="Grace document 3 MediumShading1-Accent5"/>
    <w:basedOn w:val="Grace3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3MediumShading1-Accent6">
    <w:name w:val="Grace document 3 MediumShading1-Accent6"/>
    <w:basedOn w:val="Grace3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3MediumShading2">
    <w:name w:val="Grace document 3 MediumShading2"/>
    <w:basedOn w:val="Grac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3MediumShading2-Accent1">
    <w:name w:val="Grace document 3 MediumShading2-Accent1"/>
    <w:basedOn w:val="Grac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3MediumShading2-Accent2">
    <w:name w:val="Grace document 3 MediumShading2-Accent2"/>
    <w:basedOn w:val="Grac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3MediumShading2-Accent3">
    <w:name w:val="Grace document 3 MediumShading2-Accent3"/>
    <w:basedOn w:val="Grac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3MediumShading2-Accent4">
    <w:name w:val="Grace document 3 MediumShading2-Accent4"/>
    <w:basedOn w:val="Grac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3MediumShading2-Accent5">
    <w:name w:val="Grace document 3 MediumShading2-Accent5"/>
    <w:basedOn w:val="Grac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3MediumShading2-Accent6">
    <w:name w:val="Grace document 3 MediumShading2-Accent6"/>
    <w:basedOn w:val="Grace3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3MediumList1">
    <w:name w:val="Grace document 3 MediumList1"/>
    <w:basedOn w:val="Grace3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3MediumList1-Accent1">
    <w:name w:val="Grace document 3 MediumList1-Accent1"/>
    <w:basedOn w:val="Grace3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3MediumList1-Accent2">
    <w:name w:val="Grace document 3 MediumList1-Accent2"/>
    <w:basedOn w:val="Grace3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3MediumList1-Accent3">
    <w:name w:val="Grace document 3 MediumList1-Accent3"/>
    <w:basedOn w:val="Grace3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3MediumList1-Accent4">
    <w:name w:val="Grace document 3 MediumList1-Accent4"/>
    <w:basedOn w:val="Grace3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3MediumList1-Accent5">
    <w:name w:val="Grace document 3 MediumList1-Accent5"/>
    <w:basedOn w:val="Grace3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3MediumList1-Accent6">
    <w:name w:val="Grace document 3 MediumList1-Accent6"/>
    <w:basedOn w:val="Grace3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3MediumList2">
    <w:name w:val="Grace document 3 MediumList2"/>
    <w:basedOn w:val="Grac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3MediumList2-Accent1">
    <w:name w:val="Grace document 3 MediumList2-Accent1"/>
    <w:basedOn w:val="Grac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3MediumList2-Accent2">
    <w:name w:val="Grace document 3 MediumList2-Accent2"/>
    <w:basedOn w:val="Grac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3MediumList2-Accent3">
    <w:name w:val="Grace document 3 MediumList2-Accent3"/>
    <w:basedOn w:val="Grac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3MediumList2-Accent4">
    <w:name w:val="Grace document 3 MediumList2-Accent4"/>
    <w:basedOn w:val="Grac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3MediumList2-Accent5">
    <w:name w:val="Grace document 3 MediumList2-Accent5"/>
    <w:basedOn w:val="Grac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3MediumList2-Accent6">
    <w:name w:val="Grace document 3 MediumList2-Accent6"/>
    <w:basedOn w:val="Grace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3MediumGrid1">
    <w:name w:val="Grace document 3 MediumGrid1"/>
    <w:basedOn w:val="Grace3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3MediumGrid1-Accent1">
    <w:name w:val="Grace document 3 MediumGrid1-Accent1"/>
    <w:basedOn w:val="Grace3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3MediumGrid1-Accent2">
    <w:name w:val="Grace document 3 MediumGrid1-Accent2"/>
    <w:basedOn w:val="Grace3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3MediumGrid1-Accent3">
    <w:name w:val="Grace document 3 MediumGrid1-Accent3"/>
    <w:basedOn w:val="Grace3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3MediumGrid1-Accent4">
    <w:name w:val="Grace document 3 MediumGrid1-Accent4"/>
    <w:basedOn w:val="Grace3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3MediumGrid1-Accent5">
    <w:name w:val="Grace document 3 MediumGrid1-Accent5"/>
    <w:basedOn w:val="Grace3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3MediumGrid1-Accent6">
    <w:name w:val="Grace document 3 MediumGrid1-Accent6"/>
    <w:basedOn w:val="Grace3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3MediumGrid2">
    <w:name w:val="Grace document 3 MediumGrid2"/>
    <w:basedOn w:val="Grac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3MediumGrid2-Accent1">
    <w:name w:val="Grace document 3 MediumGrid2-Accent1"/>
    <w:basedOn w:val="Grac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3MediumGrid2-Accent2">
    <w:name w:val="Grace document 3 MediumGrid2-Accent2"/>
    <w:basedOn w:val="Grac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3MediumGrid2-Accent3">
    <w:name w:val="Grace document 3 MediumGrid2-Accent3"/>
    <w:basedOn w:val="Grac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3MediumGrid2-Accent4">
    <w:name w:val="Grace document 3 MediumGrid2-Accent4"/>
    <w:basedOn w:val="Grac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3MediumGrid2-Accent5">
    <w:name w:val="Grace document 3 MediumGrid2-Accent5"/>
    <w:basedOn w:val="Grac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3MediumGrid2-Accent6">
    <w:name w:val="Grace document 3 MediumGrid2-Accent6"/>
    <w:basedOn w:val="Grace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3MediumGrid3">
    <w:name w:val="Grace document 3 MediumGrid3"/>
    <w:basedOn w:val="Grac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3MediumGrid3-Accent1">
    <w:name w:val="Grace document 3 MediumGrid3-Accent1"/>
    <w:basedOn w:val="Grac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3MediumGrid3-Accent2">
    <w:name w:val="Grace document 3 MediumGrid3-Accent2"/>
    <w:basedOn w:val="Grac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3MediumGrid3-Accent3">
    <w:name w:val="Grace document 3 MediumGrid3-Accent3"/>
    <w:basedOn w:val="Grac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3MediumGrid3-Accent4">
    <w:name w:val="Grace document 3 MediumGrid3-Accent4"/>
    <w:basedOn w:val="Grac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3MediumGrid3-Accent5">
    <w:name w:val="Grace document 3 MediumGrid3-Accent5"/>
    <w:basedOn w:val="Grac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3MediumGrid3-Accent6">
    <w:name w:val="Grace document 3 MediumGrid3-Accent6"/>
    <w:basedOn w:val="Grace3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3DarkList">
    <w:name w:val="Grace document 3 DarkList"/>
    <w:basedOn w:val="Grac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3DarkList-Accent1">
    <w:name w:val="Grace document 3 DarkList-Accent1"/>
    <w:basedOn w:val="Grac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3DarkList-Accent2">
    <w:name w:val="Grace document 3 DarkList-Accent2"/>
    <w:basedOn w:val="Grac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3DarkList-Accent3">
    <w:name w:val="Grace document 3 DarkList-Accent3"/>
    <w:basedOn w:val="Grac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3DarkList-Accent4">
    <w:name w:val="Grace document 3 DarkList-Accent4"/>
    <w:basedOn w:val="Grac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3DarkList-Accent5">
    <w:name w:val="Grace document 3 DarkList-Accent5"/>
    <w:basedOn w:val="Grac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3DarkList-Accent6">
    <w:name w:val="Grace document 3 DarkList-Accent6"/>
    <w:basedOn w:val="Grace3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3ColorfulShading">
    <w:name w:val="Grace document 3 ColorfulShading"/>
    <w:basedOn w:val="Grace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3ColorfulShading-Accent1">
    <w:name w:val="Grace document 3 ColorfulShading-Accent1"/>
    <w:basedOn w:val="Grace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3ColorfulShading-Accent2">
    <w:name w:val="Grace document 3 ColorfulShading-Accent2"/>
    <w:basedOn w:val="Grace3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3ColorfulShading-Accent3">
    <w:name w:val="Grace document 3 ColorfulShading-Accent3"/>
    <w:basedOn w:val="Grace3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3ColorfulShading-Accent4">
    <w:name w:val="Grace document 3 ColorfulShading-Accent4"/>
    <w:basedOn w:val="Grace3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3ColorfulShading-Accent5">
    <w:name w:val="Grace document 3 ColorfulShading-Accent5"/>
    <w:basedOn w:val="Grace3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3ColorfulShading-Accent6">
    <w:name w:val="Grace document 3 ColorfulShading-Accent6"/>
    <w:basedOn w:val="Grace3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3ColorfulList">
    <w:name w:val="Grace document 3 ColorfulList"/>
    <w:basedOn w:val="Grac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3ColorfulList-Accent1">
    <w:name w:val="Grace document 3 ColorfulList-Accent1"/>
    <w:basedOn w:val="Grac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3ColorfulList-Accent2">
    <w:name w:val="Grace document 3 ColorfulList-Accent2"/>
    <w:basedOn w:val="Grac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3ColorfulList-Accent3">
    <w:name w:val="Grace document 3 ColorfulList-Accent3"/>
    <w:basedOn w:val="Grac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3ColorfulList-Accent4">
    <w:name w:val="Grace document 3 ColorfulList-Accent4"/>
    <w:basedOn w:val="Grac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3ColorfulList-Accent5">
    <w:name w:val="Grace document 3 ColorfulList-Accent5"/>
    <w:basedOn w:val="Grac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3ColorfulList-Accent6">
    <w:name w:val="Grace document 3 ColorfulList-Accent6"/>
    <w:basedOn w:val="Grace3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3ColorfulGrid">
    <w:name w:val="Grace document 3 ColorfulGrid"/>
    <w:basedOn w:val="Grac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3ColorfulGrid-Accent1">
    <w:name w:val="Grace document 3 ColorfulGrid-Accent1"/>
    <w:basedOn w:val="Grac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3ColorfulGrid-Accent2">
    <w:name w:val="Grace document 3 ColorfulGrid-Accent2"/>
    <w:basedOn w:val="Grac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3ColorfulGrid-Accent3">
    <w:name w:val="Grace document 3 ColorfulGrid-Accent3"/>
    <w:basedOn w:val="Grac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3ColorfulGrid-Accent4">
    <w:name w:val="Grace document 3 ColorfulGrid-Accent4"/>
    <w:basedOn w:val="Grac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3ColorfulGrid-Accent5">
    <w:name w:val="Grace document 3 ColorfulGrid-Accent5"/>
    <w:basedOn w:val="Grac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3ColorfulGrid-Accent6">
    <w:name w:val="Grace document 3 ColorfulGrid-Accent6"/>
    <w:basedOn w:val="Grace3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4Normal">
    <w:name w:val="Grace document 4 Normal"/>
    <w:qFormat/>
    <w:rsid w:val="00FC693F"/>
    <w:rPr>
      <w:rFonts w:ascii="Georgia" w:hAnsi="Georgia"/>
    </w:rPr>
  </w:style>
  <w:style w:type="paragraph" w:styleId="Grace4Heading1">
    <w:name w:val="Grace document 4 Heading1"/>
    <w:basedOn w:val="Grace4Normal"/>
    <w:next w:val="Grace4Normal"/>
    <w:link w:val="Grace4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Grace4Heading2">
    <w:name w:val="Grace document 4 Heading2"/>
    <w:basedOn w:val="Grace4Normal"/>
    <w:next w:val="Grace4Normal"/>
    <w:link w:val="Grace4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4Heading3">
    <w:name w:val="Grace document 4 Heading3"/>
    <w:basedOn w:val="Grace4Normal"/>
    <w:next w:val="Grace4Normal"/>
    <w:link w:val="Grace4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4Heading4">
    <w:name w:val="Grace document 4 Heading4"/>
    <w:basedOn w:val="Grace4Normal"/>
    <w:next w:val="Grace4Normal"/>
    <w:link w:val="Grace4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4Heading5">
    <w:name w:val="Grace document 4 Heading5"/>
    <w:basedOn w:val="Grace4Normal"/>
    <w:next w:val="Grace4Normal"/>
    <w:link w:val="Grace4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4Heading6">
    <w:name w:val="Grace document 4 Heading6"/>
    <w:basedOn w:val="Grace4Normal"/>
    <w:next w:val="Grace4Normal"/>
    <w:link w:val="Grace4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4Heading7">
    <w:name w:val="Grace document 4 Heading7"/>
    <w:basedOn w:val="Grace4Normal"/>
    <w:next w:val="Grace4Normal"/>
    <w:link w:val="Grace4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4Heading8">
    <w:name w:val="Grace document 4 Heading8"/>
    <w:basedOn w:val="Grace4Normal"/>
    <w:next w:val="Grace4Normal"/>
    <w:link w:val="Grace4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4Heading9">
    <w:name w:val="Grace document 4 Heading9"/>
    <w:basedOn w:val="Grace4Normal"/>
    <w:next w:val="Grace4Normal"/>
    <w:link w:val="Grace4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4DefaultParagraphFont">
    <w:name w:val="Grace document 4 DefaultParagraphFont"/>
    <w:uiPriority w:val="1"/>
    <w:semiHidden/>
    <w:unhideWhenUsed/>
  </w:style>
  <w:style w:type="table" w:styleId="Grace4TableNormal">
    <w:name w:val="Grace document 4 TableNormal"/>
    <w:uiPriority w:val="99"/>
    <w:semiHidden/>
    <w:unhideWhenUsed/>
    <w:tblPr>
      <w:tblInd w:w="0" w:type="dxa"/>
      <w:tblCellMar>
        <w:top w:w="0" w:type="dxa"/>
        <w:left w:w="108" w:type="dxa"/>
        <w:bottom w:w="0" w:type="dxa"/>
        <w:right w:w="108" w:type="dxa"/>
      </w:tblCellMar>
    </w:tblPr>
  </w:style>
  <w:style w:type="numbering" w:styleId="Grace4NoList">
    <w:name w:val="Grace document 4 NoList"/>
    <w:uiPriority w:val="99"/>
    <w:semiHidden/>
    <w:unhideWhenUsed/>
  </w:style>
  <w:style w:type="paragraph" w:styleId="Grace4Header">
    <w:name w:val="Grace document 4 Header"/>
    <w:basedOn w:val="Grace4Normal"/>
    <w:link w:val="Grace4HeaderChar"/>
    <w:uiPriority w:val="99"/>
    <w:unhideWhenUsed/>
    <w:rsid w:val="00E618BF"/>
    <w:pPr>
      <w:tabs>
        <w:tab w:val="center" w:pos="4680"/>
        <w:tab w:val="right" w:pos="9360"/>
      </w:tabs>
      <w:spacing w:after="0" w:line="240" w:lineRule="auto"/>
    </w:pPr>
  </w:style>
  <w:style w:type="character" w:customStyle="1" w:styleId="Grace4HeaderChar">
    <w:name w:val="Grace document 4 HeaderChar"/>
    <w:basedOn w:val="Grace4DefaultParagraphFont"/>
    <w:link w:val="Grace4Header"/>
    <w:uiPriority w:val="99"/>
    <w:rsid w:val="00E618BF"/>
  </w:style>
  <w:style w:type="paragraph" w:styleId="Grace4Footer">
    <w:name w:val="Grace document 4 Footer"/>
    <w:basedOn w:val="Grace4Normal"/>
    <w:link w:val="Grace4FooterChar"/>
    <w:uiPriority w:val="99"/>
    <w:unhideWhenUsed/>
    <w:rsid w:val="00E618BF"/>
    <w:pPr>
      <w:tabs>
        <w:tab w:val="center" w:pos="4680"/>
        <w:tab w:val="right" w:pos="9360"/>
      </w:tabs>
      <w:spacing w:after="0" w:line="240" w:lineRule="auto"/>
    </w:pPr>
  </w:style>
  <w:style w:type="character" w:customStyle="1" w:styleId="Grace4FooterChar">
    <w:name w:val="Grace document 4 FooterChar"/>
    <w:basedOn w:val="Grace4DefaultParagraphFont"/>
    <w:link w:val="Grace4Footer"/>
    <w:uiPriority w:val="99"/>
    <w:rsid w:val="00E618BF"/>
  </w:style>
  <w:style w:type="paragraph" w:styleId="Grace4NoSpacing">
    <w:name w:val="Grace document 4 NoSpacing"/>
    <w:uiPriority w:val="1"/>
    <w:qFormat/>
    <w:rsid w:val="00FC693F"/>
    <w:pPr>
      <w:spacing w:after="0" w:line="240" w:lineRule="auto"/>
    </w:pPr>
  </w:style>
  <w:style w:type="character" w:customStyle="1" w:styleId="Grace4Heading1Char">
    <w:name w:val="Grace document 4 Heading1Char"/>
    <w:basedOn w:val="Grace4DefaultParagraphFont"/>
    <w:link w:val="Grace4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4Heading2Char">
    <w:name w:val="Grace document 4 Heading2Char"/>
    <w:basedOn w:val="Grace4DefaultParagraphFont"/>
    <w:link w:val="Grace4Heading2"/>
    <w:uiPriority w:val="9"/>
    <w:rsid w:val="00FC693F"/>
    <w:rPr>
      <w:rFonts w:asciiTheme="majorHAnsi" w:eastAsiaTheme="majorEastAsia" w:hAnsiTheme="majorHAnsi" w:cstheme="majorBidi"/>
      <w:b/>
      <w:bCs/>
      <w:color w:val="4F81BD" w:themeColor="accent1"/>
      <w:sz w:val="26"/>
      <w:szCs w:val="26"/>
    </w:rPr>
  </w:style>
  <w:style w:type="character" w:customStyle="1" w:styleId="Grace4Heading3Char">
    <w:name w:val="Grace document 4 Heading3Char"/>
    <w:basedOn w:val="Grace4DefaultParagraphFont"/>
    <w:link w:val="Grace4Heading3"/>
    <w:uiPriority w:val="9"/>
    <w:rsid w:val="00FC693F"/>
    <w:rPr>
      <w:rFonts w:asciiTheme="majorHAnsi" w:eastAsiaTheme="majorEastAsia" w:hAnsiTheme="majorHAnsi" w:cstheme="majorBidi"/>
      <w:b/>
      <w:bCs/>
      <w:color w:val="4F81BD" w:themeColor="accent1"/>
    </w:rPr>
  </w:style>
  <w:style w:type="paragraph" w:styleId="Grace4Title">
    <w:name w:val="Grace document 4 Title"/>
    <w:basedOn w:val="Grace4Normal"/>
    <w:next w:val="Grace4Normal"/>
    <w:link w:val="Grace4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4TitleChar">
    <w:name w:val="Grace document 4 TitleChar"/>
    <w:basedOn w:val="Grace4DefaultParagraphFont"/>
    <w:link w:val="Grace4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4Subtitle">
    <w:name w:val="Grace document 4 Subtitle"/>
    <w:basedOn w:val="Grace4Normal"/>
    <w:next w:val="Grace4Normal"/>
    <w:link w:val="Grace4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4SubtitleChar">
    <w:name w:val="Grace document 4 SubtitleChar"/>
    <w:basedOn w:val="Grace4DefaultParagraphFont"/>
    <w:link w:val="Grace4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4ListParagraph">
    <w:name w:val="Grace document 4 ListParagraph"/>
    <w:basedOn w:val="Grace4Normal"/>
    <w:uiPriority w:val="34"/>
    <w:qFormat/>
    <w:rsid w:val="00FC693F"/>
    <w:pPr>
      <w:ind w:left="720"/>
      <w:contextualSpacing/>
    </w:pPr>
  </w:style>
  <w:style w:type="paragraph" w:styleId="Grace4BodyText">
    <w:name w:val="Grace document 4 BodyText"/>
    <w:basedOn w:val="Grace4Normal"/>
    <w:link w:val="Grace4BodyTextChar"/>
    <w:uiPriority w:val="99"/>
    <w:unhideWhenUsed/>
    <w:rsid w:val="00AA1D8D"/>
    <w:pPr>
      <w:spacing w:after="120"/>
    </w:pPr>
  </w:style>
  <w:style w:type="character" w:customStyle="1" w:styleId="Grace4BodyTextChar">
    <w:name w:val="Grace document 4 BodyTextChar"/>
    <w:basedOn w:val="Grace4DefaultParagraphFont"/>
    <w:link w:val="Grace4BodyText"/>
    <w:uiPriority w:val="99"/>
    <w:rsid w:val="00AA1D8D"/>
  </w:style>
  <w:style w:type="paragraph" w:styleId="Grace4BodyText2">
    <w:name w:val="Grace document 4 BodyText2"/>
    <w:basedOn w:val="Grace4Normal"/>
    <w:link w:val="Grace4BodyText2Char"/>
    <w:uiPriority w:val="99"/>
    <w:unhideWhenUsed/>
    <w:rsid w:val="00AA1D8D"/>
    <w:pPr>
      <w:spacing w:after="120" w:line="480" w:lineRule="auto"/>
    </w:pPr>
  </w:style>
  <w:style w:type="character" w:customStyle="1" w:styleId="Grace4BodyText2Char">
    <w:name w:val="Grace document 4 BodyText2Char"/>
    <w:basedOn w:val="Grace4DefaultParagraphFont"/>
    <w:link w:val="Grace4BodyText2"/>
    <w:uiPriority w:val="99"/>
    <w:rsid w:val="00AA1D8D"/>
  </w:style>
  <w:style w:type="paragraph" w:styleId="Grace4BodyText3">
    <w:name w:val="Grace document 4 BodyText3"/>
    <w:basedOn w:val="Grace4Normal"/>
    <w:link w:val="Grace4BodyText3Char"/>
    <w:uiPriority w:val="99"/>
    <w:unhideWhenUsed/>
    <w:rsid w:val="00AA1D8D"/>
    <w:pPr>
      <w:spacing w:after="120"/>
    </w:pPr>
    <w:rPr>
      <w:sz w:val="16"/>
      <w:szCs w:val="16"/>
    </w:rPr>
  </w:style>
  <w:style w:type="character" w:customStyle="1" w:styleId="Grace4BodyText3Char">
    <w:name w:val="Grace document 4 BodyText3Char"/>
    <w:basedOn w:val="Grace4DefaultParagraphFont"/>
    <w:link w:val="Grace4BodyText3"/>
    <w:uiPriority w:val="99"/>
    <w:rsid w:val="00AA1D8D"/>
    <w:rPr>
      <w:sz w:val="16"/>
      <w:szCs w:val="16"/>
    </w:rPr>
  </w:style>
  <w:style w:type="paragraph" w:styleId="Grace4List">
    <w:name w:val="Grace document 4 List"/>
    <w:basedOn w:val="Grace4Normal"/>
    <w:uiPriority w:val="99"/>
    <w:unhideWhenUsed/>
    <w:rsid w:val="00AA1D8D"/>
    <w:pPr>
      <w:ind w:left="360" w:hanging="360"/>
      <w:contextualSpacing/>
    </w:pPr>
  </w:style>
  <w:style w:type="paragraph" w:styleId="Grace4List2">
    <w:name w:val="Grace document 4 List2"/>
    <w:basedOn w:val="Grace4Normal"/>
    <w:uiPriority w:val="99"/>
    <w:unhideWhenUsed/>
    <w:rsid w:val="00326F90"/>
    <w:pPr>
      <w:ind w:left="720" w:hanging="360"/>
      <w:contextualSpacing/>
    </w:pPr>
  </w:style>
  <w:style w:type="paragraph" w:styleId="Grace4List3">
    <w:name w:val="Grace document 4 List3"/>
    <w:basedOn w:val="Grace4Normal"/>
    <w:uiPriority w:val="99"/>
    <w:unhideWhenUsed/>
    <w:rsid w:val="00326F90"/>
    <w:pPr>
      <w:ind w:left="1080" w:hanging="360"/>
      <w:contextualSpacing/>
    </w:pPr>
  </w:style>
  <w:style w:type="paragraph" w:styleId="Grace4ListBullet">
    <w:name w:val="Grace document 4 ListBullet"/>
    <w:basedOn w:val="Grace4Normal"/>
    <w:uiPriority w:val="99"/>
    <w:unhideWhenUsed/>
    <w:rsid w:val="00326F90"/>
    <w:pPr>
      <w:numPr>
        <w:numId w:val="1"/>
      </w:numPr>
      <w:contextualSpacing/>
    </w:pPr>
  </w:style>
  <w:style w:type="paragraph" w:styleId="Grace4ListBullet2">
    <w:name w:val="Grace document 4 ListBullet2"/>
    <w:basedOn w:val="Grace4Normal"/>
    <w:uiPriority w:val="99"/>
    <w:unhideWhenUsed/>
    <w:rsid w:val="00326F90"/>
    <w:pPr>
      <w:numPr>
        <w:numId w:val="2"/>
      </w:numPr>
      <w:contextualSpacing/>
    </w:pPr>
  </w:style>
  <w:style w:type="paragraph" w:styleId="Grace4ListBullet3">
    <w:name w:val="Grace document 4 ListBullet3"/>
    <w:basedOn w:val="Grace4Normal"/>
    <w:uiPriority w:val="99"/>
    <w:unhideWhenUsed/>
    <w:rsid w:val="00326F90"/>
    <w:pPr>
      <w:numPr>
        <w:numId w:val="3"/>
      </w:numPr>
      <w:contextualSpacing/>
    </w:pPr>
  </w:style>
  <w:style w:type="paragraph" w:styleId="Grace4ListNumber">
    <w:name w:val="Grace document 4 ListNumber"/>
    <w:basedOn w:val="Grace4Normal"/>
    <w:uiPriority w:val="99"/>
    <w:unhideWhenUsed/>
    <w:rsid w:val="00326F90"/>
    <w:pPr>
      <w:numPr>
        <w:numId w:val="5"/>
      </w:numPr>
      <w:contextualSpacing/>
    </w:pPr>
  </w:style>
  <w:style w:type="paragraph" w:styleId="Grace4ListNumber2">
    <w:name w:val="Grace document 4 ListNumber2"/>
    <w:basedOn w:val="Grace4Normal"/>
    <w:uiPriority w:val="99"/>
    <w:unhideWhenUsed/>
    <w:rsid w:val="0029639D"/>
    <w:pPr>
      <w:numPr>
        <w:numId w:val="6"/>
      </w:numPr>
      <w:contextualSpacing/>
    </w:pPr>
  </w:style>
  <w:style w:type="paragraph" w:styleId="Grace4ListNumber3">
    <w:name w:val="Grace document 4 ListNumber3"/>
    <w:basedOn w:val="Grace4Normal"/>
    <w:uiPriority w:val="99"/>
    <w:unhideWhenUsed/>
    <w:rsid w:val="0029639D"/>
    <w:pPr>
      <w:numPr>
        <w:numId w:val="7"/>
      </w:numPr>
      <w:contextualSpacing/>
    </w:pPr>
  </w:style>
  <w:style w:type="paragraph" w:styleId="Grace4ListContinue">
    <w:name w:val="Grace document 4 ListContinue"/>
    <w:basedOn w:val="Grace4Normal"/>
    <w:uiPriority w:val="99"/>
    <w:unhideWhenUsed/>
    <w:rsid w:val="0029639D"/>
    <w:pPr>
      <w:spacing w:after="120"/>
      <w:ind w:left="360"/>
      <w:contextualSpacing/>
    </w:pPr>
  </w:style>
  <w:style w:type="paragraph" w:styleId="Grace4ListContinue2">
    <w:name w:val="Grace document 4 ListContinue2"/>
    <w:basedOn w:val="Grace4Normal"/>
    <w:uiPriority w:val="99"/>
    <w:unhideWhenUsed/>
    <w:rsid w:val="0029639D"/>
    <w:pPr>
      <w:spacing w:after="120"/>
      <w:ind w:left="720"/>
      <w:contextualSpacing/>
    </w:pPr>
  </w:style>
  <w:style w:type="paragraph" w:styleId="Grace4ListContinue3">
    <w:name w:val="Grace document 4 ListContinue3"/>
    <w:basedOn w:val="Grace4Normal"/>
    <w:uiPriority w:val="99"/>
    <w:unhideWhenUsed/>
    <w:rsid w:val="0029639D"/>
    <w:pPr>
      <w:spacing w:after="120"/>
      <w:ind w:left="1080"/>
      <w:contextualSpacing/>
    </w:pPr>
  </w:style>
  <w:style w:type="paragraph" w:styleId="Grace4MacroText">
    <w:name w:val="Grace document 4 MacroText"/>
    <w:link w:val="Grace4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4MacroTextChar">
    <w:name w:val="Grace document 4 MacroTextChar"/>
    <w:basedOn w:val="Grace4DefaultParagraphFont"/>
    <w:link w:val="Grace4MacroText"/>
    <w:uiPriority w:val="99"/>
    <w:rsid w:val="0029639D"/>
    <w:rPr>
      <w:rFonts w:ascii="Courier" w:hAnsi="Courier"/>
      <w:sz w:val="20"/>
      <w:szCs w:val="20"/>
    </w:rPr>
  </w:style>
  <w:style w:type="paragraph" w:styleId="Grace4Quote">
    <w:name w:val="Grace document 4 Quote"/>
    <w:basedOn w:val="Grace4Normal"/>
    <w:next w:val="Grace4Normal"/>
    <w:link w:val="Grace4QuoteChar"/>
    <w:uiPriority w:val="29"/>
    <w:qFormat/>
    <w:rsid w:val="00FC693F"/>
    <w:rPr>
      <w:i/>
      <w:iCs/>
      <w:color w:val="000000" w:themeColor="text1"/>
    </w:rPr>
  </w:style>
  <w:style w:type="character" w:customStyle="1" w:styleId="Grace4QuoteChar">
    <w:name w:val="Grace document 4 QuoteChar"/>
    <w:basedOn w:val="Grace4DefaultParagraphFont"/>
    <w:link w:val="Grace4Quote"/>
    <w:uiPriority w:val="29"/>
    <w:rsid w:val="00FC693F"/>
    <w:rPr>
      <w:i/>
      <w:iCs/>
      <w:color w:val="000000" w:themeColor="text1"/>
    </w:rPr>
  </w:style>
  <w:style w:type="character" w:customStyle="1" w:styleId="Grace4Heading4Char">
    <w:name w:val="Grace document 4 Heading4Char"/>
    <w:basedOn w:val="Grace4DefaultParagraphFont"/>
    <w:link w:val="Grace4Heading4"/>
    <w:uiPriority w:val="9"/>
    <w:semiHidden/>
    <w:rsid w:val="00FC693F"/>
    <w:rPr>
      <w:rFonts w:asciiTheme="majorHAnsi" w:eastAsiaTheme="majorEastAsia" w:hAnsiTheme="majorHAnsi" w:cstheme="majorBidi"/>
      <w:b/>
      <w:bCs/>
      <w:i/>
      <w:iCs/>
      <w:color w:val="4F81BD" w:themeColor="accent1"/>
    </w:rPr>
  </w:style>
  <w:style w:type="character" w:customStyle="1" w:styleId="Grace4Heading5Char">
    <w:name w:val="Grace document 4 Heading5Char"/>
    <w:basedOn w:val="Grace4DefaultParagraphFont"/>
    <w:link w:val="Grace4Heading5"/>
    <w:uiPriority w:val="9"/>
    <w:semiHidden/>
    <w:rsid w:val="00FC693F"/>
    <w:rPr>
      <w:rFonts w:asciiTheme="majorHAnsi" w:eastAsiaTheme="majorEastAsia" w:hAnsiTheme="majorHAnsi" w:cstheme="majorBidi"/>
      <w:color w:val="243F60" w:themeColor="accent1" w:themeShade="7F"/>
    </w:rPr>
  </w:style>
  <w:style w:type="character" w:customStyle="1" w:styleId="Grace4Heading6Char">
    <w:name w:val="Grace document 4 Heading6Char"/>
    <w:basedOn w:val="Grace4DefaultParagraphFont"/>
    <w:link w:val="Grace4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4Heading7Char">
    <w:name w:val="Grace document 4 Heading7Char"/>
    <w:basedOn w:val="Grace4DefaultParagraphFont"/>
    <w:link w:val="Grace4Heading7"/>
    <w:uiPriority w:val="9"/>
    <w:semiHidden/>
    <w:rsid w:val="00FC693F"/>
    <w:rPr>
      <w:rFonts w:asciiTheme="majorHAnsi" w:eastAsiaTheme="majorEastAsia" w:hAnsiTheme="majorHAnsi" w:cstheme="majorBidi"/>
      <w:i/>
      <w:iCs/>
      <w:color w:val="404040" w:themeColor="text1" w:themeTint="BF"/>
    </w:rPr>
  </w:style>
  <w:style w:type="character" w:customStyle="1" w:styleId="Grace4Heading8Char">
    <w:name w:val="Grace document 4 Heading8Char"/>
    <w:basedOn w:val="Grace4DefaultParagraphFont"/>
    <w:link w:val="Grace4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4Heading9Char">
    <w:name w:val="Grace document 4 Heading9Char"/>
    <w:basedOn w:val="Grace4DefaultParagraphFont"/>
    <w:link w:val="Grace4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4Caption">
    <w:name w:val="Grace document 4 Caption"/>
    <w:basedOn w:val="Grace4Normal"/>
    <w:next w:val="Grace4Normal"/>
    <w:uiPriority w:val="35"/>
    <w:semiHidden/>
    <w:unhideWhenUsed/>
    <w:qFormat/>
    <w:rsid w:val="00FC693F"/>
    <w:pPr>
      <w:spacing w:line="240" w:lineRule="auto"/>
    </w:pPr>
    <w:rPr>
      <w:b/>
      <w:bCs/>
      <w:color w:val="4F81BD" w:themeColor="accent1"/>
      <w:sz w:val="18"/>
      <w:szCs w:val="18"/>
    </w:rPr>
  </w:style>
  <w:style w:type="character" w:styleId="Grace4Strong">
    <w:name w:val="Grace document 4 Strong"/>
    <w:basedOn w:val="Grace4DefaultParagraphFont"/>
    <w:uiPriority w:val="22"/>
    <w:qFormat/>
    <w:rsid w:val="00FC693F"/>
    <w:rPr>
      <w:b/>
      <w:bCs/>
    </w:rPr>
  </w:style>
  <w:style w:type="character" w:styleId="Grace4Emphasis">
    <w:name w:val="Grace document 4 Emphasis"/>
    <w:basedOn w:val="Grace4DefaultParagraphFont"/>
    <w:uiPriority w:val="20"/>
    <w:qFormat/>
    <w:rsid w:val="00FC693F"/>
    <w:rPr>
      <w:i/>
      <w:iCs/>
    </w:rPr>
  </w:style>
  <w:style w:type="paragraph" w:styleId="Grace4IntenseQuote">
    <w:name w:val="Grace document 4 IntenseQuote"/>
    <w:basedOn w:val="Grace4Normal"/>
    <w:next w:val="Grace4Normal"/>
    <w:link w:val="Grace4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4IntenseQuoteChar">
    <w:name w:val="Grace document 4 IntenseQuoteChar"/>
    <w:basedOn w:val="Grace4DefaultParagraphFont"/>
    <w:link w:val="Grace4IntenseQuote"/>
    <w:uiPriority w:val="30"/>
    <w:rsid w:val="00FC693F"/>
    <w:rPr>
      <w:b/>
      <w:bCs/>
      <w:i/>
      <w:iCs/>
      <w:color w:val="4F81BD" w:themeColor="accent1"/>
    </w:rPr>
  </w:style>
  <w:style w:type="character" w:styleId="Grace4SubtleEmphasis">
    <w:name w:val="Grace document 4 SubtleEmphasis"/>
    <w:basedOn w:val="Grace4DefaultParagraphFont"/>
    <w:uiPriority w:val="19"/>
    <w:qFormat/>
    <w:rsid w:val="00FC693F"/>
    <w:rPr>
      <w:i/>
      <w:iCs/>
      <w:color w:val="808080" w:themeColor="text1" w:themeTint="7F"/>
    </w:rPr>
  </w:style>
  <w:style w:type="character" w:styleId="Grace4IntenseEmphasis">
    <w:name w:val="Grace document 4 IntenseEmphasis"/>
    <w:basedOn w:val="Grace4DefaultParagraphFont"/>
    <w:uiPriority w:val="21"/>
    <w:qFormat/>
    <w:rsid w:val="00FC693F"/>
    <w:rPr>
      <w:b/>
      <w:bCs/>
      <w:i/>
      <w:iCs/>
      <w:color w:val="4F81BD" w:themeColor="accent1"/>
    </w:rPr>
  </w:style>
  <w:style w:type="character" w:styleId="Grace4SubtleReference">
    <w:name w:val="Grace document 4 SubtleReference"/>
    <w:basedOn w:val="Grace4DefaultParagraphFont"/>
    <w:uiPriority w:val="31"/>
    <w:qFormat/>
    <w:rsid w:val="00FC693F"/>
    <w:rPr>
      <w:smallCaps/>
      <w:color w:val="C0504D" w:themeColor="accent2"/>
      <w:u w:val="single"/>
    </w:rPr>
  </w:style>
  <w:style w:type="character" w:styleId="Grace4IntenseReference">
    <w:name w:val="Grace document 4 IntenseReference"/>
    <w:basedOn w:val="Grace4DefaultParagraphFont"/>
    <w:uiPriority w:val="32"/>
    <w:qFormat/>
    <w:rsid w:val="00FC693F"/>
    <w:rPr>
      <w:b/>
      <w:bCs/>
      <w:smallCaps/>
      <w:color w:val="C0504D" w:themeColor="accent2"/>
      <w:spacing w:val="5"/>
      <w:u w:val="single"/>
    </w:rPr>
  </w:style>
  <w:style w:type="character" w:styleId="Grace4BookTitle">
    <w:name w:val="Grace document 4 BookTitle"/>
    <w:basedOn w:val="Grace4DefaultParagraphFont"/>
    <w:uiPriority w:val="33"/>
    <w:qFormat/>
    <w:rsid w:val="00FC693F"/>
    <w:rPr>
      <w:b/>
      <w:bCs/>
      <w:smallCaps/>
      <w:spacing w:val="5"/>
    </w:rPr>
  </w:style>
  <w:style w:type="paragraph" w:styleId="Grace4TOCHeading">
    <w:name w:val="Grace document 4 TOCHeading"/>
    <w:basedOn w:val="Grace4Heading1"/>
    <w:next w:val="Grace4Normal"/>
    <w:uiPriority w:val="39"/>
    <w:semiHidden/>
    <w:unhideWhenUsed/>
    <w:qFormat/>
    <w:rsid w:val="00FC693F"/>
    <w:pPr>
      <w:outlineLvl w:val="9"/>
    </w:pPr>
  </w:style>
  <w:style w:type="table" w:styleId="Grace4TableGrid">
    <w:name w:val="Grace document 4 TableGrid"/>
    <w:basedOn w:val="Grace4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ce4LightShading">
    <w:name w:val="Grace document 4 LightShading"/>
    <w:basedOn w:val="Grace4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4LightShading-Accent1">
    <w:name w:val="Grace document 4 LightShading-Accent1"/>
    <w:basedOn w:val="Grace4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4LightShading-Accent2">
    <w:name w:val="Grace document 4 LightShading-Accent2"/>
    <w:basedOn w:val="Grace4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4LightShading-Accent3">
    <w:name w:val="Grace document 4 LightShading-Accent3"/>
    <w:basedOn w:val="Grace4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4LightShading-Accent4">
    <w:name w:val="Grace document 4 LightShading-Accent4"/>
    <w:basedOn w:val="Grace4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4LightShading-Accent5">
    <w:name w:val="Grace document 4 LightShading-Accent5"/>
    <w:basedOn w:val="Grace4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4LightShading-Accent6">
    <w:name w:val="Grace document 4 LightShading-Accent6"/>
    <w:basedOn w:val="Grace4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4LightList">
    <w:name w:val="Grace document 4 LightList"/>
    <w:basedOn w:val="Grace4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4LightList-Accent1">
    <w:name w:val="Grace document 4 LightList-Accent1"/>
    <w:basedOn w:val="Grace4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4LightList-Accent2">
    <w:name w:val="Grace document 4 LightList-Accent2"/>
    <w:basedOn w:val="Grace4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4LightList-Accent3">
    <w:name w:val="Grace document 4 LightList-Accent3"/>
    <w:basedOn w:val="Grace4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4LightList-Accent4">
    <w:name w:val="Grace document 4 LightList-Accent4"/>
    <w:basedOn w:val="Grace4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4LightList-Accent5">
    <w:name w:val="Grace document 4 LightList-Accent5"/>
    <w:basedOn w:val="Grace4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4LightList-Accent6">
    <w:name w:val="Grace document 4 LightList-Accent6"/>
    <w:basedOn w:val="Grace4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4LightGrid">
    <w:name w:val="Grace document 4 LightGrid"/>
    <w:basedOn w:val="Grace4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4LightGrid-Accent1">
    <w:name w:val="Grace document 4 LightGrid-Accent1"/>
    <w:basedOn w:val="Grace4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4LightGrid-Accent2">
    <w:name w:val="Grace document 4 LightGrid-Accent2"/>
    <w:basedOn w:val="Grace4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4LightGrid-Accent3">
    <w:name w:val="Grace document 4 LightGrid-Accent3"/>
    <w:basedOn w:val="Grace4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4LightGrid-Accent4">
    <w:name w:val="Grace document 4 LightGrid-Accent4"/>
    <w:basedOn w:val="Grace4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4LightGrid-Accent5">
    <w:name w:val="Grace document 4 LightGrid-Accent5"/>
    <w:basedOn w:val="Grace4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4LightGrid-Accent6">
    <w:name w:val="Grace document 4 LightGrid-Accent6"/>
    <w:basedOn w:val="Grace4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4MediumShading1">
    <w:name w:val="Grace document 4 MediumShading1"/>
    <w:basedOn w:val="Grace4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4MediumShading1-Accent1">
    <w:name w:val="Grace document 4 MediumShading1-Accent1"/>
    <w:basedOn w:val="Grace4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4MediumShading1-Accent2">
    <w:name w:val="Grace document 4 MediumShading1-Accent2"/>
    <w:basedOn w:val="Grace4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4MediumShading1-Accent3">
    <w:name w:val="Grace document 4 MediumShading1-Accent3"/>
    <w:basedOn w:val="Grace4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4MediumShading1-Accent4">
    <w:name w:val="Grace document 4 MediumShading1-Accent4"/>
    <w:basedOn w:val="Grace4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4MediumShading1-Accent5">
    <w:name w:val="Grace document 4 MediumShading1-Accent5"/>
    <w:basedOn w:val="Grace4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4MediumShading1-Accent6">
    <w:name w:val="Grace document 4 MediumShading1-Accent6"/>
    <w:basedOn w:val="Grace4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4MediumShading2">
    <w:name w:val="Grace document 4 MediumShading2"/>
    <w:basedOn w:val="Grace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4MediumShading2-Accent1">
    <w:name w:val="Grace document 4 MediumShading2-Accent1"/>
    <w:basedOn w:val="Grace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4MediumShading2-Accent2">
    <w:name w:val="Grace document 4 MediumShading2-Accent2"/>
    <w:basedOn w:val="Grace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4MediumShading2-Accent3">
    <w:name w:val="Grace document 4 MediumShading2-Accent3"/>
    <w:basedOn w:val="Grace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4MediumShading2-Accent4">
    <w:name w:val="Grace document 4 MediumShading2-Accent4"/>
    <w:basedOn w:val="Grace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4MediumShading2-Accent5">
    <w:name w:val="Grace document 4 MediumShading2-Accent5"/>
    <w:basedOn w:val="Grace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4MediumShading2-Accent6">
    <w:name w:val="Grace document 4 MediumShading2-Accent6"/>
    <w:basedOn w:val="Grace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4MediumList1">
    <w:name w:val="Grace document 4 MediumList1"/>
    <w:basedOn w:val="Grace4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4MediumList1-Accent1">
    <w:name w:val="Grace document 4 MediumList1-Accent1"/>
    <w:basedOn w:val="Grace4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4MediumList1-Accent2">
    <w:name w:val="Grace document 4 MediumList1-Accent2"/>
    <w:basedOn w:val="Grace4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4MediumList1-Accent3">
    <w:name w:val="Grace document 4 MediumList1-Accent3"/>
    <w:basedOn w:val="Grace4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4MediumList1-Accent4">
    <w:name w:val="Grace document 4 MediumList1-Accent4"/>
    <w:basedOn w:val="Grace4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4MediumList1-Accent5">
    <w:name w:val="Grace document 4 MediumList1-Accent5"/>
    <w:basedOn w:val="Grace4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4MediumList1-Accent6">
    <w:name w:val="Grace document 4 MediumList1-Accent6"/>
    <w:basedOn w:val="Grace4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4MediumList2">
    <w:name w:val="Grace document 4 MediumList2"/>
    <w:basedOn w:val="Grac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4MediumList2-Accent1">
    <w:name w:val="Grace document 4 MediumList2-Accent1"/>
    <w:basedOn w:val="Grac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4MediumList2-Accent2">
    <w:name w:val="Grace document 4 MediumList2-Accent2"/>
    <w:basedOn w:val="Grac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4MediumList2-Accent3">
    <w:name w:val="Grace document 4 MediumList2-Accent3"/>
    <w:basedOn w:val="Grac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4MediumList2-Accent4">
    <w:name w:val="Grace document 4 MediumList2-Accent4"/>
    <w:basedOn w:val="Grac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4MediumList2-Accent5">
    <w:name w:val="Grace document 4 MediumList2-Accent5"/>
    <w:basedOn w:val="Grac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4MediumList2-Accent6">
    <w:name w:val="Grace document 4 MediumList2-Accent6"/>
    <w:basedOn w:val="Grace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4MediumGrid1">
    <w:name w:val="Grace document 4 MediumGrid1"/>
    <w:basedOn w:val="Grace4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4MediumGrid1-Accent1">
    <w:name w:val="Grace document 4 MediumGrid1-Accent1"/>
    <w:basedOn w:val="Grace4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4MediumGrid1-Accent2">
    <w:name w:val="Grace document 4 MediumGrid1-Accent2"/>
    <w:basedOn w:val="Grace4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4MediumGrid1-Accent3">
    <w:name w:val="Grace document 4 MediumGrid1-Accent3"/>
    <w:basedOn w:val="Grace4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4MediumGrid1-Accent4">
    <w:name w:val="Grace document 4 MediumGrid1-Accent4"/>
    <w:basedOn w:val="Grace4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4MediumGrid1-Accent5">
    <w:name w:val="Grace document 4 MediumGrid1-Accent5"/>
    <w:basedOn w:val="Grace4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4MediumGrid1-Accent6">
    <w:name w:val="Grace document 4 MediumGrid1-Accent6"/>
    <w:basedOn w:val="Grace4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4MediumGrid2">
    <w:name w:val="Grace document 4 MediumGrid2"/>
    <w:basedOn w:val="Grac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4MediumGrid2-Accent1">
    <w:name w:val="Grace document 4 MediumGrid2-Accent1"/>
    <w:basedOn w:val="Grac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4MediumGrid2-Accent2">
    <w:name w:val="Grace document 4 MediumGrid2-Accent2"/>
    <w:basedOn w:val="Grac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4MediumGrid2-Accent3">
    <w:name w:val="Grace document 4 MediumGrid2-Accent3"/>
    <w:basedOn w:val="Grac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4MediumGrid2-Accent4">
    <w:name w:val="Grace document 4 MediumGrid2-Accent4"/>
    <w:basedOn w:val="Grac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4MediumGrid2-Accent5">
    <w:name w:val="Grace document 4 MediumGrid2-Accent5"/>
    <w:basedOn w:val="Grac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4MediumGrid2-Accent6">
    <w:name w:val="Grace document 4 MediumGrid2-Accent6"/>
    <w:basedOn w:val="Grace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4MediumGrid3">
    <w:name w:val="Grace document 4 MediumGrid3"/>
    <w:basedOn w:val="Grace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4MediumGrid3-Accent1">
    <w:name w:val="Grace document 4 MediumGrid3-Accent1"/>
    <w:basedOn w:val="Grace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4MediumGrid3-Accent2">
    <w:name w:val="Grace document 4 MediumGrid3-Accent2"/>
    <w:basedOn w:val="Grace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4MediumGrid3-Accent3">
    <w:name w:val="Grace document 4 MediumGrid3-Accent3"/>
    <w:basedOn w:val="Grace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4MediumGrid3-Accent4">
    <w:name w:val="Grace document 4 MediumGrid3-Accent4"/>
    <w:basedOn w:val="Grace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4MediumGrid3-Accent5">
    <w:name w:val="Grace document 4 MediumGrid3-Accent5"/>
    <w:basedOn w:val="Grace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4MediumGrid3-Accent6">
    <w:name w:val="Grace document 4 MediumGrid3-Accent6"/>
    <w:basedOn w:val="Grace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4DarkList">
    <w:name w:val="Grace document 4 DarkList"/>
    <w:basedOn w:val="Grace4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4DarkList-Accent1">
    <w:name w:val="Grace document 4 DarkList-Accent1"/>
    <w:basedOn w:val="Grace4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4DarkList-Accent2">
    <w:name w:val="Grace document 4 DarkList-Accent2"/>
    <w:basedOn w:val="Grace4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4DarkList-Accent3">
    <w:name w:val="Grace document 4 DarkList-Accent3"/>
    <w:basedOn w:val="Grace4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4DarkList-Accent4">
    <w:name w:val="Grace document 4 DarkList-Accent4"/>
    <w:basedOn w:val="Grace4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4DarkList-Accent5">
    <w:name w:val="Grace document 4 DarkList-Accent5"/>
    <w:basedOn w:val="Grace4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4DarkList-Accent6">
    <w:name w:val="Grace document 4 DarkList-Accent6"/>
    <w:basedOn w:val="Grace4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4ColorfulShading">
    <w:name w:val="Grace document 4 ColorfulShading"/>
    <w:basedOn w:val="Grace4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4ColorfulShading-Accent1">
    <w:name w:val="Grace document 4 ColorfulShading-Accent1"/>
    <w:basedOn w:val="Grace4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4ColorfulShading-Accent2">
    <w:name w:val="Grace document 4 ColorfulShading-Accent2"/>
    <w:basedOn w:val="Grace4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4ColorfulShading-Accent3">
    <w:name w:val="Grace document 4 ColorfulShading-Accent3"/>
    <w:basedOn w:val="Grace4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4ColorfulShading-Accent4">
    <w:name w:val="Grace document 4 ColorfulShading-Accent4"/>
    <w:basedOn w:val="Grace4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4ColorfulShading-Accent5">
    <w:name w:val="Grace document 4 ColorfulShading-Accent5"/>
    <w:basedOn w:val="Grace4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4ColorfulShading-Accent6">
    <w:name w:val="Grace document 4 ColorfulShading-Accent6"/>
    <w:basedOn w:val="Grace4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4ColorfulList">
    <w:name w:val="Grace document 4 ColorfulList"/>
    <w:basedOn w:val="Grace4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4ColorfulList-Accent1">
    <w:name w:val="Grace document 4 ColorfulList-Accent1"/>
    <w:basedOn w:val="Grace4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4ColorfulList-Accent2">
    <w:name w:val="Grace document 4 ColorfulList-Accent2"/>
    <w:basedOn w:val="Grace4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4ColorfulList-Accent3">
    <w:name w:val="Grace document 4 ColorfulList-Accent3"/>
    <w:basedOn w:val="Grace4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4ColorfulList-Accent4">
    <w:name w:val="Grace document 4 ColorfulList-Accent4"/>
    <w:basedOn w:val="Grace4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4ColorfulList-Accent5">
    <w:name w:val="Grace document 4 ColorfulList-Accent5"/>
    <w:basedOn w:val="Grace4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4ColorfulList-Accent6">
    <w:name w:val="Grace document 4 ColorfulList-Accent6"/>
    <w:basedOn w:val="Grace4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4ColorfulGrid">
    <w:name w:val="Grace document 4 ColorfulGrid"/>
    <w:basedOn w:val="Grace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4ColorfulGrid-Accent1">
    <w:name w:val="Grace document 4 ColorfulGrid-Accent1"/>
    <w:basedOn w:val="Grace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4ColorfulGrid-Accent2">
    <w:name w:val="Grace document 4 ColorfulGrid-Accent2"/>
    <w:basedOn w:val="Grace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4ColorfulGrid-Accent3">
    <w:name w:val="Grace document 4 ColorfulGrid-Accent3"/>
    <w:basedOn w:val="Grace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4ColorfulGrid-Accent4">
    <w:name w:val="Grace document 4 ColorfulGrid-Accent4"/>
    <w:basedOn w:val="Grace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4ColorfulGrid-Accent5">
    <w:name w:val="Grace document 4 ColorfulGrid-Accent5"/>
    <w:basedOn w:val="Grace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4ColorfulGrid-Accent6">
    <w:name w:val="Grace document 4 ColorfulGrid-Accent6"/>
    <w:basedOn w:val="Grace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5Normal">
    <w:name w:val="Grace document 5 Normal"/>
    <w:qFormat/>
    <w:rsid w:val="00FC693F"/>
    <w:rPr>
      <w:rFonts w:ascii="Georgia" w:hAnsi="Georgia"/>
    </w:rPr>
  </w:style>
  <w:style w:type="paragraph" w:styleId="Grace5Heading1">
    <w:name w:val="Grace document 5 Heading1"/>
    <w:basedOn w:val="Grace5Normal"/>
    <w:next w:val="Grace5Normal"/>
    <w:link w:val="Grace5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Grace5Heading2">
    <w:name w:val="Grace document 5 Heading2"/>
    <w:basedOn w:val="Grace5Normal"/>
    <w:next w:val="Grace5Normal"/>
    <w:link w:val="Grace5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5Heading3">
    <w:name w:val="Grace document 5 Heading3"/>
    <w:basedOn w:val="Grace5Normal"/>
    <w:next w:val="Grace5Normal"/>
    <w:link w:val="Grace5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5Heading4">
    <w:name w:val="Grace document 5 Heading4"/>
    <w:basedOn w:val="Grace5Normal"/>
    <w:next w:val="Grace5Normal"/>
    <w:link w:val="Grace5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5Heading5">
    <w:name w:val="Grace document 5 Heading5"/>
    <w:basedOn w:val="Grace5Normal"/>
    <w:next w:val="Grace5Normal"/>
    <w:link w:val="Grace5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5Heading6">
    <w:name w:val="Grace document 5 Heading6"/>
    <w:basedOn w:val="Grace5Normal"/>
    <w:next w:val="Grace5Normal"/>
    <w:link w:val="Grace5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5Heading7">
    <w:name w:val="Grace document 5 Heading7"/>
    <w:basedOn w:val="Grace5Normal"/>
    <w:next w:val="Grace5Normal"/>
    <w:link w:val="Grace5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5Heading8">
    <w:name w:val="Grace document 5 Heading8"/>
    <w:basedOn w:val="Grace5Normal"/>
    <w:next w:val="Grace5Normal"/>
    <w:link w:val="Grace5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5Heading9">
    <w:name w:val="Grace document 5 Heading9"/>
    <w:basedOn w:val="Grace5Normal"/>
    <w:next w:val="Grace5Normal"/>
    <w:link w:val="Grace5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5DefaultParagraphFont">
    <w:name w:val="Grace document 5 DefaultParagraphFont"/>
    <w:uiPriority w:val="1"/>
    <w:semiHidden/>
    <w:unhideWhenUsed/>
  </w:style>
  <w:style w:type="table" w:styleId="Grace5TableNormal">
    <w:name w:val="Grace document 5 TableNormal"/>
    <w:uiPriority w:val="99"/>
    <w:semiHidden/>
    <w:unhideWhenUsed/>
    <w:tblPr>
      <w:tblInd w:w="0" w:type="dxa"/>
      <w:tblCellMar>
        <w:top w:w="0" w:type="dxa"/>
        <w:left w:w="108" w:type="dxa"/>
        <w:bottom w:w="0" w:type="dxa"/>
        <w:right w:w="108" w:type="dxa"/>
      </w:tblCellMar>
    </w:tblPr>
  </w:style>
  <w:style w:type="numbering" w:styleId="Grace5NoList">
    <w:name w:val="Grace document 5 NoList"/>
    <w:uiPriority w:val="99"/>
    <w:semiHidden/>
    <w:unhideWhenUsed/>
  </w:style>
  <w:style w:type="paragraph" w:styleId="Grace5Header">
    <w:name w:val="Grace document 5 Header"/>
    <w:basedOn w:val="Grace5Normal"/>
    <w:link w:val="Grace5HeaderChar"/>
    <w:uiPriority w:val="99"/>
    <w:unhideWhenUsed/>
    <w:rsid w:val="00E618BF"/>
    <w:pPr>
      <w:tabs>
        <w:tab w:val="center" w:pos="4680"/>
        <w:tab w:val="right" w:pos="9360"/>
      </w:tabs>
      <w:spacing w:after="0" w:line="240" w:lineRule="auto"/>
    </w:pPr>
  </w:style>
  <w:style w:type="character" w:customStyle="1" w:styleId="Grace5HeaderChar">
    <w:name w:val="Grace document 5 HeaderChar"/>
    <w:basedOn w:val="Grace5DefaultParagraphFont"/>
    <w:link w:val="Grace5Header"/>
    <w:uiPriority w:val="99"/>
    <w:rsid w:val="00E618BF"/>
  </w:style>
  <w:style w:type="paragraph" w:styleId="Grace5Footer">
    <w:name w:val="Grace document 5 Footer"/>
    <w:basedOn w:val="Grace5Normal"/>
    <w:link w:val="Grace5FooterChar"/>
    <w:uiPriority w:val="99"/>
    <w:unhideWhenUsed/>
    <w:rsid w:val="00E618BF"/>
    <w:pPr>
      <w:tabs>
        <w:tab w:val="center" w:pos="4680"/>
        <w:tab w:val="right" w:pos="9360"/>
      </w:tabs>
      <w:spacing w:after="0" w:line="240" w:lineRule="auto"/>
    </w:pPr>
  </w:style>
  <w:style w:type="character" w:customStyle="1" w:styleId="Grace5FooterChar">
    <w:name w:val="Grace document 5 FooterChar"/>
    <w:basedOn w:val="Grace5DefaultParagraphFont"/>
    <w:link w:val="Grace5Footer"/>
    <w:uiPriority w:val="99"/>
    <w:rsid w:val="00E618BF"/>
  </w:style>
  <w:style w:type="paragraph" w:styleId="Grace5NoSpacing">
    <w:name w:val="Grace document 5 NoSpacing"/>
    <w:uiPriority w:val="1"/>
    <w:qFormat/>
    <w:rsid w:val="00FC693F"/>
    <w:pPr>
      <w:spacing w:after="0" w:line="240" w:lineRule="auto"/>
    </w:pPr>
  </w:style>
  <w:style w:type="character" w:customStyle="1" w:styleId="Grace5Heading1Char">
    <w:name w:val="Grace document 5 Heading1Char"/>
    <w:basedOn w:val="Grace5DefaultParagraphFont"/>
    <w:link w:val="Grace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5Heading2Char">
    <w:name w:val="Grace document 5 Heading2Char"/>
    <w:basedOn w:val="Grace5DefaultParagraphFont"/>
    <w:link w:val="Grace5Heading2"/>
    <w:uiPriority w:val="9"/>
    <w:rsid w:val="00FC693F"/>
    <w:rPr>
      <w:rFonts w:asciiTheme="majorHAnsi" w:eastAsiaTheme="majorEastAsia" w:hAnsiTheme="majorHAnsi" w:cstheme="majorBidi"/>
      <w:b/>
      <w:bCs/>
      <w:color w:val="4F81BD" w:themeColor="accent1"/>
      <w:sz w:val="26"/>
      <w:szCs w:val="26"/>
    </w:rPr>
  </w:style>
  <w:style w:type="character" w:customStyle="1" w:styleId="Grace5Heading3Char">
    <w:name w:val="Grace document 5 Heading3Char"/>
    <w:basedOn w:val="Grace5DefaultParagraphFont"/>
    <w:link w:val="Grace5Heading3"/>
    <w:uiPriority w:val="9"/>
    <w:rsid w:val="00FC693F"/>
    <w:rPr>
      <w:rFonts w:asciiTheme="majorHAnsi" w:eastAsiaTheme="majorEastAsia" w:hAnsiTheme="majorHAnsi" w:cstheme="majorBidi"/>
      <w:b/>
      <w:bCs/>
      <w:color w:val="4F81BD" w:themeColor="accent1"/>
    </w:rPr>
  </w:style>
  <w:style w:type="paragraph" w:styleId="Grace5Title">
    <w:name w:val="Grace document 5 Title"/>
    <w:basedOn w:val="Grace5Normal"/>
    <w:next w:val="Grace5Normal"/>
    <w:link w:val="Grace5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5TitleChar">
    <w:name w:val="Grace document 5 TitleChar"/>
    <w:basedOn w:val="Grace5DefaultParagraphFont"/>
    <w:link w:val="Grace5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5Subtitle">
    <w:name w:val="Grace document 5 Subtitle"/>
    <w:basedOn w:val="Grace5Normal"/>
    <w:next w:val="Grace5Normal"/>
    <w:link w:val="Grace5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5SubtitleChar">
    <w:name w:val="Grace document 5 SubtitleChar"/>
    <w:basedOn w:val="Grace5DefaultParagraphFont"/>
    <w:link w:val="Grace5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5ListParagraph">
    <w:name w:val="Grace document 5 ListParagraph"/>
    <w:basedOn w:val="Grace5Normal"/>
    <w:uiPriority w:val="34"/>
    <w:qFormat/>
    <w:rsid w:val="00FC693F"/>
    <w:pPr>
      <w:ind w:left="720"/>
      <w:contextualSpacing/>
    </w:pPr>
  </w:style>
  <w:style w:type="paragraph" w:styleId="Grace5BodyText">
    <w:name w:val="Grace document 5 BodyText"/>
    <w:basedOn w:val="Grace5Normal"/>
    <w:link w:val="Grace5BodyTextChar"/>
    <w:uiPriority w:val="99"/>
    <w:unhideWhenUsed/>
    <w:rsid w:val="00AA1D8D"/>
    <w:pPr>
      <w:spacing w:after="120"/>
    </w:pPr>
  </w:style>
  <w:style w:type="character" w:customStyle="1" w:styleId="Grace5BodyTextChar">
    <w:name w:val="Grace document 5 BodyTextChar"/>
    <w:basedOn w:val="Grace5DefaultParagraphFont"/>
    <w:link w:val="Grace5BodyText"/>
    <w:uiPriority w:val="99"/>
    <w:rsid w:val="00AA1D8D"/>
  </w:style>
  <w:style w:type="paragraph" w:styleId="Grace5BodyText2">
    <w:name w:val="Grace document 5 BodyText2"/>
    <w:basedOn w:val="Grace5Normal"/>
    <w:link w:val="Grace5BodyText2Char"/>
    <w:uiPriority w:val="99"/>
    <w:unhideWhenUsed/>
    <w:rsid w:val="00AA1D8D"/>
    <w:pPr>
      <w:spacing w:after="120" w:line="480" w:lineRule="auto"/>
    </w:pPr>
  </w:style>
  <w:style w:type="character" w:customStyle="1" w:styleId="Grace5BodyText2Char">
    <w:name w:val="Grace document 5 BodyText2Char"/>
    <w:basedOn w:val="Grace5DefaultParagraphFont"/>
    <w:link w:val="Grace5BodyText2"/>
    <w:uiPriority w:val="99"/>
    <w:rsid w:val="00AA1D8D"/>
  </w:style>
  <w:style w:type="paragraph" w:styleId="Grace5BodyText3">
    <w:name w:val="Grace document 5 BodyText3"/>
    <w:basedOn w:val="Grace5Normal"/>
    <w:link w:val="Grace5BodyText3Char"/>
    <w:uiPriority w:val="99"/>
    <w:unhideWhenUsed/>
    <w:rsid w:val="00AA1D8D"/>
    <w:pPr>
      <w:spacing w:after="120"/>
    </w:pPr>
    <w:rPr>
      <w:sz w:val="16"/>
      <w:szCs w:val="16"/>
    </w:rPr>
  </w:style>
  <w:style w:type="character" w:customStyle="1" w:styleId="Grace5BodyText3Char">
    <w:name w:val="Grace document 5 BodyText3Char"/>
    <w:basedOn w:val="Grace5DefaultParagraphFont"/>
    <w:link w:val="Grace5BodyText3"/>
    <w:uiPriority w:val="99"/>
    <w:rsid w:val="00AA1D8D"/>
    <w:rPr>
      <w:sz w:val="16"/>
      <w:szCs w:val="16"/>
    </w:rPr>
  </w:style>
  <w:style w:type="paragraph" w:styleId="Grace5List">
    <w:name w:val="Grace document 5 List"/>
    <w:basedOn w:val="Grace5Normal"/>
    <w:uiPriority w:val="99"/>
    <w:unhideWhenUsed/>
    <w:rsid w:val="00AA1D8D"/>
    <w:pPr>
      <w:ind w:left="360" w:hanging="360"/>
      <w:contextualSpacing/>
    </w:pPr>
  </w:style>
  <w:style w:type="paragraph" w:styleId="Grace5List2">
    <w:name w:val="Grace document 5 List2"/>
    <w:basedOn w:val="Grace5Normal"/>
    <w:uiPriority w:val="99"/>
    <w:unhideWhenUsed/>
    <w:rsid w:val="00326F90"/>
    <w:pPr>
      <w:ind w:left="720" w:hanging="360"/>
      <w:contextualSpacing/>
    </w:pPr>
  </w:style>
  <w:style w:type="paragraph" w:styleId="Grace5List3">
    <w:name w:val="Grace document 5 List3"/>
    <w:basedOn w:val="Grace5Normal"/>
    <w:uiPriority w:val="99"/>
    <w:unhideWhenUsed/>
    <w:rsid w:val="00326F90"/>
    <w:pPr>
      <w:ind w:left="1080" w:hanging="360"/>
      <w:contextualSpacing/>
    </w:pPr>
  </w:style>
  <w:style w:type="paragraph" w:styleId="Grace5ListBullet">
    <w:name w:val="Grace document 5 ListBullet"/>
    <w:basedOn w:val="Grace5Normal"/>
    <w:uiPriority w:val="99"/>
    <w:unhideWhenUsed/>
    <w:rsid w:val="00326F90"/>
    <w:pPr>
      <w:numPr>
        <w:numId w:val="1"/>
      </w:numPr>
      <w:contextualSpacing/>
    </w:pPr>
  </w:style>
  <w:style w:type="paragraph" w:styleId="Grace5ListBullet2">
    <w:name w:val="Grace document 5 ListBullet2"/>
    <w:basedOn w:val="Grace5Normal"/>
    <w:uiPriority w:val="99"/>
    <w:unhideWhenUsed/>
    <w:rsid w:val="00326F90"/>
    <w:pPr>
      <w:numPr>
        <w:numId w:val="2"/>
      </w:numPr>
      <w:contextualSpacing/>
    </w:pPr>
  </w:style>
  <w:style w:type="paragraph" w:styleId="Grace5ListBullet3">
    <w:name w:val="Grace document 5 ListBullet3"/>
    <w:basedOn w:val="Grace5Normal"/>
    <w:uiPriority w:val="99"/>
    <w:unhideWhenUsed/>
    <w:rsid w:val="00326F90"/>
    <w:pPr>
      <w:numPr>
        <w:numId w:val="3"/>
      </w:numPr>
      <w:contextualSpacing/>
    </w:pPr>
  </w:style>
  <w:style w:type="paragraph" w:styleId="Grace5ListNumber">
    <w:name w:val="Grace document 5 ListNumber"/>
    <w:basedOn w:val="Grace5Normal"/>
    <w:uiPriority w:val="99"/>
    <w:unhideWhenUsed/>
    <w:rsid w:val="00326F90"/>
    <w:pPr>
      <w:numPr>
        <w:numId w:val="5"/>
      </w:numPr>
      <w:contextualSpacing/>
    </w:pPr>
  </w:style>
  <w:style w:type="paragraph" w:styleId="Grace5ListNumber2">
    <w:name w:val="Grace document 5 ListNumber2"/>
    <w:basedOn w:val="Grace5Normal"/>
    <w:uiPriority w:val="99"/>
    <w:unhideWhenUsed/>
    <w:rsid w:val="0029639D"/>
    <w:pPr>
      <w:numPr>
        <w:numId w:val="6"/>
      </w:numPr>
      <w:contextualSpacing/>
    </w:pPr>
  </w:style>
  <w:style w:type="paragraph" w:styleId="Grace5ListNumber3">
    <w:name w:val="Grace document 5 ListNumber3"/>
    <w:basedOn w:val="Grace5Normal"/>
    <w:uiPriority w:val="99"/>
    <w:unhideWhenUsed/>
    <w:rsid w:val="0029639D"/>
    <w:pPr>
      <w:numPr>
        <w:numId w:val="7"/>
      </w:numPr>
      <w:contextualSpacing/>
    </w:pPr>
  </w:style>
  <w:style w:type="paragraph" w:styleId="Grace5ListContinue">
    <w:name w:val="Grace document 5 ListContinue"/>
    <w:basedOn w:val="Grace5Normal"/>
    <w:uiPriority w:val="99"/>
    <w:unhideWhenUsed/>
    <w:rsid w:val="0029639D"/>
    <w:pPr>
      <w:spacing w:after="120"/>
      <w:ind w:left="360"/>
      <w:contextualSpacing/>
    </w:pPr>
  </w:style>
  <w:style w:type="paragraph" w:styleId="Grace5ListContinue2">
    <w:name w:val="Grace document 5 ListContinue2"/>
    <w:basedOn w:val="Grace5Normal"/>
    <w:uiPriority w:val="99"/>
    <w:unhideWhenUsed/>
    <w:rsid w:val="0029639D"/>
    <w:pPr>
      <w:spacing w:after="120"/>
      <w:ind w:left="720"/>
      <w:contextualSpacing/>
    </w:pPr>
  </w:style>
  <w:style w:type="paragraph" w:styleId="Grace5ListContinue3">
    <w:name w:val="Grace document 5 ListContinue3"/>
    <w:basedOn w:val="Grace5Normal"/>
    <w:uiPriority w:val="99"/>
    <w:unhideWhenUsed/>
    <w:rsid w:val="0029639D"/>
    <w:pPr>
      <w:spacing w:after="120"/>
      <w:ind w:left="1080"/>
      <w:contextualSpacing/>
    </w:pPr>
  </w:style>
  <w:style w:type="paragraph" w:styleId="Grace5MacroText">
    <w:name w:val="Grace document 5 MacroText"/>
    <w:link w:val="Grace5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5MacroTextChar">
    <w:name w:val="Grace document 5 MacroTextChar"/>
    <w:basedOn w:val="Grace5DefaultParagraphFont"/>
    <w:link w:val="Grace5MacroText"/>
    <w:uiPriority w:val="99"/>
    <w:rsid w:val="0029639D"/>
    <w:rPr>
      <w:rFonts w:ascii="Courier" w:hAnsi="Courier"/>
      <w:sz w:val="20"/>
      <w:szCs w:val="20"/>
    </w:rPr>
  </w:style>
  <w:style w:type="paragraph" w:styleId="Grace5Quote">
    <w:name w:val="Grace document 5 Quote"/>
    <w:basedOn w:val="Grace5Normal"/>
    <w:next w:val="Grace5Normal"/>
    <w:link w:val="Grace5QuoteChar"/>
    <w:uiPriority w:val="29"/>
    <w:qFormat/>
    <w:rsid w:val="00FC693F"/>
    <w:rPr>
      <w:i/>
      <w:iCs/>
      <w:color w:val="000000" w:themeColor="text1"/>
    </w:rPr>
  </w:style>
  <w:style w:type="character" w:customStyle="1" w:styleId="Grace5QuoteChar">
    <w:name w:val="Grace document 5 QuoteChar"/>
    <w:basedOn w:val="Grace5DefaultParagraphFont"/>
    <w:link w:val="Grace5Quote"/>
    <w:uiPriority w:val="29"/>
    <w:rsid w:val="00FC693F"/>
    <w:rPr>
      <w:i/>
      <w:iCs/>
      <w:color w:val="000000" w:themeColor="text1"/>
    </w:rPr>
  </w:style>
  <w:style w:type="character" w:customStyle="1" w:styleId="Grace5Heading4Char">
    <w:name w:val="Grace document 5 Heading4Char"/>
    <w:basedOn w:val="Grace5DefaultParagraphFont"/>
    <w:link w:val="Grace5Heading4"/>
    <w:uiPriority w:val="9"/>
    <w:semiHidden/>
    <w:rsid w:val="00FC693F"/>
    <w:rPr>
      <w:rFonts w:asciiTheme="majorHAnsi" w:eastAsiaTheme="majorEastAsia" w:hAnsiTheme="majorHAnsi" w:cstheme="majorBidi"/>
      <w:b/>
      <w:bCs/>
      <w:i/>
      <w:iCs/>
      <w:color w:val="4F81BD" w:themeColor="accent1"/>
    </w:rPr>
  </w:style>
  <w:style w:type="character" w:customStyle="1" w:styleId="Grace5Heading5Char">
    <w:name w:val="Grace document 5 Heading5Char"/>
    <w:basedOn w:val="Grace5DefaultParagraphFont"/>
    <w:link w:val="Grace5Heading5"/>
    <w:uiPriority w:val="9"/>
    <w:semiHidden/>
    <w:rsid w:val="00FC693F"/>
    <w:rPr>
      <w:rFonts w:asciiTheme="majorHAnsi" w:eastAsiaTheme="majorEastAsia" w:hAnsiTheme="majorHAnsi" w:cstheme="majorBidi"/>
      <w:color w:val="243F60" w:themeColor="accent1" w:themeShade="7F"/>
    </w:rPr>
  </w:style>
  <w:style w:type="character" w:customStyle="1" w:styleId="Grace5Heading6Char">
    <w:name w:val="Grace document 5 Heading6Char"/>
    <w:basedOn w:val="Grace5DefaultParagraphFont"/>
    <w:link w:val="Grace5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5Heading7Char">
    <w:name w:val="Grace document 5 Heading7Char"/>
    <w:basedOn w:val="Grace5DefaultParagraphFont"/>
    <w:link w:val="Grace5Heading7"/>
    <w:uiPriority w:val="9"/>
    <w:semiHidden/>
    <w:rsid w:val="00FC693F"/>
    <w:rPr>
      <w:rFonts w:asciiTheme="majorHAnsi" w:eastAsiaTheme="majorEastAsia" w:hAnsiTheme="majorHAnsi" w:cstheme="majorBidi"/>
      <w:i/>
      <w:iCs/>
      <w:color w:val="404040" w:themeColor="text1" w:themeTint="BF"/>
    </w:rPr>
  </w:style>
  <w:style w:type="character" w:customStyle="1" w:styleId="Grace5Heading8Char">
    <w:name w:val="Grace document 5 Heading8Char"/>
    <w:basedOn w:val="Grace5DefaultParagraphFont"/>
    <w:link w:val="Grace5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5Heading9Char">
    <w:name w:val="Grace document 5 Heading9Char"/>
    <w:basedOn w:val="Grace5DefaultParagraphFont"/>
    <w:link w:val="Grace5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5Caption">
    <w:name w:val="Grace document 5 Caption"/>
    <w:basedOn w:val="Grace5Normal"/>
    <w:next w:val="Grace5Normal"/>
    <w:uiPriority w:val="35"/>
    <w:semiHidden/>
    <w:unhideWhenUsed/>
    <w:qFormat/>
    <w:rsid w:val="00FC693F"/>
    <w:pPr>
      <w:spacing w:line="240" w:lineRule="auto"/>
    </w:pPr>
    <w:rPr>
      <w:b/>
      <w:bCs/>
      <w:color w:val="4F81BD" w:themeColor="accent1"/>
      <w:sz w:val="18"/>
      <w:szCs w:val="18"/>
    </w:rPr>
  </w:style>
  <w:style w:type="character" w:styleId="Grace5Strong">
    <w:name w:val="Grace document 5 Strong"/>
    <w:basedOn w:val="Grace5DefaultParagraphFont"/>
    <w:uiPriority w:val="22"/>
    <w:qFormat/>
    <w:rsid w:val="00FC693F"/>
    <w:rPr>
      <w:b/>
      <w:bCs/>
    </w:rPr>
  </w:style>
  <w:style w:type="character" w:styleId="Grace5Emphasis">
    <w:name w:val="Grace document 5 Emphasis"/>
    <w:basedOn w:val="Grace5DefaultParagraphFont"/>
    <w:uiPriority w:val="20"/>
    <w:qFormat/>
    <w:rsid w:val="00FC693F"/>
    <w:rPr>
      <w:i/>
      <w:iCs/>
    </w:rPr>
  </w:style>
  <w:style w:type="paragraph" w:styleId="Grace5IntenseQuote">
    <w:name w:val="Grace document 5 IntenseQuote"/>
    <w:basedOn w:val="Grace5Normal"/>
    <w:next w:val="Grace5Normal"/>
    <w:link w:val="Grace5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5IntenseQuoteChar">
    <w:name w:val="Grace document 5 IntenseQuoteChar"/>
    <w:basedOn w:val="Grace5DefaultParagraphFont"/>
    <w:link w:val="Grace5IntenseQuote"/>
    <w:uiPriority w:val="30"/>
    <w:rsid w:val="00FC693F"/>
    <w:rPr>
      <w:b/>
      <w:bCs/>
      <w:i/>
      <w:iCs/>
      <w:color w:val="4F81BD" w:themeColor="accent1"/>
    </w:rPr>
  </w:style>
  <w:style w:type="character" w:styleId="Grace5SubtleEmphasis">
    <w:name w:val="Grace document 5 SubtleEmphasis"/>
    <w:basedOn w:val="Grace5DefaultParagraphFont"/>
    <w:uiPriority w:val="19"/>
    <w:qFormat/>
    <w:rsid w:val="00FC693F"/>
    <w:rPr>
      <w:i/>
      <w:iCs/>
      <w:color w:val="808080" w:themeColor="text1" w:themeTint="7F"/>
    </w:rPr>
  </w:style>
  <w:style w:type="character" w:styleId="Grace5IntenseEmphasis">
    <w:name w:val="Grace document 5 IntenseEmphasis"/>
    <w:basedOn w:val="Grace5DefaultParagraphFont"/>
    <w:uiPriority w:val="21"/>
    <w:qFormat/>
    <w:rsid w:val="00FC693F"/>
    <w:rPr>
      <w:b/>
      <w:bCs/>
      <w:i/>
      <w:iCs/>
      <w:color w:val="4F81BD" w:themeColor="accent1"/>
    </w:rPr>
  </w:style>
  <w:style w:type="character" w:styleId="Grace5SubtleReference">
    <w:name w:val="Grace document 5 SubtleReference"/>
    <w:basedOn w:val="Grace5DefaultParagraphFont"/>
    <w:uiPriority w:val="31"/>
    <w:qFormat/>
    <w:rsid w:val="00FC693F"/>
    <w:rPr>
      <w:smallCaps/>
      <w:color w:val="C0504D" w:themeColor="accent2"/>
      <w:u w:val="single"/>
    </w:rPr>
  </w:style>
  <w:style w:type="character" w:styleId="Grace5IntenseReference">
    <w:name w:val="Grace document 5 IntenseReference"/>
    <w:basedOn w:val="Grace5DefaultParagraphFont"/>
    <w:uiPriority w:val="32"/>
    <w:qFormat/>
    <w:rsid w:val="00FC693F"/>
    <w:rPr>
      <w:b/>
      <w:bCs/>
      <w:smallCaps/>
      <w:color w:val="C0504D" w:themeColor="accent2"/>
      <w:spacing w:val="5"/>
      <w:u w:val="single"/>
    </w:rPr>
  </w:style>
  <w:style w:type="character" w:styleId="Grace5BookTitle">
    <w:name w:val="Grace document 5 BookTitle"/>
    <w:basedOn w:val="Grace5DefaultParagraphFont"/>
    <w:uiPriority w:val="33"/>
    <w:qFormat/>
    <w:rsid w:val="00FC693F"/>
    <w:rPr>
      <w:b/>
      <w:bCs/>
      <w:smallCaps/>
      <w:spacing w:val="5"/>
    </w:rPr>
  </w:style>
  <w:style w:type="paragraph" w:styleId="Grace5TOCHeading">
    <w:name w:val="Grace document 5 TOCHeading"/>
    <w:basedOn w:val="Grace5Heading1"/>
    <w:next w:val="Grace5Normal"/>
    <w:uiPriority w:val="39"/>
    <w:semiHidden/>
    <w:unhideWhenUsed/>
    <w:qFormat/>
    <w:rsid w:val="00FC693F"/>
    <w:pPr>
      <w:outlineLvl w:val="9"/>
    </w:pPr>
  </w:style>
  <w:style w:type="table" w:styleId="Grace5TableGrid">
    <w:name w:val="Grace document 5 TableGrid"/>
    <w:basedOn w:val="Grace5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ce5LightShading">
    <w:name w:val="Grace document 5 LightShading"/>
    <w:basedOn w:val="Grace5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5LightShading-Accent1">
    <w:name w:val="Grace document 5 LightShading-Accent1"/>
    <w:basedOn w:val="Grace5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5LightShading-Accent2">
    <w:name w:val="Grace document 5 LightShading-Accent2"/>
    <w:basedOn w:val="Grace5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5LightShading-Accent3">
    <w:name w:val="Grace document 5 LightShading-Accent3"/>
    <w:basedOn w:val="Grace5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5LightShading-Accent4">
    <w:name w:val="Grace document 5 LightShading-Accent4"/>
    <w:basedOn w:val="Grace5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5LightShading-Accent5">
    <w:name w:val="Grace document 5 LightShading-Accent5"/>
    <w:basedOn w:val="Grace5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5LightShading-Accent6">
    <w:name w:val="Grace document 5 LightShading-Accent6"/>
    <w:basedOn w:val="Grace5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5LightList">
    <w:name w:val="Grace document 5 LightList"/>
    <w:basedOn w:val="Grace5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5LightList-Accent1">
    <w:name w:val="Grace document 5 LightList-Accent1"/>
    <w:basedOn w:val="Grace5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5LightList-Accent2">
    <w:name w:val="Grace document 5 LightList-Accent2"/>
    <w:basedOn w:val="Grace5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5LightList-Accent3">
    <w:name w:val="Grace document 5 LightList-Accent3"/>
    <w:basedOn w:val="Grace5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5LightList-Accent4">
    <w:name w:val="Grace document 5 LightList-Accent4"/>
    <w:basedOn w:val="Grace5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5LightList-Accent5">
    <w:name w:val="Grace document 5 LightList-Accent5"/>
    <w:basedOn w:val="Grace5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5LightList-Accent6">
    <w:name w:val="Grace document 5 LightList-Accent6"/>
    <w:basedOn w:val="Grace5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5LightGrid">
    <w:name w:val="Grace document 5 LightGrid"/>
    <w:basedOn w:val="Grace5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5LightGrid-Accent1">
    <w:name w:val="Grace document 5 LightGrid-Accent1"/>
    <w:basedOn w:val="Grace5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5LightGrid-Accent2">
    <w:name w:val="Grace document 5 LightGrid-Accent2"/>
    <w:basedOn w:val="Grace5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5LightGrid-Accent3">
    <w:name w:val="Grace document 5 LightGrid-Accent3"/>
    <w:basedOn w:val="Grace5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5LightGrid-Accent4">
    <w:name w:val="Grace document 5 LightGrid-Accent4"/>
    <w:basedOn w:val="Grace5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5LightGrid-Accent5">
    <w:name w:val="Grace document 5 LightGrid-Accent5"/>
    <w:basedOn w:val="Grace5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5LightGrid-Accent6">
    <w:name w:val="Grace document 5 LightGrid-Accent6"/>
    <w:basedOn w:val="Grace5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5MediumShading1">
    <w:name w:val="Grace document 5 MediumShading1"/>
    <w:basedOn w:val="Grace5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5MediumShading1-Accent1">
    <w:name w:val="Grace document 5 MediumShading1-Accent1"/>
    <w:basedOn w:val="Grace5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5MediumShading1-Accent2">
    <w:name w:val="Grace document 5 MediumShading1-Accent2"/>
    <w:basedOn w:val="Grace5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5MediumShading1-Accent3">
    <w:name w:val="Grace document 5 MediumShading1-Accent3"/>
    <w:basedOn w:val="Grace5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5MediumShading1-Accent4">
    <w:name w:val="Grace document 5 MediumShading1-Accent4"/>
    <w:basedOn w:val="Grace5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5MediumShading1-Accent5">
    <w:name w:val="Grace document 5 MediumShading1-Accent5"/>
    <w:basedOn w:val="Grace5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5MediumShading1-Accent6">
    <w:name w:val="Grace document 5 MediumShading1-Accent6"/>
    <w:basedOn w:val="Grace5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5MediumShading2">
    <w:name w:val="Grace document 5 MediumShading2"/>
    <w:basedOn w:val="Grace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5MediumShading2-Accent1">
    <w:name w:val="Grace document 5 MediumShading2-Accent1"/>
    <w:basedOn w:val="Grace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5MediumShading2-Accent2">
    <w:name w:val="Grace document 5 MediumShading2-Accent2"/>
    <w:basedOn w:val="Grace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5MediumShading2-Accent3">
    <w:name w:val="Grace document 5 MediumShading2-Accent3"/>
    <w:basedOn w:val="Grace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5MediumShading2-Accent4">
    <w:name w:val="Grace document 5 MediumShading2-Accent4"/>
    <w:basedOn w:val="Grace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5MediumShading2-Accent5">
    <w:name w:val="Grace document 5 MediumShading2-Accent5"/>
    <w:basedOn w:val="Grace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5MediumShading2-Accent6">
    <w:name w:val="Grace document 5 MediumShading2-Accent6"/>
    <w:basedOn w:val="Grace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5MediumList1">
    <w:name w:val="Grace document 5 MediumList1"/>
    <w:basedOn w:val="Grace5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5MediumList1-Accent1">
    <w:name w:val="Grace document 5 MediumList1-Accent1"/>
    <w:basedOn w:val="Grace5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5MediumList1-Accent2">
    <w:name w:val="Grace document 5 MediumList1-Accent2"/>
    <w:basedOn w:val="Grace5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5MediumList1-Accent3">
    <w:name w:val="Grace document 5 MediumList1-Accent3"/>
    <w:basedOn w:val="Grace5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5MediumList1-Accent4">
    <w:name w:val="Grace document 5 MediumList1-Accent4"/>
    <w:basedOn w:val="Grace5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5MediumList1-Accent5">
    <w:name w:val="Grace document 5 MediumList1-Accent5"/>
    <w:basedOn w:val="Grace5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5MediumList1-Accent6">
    <w:name w:val="Grace document 5 MediumList1-Accent6"/>
    <w:basedOn w:val="Grace5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5MediumList2">
    <w:name w:val="Grace document 5 MediumList2"/>
    <w:basedOn w:val="Grac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5MediumList2-Accent1">
    <w:name w:val="Grace document 5 MediumList2-Accent1"/>
    <w:basedOn w:val="Grac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5MediumList2-Accent2">
    <w:name w:val="Grace document 5 MediumList2-Accent2"/>
    <w:basedOn w:val="Grac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5MediumList2-Accent3">
    <w:name w:val="Grace document 5 MediumList2-Accent3"/>
    <w:basedOn w:val="Grac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5MediumList2-Accent4">
    <w:name w:val="Grace document 5 MediumList2-Accent4"/>
    <w:basedOn w:val="Grac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5MediumList2-Accent5">
    <w:name w:val="Grace document 5 MediumList2-Accent5"/>
    <w:basedOn w:val="Grac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5MediumList2-Accent6">
    <w:name w:val="Grace document 5 MediumList2-Accent6"/>
    <w:basedOn w:val="Grace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5MediumGrid1">
    <w:name w:val="Grace document 5 MediumGrid1"/>
    <w:basedOn w:val="Grace5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5MediumGrid1-Accent1">
    <w:name w:val="Grace document 5 MediumGrid1-Accent1"/>
    <w:basedOn w:val="Grace5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5MediumGrid1-Accent2">
    <w:name w:val="Grace document 5 MediumGrid1-Accent2"/>
    <w:basedOn w:val="Grace5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5MediumGrid1-Accent3">
    <w:name w:val="Grace document 5 MediumGrid1-Accent3"/>
    <w:basedOn w:val="Grace5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5MediumGrid1-Accent4">
    <w:name w:val="Grace document 5 MediumGrid1-Accent4"/>
    <w:basedOn w:val="Grace5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5MediumGrid1-Accent5">
    <w:name w:val="Grace document 5 MediumGrid1-Accent5"/>
    <w:basedOn w:val="Grace5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5MediumGrid1-Accent6">
    <w:name w:val="Grace document 5 MediumGrid1-Accent6"/>
    <w:basedOn w:val="Grace5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5MediumGrid2">
    <w:name w:val="Grace document 5 MediumGrid2"/>
    <w:basedOn w:val="Grac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5MediumGrid2-Accent1">
    <w:name w:val="Grace document 5 MediumGrid2-Accent1"/>
    <w:basedOn w:val="Grac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5MediumGrid2-Accent2">
    <w:name w:val="Grace document 5 MediumGrid2-Accent2"/>
    <w:basedOn w:val="Grac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5MediumGrid2-Accent3">
    <w:name w:val="Grace document 5 MediumGrid2-Accent3"/>
    <w:basedOn w:val="Grac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5MediumGrid2-Accent4">
    <w:name w:val="Grace document 5 MediumGrid2-Accent4"/>
    <w:basedOn w:val="Grac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5MediumGrid2-Accent5">
    <w:name w:val="Grace document 5 MediumGrid2-Accent5"/>
    <w:basedOn w:val="Grac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5MediumGrid2-Accent6">
    <w:name w:val="Grace document 5 MediumGrid2-Accent6"/>
    <w:basedOn w:val="Grace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5MediumGrid3">
    <w:name w:val="Grace document 5 MediumGrid3"/>
    <w:basedOn w:val="Grace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5MediumGrid3-Accent1">
    <w:name w:val="Grace document 5 MediumGrid3-Accent1"/>
    <w:basedOn w:val="Grace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5MediumGrid3-Accent2">
    <w:name w:val="Grace document 5 MediumGrid3-Accent2"/>
    <w:basedOn w:val="Grace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5MediumGrid3-Accent3">
    <w:name w:val="Grace document 5 MediumGrid3-Accent3"/>
    <w:basedOn w:val="Grace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5MediumGrid3-Accent4">
    <w:name w:val="Grace document 5 MediumGrid3-Accent4"/>
    <w:basedOn w:val="Grace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5MediumGrid3-Accent5">
    <w:name w:val="Grace document 5 MediumGrid3-Accent5"/>
    <w:basedOn w:val="Grace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5MediumGrid3-Accent6">
    <w:name w:val="Grace document 5 MediumGrid3-Accent6"/>
    <w:basedOn w:val="Grace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5DarkList">
    <w:name w:val="Grace document 5 DarkList"/>
    <w:basedOn w:val="Grace5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5DarkList-Accent1">
    <w:name w:val="Grace document 5 DarkList-Accent1"/>
    <w:basedOn w:val="Grace5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5DarkList-Accent2">
    <w:name w:val="Grace document 5 DarkList-Accent2"/>
    <w:basedOn w:val="Grace5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5DarkList-Accent3">
    <w:name w:val="Grace document 5 DarkList-Accent3"/>
    <w:basedOn w:val="Grace5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5DarkList-Accent4">
    <w:name w:val="Grace document 5 DarkList-Accent4"/>
    <w:basedOn w:val="Grace5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5DarkList-Accent5">
    <w:name w:val="Grace document 5 DarkList-Accent5"/>
    <w:basedOn w:val="Grace5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5DarkList-Accent6">
    <w:name w:val="Grace document 5 DarkList-Accent6"/>
    <w:basedOn w:val="Grace5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5ColorfulShading">
    <w:name w:val="Grace document 5 ColorfulShading"/>
    <w:basedOn w:val="Grace5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5ColorfulShading-Accent1">
    <w:name w:val="Grace document 5 ColorfulShading-Accent1"/>
    <w:basedOn w:val="Grace5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5ColorfulShading-Accent2">
    <w:name w:val="Grace document 5 ColorfulShading-Accent2"/>
    <w:basedOn w:val="Grace5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5ColorfulShading-Accent3">
    <w:name w:val="Grace document 5 ColorfulShading-Accent3"/>
    <w:basedOn w:val="Grace5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5ColorfulShading-Accent4">
    <w:name w:val="Grace document 5 ColorfulShading-Accent4"/>
    <w:basedOn w:val="Grace5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5ColorfulShading-Accent5">
    <w:name w:val="Grace document 5 ColorfulShading-Accent5"/>
    <w:basedOn w:val="Grace5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5ColorfulShading-Accent6">
    <w:name w:val="Grace document 5 ColorfulShading-Accent6"/>
    <w:basedOn w:val="Grace5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5ColorfulList">
    <w:name w:val="Grace document 5 ColorfulList"/>
    <w:basedOn w:val="Grace5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5ColorfulList-Accent1">
    <w:name w:val="Grace document 5 ColorfulList-Accent1"/>
    <w:basedOn w:val="Grace5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5ColorfulList-Accent2">
    <w:name w:val="Grace document 5 ColorfulList-Accent2"/>
    <w:basedOn w:val="Grace5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5ColorfulList-Accent3">
    <w:name w:val="Grace document 5 ColorfulList-Accent3"/>
    <w:basedOn w:val="Grace5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5ColorfulList-Accent4">
    <w:name w:val="Grace document 5 ColorfulList-Accent4"/>
    <w:basedOn w:val="Grace5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5ColorfulList-Accent5">
    <w:name w:val="Grace document 5 ColorfulList-Accent5"/>
    <w:basedOn w:val="Grace5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5ColorfulList-Accent6">
    <w:name w:val="Grace document 5 ColorfulList-Accent6"/>
    <w:basedOn w:val="Grace5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5ColorfulGrid">
    <w:name w:val="Grace document 5 ColorfulGrid"/>
    <w:basedOn w:val="Grace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5ColorfulGrid-Accent1">
    <w:name w:val="Grace document 5 ColorfulGrid-Accent1"/>
    <w:basedOn w:val="Grace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5ColorfulGrid-Accent2">
    <w:name w:val="Grace document 5 ColorfulGrid-Accent2"/>
    <w:basedOn w:val="Grace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5ColorfulGrid-Accent3">
    <w:name w:val="Grace document 5 ColorfulGrid-Accent3"/>
    <w:basedOn w:val="Grace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5ColorfulGrid-Accent4">
    <w:name w:val="Grace document 5 ColorfulGrid-Accent4"/>
    <w:basedOn w:val="Grace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5ColorfulGrid-Accent5">
    <w:name w:val="Grace document 5 ColorfulGrid-Accent5"/>
    <w:basedOn w:val="Grace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5ColorfulGrid-Accent6">
    <w:name w:val="Grace document 5 ColorfulGrid-Accent6"/>
    <w:basedOn w:val="Grace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6Normal">
    <w:name w:val="Grace document 6 Normal"/>
    <w:qFormat/>
    <w:rsid w:val="00FC693F"/>
    <w:rPr>
      <w:rFonts w:ascii="Georgia" w:hAnsi="Georgia"/>
    </w:rPr>
  </w:style>
  <w:style w:type="paragraph" w:styleId="Grace6Heading1">
    <w:name w:val="Grace document 6 Heading1"/>
    <w:basedOn w:val="Grace6Normal"/>
    <w:next w:val="Grace6Normal"/>
    <w:link w:val="Grace6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Grace6Heading2">
    <w:name w:val="Grace document 6 Heading2"/>
    <w:basedOn w:val="Grace6Normal"/>
    <w:next w:val="Grace6Normal"/>
    <w:link w:val="Grace6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6Heading3">
    <w:name w:val="Grace document 6 Heading3"/>
    <w:basedOn w:val="Grace6Normal"/>
    <w:next w:val="Grace6Normal"/>
    <w:link w:val="Grace6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6Heading4">
    <w:name w:val="Grace document 6 Heading4"/>
    <w:basedOn w:val="Grace6Normal"/>
    <w:next w:val="Grace6Normal"/>
    <w:link w:val="Grace6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6Heading5">
    <w:name w:val="Grace document 6 Heading5"/>
    <w:basedOn w:val="Grace6Normal"/>
    <w:next w:val="Grace6Normal"/>
    <w:link w:val="Grace6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6Heading6">
    <w:name w:val="Grace document 6 Heading6"/>
    <w:basedOn w:val="Grace6Normal"/>
    <w:next w:val="Grace6Normal"/>
    <w:link w:val="Grace6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6Heading7">
    <w:name w:val="Grace document 6 Heading7"/>
    <w:basedOn w:val="Grace6Normal"/>
    <w:next w:val="Grace6Normal"/>
    <w:link w:val="Grace6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6Heading8">
    <w:name w:val="Grace document 6 Heading8"/>
    <w:basedOn w:val="Grace6Normal"/>
    <w:next w:val="Grace6Normal"/>
    <w:link w:val="Grace6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6Heading9">
    <w:name w:val="Grace document 6 Heading9"/>
    <w:basedOn w:val="Grace6Normal"/>
    <w:next w:val="Grace6Normal"/>
    <w:link w:val="Grace6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6DefaultParagraphFont">
    <w:name w:val="Grace document 6 DefaultParagraphFont"/>
    <w:uiPriority w:val="1"/>
    <w:semiHidden/>
    <w:unhideWhenUsed/>
  </w:style>
  <w:style w:type="table" w:styleId="Grace6TableNormal">
    <w:name w:val="Grace document 6 TableNormal"/>
    <w:uiPriority w:val="99"/>
    <w:semiHidden/>
    <w:unhideWhenUsed/>
    <w:tblPr>
      <w:tblInd w:w="0" w:type="dxa"/>
      <w:tblCellMar>
        <w:top w:w="0" w:type="dxa"/>
        <w:left w:w="108" w:type="dxa"/>
        <w:bottom w:w="0" w:type="dxa"/>
        <w:right w:w="108" w:type="dxa"/>
      </w:tblCellMar>
    </w:tblPr>
  </w:style>
  <w:style w:type="numbering" w:styleId="Grace6NoList">
    <w:name w:val="Grace document 6 NoList"/>
    <w:uiPriority w:val="99"/>
    <w:semiHidden/>
    <w:unhideWhenUsed/>
  </w:style>
  <w:style w:type="paragraph" w:styleId="Grace6Header">
    <w:name w:val="Grace document 6 Header"/>
    <w:basedOn w:val="Grace6Normal"/>
    <w:link w:val="Grace6HeaderChar"/>
    <w:uiPriority w:val="99"/>
    <w:unhideWhenUsed/>
    <w:rsid w:val="00E618BF"/>
    <w:pPr>
      <w:tabs>
        <w:tab w:val="center" w:pos="4680"/>
        <w:tab w:val="right" w:pos="9360"/>
      </w:tabs>
      <w:spacing w:after="0" w:line="240" w:lineRule="auto"/>
    </w:pPr>
  </w:style>
  <w:style w:type="character" w:customStyle="1" w:styleId="Grace6HeaderChar">
    <w:name w:val="Grace document 6 HeaderChar"/>
    <w:basedOn w:val="Grace6DefaultParagraphFont"/>
    <w:link w:val="Grace6Header"/>
    <w:uiPriority w:val="99"/>
    <w:rsid w:val="00E618BF"/>
  </w:style>
  <w:style w:type="paragraph" w:styleId="Grace6Footer">
    <w:name w:val="Grace document 6 Footer"/>
    <w:basedOn w:val="Grace6Normal"/>
    <w:link w:val="Grace6FooterChar"/>
    <w:uiPriority w:val="99"/>
    <w:unhideWhenUsed/>
    <w:rsid w:val="00E618BF"/>
    <w:pPr>
      <w:tabs>
        <w:tab w:val="center" w:pos="4680"/>
        <w:tab w:val="right" w:pos="9360"/>
      </w:tabs>
      <w:spacing w:after="0" w:line="240" w:lineRule="auto"/>
    </w:pPr>
  </w:style>
  <w:style w:type="character" w:customStyle="1" w:styleId="Grace6FooterChar">
    <w:name w:val="Grace document 6 FooterChar"/>
    <w:basedOn w:val="Grace6DefaultParagraphFont"/>
    <w:link w:val="Grace6Footer"/>
    <w:uiPriority w:val="99"/>
    <w:rsid w:val="00E618BF"/>
  </w:style>
  <w:style w:type="paragraph" w:styleId="Grace6NoSpacing">
    <w:name w:val="Grace document 6 NoSpacing"/>
    <w:uiPriority w:val="1"/>
    <w:qFormat/>
    <w:rsid w:val="00FC693F"/>
    <w:pPr>
      <w:spacing w:after="0" w:line="240" w:lineRule="auto"/>
    </w:pPr>
  </w:style>
  <w:style w:type="character" w:customStyle="1" w:styleId="Grace6Heading1Char">
    <w:name w:val="Grace document 6 Heading1Char"/>
    <w:basedOn w:val="Grace6DefaultParagraphFont"/>
    <w:link w:val="Grace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6Heading2Char">
    <w:name w:val="Grace document 6 Heading2Char"/>
    <w:basedOn w:val="Grace6DefaultParagraphFont"/>
    <w:link w:val="Grace6Heading2"/>
    <w:uiPriority w:val="9"/>
    <w:rsid w:val="00FC693F"/>
    <w:rPr>
      <w:rFonts w:asciiTheme="majorHAnsi" w:eastAsiaTheme="majorEastAsia" w:hAnsiTheme="majorHAnsi" w:cstheme="majorBidi"/>
      <w:b/>
      <w:bCs/>
      <w:color w:val="4F81BD" w:themeColor="accent1"/>
      <w:sz w:val="26"/>
      <w:szCs w:val="26"/>
    </w:rPr>
  </w:style>
  <w:style w:type="character" w:customStyle="1" w:styleId="Grace6Heading3Char">
    <w:name w:val="Grace document 6 Heading3Char"/>
    <w:basedOn w:val="Grace6DefaultParagraphFont"/>
    <w:link w:val="Grace6Heading3"/>
    <w:uiPriority w:val="9"/>
    <w:rsid w:val="00FC693F"/>
    <w:rPr>
      <w:rFonts w:asciiTheme="majorHAnsi" w:eastAsiaTheme="majorEastAsia" w:hAnsiTheme="majorHAnsi" w:cstheme="majorBidi"/>
      <w:b/>
      <w:bCs/>
      <w:color w:val="4F81BD" w:themeColor="accent1"/>
    </w:rPr>
  </w:style>
  <w:style w:type="paragraph" w:styleId="Grace6Title">
    <w:name w:val="Grace document 6 Title"/>
    <w:basedOn w:val="Grace6Normal"/>
    <w:next w:val="Grace6Normal"/>
    <w:link w:val="Grace6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6TitleChar">
    <w:name w:val="Grace document 6 TitleChar"/>
    <w:basedOn w:val="Grace6DefaultParagraphFont"/>
    <w:link w:val="Grace6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6Subtitle">
    <w:name w:val="Grace document 6 Subtitle"/>
    <w:basedOn w:val="Grace6Normal"/>
    <w:next w:val="Grace6Normal"/>
    <w:link w:val="Grace6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6SubtitleChar">
    <w:name w:val="Grace document 6 SubtitleChar"/>
    <w:basedOn w:val="Grace6DefaultParagraphFont"/>
    <w:link w:val="Grace6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6ListParagraph">
    <w:name w:val="Grace document 6 ListParagraph"/>
    <w:basedOn w:val="Grace6Normal"/>
    <w:uiPriority w:val="34"/>
    <w:qFormat/>
    <w:rsid w:val="00FC693F"/>
    <w:pPr>
      <w:ind w:left="720"/>
      <w:contextualSpacing/>
    </w:pPr>
  </w:style>
  <w:style w:type="paragraph" w:styleId="Grace6BodyText">
    <w:name w:val="Grace document 6 BodyText"/>
    <w:basedOn w:val="Grace6Normal"/>
    <w:link w:val="Grace6BodyTextChar"/>
    <w:uiPriority w:val="99"/>
    <w:unhideWhenUsed/>
    <w:rsid w:val="00AA1D8D"/>
    <w:pPr>
      <w:spacing w:after="120"/>
    </w:pPr>
  </w:style>
  <w:style w:type="character" w:customStyle="1" w:styleId="Grace6BodyTextChar">
    <w:name w:val="Grace document 6 BodyTextChar"/>
    <w:basedOn w:val="Grace6DefaultParagraphFont"/>
    <w:link w:val="Grace6BodyText"/>
    <w:uiPriority w:val="99"/>
    <w:rsid w:val="00AA1D8D"/>
  </w:style>
  <w:style w:type="paragraph" w:styleId="Grace6BodyText2">
    <w:name w:val="Grace document 6 BodyText2"/>
    <w:basedOn w:val="Grace6Normal"/>
    <w:link w:val="Grace6BodyText2Char"/>
    <w:uiPriority w:val="99"/>
    <w:unhideWhenUsed/>
    <w:rsid w:val="00AA1D8D"/>
    <w:pPr>
      <w:spacing w:after="120" w:line="480" w:lineRule="auto"/>
    </w:pPr>
  </w:style>
  <w:style w:type="character" w:customStyle="1" w:styleId="Grace6BodyText2Char">
    <w:name w:val="Grace document 6 BodyText2Char"/>
    <w:basedOn w:val="Grace6DefaultParagraphFont"/>
    <w:link w:val="Grace6BodyText2"/>
    <w:uiPriority w:val="99"/>
    <w:rsid w:val="00AA1D8D"/>
  </w:style>
  <w:style w:type="paragraph" w:styleId="Grace6BodyText3">
    <w:name w:val="Grace document 6 BodyText3"/>
    <w:basedOn w:val="Grace6Normal"/>
    <w:link w:val="Grace6BodyText3Char"/>
    <w:uiPriority w:val="99"/>
    <w:unhideWhenUsed/>
    <w:rsid w:val="00AA1D8D"/>
    <w:pPr>
      <w:spacing w:after="120"/>
    </w:pPr>
    <w:rPr>
      <w:sz w:val="16"/>
      <w:szCs w:val="16"/>
    </w:rPr>
  </w:style>
  <w:style w:type="character" w:customStyle="1" w:styleId="Grace6BodyText3Char">
    <w:name w:val="Grace document 6 BodyText3Char"/>
    <w:basedOn w:val="Grace6DefaultParagraphFont"/>
    <w:link w:val="Grace6BodyText3"/>
    <w:uiPriority w:val="99"/>
    <w:rsid w:val="00AA1D8D"/>
    <w:rPr>
      <w:sz w:val="16"/>
      <w:szCs w:val="16"/>
    </w:rPr>
  </w:style>
  <w:style w:type="paragraph" w:styleId="Grace6List">
    <w:name w:val="Grace document 6 List"/>
    <w:basedOn w:val="Grace6Normal"/>
    <w:uiPriority w:val="99"/>
    <w:unhideWhenUsed/>
    <w:rsid w:val="00AA1D8D"/>
    <w:pPr>
      <w:ind w:left="360" w:hanging="360"/>
      <w:contextualSpacing/>
    </w:pPr>
  </w:style>
  <w:style w:type="paragraph" w:styleId="Grace6List2">
    <w:name w:val="Grace document 6 List2"/>
    <w:basedOn w:val="Grace6Normal"/>
    <w:uiPriority w:val="99"/>
    <w:unhideWhenUsed/>
    <w:rsid w:val="00326F90"/>
    <w:pPr>
      <w:ind w:left="720" w:hanging="360"/>
      <w:contextualSpacing/>
    </w:pPr>
  </w:style>
  <w:style w:type="paragraph" w:styleId="Grace6List3">
    <w:name w:val="Grace document 6 List3"/>
    <w:basedOn w:val="Grace6Normal"/>
    <w:uiPriority w:val="99"/>
    <w:unhideWhenUsed/>
    <w:rsid w:val="00326F90"/>
    <w:pPr>
      <w:ind w:left="1080" w:hanging="360"/>
      <w:contextualSpacing/>
    </w:pPr>
  </w:style>
  <w:style w:type="paragraph" w:styleId="Grace6ListBullet">
    <w:name w:val="Grace document 6 ListBullet"/>
    <w:basedOn w:val="Grace6Normal"/>
    <w:uiPriority w:val="99"/>
    <w:unhideWhenUsed/>
    <w:rsid w:val="00326F90"/>
    <w:pPr>
      <w:numPr>
        <w:numId w:val="1"/>
      </w:numPr>
      <w:contextualSpacing/>
    </w:pPr>
  </w:style>
  <w:style w:type="paragraph" w:styleId="Grace6ListBullet2">
    <w:name w:val="Grace document 6 ListBullet2"/>
    <w:basedOn w:val="Grace6Normal"/>
    <w:uiPriority w:val="99"/>
    <w:unhideWhenUsed/>
    <w:rsid w:val="00326F90"/>
    <w:pPr>
      <w:numPr>
        <w:numId w:val="2"/>
      </w:numPr>
      <w:contextualSpacing/>
    </w:pPr>
  </w:style>
  <w:style w:type="paragraph" w:styleId="Grace6ListBullet3">
    <w:name w:val="Grace document 6 ListBullet3"/>
    <w:basedOn w:val="Grace6Normal"/>
    <w:uiPriority w:val="99"/>
    <w:unhideWhenUsed/>
    <w:rsid w:val="00326F90"/>
    <w:pPr>
      <w:numPr>
        <w:numId w:val="3"/>
      </w:numPr>
      <w:contextualSpacing/>
    </w:pPr>
  </w:style>
  <w:style w:type="paragraph" w:styleId="Grace6ListNumber">
    <w:name w:val="Grace document 6 ListNumber"/>
    <w:basedOn w:val="Grace6Normal"/>
    <w:uiPriority w:val="99"/>
    <w:unhideWhenUsed/>
    <w:rsid w:val="00326F90"/>
    <w:pPr>
      <w:numPr>
        <w:numId w:val="5"/>
      </w:numPr>
      <w:contextualSpacing/>
    </w:pPr>
  </w:style>
  <w:style w:type="paragraph" w:styleId="Grace6ListNumber2">
    <w:name w:val="Grace document 6 ListNumber2"/>
    <w:basedOn w:val="Grace6Normal"/>
    <w:uiPriority w:val="99"/>
    <w:unhideWhenUsed/>
    <w:rsid w:val="0029639D"/>
    <w:pPr>
      <w:numPr>
        <w:numId w:val="6"/>
      </w:numPr>
      <w:contextualSpacing/>
    </w:pPr>
  </w:style>
  <w:style w:type="paragraph" w:styleId="Grace6ListNumber3">
    <w:name w:val="Grace document 6 ListNumber3"/>
    <w:basedOn w:val="Grace6Normal"/>
    <w:uiPriority w:val="99"/>
    <w:unhideWhenUsed/>
    <w:rsid w:val="0029639D"/>
    <w:pPr>
      <w:numPr>
        <w:numId w:val="7"/>
      </w:numPr>
      <w:contextualSpacing/>
    </w:pPr>
  </w:style>
  <w:style w:type="paragraph" w:styleId="Grace6ListContinue">
    <w:name w:val="Grace document 6 ListContinue"/>
    <w:basedOn w:val="Grace6Normal"/>
    <w:uiPriority w:val="99"/>
    <w:unhideWhenUsed/>
    <w:rsid w:val="0029639D"/>
    <w:pPr>
      <w:spacing w:after="120"/>
      <w:ind w:left="360"/>
      <w:contextualSpacing/>
    </w:pPr>
  </w:style>
  <w:style w:type="paragraph" w:styleId="Grace6ListContinue2">
    <w:name w:val="Grace document 6 ListContinue2"/>
    <w:basedOn w:val="Grace6Normal"/>
    <w:uiPriority w:val="99"/>
    <w:unhideWhenUsed/>
    <w:rsid w:val="0029639D"/>
    <w:pPr>
      <w:spacing w:after="120"/>
      <w:ind w:left="720"/>
      <w:contextualSpacing/>
    </w:pPr>
  </w:style>
  <w:style w:type="paragraph" w:styleId="Grace6ListContinue3">
    <w:name w:val="Grace document 6 ListContinue3"/>
    <w:basedOn w:val="Grace6Normal"/>
    <w:uiPriority w:val="99"/>
    <w:unhideWhenUsed/>
    <w:rsid w:val="0029639D"/>
    <w:pPr>
      <w:spacing w:after="120"/>
      <w:ind w:left="1080"/>
      <w:contextualSpacing/>
    </w:pPr>
  </w:style>
  <w:style w:type="paragraph" w:styleId="Grace6MacroText">
    <w:name w:val="Grace document 6 MacroText"/>
    <w:link w:val="Grace6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6MacroTextChar">
    <w:name w:val="Grace document 6 MacroTextChar"/>
    <w:basedOn w:val="Grace6DefaultParagraphFont"/>
    <w:link w:val="Grace6MacroText"/>
    <w:uiPriority w:val="99"/>
    <w:rsid w:val="0029639D"/>
    <w:rPr>
      <w:rFonts w:ascii="Courier" w:hAnsi="Courier"/>
      <w:sz w:val="20"/>
      <w:szCs w:val="20"/>
    </w:rPr>
  </w:style>
  <w:style w:type="paragraph" w:styleId="Grace6Quote">
    <w:name w:val="Grace document 6 Quote"/>
    <w:basedOn w:val="Grace6Normal"/>
    <w:next w:val="Grace6Normal"/>
    <w:link w:val="Grace6QuoteChar"/>
    <w:uiPriority w:val="29"/>
    <w:qFormat/>
    <w:rsid w:val="00FC693F"/>
    <w:rPr>
      <w:i/>
      <w:iCs/>
      <w:color w:val="000000" w:themeColor="text1"/>
    </w:rPr>
  </w:style>
  <w:style w:type="character" w:customStyle="1" w:styleId="Grace6QuoteChar">
    <w:name w:val="Grace document 6 QuoteChar"/>
    <w:basedOn w:val="Grace6DefaultParagraphFont"/>
    <w:link w:val="Grace6Quote"/>
    <w:uiPriority w:val="29"/>
    <w:rsid w:val="00FC693F"/>
    <w:rPr>
      <w:i/>
      <w:iCs/>
      <w:color w:val="000000" w:themeColor="text1"/>
    </w:rPr>
  </w:style>
  <w:style w:type="character" w:customStyle="1" w:styleId="Grace6Heading4Char">
    <w:name w:val="Grace document 6 Heading4Char"/>
    <w:basedOn w:val="Grace6DefaultParagraphFont"/>
    <w:link w:val="Grace6Heading4"/>
    <w:uiPriority w:val="9"/>
    <w:semiHidden/>
    <w:rsid w:val="00FC693F"/>
    <w:rPr>
      <w:rFonts w:asciiTheme="majorHAnsi" w:eastAsiaTheme="majorEastAsia" w:hAnsiTheme="majorHAnsi" w:cstheme="majorBidi"/>
      <w:b/>
      <w:bCs/>
      <w:i/>
      <w:iCs/>
      <w:color w:val="4F81BD" w:themeColor="accent1"/>
    </w:rPr>
  </w:style>
  <w:style w:type="character" w:customStyle="1" w:styleId="Grace6Heading5Char">
    <w:name w:val="Grace document 6 Heading5Char"/>
    <w:basedOn w:val="Grace6DefaultParagraphFont"/>
    <w:link w:val="Grace6Heading5"/>
    <w:uiPriority w:val="9"/>
    <w:semiHidden/>
    <w:rsid w:val="00FC693F"/>
    <w:rPr>
      <w:rFonts w:asciiTheme="majorHAnsi" w:eastAsiaTheme="majorEastAsia" w:hAnsiTheme="majorHAnsi" w:cstheme="majorBidi"/>
      <w:color w:val="243F60" w:themeColor="accent1" w:themeShade="7F"/>
    </w:rPr>
  </w:style>
  <w:style w:type="character" w:customStyle="1" w:styleId="Grace6Heading6Char">
    <w:name w:val="Grace document 6 Heading6Char"/>
    <w:basedOn w:val="Grace6DefaultParagraphFont"/>
    <w:link w:val="Grace6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6Heading7Char">
    <w:name w:val="Grace document 6 Heading7Char"/>
    <w:basedOn w:val="Grace6DefaultParagraphFont"/>
    <w:link w:val="Grace6Heading7"/>
    <w:uiPriority w:val="9"/>
    <w:semiHidden/>
    <w:rsid w:val="00FC693F"/>
    <w:rPr>
      <w:rFonts w:asciiTheme="majorHAnsi" w:eastAsiaTheme="majorEastAsia" w:hAnsiTheme="majorHAnsi" w:cstheme="majorBidi"/>
      <w:i/>
      <w:iCs/>
      <w:color w:val="404040" w:themeColor="text1" w:themeTint="BF"/>
    </w:rPr>
  </w:style>
  <w:style w:type="character" w:customStyle="1" w:styleId="Grace6Heading8Char">
    <w:name w:val="Grace document 6 Heading8Char"/>
    <w:basedOn w:val="Grace6DefaultParagraphFont"/>
    <w:link w:val="Grace6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6Heading9Char">
    <w:name w:val="Grace document 6 Heading9Char"/>
    <w:basedOn w:val="Grace6DefaultParagraphFont"/>
    <w:link w:val="Grace6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6Caption">
    <w:name w:val="Grace document 6 Caption"/>
    <w:basedOn w:val="Grace6Normal"/>
    <w:next w:val="Grace6Normal"/>
    <w:uiPriority w:val="35"/>
    <w:semiHidden/>
    <w:unhideWhenUsed/>
    <w:qFormat/>
    <w:rsid w:val="00FC693F"/>
    <w:pPr>
      <w:spacing w:line="240" w:lineRule="auto"/>
    </w:pPr>
    <w:rPr>
      <w:b/>
      <w:bCs/>
      <w:color w:val="4F81BD" w:themeColor="accent1"/>
      <w:sz w:val="18"/>
      <w:szCs w:val="18"/>
    </w:rPr>
  </w:style>
  <w:style w:type="character" w:styleId="Grace6Strong">
    <w:name w:val="Grace document 6 Strong"/>
    <w:basedOn w:val="Grace6DefaultParagraphFont"/>
    <w:uiPriority w:val="22"/>
    <w:qFormat/>
    <w:rsid w:val="00FC693F"/>
    <w:rPr>
      <w:b/>
      <w:bCs/>
    </w:rPr>
  </w:style>
  <w:style w:type="character" w:styleId="Grace6Emphasis">
    <w:name w:val="Grace document 6 Emphasis"/>
    <w:basedOn w:val="Grace6DefaultParagraphFont"/>
    <w:uiPriority w:val="20"/>
    <w:qFormat/>
    <w:rsid w:val="00FC693F"/>
    <w:rPr>
      <w:i/>
      <w:iCs/>
    </w:rPr>
  </w:style>
  <w:style w:type="paragraph" w:styleId="Grace6IntenseQuote">
    <w:name w:val="Grace document 6 IntenseQuote"/>
    <w:basedOn w:val="Grace6Normal"/>
    <w:next w:val="Grace6Normal"/>
    <w:link w:val="Grace6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6IntenseQuoteChar">
    <w:name w:val="Grace document 6 IntenseQuoteChar"/>
    <w:basedOn w:val="Grace6DefaultParagraphFont"/>
    <w:link w:val="Grace6IntenseQuote"/>
    <w:uiPriority w:val="30"/>
    <w:rsid w:val="00FC693F"/>
    <w:rPr>
      <w:b/>
      <w:bCs/>
      <w:i/>
      <w:iCs/>
      <w:color w:val="4F81BD" w:themeColor="accent1"/>
    </w:rPr>
  </w:style>
  <w:style w:type="character" w:styleId="Grace6SubtleEmphasis">
    <w:name w:val="Grace document 6 SubtleEmphasis"/>
    <w:basedOn w:val="Grace6DefaultParagraphFont"/>
    <w:uiPriority w:val="19"/>
    <w:qFormat/>
    <w:rsid w:val="00FC693F"/>
    <w:rPr>
      <w:i/>
      <w:iCs/>
      <w:color w:val="808080" w:themeColor="text1" w:themeTint="7F"/>
    </w:rPr>
  </w:style>
  <w:style w:type="character" w:styleId="Grace6IntenseEmphasis">
    <w:name w:val="Grace document 6 IntenseEmphasis"/>
    <w:basedOn w:val="Grace6DefaultParagraphFont"/>
    <w:uiPriority w:val="21"/>
    <w:qFormat/>
    <w:rsid w:val="00FC693F"/>
    <w:rPr>
      <w:b/>
      <w:bCs/>
      <w:i/>
      <w:iCs/>
      <w:color w:val="4F81BD" w:themeColor="accent1"/>
    </w:rPr>
  </w:style>
  <w:style w:type="character" w:styleId="Grace6SubtleReference">
    <w:name w:val="Grace document 6 SubtleReference"/>
    <w:basedOn w:val="Grace6DefaultParagraphFont"/>
    <w:uiPriority w:val="31"/>
    <w:qFormat/>
    <w:rsid w:val="00FC693F"/>
    <w:rPr>
      <w:smallCaps/>
      <w:color w:val="C0504D" w:themeColor="accent2"/>
      <w:u w:val="single"/>
    </w:rPr>
  </w:style>
  <w:style w:type="character" w:styleId="Grace6IntenseReference">
    <w:name w:val="Grace document 6 IntenseReference"/>
    <w:basedOn w:val="Grace6DefaultParagraphFont"/>
    <w:uiPriority w:val="32"/>
    <w:qFormat/>
    <w:rsid w:val="00FC693F"/>
    <w:rPr>
      <w:b/>
      <w:bCs/>
      <w:smallCaps/>
      <w:color w:val="C0504D" w:themeColor="accent2"/>
      <w:spacing w:val="5"/>
      <w:u w:val="single"/>
    </w:rPr>
  </w:style>
  <w:style w:type="character" w:styleId="Grace6BookTitle">
    <w:name w:val="Grace document 6 BookTitle"/>
    <w:basedOn w:val="Grace6DefaultParagraphFont"/>
    <w:uiPriority w:val="33"/>
    <w:qFormat/>
    <w:rsid w:val="00FC693F"/>
    <w:rPr>
      <w:b/>
      <w:bCs/>
      <w:smallCaps/>
      <w:spacing w:val="5"/>
    </w:rPr>
  </w:style>
  <w:style w:type="paragraph" w:styleId="Grace6TOCHeading">
    <w:name w:val="Grace document 6 TOCHeading"/>
    <w:basedOn w:val="Grace6Heading1"/>
    <w:next w:val="Grace6Normal"/>
    <w:uiPriority w:val="39"/>
    <w:semiHidden/>
    <w:unhideWhenUsed/>
    <w:qFormat/>
    <w:rsid w:val="00FC693F"/>
    <w:pPr>
      <w:outlineLvl w:val="9"/>
    </w:pPr>
  </w:style>
  <w:style w:type="table" w:styleId="Grace6TableGrid">
    <w:name w:val="Grace document 6 TableGrid"/>
    <w:basedOn w:val="Grace6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ce6LightShading">
    <w:name w:val="Grace document 6 LightShading"/>
    <w:basedOn w:val="Grace6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6LightShading-Accent1">
    <w:name w:val="Grace document 6 LightShading-Accent1"/>
    <w:basedOn w:val="Grace6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6LightShading-Accent2">
    <w:name w:val="Grace document 6 LightShading-Accent2"/>
    <w:basedOn w:val="Grace6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6LightShading-Accent3">
    <w:name w:val="Grace document 6 LightShading-Accent3"/>
    <w:basedOn w:val="Grace6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6LightShading-Accent4">
    <w:name w:val="Grace document 6 LightShading-Accent4"/>
    <w:basedOn w:val="Grace6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6LightShading-Accent5">
    <w:name w:val="Grace document 6 LightShading-Accent5"/>
    <w:basedOn w:val="Grace6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6LightShading-Accent6">
    <w:name w:val="Grace document 6 LightShading-Accent6"/>
    <w:basedOn w:val="Grace6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6LightList">
    <w:name w:val="Grace document 6 LightList"/>
    <w:basedOn w:val="Grace6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6LightList-Accent1">
    <w:name w:val="Grace document 6 LightList-Accent1"/>
    <w:basedOn w:val="Grace6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6LightList-Accent2">
    <w:name w:val="Grace document 6 LightList-Accent2"/>
    <w:basedOn w:val="Grace6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6LightList-Accent3">
    <w:name w:val="Grace document 6 LightList-Accent3"/>
    <w:basedOn w:val="Grace6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6LightList-Accent4">
    <w:name w:val="Grace document 6 LightList-Accent4"/>
    <w:basedOn w:val="Grace6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6LightList-Accent5">
    <w:name w:val="Grace document 6 LightList-Accent5"/>
    <w:basedOn w:val="Grace6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6LightList-Accent6">
    <w:name w:val="Grace document 6 LightList-Accent6"/>
    <w:basedOn w:val="Grace6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6LightGrid">
    <w:name w:val="Grace document 6 LightGrid"/>
    <w:basedOn w:val="Grace6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6LightGrid-Accent1">
    <w:name w:val="Grace document 6 LightGrid-Accent1"/>
    <w:basedOn w:val="Grace6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6LightGrid-Accent2">
    <w:name w:val="Grace document 6 LightGrid-Accent2"/>
    <w:basedOn w:val="Grace6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6LightGrid-Accent3">
    <w:name w:val="Grace document 6 LightGrid-Accent3"/>
    <w:basedOn w:val="Grace6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6LightGrid-Accent4">
    <w:name w:val="Grace document 6 LightGrid-Accent4"/>
    <w:basedOn w:val="Grace6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6LightGrid-Accent5">
    <w:name w:val="Grace document 6 LightGrid-Accent5"/>
    <w:basedOn w:val="Grace6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6LightGrid-Accent6">
    <w:name w:val="Grace document 6 LightGrid-Accent6"/>
    <w:basedOn w:val="Grace6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6MediumShading1">
    <w:name w:val="Grace document 6 MediumShading1"/>
    <w:basedOn w:val="Grace6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6MediumShading1-Accent1">
    <w:name w:val="Grace document 6 MediumShading1-Accent1"/>
    <w:basedOn w:val="Grace6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6MediumShading1-Accent2">
    <w:name w:val="Grace document 6 MediumShading1-Accent2"/>
    <w:basedOn w:val="Grace6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6MediumShading1-Accent3">
    <w:name w:val="Grace document 6 MediumShading1-Accent3"/>
    <w:basedOn w:val="Grace6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6MediumShading1-Accent4">
    <w:name w:val="Grace document 6 MediumShading1-Accent4"/>
    <w:basedOn w:val="Grace6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6MediumShading1-Accent5">
    <w:name w:val="Grace document 6 MediumShading1-Accent5"/>
    <w:basedOn w:val="Grace6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6MediumShading1-Accent6">
    <w:name w:val="Grace document 6 MediumShading1-Accent6"/>
    <w:basedOn w:val="Grace6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6MediumShading2">
    <w:name w:val="Grace document 6 MediumShading2"/>
    <w:basedOn w:val="Grace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6MediumShading2-Accent1">
    <w:name w:val="Grace document 6 MediumShading2-Accent1"/>
    <w:basedOn w:val="Grace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6MediumShading2-Accent2">
    <w:name w:val="Grace document 6 MediumShading2-Accent2"/>
    <w:basedOn w:val="Grace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6MediumShading2-Accent3">
    <w:name w:val="Grace document 6 MediumShading2-Accent3"/>
    <w:basedOn w:val="Grace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6MediumShading2-Accent4">
    <w:name w:val="Grace document 6 MediumShading2-Accent4"/>
    <w:basedOn w:val="Grace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6MediumShading2-Accent5">
    <w:name w:val="Grace document 6 MediumShading2-Accent5"/>
    <w:basedOn w:val="Grace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6MediumShading2-Accent6">
    <w:name w:val="Grace document 6 MediumShading2-Accent6"/>
    <w:basedOn w:val="Grace6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6MediumList1">
    <w:name w:val="Grace document 6 MediumList1"/>
    <w:basedOn w:val="Grace6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6MediumList1-Accent1">
    <w:name w:val="Grace document 6 MediumList1-Accent1"/>
    <w:basedOn w:val="Grace6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6MediumList1-Accent2">
    <w:name w:val="Grace document 6 MediumList1-Accent2"/>
    <w:basedOn w:val="Grace6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6MediumList1-Accent3">
    <w:name w:val="Grace document 6 MediumList1-Accent3"/>
    <w:basedOn w:val="Grace6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6MediumList1-Accent4">
    <w:name w:val="Grace document 6 MediumList1-Accent4"/>
    <w:basedOn w:val="Grace6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6MediumList1-Accent5">
    <w:name w:val="Grace document 6 MediumList1-Accent5"/>
    <w:basedOn w:val="Grace6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6MediumList1-Accent6">
    <w:name w:val="Grace document 6 MediumList1-Accent6"/>
    <w:basedOn w:val="Grace6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6MediumList2">
    <w:name w:val="Grace document 6 MediumList2"/>
    <w:basedOn w:val="Grac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6MediumList2-Accent1">
    <w:name w:val="Grace document 6 MediumList2-Accent1"/>
    <w:basedOn w:val="Grac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6MediumList2-Accent2">
    <w:name w:val="Grace document 6 MediumList2-Accent2"/>
    <w:basedOn w:val="Grac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6MediumList2-Accent3">
    <w:name w:val="Grace document 6 MediumList2-Accent3"/>
    <w:basedOn w:val="Grac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6MediumList2-Accent4">
    <w:name w:val="Grace document 6 MediumList2-Accent4"/>
    <w:basedOn w:val="Grac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6MediumList2-Accent5">
    <w:name w:val="Grace document 6 MediumList2-Accent5"/>
    <w:basedOn w:val="Grac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6MediumList2-Accent6">
    <w:name w:val="Grace document 6 MediumList2-Accent6"/>
    <w:basedOn w:val="Grace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6MediumGrid1">
    <w:name w:val="Grace document 6 MediumGrid1"/>
    <w:basedOn w:val="Grace6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6MediumGrid1-Accent1">
    <w:name w:val="Grace document 6 MediumGrid1-Accent1"/>
    <w:basedOn w:val="Grace6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6MediumGrid1-Accent2">
    <w:name w:val="Grace document 6 MediumGrid1-Accent2"/>
    <w:basedOn w:val="Grace6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6MediumGrid1-Accent3">
    <w:name w:val="Grace document 6 MediumGrid1-Accent3"/>
    <w:basedOn w:val="Grace6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6MediumGrid1-Accent4">
    <w:name w:val="Grace document 6 MediumGrid1-Accent4"/>
    <w:basedOn w:val="Grace6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6MediumGrid1-Accent5">
    <w:name w:val="Grace document 6 MediumGrid1-Accent5"/>
    <w:basedOn w:val="Grace6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6MediumGrid1-Accent6">
    <w:name w:val="Grace document 6 MediumGrid1-Accent6"/>
    <w:basedOn w:val="Grace6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6MediumGrid2">
    <w:name w:val="Grace document 6 MediumGrid2"/>
    <w:basedOn w:val="Grac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6MediumGrid2-Accent1">
    <w:name w:val="Grace document 6 MediumGrid2-Accent1"/>
    <w:basedOn w:val="Grac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6MediumGrid2-Accent2">
    <w:name w:val="Grace document 6 MediumGrid2-Accent2"/>
    <w:basedOn w:val="Grac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6MediumGrid2-Accent3">
    <w:name w:val="Grace document 6 MediumGrid2-Accent3"/>
    <w:basedOn w:val="Grac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6MediumGrid2-Accent4">
    <w:name w:val="Grace document 6 MediumGrid2-Accent4"/>
    <w:basedOn w:val="Grac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6MediumGrid2-Accent5">
    <w:name w:val="Grace document 6 MediumGrid2-Accent5"/>
    <w:basedOn w:val="Grac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6MediumGrid2-Accent6">
    <w:name w:val="Grace document 6 MediumGrid2-Accent6"/>
    <w:basedOn w:val="Grace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6MediumGrid3">
    <w:name w:val="Grace document 6 MediumGrid3"/>
    <w:basedOn w:val="Grace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6MediumGrid3-Accent1">
    <w:name w:val="Grace document 6 MediumGrid3-Accent1"/>
    <w:basedOn w:val="Grace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6MediumGrid3-Accent2">
    <w:name w:val="Grace document 6 MediumGrid3-Accent2"/>
    <w:basedOn w:val="Grace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6MediumGrid3-Accent3">
    <w:name w:val="Grace document 6 MediumGrid3-Accent3"/>
    <w:basedOn w:val="Grace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6MediumGrid3-Accent4">
    <w:name w:val="Grace document 6 MediumGrid3-Accent4"/>
    <w:basedOn w:val="Grace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6MediumGrid3-Accent5">
    <w:name w:val="Grace document 6 MediumGrid3-Accent5"/>
    <w:basedOn w:val="Grace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6MediumGrid3-Accent6">
    <w:name w:val="Grace document 6 MediumGrid3-Accent6"/>
    <w:basedOn w:val="Grace6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6DarkList">
    <w:name w:val="Grace document 6 DarkList"/>
    <w:basedOn w:val="Grace6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6DarkList-Accent1">
    <w:name w:val="Grace document 6 DarkList-Accent1"/>
    <w:basedOn w:val="Grace6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6DarkList-Accent2">
    <w:name w:val="Grace document 6 DarkList-Accent2"/>
    <w:basedOn w:val="Grace6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6DarkList-Accent3">
    <w:name w:val="Grace document 6 DarkList-Accent3"/>
    <w:basedOn w:val="Grace6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6DarkList-Accent4">
    <w:name w:val="Grace document 6 DarkList-Accent4"/>
    <w:basedOn w:val="Grace6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6DarkList-Accent5">
    <w:name w:val="Grace document 6 DarkList-Accent5"/>
    <w:basedOn w:val="Grace6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6DarkList-Accent6">
    <w:name w:val="Grace document 6 DarkList-Accent6"/>
    <w:basedOn w:val="Grace6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6ColorfulShading">
    <w:name w:val="Grace document 6 ColorfulShading"/>
    <w:basedOn w:val="Grace6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6ColorfulShading-Accent1">
    <w:name w:val="Grace document 6 ColorfulShading-Accent1"/>
    <w:basedOn w:val="Grace6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6ColorfulShading-Accent2">
    <w:name w:val="Grace document 6 ColorfulShading-Accent2"/>
    <w:basedOn w:val="Grace6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6ColorfulShading-Accent3">
    <w:name w:val="Grace document 6 ColorfulShading-Accent3"/>
    <w:basedOn w:val="Grace6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6ColorfulShading-Accent4">
    <w:name w:val="Grace document 6 ColorfulShading-Accent4"/>
    <w:basedOn w:val="Grace6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6ColorfulShading-Accent5">
    <w:name w:val="Grace document 6 ColorfulShading-Accent5"/>
    <w:basedOn w:val="Grace6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6ColorfulShading-Accent6">
    <w:name w:val="Grace document 6 ColorfulShading-Accent6"/>
    <w:basedOn w:val="Grace6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6ColorfulList">
    <w:name w:val="Grace document 6 ColorfulList"/>
    <w:basedOn w:val="Grace6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6ColorfulList-Accent1">
    <w:name w:val="Grace document 6 ColorfulList-Accent1"/>
    <w:basedOn w:val="Grace6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6ColorfulList-Accent2">
    <w:name w:val="Grace document 6 ColorfulList-Accent2"/>
    <w:basedOn w:val="Grace6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6ColorfulList-Accent3">
    <w:name w:val="Grace document 6 ColorfulList-Accent3"/>
    <w:basedOn w:val="Grace6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6ColorfulList-Accent4">
    <w:name w:val="Grace document 6 ColorfulList-Accent4"/>
    <w:basedOn w:val="Grace6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6ColorfulList-Accent5">
    <w:name w:val="Grace document 6 ColorfulList-Accent5"/>
    <w:basedOn w:val="Grace6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6ColorfulList-Accent6">
    <w:name w:val="Grace document 6 ColorfulList-Accent6"/>
    <w:basedOn w:val="Grace6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6ColorfulGrid">
    <w:name w:val="Grace document 6 ColorfulGrid"/>
    <w:basedOn w:val="Grace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6ColorfulGrid-Accent1">
    <w:name w:val="Grace document 6 ColorfulGrid-Accent1"/>
    <w:basedOn w:val="Grace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6ColorfulGrid-Accent2">
    <w:name w:val="Grace document 6 ColorfulGrid-Accent2"/>
    <w:basedOn w:val="Grace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6ColorfulGrid-Accent3">
    <w:name w:val="Grace document 6 ColorfulGrid-Accent3"/>
    <w:basedOn w:val="Grace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6ColorfulGrid-Accent4">
    <w:name w:val="Grace document 6 ColorfulGrid-Accent4"/>
    <w:basedOn w:val="Grace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6ColorfulGrid-Accent5">
    <w:name w:val="Grace document 6 ColorfulGrid-Accent5"/>
    <w:basedOn w:val="Grace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6ColorfulGrid-Accent6">
    <w:name w:val="Grace document 6 ColorfulGrid-Accent6"/>
    <w:basedOn w:val="Grace6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7Normal">
    <w:name w:val="Grace document 7 Normal"/>
    <w:qFormat/>
    <w:rsid w:val="00FC693F"/>
    <w:rPr>
      <w:rFonts w:ascii="Georgia" w:eastAsia="Georgia" w:hAnsi="Georgia"/>
    </w:rPr>
  </w:style>
  <w:style w:type="paragraph" w:styleId="Grace7Heading1">
    <w:name w:val="Grace document 7 Heading1"/>
    <w:basedOn w:val="Grace7Normal"/>
    <w:next w:val="Grace7Normal"/>
    <w:link w:val="Grace7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Grace7Heading2">
    <w:name w:val="Grace document 7 Heading2"/>
    <w:basedOn w:val="Grace7Normal"/>
    <w:next w:val="Grace7Normal"/>
    <w:link w:val="Grace7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7Heading3">
    <w:name w:val="Grace document 7 Heading3"/>
    <w:basedOn w:val="Grace7Normal"/>
    <w:next w:val="Grace7Normal"/>
    <w:link w:val="Grace7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7Heading4">
    <w:name w:val="Grace document 7 Heading4"/>
    <w:basedOn w:val="Grace7Normal"/>
    <w:next w:val="Grace7Normal"/>
    <w:link w:val="Grace7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7Heading5">
    <w:name w:val="Grace document 7 Heading5"/>
    <w:basedOn w:val="Grace7Normal"/>
    <w:next w:val="Grace7Normal"/>
    <w:link w:val="Grace7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7Heading6">
    <w:name w:val="Grace document 7 Heading6"/>
    <w:basedOn w:val="Grace7Normal"/>
    <w:next w:val="Grace7Normal"/>
    <w:link w:val="Grace7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7Heading7">
    <w:name w:val="Grace document 7 Heading7"/>
    <w:basedOn w:val="Grace7Normal"/>
    <w:next w:val="Grace7Normal"/>
    <w:link w:val="Grace7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7Heading8">
    <w:name w:val="Grace document 7 Heading8"/>
    <w:basedOn w:val="Grace7Normal"/>
    <w:next w:val="Grace7Normal"/>
    <w:link w:val="Grace7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7Heading9">
    <w:name w:val="Grace document 7 Heading9"/>
    <w:basedOn w:val="Grace7Normal"/>
    <w:next w:val="Grace7Normal"/>
    <w:link w:val="Grace7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7DefaultParagraphFont">
    <w:name w:val="Grace document 7 DefaultParagraphFont"/>
    <w:uiPriority w:val="1"/>
    <w:semiHidden/>
    <w:unhideWhenUsed/>
  </w:style>
  <w:style w:type="table" w:styleId="Grace7TableNormal">
    <w:name w:val="Grace document 7 TableNormal"/>
    <w:uiPriority w:val="99"/>
    <w:semiHidden/>
    <w:unhideWhenUsed/>
    <w:tblPr>
      <w:tblInd w:w="0" w:type="dxa"/>
      <w:tblCellMar>
        <w:top w:w="0" w:type="dxa"/>
        <w:left w:w="108" w:type="dxa"/>
        <w:bottom w:w="0" w:type="dxa"/>
        <w:right w:w="108" w:type="dxa"/>
      </w:tblCellMar>
    </w:tblPr>
  </w:style>
  <w:style w:type="numbering" w:styleId="Grace7NoList">
    <w:name w:val="Grace document 7 NoList"/>
    <w:uiPriority w:val="99"/>
    <w:semiHidden/>
    <w:unhideWhenUsed/>
  </w:style>
  <w:style w:type="paragraph" w:styleId="Grace7Header">
    <w:name w:val="Grace document 7 Header"/>
    <w:basedOn w:val="Grace7Normal"/>
    <w:link w:val="Grace7HeaderChar"/>
    <w:uiPriority w:val="99"/>
    <w:unhideWhenUsed/>
    <w:rsid w:val="00E618BF"/>
    <w:pPr>
      <w:tabs>
        <w:tab w:val="center" w:pos="4680"/>
        <w:tab w:val="right" w:pos="9360"/>
      </w:tabs>
      <w:spacing w:after="0" w:line="240" w:lineRule="auto"/>
    </w:pPr>
  </w:style>
  <w:style w:type="character" w:customStyle="1" w:styleId="Grace7HeaderChar">
    <w:name w:val="Grace document 7 HeaderChar"/>
    <w:basedOn w:val="Grace7DefaultParagraphFont"/>
    <w:link w:val="Grace7Header"/>
    <w:uiPriority w:val="99"/>
    <w:rsid w:val="00E618BF"/>
  </w:style>
  <w:style w:type="paragraph" w:styleId="Grace7Footer">
    <w:name w:val="Grace document 7 Footer"/>
    <w:basedOn w:val="Grace7Normal"/>
    <w:link w:val="Grace7FooterChar"/>
    <w:uiPriority w:val="99"/>
    <w:unhideWhenUsed/>
    <w:rsid w:val="00E618BF"/>
    <w:pPr>
      <w:tabs>
        <w:tab w:val="center" w:pos="4680"/>
        <w:tab w:val="right" w:pos="9360"/>
      </w:tabs>
      <w:spacing w:after="0" w:line="240" w:lineRule="auto"/>
    </w:pPr>
  </w:style>
  <w:style w:type="character" w:customStyle="1" w:styleId="Grace7FooterChar">
    <w:name w:val="Grace document 7 FooterChar"/>
    <w:basedOn w:val="Grace7DefaultParagraphFont"/>
    <w:link w:val="Grace7Footer"/>
    <w:uiPriority w:val="99"/>
    <w:rsid w:val="00E618BF"/>
  </w:style>
  <w:style w:type="paragraph" w:styleId="Grace7NoSpacing">
    <w:name w:val="Grace document 7 NoSpacing"/>
    <w:uiPriority w:val="1"/>
    <w:qFormat/>
    <w:rsid w:val="00FC693F"/>
    <w:pPr>
      <w:spacing w:after="0" w:line="240" w:lineRule="auto"/>
    </w:pPr>
  </w:style>
  <w:style w:type="character" w:customStyle="1" w:styleId="Grace7Heading1Char">
    <w:name w:val="Grace document 7 Heading1Char"/>
    <w:basedOn w:val="Grace7DefaultParagraphFont"/>
    <w:link w:val="Grace7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7Heading2Char">
    <w:name w:val="Grace document 7 Heading2Char"/>
    <w:basedOn w:val="Grace7DefaultParagraphFont"/>
    <w:link w:val="Grace7Heading2"/>
    <w:uiPriority w:val="9"/>
    <w:rsid w:val="00FC693F"/>
    <w:rPr>
      <w:rFonts w:asciiTheme="majorHAnsi" w:eastAsiaTheme="majorEastAsia" w:hAnsiTheme="majorHAnsi" w:cstheme="majorBidi"/>
      <w:b/>
      <w:bCs/>
      <w:color w:val="4F81BD" w:themeColor="accent1"/>
      <w:sz w:val="26"/>
      <w:szCs w:val="26"/>
    </w:rPr>
  </w:style>
  <w:style w:type="character" w:customStyle="1" w:styleId="Grace7Heading3Char">
    <w:name w:val="Grace document 7 Heading3Char"/>
    <w:basedOn w:val="Grace7DefaultParagraphFont"/>
    <w:link w:val="Grace7Heading3"/>
    <w:uiPriority w:val="9"/>
    <w:rsid w:val="00FC693F"/>
    <w:rPr>
      <w:rFonts w:asciiTheme="majorHAnsi" w:eastAsiaTheme="majorEastAsia" w:hAnsiTheme="majorHAnsi" w:cstheme="majorBidi"/>
      <w:b/>
      <w:bCs/>
      <w:color w:val="4F81BD" w:themeColor="accent1"/>
    </w:rPr>
  </w:style>
  <w:style w:type="paragraph" w:styleId="Grace7Title">
    <w:name w:val="Grace document 7 Title"/>
    <w:basedOn w:val="Grace7Normal"/>
    <w:next w:val="Grace7Normal"/>
    <w:link w:val="Grace7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7TitleChar">
    <w:name w:val="Grace document 7 TitleChar"/>
    <w:basedOn w:val="Grace7DefaultParagraphFont"/>
    <w:link w:val="Grace7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7Subtitle">
    <w:name w:val="Grace document 7 Subtitle"/>
    <w:basedOn w:val="Grace7Normal"/>
    <w:next w:val="Grace7Normal"/>
    <w:link w:val="Grace7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7SubtitleChar">
    <w:name w:val="Grace document 7 SubtitleChar"/>
    <w:basedOn w:val="Grace7DefaultParagraphFont"/>
    <w:link w:val="Grace7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7ListParagraph">
    <w:name w:val="Grace document 7 ListParagraph"/>
    <w:basedOn w:val="Grace7Normal"/>
    <w:uiPriority w:val="34"/>
    <w:qFormat/>
    <w:rsid w:val="00FC693F"/>
    <w:pPr>
      <w:ind w:left="720"/>
      <w:contextualSpacing/>
    </w:pPr>
  </w:style>
  <w:style w:type="paragraph" w:styleId="Grace7BodyText">
    <w:name w:val="Grace document 7 BodyText"/>
    <w:basedOn w:val="Grace7Normal"/>
    <w:link w:val="Grace7BodyTextChar"/>
    <w:uiPriority w:val="99"/>
    <w:unhideWhenUsed/>
    <w:rsid w:val="00AA1D8D"/>
    <w:pPr>
      <w:spacing w:after="120" w:line="259" w:lineRule="auto"/>
    </w:pPr>
  </w:style>
  <w:style w:type="character" w:customStyle="1" w:styleId="Grace7BodyTextChar">
    <w:name w:val="Grace document 7 BodyTextChar"/>
    <w:basedOn w:val="Grace7DefaultParagraphFont"/>
    <w:link w:val="Grace7BodyText"/>
    <w:uiPriority w:val="99"/>
    <w:rsid w:val="00AA1D8D"/>
  </w:style>
  <w:style w:type="paragraph" w:styleId="Grace7BodyText2">
    <w:name w:val="Grace document 7 BodyText2"/>
    <w:basedOn w:val="Grace7Normal"/>
    <w:link w:val="Grace7BodyText2Char"/>
    <w:uiPriority w:val="99"/>
    <w:unhideWhenUsed/>
    <w:rsid w:val="00AA1D8D"/>
    <w:pPr>
      <w:spacing w:after="120" w:line="480" w:lineRule="auto"/>
    </w:pPr>
  </w:style>
  <w:style w:type="character" w:customStyle="1" w:styleId="Grace7BodyText2Char">
    <w:name w:val="Grace document 7 BodyText2Char"/>
    <w:basedOn w:val="Grace7DefaultParagraphFont"/>
    <w:link w:val="Grace7BodyText2"/>
    <w:uiPriority w:val="99"/>
    <w:rsid w:val="00AA1D8D"/>
  </w:style>
  <w:style w:type="paragraph" w:styleId="Grace7BodyText3">
    <w:name w:val="Grace document 7 BodyText3"/>
    <w:basedOn w:val="Grace7Normal"/>
    <w:link w:val="Grace7BodyText3Char"/>
    <w:uiPriority w:val="99"/>
    <w:unhideWhenUsed/>
    <w:rsid w:val="00AA1D8D"/>
    <w:pPr>
      <w:spacing w:after="120"/>
    </w:pPr>
    <w:rPr>
      <w:sz w:val="16"/>
      <w:szCs w:val="16"/>
    </w:rPr>
  </w:style>
  <w:style w:type="character" w:customStyle="1" w:styleId="Grace7BodyText3Char">
    <w:name w:val="Grace document 7 BodyText3Char"/>
    <w:basedOn w:val="Grace7DefaultParagraphFont"/>
    <w:link w:val="Grace7BodyText3"/>
    <w:uiPriority w:val="99"/>
    <w:rsid w:val="00AA1D8D"/>
    <w:rPr>
      <w:sz w:val="16"/>
      <w:szCs w:val="16"/>
    </w:rPr>
  </w:style>
  <w:style w:type="paragraph" w:styleId="Grace7List">
    <w:name w:val="Grace document 7 List"/>
    <w:basedOn w:val="Grace7Normal"/>
    <w:uiPriority w:val="99"/>
    <w:unhideWhenUsed/>
    <w:rsid w:val="00AA1D8D"/>
    <w:pPr>
      <w:ind w:left="360" w:hanging="360"/>
      <w:contextualSpacing/>
    </w:pPr>
  </w:style>
  <w:style w:type="paragraph" w:styleId="Grace7List2">
    <w:name w:val="Grace document 7 List2"/>
    <w:basedOn w:val="Grace7Normal"/>
    <w:uiPriority w:val="99"/>
    <w:unhideWhenUsed/>
    <w:rsid w:val="00326F90"/>
    <w:pPr>
      <w:ind w:left="720" w:hanging="360"/>
      <w:contextualSpacing/>
    </w:pPr>
  </w:style>
  <w:style w:type="paragraph" w:styleId="Grace7List3">
    <w:name w:val="Grace document 7 List3"/>
    <w:basedOn w:val="Grace7Normal"/>
    <w:uiPriority w:val="99"/>
    <w:unhideWhenUsed/>
    <w:rsid w:val="00326F90"/>
    <w:pPr>
      <w:ind w:left="1080" w:hanging="360"/>
      <w:contextualSpacing/>
    </w:pPr>
  </w:style>
  <w:style w:type="paragraph" w:styleId="Grace7ListBullet">
    <w:name w:val="Grace document 7 ListBullet"/>
    <w:basedOn w:val="Grace7Normal"/>
    <w:uiPriority w:val="99"/>
    <w:unhideWhenUsed/>
    <w:rsid w:val="00326F90"/>
    <w:pPr>
      <w:numPr>
        <w:numId w:val="1"/>
      </w:numPr>
      <w:contextualSpacing/>
    </w:pPr>
  </w:style>
  <w:style w:type="paragraph" w:styleId="Grace7ListBullet2">
    <w:name w:val="Grace document 7 ListBullet2"/>
    <w:basedOn w:val="Grace7Normal"/>
    <w:uiPriority w:val="99"/>
    <w:unhideWhenUsed/>
    <w:rsid w:val="00326F90"/>
    <w:pPr>
      <w:numPr>
        <w:numId w:val="2"/>
      </w:numPr>
      <w:contextualSpacing/>
    </w:pPr>
  </w:style>
  <w:style w:type="paragraph" w:styleId="Grace7ListBullet3">
    <w:name w:val="Grace document 7 ListBullet3"/>
    <w:basedOn w:val="Grace7Normal"/>
    <w:uiPriority w:val="99"/>
    <w:unhideWhenUsed/>
    <w:rsid w:val="00326F90"/>
    <w:pPr>
      <w:numPr>
        <w:numId w:val="3"/>
      </w:numPr>
      <w:contextualSpacing/>
    </w:pPr>
  </w:style>
  <w:style w:type="paragraph" w:styleId="Grace7ListNumber">
    <w:name w:val="Grace document 7 ListNumber"/>
    <w:basedOn w:val="Grace7Normal"/>
    <w:uiPriority w:val="99"/>
    <w:unhideWhenUsed/>
    <w:rsid w:val="00326F90"/>
    <w:pPr>
      <w:numPr>
        <w:numId w:val="5"/>
      </w:numPr>
      <w:contextualSpacing/>
    </w:pPr>
  </w:style>
  <w:style w:type="paragraph" w:styleId="Grace7ListNumber2">
    <w:name w:val="Grace document 7 ListNumber2"/>
    <w:basedOn w:val="Grace7Normal"/>
    <w:uiPriority w:val="99"/>
    <w:unhideWhenUsed/>
    <w:rsid w:val="0029639D"/>
    <w:pPr>
      <w:numPr>
        <w:numId w:val="6"/>
      </w:numPr>
      <w:contextualSpacing/>
    </w:pPr>
  </w:style>
  <w:style w:type="paragraph" w:styleId="Grace7ListNumber3">
    <w:name w:val="Grace document 7 ListNumber3"/>
    <w:basedOn w:val="Grace7Normal"/>
    <w:uiPriority w:val="99"/>
    <w:unhideWhenUsed/>
    <w:rsid w:val="0029639D"/>
    <w:pPr>
      <w:numPr>
        <w:numId w:val="7"/>
      </w:numPr>
      <w:contextualSpacing/>
    </w:pPr>
  </w:style>
  <w:style w:type="paragraph" w:styleId="Grace7ListContinue">
    <w:name w:val="Grace document 7 ListContinue"/>
    <w:basedOn w:val="Grace7Normal"/>
    <w:uiPriority w:val="99"/>
    <w:unhideWhenUsed/>
    <w:rsid w:val="0029639D"/>
    <w:pPr>
      <w:spacing w:after="120"/>
      <w:ind w:left="360"/>
      <w:contextualSpacing/>
    </w:pPr>
  </w:style>
  <w:style w:type="paragraph" w:styleId="Grace7ListContinue2">
    <w:name w:val="Grace document 7 ListContinue2"/>
    <w:basedOn w:val="Grace7Normal"/>
    <w:uiPriority w:val="99"/>
    <w:unhideWhenUsed/>
    <w:rsid w:val="0029639D"/>
    <w:pPr>
      <w:spacing w:after="120"/>
      <w:ind w:left="720"/>
      <w:contextualSpacing/>
    </w:pPr>
  </w:style>
  <w:style w:type="paragraph" w:styleId="Grace7ListContinue3">
    <w:name w:val="Grace document 7 ListContinue3"/>
    <w:basedOn w:val="Grace7Normal"/>
    <w:uiPriority w:val="99"/>
    <w:unhideWhenUsed/>
    <w:rsid w:val="0029639D"/>
    <w:pPr>
      <w:spacing w:after="120"/>
      <w:ind w:left="1080"/>
      <w:contextualSpacing/>
    </w:pPr>
  </w:style>
  <w:style w:type="paragraph" w:styleId="Grace7MacroText">
    <w:name w:val="Grace document 7 MacroText"/>
    <w:link w:val="Grace7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7MacroTextChar">
    <w:name w:val="Grace document 7 MacroTextChar"/>
    <w:basedOn w:val="Grace7DefaultParagraphFont"/>
    <w:link w:val="Grace7MacroText"/>
    <w:uiPriority w:val="99"/>
    <w:rsid w:val="0029639D"/>
    <w:rPr>
      <w:rFonts w:ascii="Courier" w:hAnsi="Courier"/>
      <w:sz w:val="20"/>
      <w:szCs w:val="20"/>
    </w:rPr>
  </w:style>
  <w:style w:type="paragraph" w:styleId="Grace7Quote">
    <w:name w:val="Grace document 7 Quote"/>
    <w:basedOn w:val="Grace7Normal"/>
    <w:next w:val="Grace7Normal"/>
    <w:link w:val="Grace7QuoteChar"/>
    <w:uiPriority w:val="29"/>
    <w:qFormat/>
    <w:rsid w:val="00FC693F"/>
    <w:rPr>
      <w:i/>
      <w:iCs/>
      <w:color w:val="000000" w:themeColor="text1"/>
    </w:rPr>
  </w:style>
  <w:style w:type="character" w:customStyle="1" w:styleId="Grace7QuoteChar">
    <w:name w:val="Grace document 7 QuoteChar"/>
    <w:basedOn w:val="Grace7DefaultParagraphFont"/>
    <w:link w:val="Grace7Quote"/>
    <w:uiPriority w:val="29"/>
    <w:rsid w:val="00FC693F"/>
    <w:rPr>
      <w:i/>
      <w:iCs/>
      <w:color w:val="000000" w:themeColor="text1"/>
    </w:rPr>
  </w:style>
  <w:style w:type="character" w:customStyle="1" w:styleId="Grace7Heading4Char">
    <w:name w:val="Grace document 7 Heading4Char"/>
    <w:basedOn w:val="Grace7DefaultParagraphFont"/>
    <w:link w:val="Grace7Heading4"/>
    <w:uiPriority w:val="9"/>
    <w:semiHidden/>
    <w:rsid w:val="00FC693F"/>
    <w:rPr>
      <w:rFonts w:asciiTheme="majorHAnsi" w:eastAsiaTheme="majorEastAsia" w:hAnsiTheme="majorHAnsi" w:cstheme="majorBidi"/>
      <w:b/>
      <w:bCs/>
      <w:i/>
      <w:iCs/>
      <w:color w:val="4F81BD" w:themeColor="accent1"/>
    </w:rPr>
  </w:style>
  <w:style w:type="character" w:customStyle="1" w:styleId="Grace7Heading5Char">
    <w:name w:val="Grace document 7 Heading5Char"/>
    <w:basedOn w:val="Grace7DefaultParagraphFont"/>
    <w:link w:val="Grace7Heading5"/>
    <w:uiPriority w:val="9"/>
    <w:semiHidden/>
    <w:rsid w:val="00FC693F"/>
    <w:rPr>
      <w:rFonts w:asciiTheme="majorHAnsi" w:eastAsiaTheme="majorEastAsia" w:hAnsiTheme="majorHAnsi" w:cstheme="majorBidi"/>
      <w:color w:val="243F60" w:themeColor="accent1" w:themeShade="7F"/>
    </w:rPr>
  </w:style>
  <w:style w:type="character" w:customStyle="1" w:styleId="Grace7Heading6Char">
    <w:name w:val="Grace document 7 Heading6Char"/>
    <w:basedOn w:val="Grace7DefaultParagraphFont"/>
    <w:link w:val="Grace7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7Heading7Char">
    <w:name w:val="Grace document 7 Heading7Char"/>
    <w:basedOn w:val="Grace7DefaultParagraphFont"/>
    <w:link w:val="Grace7Heading7"/>
    <w:uiPriority w:val="9"/>
    <w:semiHidden/>
    <w:rsid w:val="00FC693F"/>
    <w:rPr>
      <w:rFonts w:asciiTheme="majorHAnsi" w:eastAsiaTheme="majorEastAsia" w:hAnsiTheme="majorHAnsi" w:cstheme="majorBidi"/>
      <w:i/>
      <w:iCs/>
      <w:color w:val="404040" w:themeColor="text1" w:themeTint="BF"/>
    </w:rPr>
  </w:style>
  <w:style w:type="character" w:customStyle="1" w:styleId="Grace7Heading8Char">
    <w:name w:val="Grace document 7 Heading8Char"/>
    <w:basedOn w:val="Grace7DefaultParagraphFont"/>
    <w:link w:val="Grace7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7Heading9Char">
    <w:name w:val="Grace document 7 Heading9Char"/>
    <w:basedOn w:val="Grace7DefaultParagraphFont"/>
    <w:link w:val="Grace7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7Caption">
    <w:name w:val="Grace document 7 Caption"/>
    <w:basedOn w:val="Grace7Normal"/>
    <w:next w:val="Grace7Normal"/>
    <w:uiPriority w:val="35"/>
    <w:semiHidden/>
    <w:unhideWhenUsed/>
    <w:qFormat/>
    <w:rsid w:val="00FC693F"/>
    <w:pPr>
      <w:spacing w:line="240" w:lineRule="auto"/>
    </w:pPr>
    <w:rPr>
      <w:b/>
      <w:bCs/>
      <w:color w:val="4F81BD" w:themeColor="accent1"/>
      <w:sz w:val="18"/>
      <w:szCs w:val="18"/>
    </w:rPr>
  </w:style>
  <w:style w:type="character" w:styleId="Grace7Strong">
    <w:name w:val="Grace document 7 Strong"/>
    <w:basedOn w:val="Grace7DefaultParagraphFont"/>
    <w:uiPriority w:val="22"/>
    <w:qFormat/>
    <w:rsid w:val="00FC693F"/>
    <w:rPr>
      <w:b/>
      <w:bCs/>
    </w:rPr>
  </w:style>
  <w:style w:type="character" w:styleId="Grace7Emphasis">
    <w:name w:val="Grace document 7 Emphasis"/>
    <w:basedOn w:val="Grace7DefaultParagraphFont"/>
    <w:uiPriority w:val="20"/>
    <w:qFormat/>
    <w:rsid w:val="00FC693F"/>
    <w:rPr>
      <w:i/>
      <w:iCs/>
    </w:rPr>
  </w:style>
  <w:style w:type="paragraph" w:styleId="Grace7IntenseQuote">
    <w:name w:val="Grace document 7 IntenseQuote"/>
    <w:basedOn w:val="Grace7Normal"/>
    <w:next w:val="Grace7Normal"/>
    <w:link w:val="Grace7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7IntenseQuoteChar">
    <w:name w:val="Grace document 7 IntenseQuoteChar"/>
    <w:basedOn w:val="Grace7DefaultParagraphFont"/>
    <w:link w:val="Grace7IntenseQuote"/>
    <w:uiPriority w:val="30"/>
    <w:rsid w:val="00FC693F"/>
    <w:rPr>
      <w:b/>
      <w:bCs/>
      <w:i/>
      <w:iCs/>
      <w:color w:val="4F81BD" w:themeColor="accent1"/>
    </w:rPr>
  </w:style>
  <w:style w:type="character" w:styleId="Grace7SubtleEmphasis">
    <w:name w:val="Grace document 7 SubtleEmphasis"/>
    <w:basedOn w:val="Grace7DefaultParagraphFont"/>
    <w:uiPriority w:val="19"/>
    <w:qFormat/>
    <w:rsid w:val="00FC693F"/>
    <w:rPr>
      <w:i/>
      <w:iCs/>
      <w:color w:val="808080" w:themeColor="text1" w:themeTint="7F"/>
    </w:rPr>
  </w:style>
  <w:style w:type="character" w:styleId="Grace7IntenseEmphasis">
    <w:name w:val="Grace document 7 IntenseEmphasis"/>
    <w:basedOn w:val="Grace7DefaultParagraphFont"/>
    <w:uiPriority w:val="21"/>
    <w:qFormat/>
    <w:rsid w:val="00FC693F"/>
    <w:rPr>
      <w:b/>
      <w:bCs/>
      <w:i/>
      <w:iCs/>
      <w:color w:val="4F81BD" w:themeColor="accent1"/>
    </w:rPr>
  </w:style>
  <w:style w:type="character" w:styleId="Grace7SubtleReference">
    <w:name w:val="Grace document 7 SubtleReference"/>
    <w:basedOn w:val="Grace7DefaultParagraphFont"/>
    <w:uiPriority w:val="31"/>
    <w:qFormat/>
    <w:rsid w:val="00FC693F"/>
    <w:rPr>
      <w:smallCaps/>
      <w:color w:val="C0504D" w:themeColor="accent2"/>
      <w:u w:val="single"/>
    </w:rPr>
  </w:style>
  <w:style w:type="character" w:styleId="Grace7IntenseReference">
    <w:name w:val="Grace document 7 IntenseReference"/>
    <w:basedOn w:val="Grace7DefaultParagraphFont"/>
    <w:uiPriority w:val="32"/>
    <w:qFormat/>
    <w:rsid w:val="00FC693F"/>
    <w:rPr>
      <w:b/>
      <w:bCs/>
      <w:smallCaps/>
      <w:color w:val="C0504D" w:themeColor="accent2"/>
      <w:spacing w:val="5"/>
      <w:u w:val="single"/>
    </w:rPr>
  </w:style>
  <w:style w:type="character" w:styleId="Grace7BookTitle">
    <w:name w:val="Grace document 7 BookTitle"/>
    <w:basedOn w:val="Grace7DefaultParagraphFont"/>
    <w:uiPriority w:val="33"/>
    <w:qFormat/>
    <w:rsid w:val="00FC693F"/>
    <w:rPr>
      <w:b/>
      <w:bCs/>
      <w:smallCaps/>
      <w:spacing w:val="5"/>
    </w:rPr>
  </w:style>
  <w:style w:type="paragraph" w:styleId="Grace7TOCHeading">
    <w:name w:val="Grace document 7 TOCHeading"/>
    <w:basedOn w:val="Grace7Heading1"/>
    <w:next w:val="Grace7Normal"/>
    <w:uiPriority w:val="39"/>
    <w:semiHidden/>
    <w:unhideWhenUsed/>
    <w:qFormat/>
    <w:rsid w:val="00FC693F"/>
    <w:pPr>
      <w:outlineLvl w:val="9"/>
    </w:pPr>
  </w:style>
  <w:style w:type="table" w:styleId="Grace7TableGrid">
    <w:name w:val="Grace document 7 TableGrid"/>
    <w:basedOn w:val="Grace7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ce7LightShading">
    <w:name w:val="Grace document 7 LightShading"/>
    <w:basedOn w:val="Grace7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7LightShading-Accent1">
    <w:name w:val="Grace document 7 LightShading-Accent1"/>
    <w:basedOn w:val="Grace7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7LightShading-Accent2">
    <w:name w:val="Grace document 7 LightShading-Accent2"/>
    <w:basedOn w:val="Grace7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7LightShading-Accent3">
    <w:name w:val="Grace document 7 LightShading-Accent3"/>
    <w:basedOn w:val="Grace7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7LightShading-Accent4">
    <w:name w:val="Grace document 7 LightShading-Accent4"/>
    <w:basedOn w:val="Grace7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7LightShading-Accent5">
    <w:name w:val="Grace document 7 LightShading-Accent5"/>
    <w:basedOn w:val="Grace7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7LightShading-Accent6">
    <w:name w:val="Grace document 7 LightShading-Accent6"/>
    <w:basedOn w:val="Grace7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7LightList">
    <w:name w:val="Grace document 7 LightList"/>
    <w:basedOn w:val="Grace7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7LightList-Accent1">
    <w:name w:val="Grace document 7 LightList-Accent1"/>
    <w:basedOn w:val="Grace7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7LightList-Accent2">
    <w:name w:val="Grace document 7 LightList-Accent2"/>
    <w:basedOn w:val="Grace7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7LightList-Accent3">
    <w:name w:val="Grace document 7 LightList-Accent3"/>
    <w:basedOn w:val="Grace7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7LightList-Accent4">
    <w:name w:val="Grace document 7 LightList-Accent4"/>
    <w:basedOn w:val="Grace7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7LightList-Accent5">
    <w:name w:val="Grace document 7 LightList-Accent5"/>
    <w:basedOn w:val="Grace7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7LightList-Accent6">
    <w:name w:val="Grace document 7 LightList-Accent6"/>
    <w:basedOn w:val="Grace7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7LightGrid">
    <w:name w:val="Grace document 7 LightGrid"/>
    <w:basedOn w:val="Grace7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7LightGrid-Accent1">
    <w:name w:val="Grace document 7 LightGrid-Accent1"/>
    <w:basedOn w:val="Grace7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7LightGrid-Accent2">
    <w:name w:val="Grace document 7 LightGrid-Accent2"/>
    <w:basedOn w:val="Grace7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7LightGrid-Accent3">
    <w:name w:val="Grace document 7 LightGrid-Accent3"/>
    <w:basedOn w:val="Grace7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7LightGrid-Accent4">
    <w:name w:val="Grace document 7 LightGrid-Accent4"/>
    <w:basedOn w:val="Grace7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7LightGrid-Accent5">
    <w:name w:val="Grace document 7 LightGrid-Accent5"/>
    <w:basedOn w:val="Grace7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7LightGrid-Accent6">
    <w:name w:val="Grace document 7 LightGrid-Accent6"/>
    <w:basedOn w:val="Grace7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7MediumShading1">
    <w:name w:val="Grace document 7 MediumShading1"/>
    <w:basedOn w:val="Grace7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7MediumShading1-Accent1">
    <w:name w:val="Grace document 7 MediumShading1-Accent1"/>
    <w:basedOn w:val="Grace7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7MediumShading1-Accent2">
    <w:name w:val="Grace document 7 MediumShading1-Accent2"/>
    <w:basedOn w:val="Grace7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7MediumShading1-Accent3">
    <w:name w:val="Grace document 7 MediumShading1-Accent3"/>
    <w:basedOn w:val="Grace7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7MediumShading1-Accent4">
    <w:name w:val="Grace document 7 MediumShading1-Accent4"/>
    <w:basedOn w:val="Grace7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7MediumShading1-Accent5">
    <w:name w:val="Grace document 7 MediumShading1-Accent5"/>
    <w:basedOn w:val="Grace7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7MediumShading1-Accent6">
    <w:name w:val="Grace document 7 MediumShading1-Accent6"/>
    <w:basedOn w:val="Grace7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7MediumShading2">
    <w:name w:val="Grace document 7 MediumShading2"/>
    <w:basedOn w:val="Grace7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7MediumShading2-Accent1">
    <w:name w:val="Grace document 7 MediumShading2-Accent1"/>
    <w:basedOn w:val="Grace7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7MediumShading2-Accent2">
    <w:name w:val="Grace document 7 MediumShading2-Accent2"/>
    <w:basedOn w:val="Grace7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7MediumShading2-Accent3">
    <w:name w:val="Grace document 7 MediumShading2-Accent3"/>
    <w:basedOn w:val="Grace7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7MediumShading2-Accent4">
    <w:name w:val="Grace document 7 MediumShading2-Accent4"/>
    <w:basedOn w:val="Grace7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7MediumShading2-Accent5">
    <w:name w:val="Grace document 7 MediumShading2-Accent5"/>
    <w:basedOn w:val="Grace7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7MediumShading2-Accent6">
    <w:name w:val="Grace document 7 MediumShading2-Accent6"/>
    <w:basedOn w:val="Grace7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7MediumList1">
    <w:name w:val="Grace document 7 MediumList1"/>
    <w:basedOn w:val="Grace7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7MediumList1-Accent1">
    <w:name w:val="Grace document 7 MediumList1-Accent1"/>
    <w:basedOn w:val="Grace7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7MediumList1-Accent2">
    <w:name w:val="Grace document 7 MediumList1-Accent2"/>
    <w:basedOn w:val="Grace7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7MediumList1-Accent3">
    <w:name w:val="Grace document 7 MediumList1-Accent3"/>
    <w:basedOn w:val="Grace7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7MediumList1-Accent4">
    <w:name w:val="Grace document 7 MediumList1-Accent4"/>
    <w:basedOn w:val="Grace7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7MediumList1-Accent5">
    <w:name w:val="Grace document 7 MediumList1-Accent5"/>
    <w:basedOn w:val="Grace7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7MediumList1-Accent6">
    <w:name w:val="Grace document 7 MediumList1-Accent6"/>
    <w:basedOn w:val="Grace7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7MediumList2">
    <w:name w:val="Grace document 7 MediumList2"/>
    <w:basedOn w:val="Grac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7MediumList2-Accent1">
    <w:name w:val="Grace document 7 MediumList2-Accent1"/>
    <w:basedOn w:val="Grac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7MediumList2-Accent2">
    <w:name w:val="Grace document 7 MediumList2-Accent2"/>
    <w:basedOn w:val="Grac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7MediumList2-Accent3">
    <w:name w:val="Grace document 7 MediumList2-Accent3"/>
    <w:basedOn w:val="Grac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7MediumList2-Accent4">
    <w:name w:val="Grace document 7 MediumList2-Accent4"/>
    <w:basedOn w:val="Grac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7MediumList2-Accent5">
    <w:name w:val="Grace document 7 MediumList2-Accent5"/>
    <w:basedOn w:val="Grac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7MediumList2-Accent6">
    <w:name w:val="Grace document 7 MediumList2-Accent6"/>
    <w:basedOn w:val="Grace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7MediumGrid1">
    <w:name w:val="Grace document 7 MediumGrid1"/>
    <w:basedOn w:val="Grace7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7MediumGrid1-Accent1">
    <w:name w:val="Grace document 7 MediumGrid1-Accent1"/>
    <w:basedOn w:val="Grace7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7MediumGrid1-Accent2">
    <w:name w:val="Grace document 7 MediumGrid1-Accent2"/>
    <w:basedOn w:val="Grace7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7MediumGrid1-Accent3">
    <w:name w:val="Grace document 7 MediumGrid1-Accent3"/>
    <w:basedOn w:val="Grace7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7MediumGrid1-Accent4">
    <w:name w:val="Grace document 7 MediumGrid1-Accent4"/>
    <w:basedOn w:val="Grace7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7MediumGrid1-Accent5">
    <w:name w:val="Grace document 7 MediumGrid1-Accent5"/>
    <w:basedOn w:val="Grace7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7MediumGrid1-Accent6">
    <w:name w:val="Grace document 7 MediumGrid1-Accent6"/>
    <w:basedOn w:val="Grace7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7MediumGrid2">
    <w:name w:val="Grace document 7 MediumGrid2"/>
    <w:basedOn w:val="Grac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7MediumGrid2-Accent1">
    <w:name w:val="Grace document 7 MediumGrid2-Accent1"/>
    <w:basedOn w:val="Grac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7MediumGrid2-Accent2">
    <w:name w:val="Grace document 7 MediumGrid2-Accent2"/>
    <w:basedOn w:val="Grac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7MediumGrid2-Accent3">
    <w:name w:val="Grace document 7 MediumGrid2-Accent3"/>
    <w:basedOn w:val="Grac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7MediumGrid2-Accent4">
    <w:name w:val="Grace document 7 MediumGrid2-Accent4"/>
    <w:basedOn w:val="Grac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7MediumGrid2-Accent5">
    <w:name w:val="Grace document 7 MediumGrid2-Accent5"/>
    <w:basedOn w:val="Grac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7MediumGrid2-Accent6">
    <w:name w:val="Grace document 7 MediumGrid2-Accent6"/>
    <w:basedOn w:val="Grace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7MediumGrid3">
    <w:name w:val="Grace document 7 MediumGrid3"/>
    <w:basedOn w:val="Grace7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7MediumGrid3-Accent1">
    <w:name w:val="Grace document 7 MediumGrid3-Accent1"/>
    <w:basedOn w:val="Grace7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7MediumGrid3-Accent2">
    <w:name w:val="Grace document 7 MediumGrid3-Accent2"/>
    <w:basedOn w:val="Grace7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7MediumGrid3-Accent3">
    <w:name w:val="Grace document 7 MediumGrid3-Accent3"/>
    <w:basedOn w:val="Grace7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7MediumGrid3-Accent4">
    <w:name w:val="Grace document 7 MediumGrid3-Accent4"/>
    <w:basedOn w:val="Grace7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7MediumGrid3-Accent5">
    <w:name w:val="Grace document 7 MediumGrid3-Accent5"/>
    <w:basedOn w:val="Grace7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7MediumGrid3-Accent6">
    <w:name w:val="Grace document 7 MediumGrid3-Accent6"/>
    <w:basedOn w:val="Grace7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7DarkList">
    <w:name w:val="Grace document 7 DarkList"/>
    <w:basedOn w:val="Grace7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7DarkList-Accent1">
    <w:name w:val="Grace document 7 DarkList-Accent1"/>
    <w:basedOn w:val="Grace7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7DarkList-Accent2">
    <w:name w:val="Grace document 7 DarkList-Accent2"/>
    <w:basedOn w:val="Grace7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7DarkList-Accent3">
    <w:name w:val="Grace document 7 DarkList-Accent3"/>
    <w:basedOn w:val="Grace7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7DarkList-Accent4">
    <w:name w:val="Grace document 7 DarkList-Accent4"/>
    <w:basedOn w:val="Grace7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7DarkList-Accent5">
    <w:name w:val="Grace document 7 DarkList-Accent5"/>
    <w:basedOn w:val="Grace7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7DarkList-Accent6">
    <w:name w:val="Grace document 7 DarkList-Accent6"/>
    <w:basedOn w:val="Grace7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7ColorfulShading">
    <w:name w:val="Grace document 7 ColorfulShading"/>
    <w:basedOn w:val="Grace7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7ColorfulShading-Accent1">
    <w:name w:val="Grace document 7 ColorfulShading-Accent1"/>
    <w:basedOn w:val="Grace7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7ColorfulShading-Accent2">
    <w:name w:val="Grace document 7 ColorfulShading-Accent2"/>
    <w:basedOn w:val="Grace7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7ColorfulShading-Accent3">
    <w:name w:val="Grace document 7 ColorfulShading-Accent3"/>
    <w:basedOn w:val="Grace7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7ColorfulShading-Accent4">
    <w:name w:val="Grace document 7 ColorfulShading-Accent4"/>
    <w:basedOn w:val="Grace7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7ColorfulShading-Accent5">
    <w:name w:val="Grace document 7 ColorfulShading-Accent5"/>
    <w:basedOn w:val="Grace7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7ColorfulShading-Accent6">
    <w:name w:val="Grace document 7 ColorfulShading-Accent6"/>
    <w:basedOn w:val="Grace7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7ColorfulList">
    <w:name w:val="Grace document 7 ColorfulList"/>
    <w:basedOn w:val="Grace7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7ColorfulList-Accent1">
    <w:name w:val="Grace document 7 ColorfulList-Accent1"/>
    <w:basedOn w:val="Grace7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7ColorfulList-Accent2">
    <w:name w:val="Grace document 7 ColorfulList-Accent2"/>
    <w:basedOn w:val="Grace7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7ColorfulList-Accent3">
    <w:name w:val="Grace document 7 ColorfulList-Accent3"/>
    <w:basedOn w:val="Grace7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7ColorfulList-Accent4">
    <w:name w:val="Grace document 7 ColorfulList-Accent4"/>
    <w:basedOn w:val="Grace7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7ColorfulList-Accent5">
    <w:name w:val="Grace document 7 ColorfulList-Accent5"/>
    <w:basedOn w:val="Grace7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7ColorfulList-Accent6">
    <w:name w:val="Grace document 7 ColorfulList-Accent6"/>
    <w:basedOn w:val="Grace7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7ColorfulGrid">
    <w:name w:val="Grace document 7 ColorfulGrid"/>
    <w:basedOn w:val="Grace7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7ColorfulGrid-Accent1">
    <w:name w:val="Grace document 7 ColorfulGrid-Accent1"/>
    <w:basedOn w:val="Grace7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7ColorfulGrid-Accent2">
    <w:name w:val="Grace document 7 ColorfulGrid-Accent2"/>
    <w:basedOn w:val="Grace7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7ColorfulGrid-Accent3">
    <w:name w:val="Grace document 7 ColorfulGrid-Accent3"/>
    <w:basedOn w:val="Grace7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7ColorfulGrid-Accent4">
    <w:name w:val="Grace document 7 ColorfulGrid-Accent4"/>
    <w:basedOn w:val="Grace7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7ColorfulGrid-Accent5">
    <w:name w:val="Grace document 7 ColorfulGrid-Accent5"/>
    <w:basedOn w:val="Grace7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7ColorfulGrid-Accent6">
    <w:name w:val="Grace document 7 ColorfulGrid-Accent6"/>
    <w:basedOn w:val="Grace7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8Normal">
    <w:name w:val="Grace document 8 Normal"/>
    <w:qFormat/>
    <w:rsid w:val="00FC693F"/>
    <w:pPr>
      <w:spacing w:line="259" w:lineRule="auto" w:after="120"/>
    </w:pPr>
    <w:rPr>
      <w:rFonts w:ascii="Georgia" w:hAnsi="Georgia" w:eastAsia="Georgia"/>
      <w:sz w:val="22"/>
    </w:rPr>
  </w:style>
  <w:style w:type="paragraph" w:styleId="Grace8Header">
    <w:name w:val="Grace document 8 Header"/>
    <w:basedOn w:val="Grace8Normal"/>
    <w:link w:val="Grace8HeaderChar"/>
    <w:uiPriority w:val="99"/>
    <w:unhideWhenUsed/>
    <w:rsid w:val="00E618BF"/>
    <w:pPr>
      <w:tabs>
        <w:tab w:val="center" w:pos="4680"/>
        <w:tab w:val="right" w:pos="9360"/>
      </w:tabs>
      <w:spacing w:after="0" w:line="240" w:lineRule="auto"/>
    </w:pPr>
  </w:style>
  <w:style w:type="character" w:customStyle="1" w:styleId="Grace8HeaderChar">
    <w:name w:val="Grace document 8 HeaderChar"/>
    <w:basedOn w:val="Grace8DefaultParagraphFont"/>
    <w:link w:val="Grace8Header"/>
    <w:uiPriority w:val="99"/>
    <w:rsid w:val="00E618BF"/>
  </w:style>
  <w:style w:type="paragraph" w:styleId="Grace8Footer">
    <w:name w:val="Grace document 8 Footer"/>
    <w:basedOn w:val="Grace8Normal"/>
    <w:link w:val="Grace8FooterChar"/>
    <w:uiPriority w:val="99"/>
    <w:unhideWhenUsed/>
    <w:rsid w:val="00E618BF"/>
    <w:pPr>
      <w:tabs>
        <w:tab w:val="center" w:pos="4680"/>
        <w:tab w:val="right" w:pos="9360"/>
      </w:tabs>
      <w:spacing w:after="0" w:line="240" w:lineRule="auto"/>
    </w:pPr>
  </w:style>
  <w:style w:type="character" w:customStyle="1" w:styleId="Grace8FooterChar">
    <w:name w:val="Grace document 8 FooterChar"/>
    <w:basedOn w:val="Grace8DefaultParagraphFont"/>
    <w:link w:val="Grace8Footer"/>
    <w:uiPriority w:val="99"/>
    <w:rsid w:val="00E618BF"/>
  </w:style>
  <w:style w:type="paragraph" w:styleId="Grace8Heading1">
    <w:name w:val="Grace document 8 Heading1"/>
    <w:basedOn w:val="Grace8Normal"/>
    <w:next w:val="Grace8Normal"/>
    <w:link w:val="Grace8Heading1Char"/>
    <w:uiPriority w:val="9"/>
    <w:qFormat/>
    <w:rsid w:val="00FC693F"/>
    <w:pPr>
      <w:keepNext/>
      <w:keepLines/>
      <w:spacing w:before="200" w:after="80"/>
      <w:outlineLvl w:val="0"/>
    </w:pPr>
    <w:rPr>
      <w:rFonts w:asciiTheme="majorHAnsi" w:eastAsiaTheme="majorEastAsia" w:hAnsiTheme="majorHAnsi" w:cstheme="majorBidi" w:ascii="Georgia" w:hAnsi="Georgia" w:eastAsia="Georgia"/>
      <w:b/>
      <w:bCs/>
      <w:color w:val="1F4E79"/>
      <w:sz w:val="32"/>
      <w:szCs w:val="28"/>
    </w:rPr>
  </w:style>
  <w:style w:type="paragraph" w:styleId="Grace8Heading2">
    <w:name w:val="Grace document 8 Heading2"/>
    <w:basedOn w:val="Grace8Normal"/>
    <w:next w:val="Grace8Normal"/>
    <w:link w:val="Grace8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8Heading3">
    <w:name w:val="Grace document 8 Heading3"/>
    <w:basedOn w:val="Grace8Normal"/>
    <w:next w:val="Grace8Normal"/>
    <w:link w:val="Grace8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8Heading4">
    <w:name w:val="Grace document 8 Heading4"/>
    <w:basedOn w:val="Grace8Normal"/>
    <w:next w:val="Grace8Normal"/>
    <w:link w:val="Grace8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8Heading5">
    <w:name w:val="Grace document 8 Heading5"/>
    <w:basedOn w:val="Grace8Normal"/>
    <w:next w:val="Grace8Normal"/>
    <w:link w:val="Grace8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8Heading6">
    <w:name w:val="Grace document 8 Heading6"/>
    <w:basedOn w:val="Grace8Normal"/>
    <w:next w:val="Grace8Normal"/>
    <w:link w:val="Grace8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8Heading7">
    <w:name w:val="Grace document 8 Heading7"/>
    <w:basedOn w:val="Grace8Normal"/>
    <w:next w:val="Grace8Normal"/>
    <w:link w:val="Grace8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8Heading8">
    <w:name w:val="Grace document 8 Heading8"/>
    <w:basedOn w:val="Grace8Normal"/>
    <w:next w:val="Grace8Normal"/>
    <w:link w:val="Grace8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8Heading9">
    <w:name w:val="Grace document 8 Heading9"/>
    <w:basedOn w:val="Grace8Normal"/>
    <w:next w:val="Grace8Normal"/>
    <w:link w:val="Grace8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8DefaultParagraphFont">
    <w:name w:val="Grace document 8 DefaultParagraphFont"/>
    <w:uiPriority w:val="1"/>
    <w:semiHidden/>
    <w:unhideWhenUsed/>
  </w:style>
  <w:style w:type="table" w:styleId="Grace8TableNormal">
    <w:name w:val="Grace document 8 TableNormal"/>
    <w:uiPriority w:val="99"/>
    <w:semiHidden/>
    <w:unhideWhenUsed/>
    <w:tblPr>
      <w:tblInd w:w="0" w:type="dxa"/>
      <w:tblCellMar>
        <w:top w:w="0" w:type="dxa"/>
        <w:left w:w="108" w:type="dxa"/>
        <w:bottom w:w="0" w:type="dxa"/>
        <w:right w:w="108" w:type="dxa"/>
      </w:tblCellMar>
    </w:tblPr>
  </w:style>
  <w:style w:type="numbering" w:styleId="Grace8NoList">
    <w:name w:val="Grace document 8 NoList"/>
    <w:uiPriority w:val="99"/>
    <w:semiHidden/>
    <w:unhideWhenUsed/>
  </w:style>
  <w:style w:type="paragraph" w:styleId="Grace8NoSpacing">
    <w:name w:val="Grace document 8 NoSpacing"/>
    <w:uiPriority w:val="1"/>
    <w:qFormat/>
    <w:rsid w:val="00FC693F"/>
    <w:pPr>
      <w:spacing w:after="0" w:line="240" w:lineRule="auto"/>
    </w:pPr>
  </w:style>
  <w:style w:type="character" w:customStyle="1" w:styleId="Grace8Heading1Char">
    <w:name w:val="Grace document 8 Heading1Char"/>
    <w:basedOn w:val="Grace8DefaultParagraphFont"/>
    <w:link w:val="Grace8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8Heading2Char">
    <w:name w:val="Grace document 8 Heading2Char"/>
    <w:basedOn w:val="Grace8DefaultParagraphFont"/>
    <w:link w:val="Grace8Heading2"/>
    <w:uiPriority w:val="9"/>
    <w:rsid w:val="00FC693F"/>
    <w:rPr>
      <w:rFonts w:asciiTheme="majorHAnsi" w:eastAsiaTheme="majorEastAsia" w:hAnsiTheme="majorHAnsi" w:cstheme="majorBidi"/>
      <w:b/>
      <w:bCs/>
      <w:color w:val="4F81BD" w:themeColor="accent1"/>
      <w:sz w:val="26"/>
      <w:szCs w:val="26"/>
    </w:rPr>
  </w:style>
  <w:style w:type="character" w:customStyle="1" w:styleId="Grace8Heading3Char">
    <w:name w:val="Grace document 8 Heading3Char"/>
    <w:basedOn w:val="Grace8DefaultParagraphFont"/>
    <w:link w:val="Grace8Heading3"/>
    <w:uiPriority w:val="9"/>
    <w:rsid w:val="00FC693F"/>
    <w:rPr>
      <w:rFonts w:asciiTheme="majorHAnsi" w:eastAsiaTheme="majorEastAsia" w:hAnsiTheme="majorHAnsi" w:cstheme="majorBidi"/>
      <w:b/>
      <w:bCs/>
      <w:color w:val="4F81BD" w:themeColor="accent1"/>
    </w:rPr>
  </w:style>
  <w:style w:type="paragraph" w:styleId="Grace8Title">
    <w:name w:val="Grace document 8 Title"/>
    <w:basedOn w:val="Grace8Normal"/>
    <w:next w:val="Grace8Normal"/>
    <w:link w:val="Grace8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8TitleChar">
    <w:name w:val="Grace document 8 TitleChar"/>
    <w:basedOn w:val="Grace8DefaultParagraphFont"/>
    <w:link w:val="Grace8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8Subtitle">
    <w:name w:val="Grace document 8 Subtitle"/>
    <w:basedOn w:val="Grace8Normal"/>
    <w:next w:val="Grace8Normal"/>
    <w:link w:val="Grace8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8SubtitleChar">
    <w:name w:val="Grace document 8 SubtitleChar"/>
    <w:basedOn w:val="Grace8DefaultParagraphFont"/>
    <w:link w:val="Grace8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8ListParagraph">
    <w:name w:val="Grace document 8 ListParagraph"/>
    <w:basedOn w:val="Grace8Normal"/>
    <w:uiPriority w:val="34"/>
    <w:qFormat/>
    <w:rsid w:val="00FC693F"/>
    <w:pPr>
      <w:ind w:left="720"/>
      <w:contextualSpacing/>
    </w:pPr>
  </w:style>
  <w:style w:type="paragraph" w:styleId="Grace8BodyText">
    <w:name w:val="Grace document 8 BodyText"/>
    <w:basedOn w:val="Grace8Normal"/>
    <w:link w:val="Grace8BodyTextChar"/>
    <w:uiPriority w:val="99"/>
    <w:unhideWhenUsed/>
    <w:rsid w:val="00AA1D8D"/>
    <w:pPr>
      <w:spacing w:after="120" w:line="259" w:lineRule="auto"/>
    </w:pPr>
    <w:rPr>
      <w:rFonts w:ascii="Georgia" w:hAnsi="Georgia" w:eastAsia="Georgia"/>
      <w:sz w:val="22"/>
    </w:rPr>
  </w:style>
  <w:style w:type="character" w:customStyle="1" w:styleId="Grace8BodyTextChar">
    <w:name w:val="Grace document 8 BodyTextChar"/>
    <w:basedOn w:val="Grace8DefaultParagraphFont"/>
    <w:link w:val="Grace8BodyText"/>
    <w:uiPriority w:val="99"/>
    <w:rsid w:val="00AA1D8D"/>
  </w:style>
  <w:style w:type="paragraph" w:styleId="Grace8BodyText2">
    <w:name w:val="Grace document 8 BodyText2"/>
    <w:basedOn w:val="Grace8Normal"/>
    <w:link w:val="Grace8BodyText2Char"/>
    <w:uiPriority w:val="99"/>
    <w:unhideWhenUsed/>
    <w:rsid w:val="00AA1D8D"/>
    <w:pPr>
      <w:spacing w:after="120" w:line="480" w:lineRule="auto"/>
    </w:pPr>
  </w:style>
  <w:style w:type="character" w:customStyle="1" w:styleId="Grace8BodyText2Char">
    <w:name w:val="Grace document 8 BodyText2Char"/>
    <w:basedOn w:val="Grace8DefaultParagraphFont"/>
    <w:link w:val="Grace8BodyText2"/>
    <w:uiPriority w:val="99"/>
    <w:rsid w:val="00AA1D8D"/>
  </w:style>
  <w:style w:type="paragraph" w:styleId="Grace8BodyText3">
    <w:name w:val="Grace document 8 BodyText3"/>
    <w:basedOn w:val="Grace8Normal"/>
    <w:link w:val="Grace8BodyText3Char"/>
    <w:uiPriority w:val="99"/>
    <w:unhideWhenUsed/>
    <w:rsid w:val="00AA1D8D"/>
    <w:pPr>
      <w:spacing w:after="120"/>
    </w:pPr>
    <w:rPr>
      <w:sz w:val="16"/>
      <w:szCs w:val="16"/>
    </w:rPr>
  </w:style>
  <w:style w:type="character" w:customStyle="1" w:styleId="Grace8BodyText3Char">
    <w:name w:val="Grace document 8 BodyText3Char"/>
    <w:basedOn w:val="Grace8DefaultParagraphFont"/>
    <w:link w:val="Grace8BodyText3"/>
    <w:uiPriority w:val="99"/>
    <w:rsid w:val="00AA1D8D"/>
    <w:rPr>
      <w:sz w:val="16"/>
      <w:szCs w:val="16"/>
    </w:rPr>
  </w:style>
  <w:style w:type="paragraph" w:styleId="Grace8List">
    <w:name w:val="Grace document 8 List"/>
    <w:basedOn w:val="Grace8Normal"/>
    <w:uiPriority w:val="99"/>
    <w:unhideWhenUsed/>
    <w:rsid w:val="00AA1D8D"/>
    <w:pPr>
      <w:ind w:left="360" w:hanging="360"/>
      <w:contextualSpacing/>
    </w:pPr>
  </w:style>
  <w:style w:type="paragraph" w:styleId="Grace8List2">
    <w:name w:val="Grace document 8 List2"/>
    <w:basedOn w:val="Grace8Normal"/>
    <w:uiPriority w:val="99"/>
    <w:unhideWhenUsed/>
    <w:rsid w:val="00326F90"/>
    <w:pPr>
      <w:ind w:left="720" w:hanging="360"/>
      <w:contextualSpacing/>
    </w:pPr>
  </w:style>
  <w:style w:type="paragraph" w:styleId="Grace8List3">
    <w:name w:val="Grace document 8 List3"/>
    <w:basedOn w:val="Grace8Normal"/>
    <w:uiPriority w:val="99"/>
    <w:unhideWhenUsed/>
    <w:rsid w:val="00326F90"/>
    <w:pPr>
      <w:ind w:left="1080" w:hanging="360"/>
      <w:contextualSpacing/>
    </w:pPr>
  </w:style>
  <w:style w:type="paragraph" w:styleId="Grace8ListBullet">
    <w:name w:val="Grace document 8 ListBullet"/>
    <w:basedOn w:val="Grace8Normal"/>
    <w:uiPriority w:val="99"/>
    <w:unhideWhenUsed/>
    <w:rsid w:val="00326F90"/>
    <w:pPr>
      <w:numPr>
        <w:numId w:val="1"/>
      </w:numPr>
      <w:contextualSpacing/>
    </w:pPr>
  </w:style>
  <w:style w:type="paragraph" w:styleId="Grace8ListBullet2">
    <w:name w:val="Grace document 8 ListBullet2"/>
    <w:basedOn w:val="Grace8Normal"/>
    <w:uiPriority w:val="99"/>
    <w:unhideWhenUsed/>
    <w:rsid w:val="00326F90"/>
    <w:pPr>
      <w:numPr>
        <w:numId w:val="2"/>
      </w:numPr>
      <w:contextualSpacing/>
    </w:pPr>
  </w:style>
  <w:style w:type="paragraph" w:styleId="Grace8ListBullet3">
    <w:name w:val="Grace document 8 ListBullet3"/>
    <w:basedOn w:val="Grace8Normal"/>
    <w:uiPriority w:val="99"/>
    <w:unhideWhenUsed/>
    <w:rsid w:val="00326F90"/>
    <w:pPr>
      <w:numPr>
        <w:numId w:val="3"/>
      </w:numPr>
      <w:contextualSpacing/>
    </w:pPr>
  </w:style>
  <w:style w:type="paragraph" w:styleId="Grace8ListNumber">
    <w:name w:val="Grace document 8 ListNumber"/>
    <w:basedOn w:val="Grace8Normal"/>
    <w:uiPriority w:val="99"/>
    <w:unhideWhenUsed/>
    <w:rsid w:val="00326F90"/>
    <w:pPr>
      <w:numPr>
        <w:numId w:val="5"/>
      </w:numPr>
      <w:contextualSpacing/>
    </w:pPr>
  </w:style>
  <w:style w:type="paragraph" w:styleId="Grace8ListNumber2">
    <w:name w:val="Grace document 8 ListNumber2"/>
    <w:basedOn w:val="Grace8Normal"/>
    <w:uiPriority w:val="99"/>
    <w:unhideWhenUsed/>
    <w:rsid w:val="0029639D"/>
    <w:pPr>
      <w:numPr>
        <w:numId w:val="6"/>
      </w:numPr>
      <w:contextualSpacing/>
    </w:pPr>
  </w:style>
  <w:style w:type="paragraph" w:styleId="Grace8ListNumber3">
    <w:name w:val="Grace document 8 ListNumber3"/>
    <w:basedOn w:val="Grace8Normal"/>
    <w:uiPriority w:val="99"/>
    <w:unhideWhenUsed/>
    <w:rsid w:val="0029639D"/>
    <w:pPr>
      <w:numPr>
        <w:numId w:val="7"/>
      </w:numPr>
      <w:contextualSpacing/>
    </w:pPr>
  </w:style>
  <w:style w:type="paragraph" w:styleId="Grace8ListContinue">
    <w:name w:val="Grace document 8 ListContinue"/>
    <w:basedOn w:val="Grace8Normal"/>
    <w:uiPriority w:val="99"/>
    <w:unhideWhenUsed/>
    <w:rsid w:val="0029639D"/>
    <w:pPr>
      <w:spacing w:after="120"/>
      <w:ind w:left="360"/>
      <w:contextualSpacing/>
    </w:pPr>
  </w:style>
  <w:style w:type="paragraph" w:styleId="Grace8ListContinue2">
    <w:name w:val="Grace document 8 ListContinue2"/>
    <w:basedOn w:val="Grace8Normal"/>
    <w:uiPriority w:val="99"/>
    <w:unhideWhenUsed/>
    <w:rsid w:val="0029639D"/>
    <w:pPr>
      <w:spacing w:after="120"/>
      <w:ind w:left="720"/>
      <w:contextualSpacing/>
    </w:pPr>
  </w:style>
  <w:style w:type="paragraph" w:styleId="Grace8ListContinue3">
    <w:name w:val="Grace document 8 ListContinue3"/>
    <w:basedOn w:val="Grace8Normal"/>
    <w:uiPriority w:val="99"/>
    <w:unhideWhenUsed/>
    <w:rsid w:val="0029639D"/>
    <w:pPr>
      <w:spacing w:after="120"/>
      <w:ind w:left="1080"/>
      <w:contextualSpacing/>
    </w:pPr>
  </w:style>
  <w:style w:type="paragraph" w:styleId="Grace8MacroText">
    <w:name w:val="Grace document 8 MacroText"/>
    <w:link w:val="Grace8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8MacroTextChar">
    <w:name w:val="Grace document 8 MacroTextChar"/>
    <w:basedOn w:val="Grace8DefaultParagraphFont"/>
    <w:link w:val="Grace8MacroText"/>
    <w:uiPriority w:val="99"/>
    <w:rsid w:val="0029639D"/>
    <w:rPr>
      <w:rFonts w:ascii="Courier" w:hAnsi="Courier"/>
      <w:sz w:val="20"/>
      <w:szCs w:val="20"/>
    </w:rPr>
  </w:style>
  <w:style w:type="paragraph" w:styleId="Grace8Quote">
    <w:name w:val="Grace document 8 Quote"/>
    <w:basedOn w:val="Grace8Normal"/>
    <w:next w:val="Grace8Normal"/>
    <w:link w:val="Grace8QuoteChar"/>
    <w:uiPriority w:val="29"/>
    <w:qFormat/>
    <w:rsid w:val="00FC693F"/>
    <w:rPr>
      <w:i/>
      <w:iCs/>
      <w:color w:val="000000" w:themeColor="text1"/>
    </w:rPr>
  </w:style>
  <w:style w:type="character" w:customStyle="1" w:styleId="Grace8QuoteChar">
    <w:name w:val="Grace document 8 QuoteChar"/>
    <w:basedOn w:val="Grace8DefaultParagraphFont"/>
    <w:link w:val="Grace8Quote"/>
    <w:uiPriority w:val="29"/>
    <w:rsid w:val="00FC693F"/>
    <w:rPr>
      <w:i/>
      <w:iCs/>
      <w:color w:val="000000" w:themeColor="text1"/>
    </w:rPr>
  </w:style>
  <w:style w:type="character" w:customStyle="1" w:styleId="Grace8Heading4Char">
    <w:name w:val="Grace document 8 Heading4Char"/>
    <w:basedOn w:val="Grace8DefaultParagraphFont"/>
    <w:link w:val="Grace8Heading4"/>
    <w:uiPriority w:val="9"/>
    <w:semiHidden/>
    <w:rsid w:val="00FC693F"/>
    <w:rPr>
      <w:rFonts w:asciiTheme="majorHAnsi" w:eastAsiaTheme="majorEastAsia" w:hAnsiTheme="majorHAnsi" w:cstheme="majorBidi"/>
      <w:b/>
      <w:bCs/>
      <w:i/>
      <w:iCs/>
      <w:color w:val="4F81BD" w:themeColor="accent1"/>
    </w:rPr>
  </w:style>
  <w:style w:type="character" w:customStyle="1" w:styleId="Grace8Heading5Char">
    <w:name w:val="Grace document 8 Heading5Char"/>
    <w:basedOn w:val="Grace8DefaultParagraphFont"/>
    <w:link w:val="Grace8Heading5"/>
    <w:uiPriority w:val="9"/>
    <w:semiHidden/>
    <w:rsid w:val="00FC693F"/>
    <w:rPr>
      <w:rFonts w:asciiTheme="majorHAnsi" w:eastAsiaTheme="majorEastAsia" w:hAnsiTheme="majorHAnsi" w:cstheme="majorBidi"/>
      <w:color w:val="243F60" w:themeColor="accent1" w:themeShade="7F"/>
    </w:rPr>
  </w:style>
  <w:style w:type="character" w:customStyle="1" w:styleId="Grace8Heading6Char">
    <w:name w:val="Grace document 8 Heading6Char"/>
    <w:basedOn w:val="Grace8DefaultParagraphFont"/>
    <w:link w:val="Grace8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8Heading7Char">
    <w:name w:val="Grace document 8 Heading7Char"/>
    <w:basedOn w:val="Grace8DefaultParagraphFont"/>
    <w:link w:val="Grace8Heading7"/>
    <w:uiPriority w:val="9"/>
    <w:semiHidden/>
    <w:rsid w:val="00FC693F"/>
    <w:rPr>
      <w:rFonts w:asciiTheme="majorHAnsi" w:eastAsiaTheme="majorEastAsia" w:hAnsiTheme="majorHAnsi" w:cstheme="majorBidi"/>
      <w:i/>
      <w:iCs/>
      <w:color w:val="404040" w:themeColor="text1" w:themeTint="BF"/>
    </w:rPr>
  </w:style>
  <w:style w:type="character" w:customStyle="1" w:styleId="Grace8Heading8Char">
    <w:name w:val="Grace document 8 Heading8Char"/>
    <w:basedOn w:val="Grace8DefaultParagraphFont"/>
    <w:link w:val="Grace8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8Heading9Char">
    <w:name w:val="Grace document 8 Heading9Char"/>
    <w:basedOn w:val="Grace8DefaultParagraphFont"/>
    <w:link w:val="Grace8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8Caption">
    <w:name w:val="Grace document 8 Caption"/>
    <w:basedOn w:val="Grace8Normal"/>
    <w:next w:val="Grace8Normal"/>
    <w:uiPriority w:val="35"/>
    <w:semiHidden/>
    <w:unhideWhenUsed/>
    <w:qFormat/>
    <w:rsid w:val="00FC693F"/>
    <w:pPr>
      <w:spacing w:line="240" w:lineRule="auto"/>
    </w:pPr>
    <w:rPr>
      <w:b/>
      <w:bCs/>
      <w:color w:val="4F81BD" w:themeColor="accent1"/>
      <w:sz w:val="18"/>
      <w:szCs w:val="18"/>
    </w:rPr>
  </w:style>
  <w:style w:type="character" w:styleId="Grace8Strong">
    <w:name w:val="Grace document 8 Strong"/>
    <w:basedOn w:val="Grace8DefaultParagraphFont"/>
    <w:uiPriority w:val="22"/>
    <w:qFormat/>
    <w:rsid w:val="00FC693F"/>
    <w:rPr>
      <w:b/>
      <w:bCs/>
    </w:rPr>
  </w:style>
  <w:style w:type="character" w:styleId="Grace8Emphasis">
    <w:name w:val="Grace document 8 Emphasis"/>
    <w:basedOn w:val="Grace8DefaultParagraphFont"/>
    <w:uiPriority w:val="20"/>
    <w:qFormat/>
    <w:rsid w:val="00FC693F"/>
    <w:rPr>
      <w:i/>
      <w:iCs/>
    </w:rPr>
  </w:style>
  <w:style w:type="paragraph" w:styleId="Grace8IntenseQuote">
    <w:name w:val="Grace document 8 IntenseQuote"/>
    <w:basedOn w:val="Grace8Normal"/>
    <w:next w:val="Grace8Normal"/>
    <w:link w:val="Grace8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8IntenseQuoteChar">
    <w:name w:val="Grace document 8 IntenseQuoteChar"/>
    <w:basedOn w:val="Grace8DefaultParagraphFont"/>
    <w:link w:val="Grace8IntenseQuote"/>
    <w:uiPriority w:val="30"/>
    <w:rsid w:val="00FC693F"/>
    <w:rPr>
      <w:b/>
      <w:bCs/>
      <w:i/>
      <w:iCs/>
      <w:color w:val="4F81BD" w:themeColor="accent1"/>
    </w:rPr>
  </w:style>
  <w:style w:type="character" w:styleId="Grace8SubtleEmphasis">
    <w:name w:val="Grace document 8 SubtleEmphasis"/>
    <w:basedOn w:val="Grace8DefaultParagraphFont"/>
    <w:uiPriority w:val="19"/>
    <w:qFormat/>
    <w:rsid w:val="00FC693F"/>
    <w:rPr>
      <w:i/>
      <w:iCs/>
      <w:color w:val="808080" w:themeColor="text1" w:themeTint="7F"/>
    </w:rPr>
  </w:style>
  <w:style w:type="character" w:styleId="Grace8IntenseEmphasis">
    <w:name w:val="Grace document 8 IntenseEmphasis"/>
    <w:basedOn w:val="Grace8DefaultParagraphFont"/>
    <w:uiPriority w:val="21"/>
    <w:qFormat/>
    <w:rsid w:val="00FC693F"/>
    <w:rPr>
      <w:b/>
      <w:bCs/>
      <w:i/>
      <w:iCs/>
      <w:color w:val="4F81BD" w:themeColor="accent1"/>
    </w:rPr>
  </w:style>
  <w:style w:type="character" w:styleId="Grace8SubtleReference">
    <w:name w:val="Grace document 8 SubtleReference"/>
    <w:basedOn w:val="Grace8DefaultParagraphFont"/>
    <w:uiPriority w:val="31"/>
    <w:qFormat/>
    <w:rsid w:val="00FC693F"/>
    <w:rPr>
      <w:smallCaps/>
      <w:color w:val="C0504D" w:themeColor="accent2"/>
      <w:u w:val="single"/>
    </w:rPr>
  </w:style>
  <w:style w:type="character" w:styleId="Grace8IntenseReference">
    <w:name w:val="Grace document 8 IntenseReference"/>
    <w:basedOn w:val="Grace8DefaultParagraphFont"/>
    <w:uiPriority w:val="32"/>
    <w:qFormat/>
    <w:rsid w:val="00FC693F"/>
    <w:rPr>
      <w:b/>
      <w:bCs/>
      <w:smallCaps/>
      <w:color w:val="C0504D" w:themeColor="accent2"/>
      <w:spacing w:val="5"/>
      <w:u w:val="single"/>
    </w:rPr>
  </w:style>
  <w:style w:type="character" w:styleId="Grace8BookTitle">
    <w:name w:val="Grace document 8 BookTitle"/>
    <w:basedOn w:val="Grace8DefaultParagraphFont"/>
    <w:uiPriority w:val="33"/>
    <w:qFormat/>
    <w:rsid w:val="00FC693F"/>
    <w:rPr>
      <w:b/>
      <w:bCs/>
      <w:smallCaps/>
      <w:spacing w:val="5"/>
    </w:rPr>
  </w:style>
  <w:style w:type="paragraph" w:styleId="Grace8TOCHeading">
    <w:name w:val="Grace document 8 TOCHeading"/>
    <w:basedOn w:val="Grace8Heading1"/>
    <w:next w:val="Grace8Normal"/>
    <w:uiPriority w:val="39"/>
    <w:semiHidden/>
    <w:unhideWhenUsed/>
    <w:qFormat/>
    <w:rsid w:val="00FC693F"/>
    <w:pPr>
      <w:outlineLvl w:val="9"/>
    </w:pPr>
  </w:style>
  <w:style w:type="table" w:styleId="Grace8TableGrid">
    <w:name w:val="Grace document 8 TableGrid"/>
    <w:basedOn w:val="Grace8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ace8LightShading">
    <w:name w:val="Grace document 8 LightShading"/>
    <w:basedOn w:val="Grace8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8LightShading-Accent1">
    <w:name w:val="Grace document 8 LightShading-Accent1"/>
    <w:basedOn w:val="Grace8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8LightShading-Accent2">
    <w:name w:val="Grace document 8 LightShading-Accent2"/>
    <w:basedOn w:val="Grace8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8LightShading-Accent3">
    <w:name w:val="Grace document 8 LightShading-Accent3"/>
    <w:basedOn w:val="Grace8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8LightShading-Accent4">
    <w:name w:val="Grace document 8 LightShading-Accent4"/>
    <w:basedOn w:val="Grace8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8LightShading-Accent5">
    <w:name w:val="Grace document 8 LightShading-Accent5"/>
    <w:basedOn w:val="Grace8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8LightShading-Accent6">
    <w:name w:val="Grace document 8 LightShading-Accent6"/>
    <w:basedOn w:val="Grace8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8LightList">
    <w:name w:val="Grace document 8 LightList"/>
    <w:basedOn w:val="Grace8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8LightList-Accent1">
    <w:name w:val="Grace document 8 LightList-Accent1"/>
    <w:basedOn w:val="Grace8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8LightList-Accent2">
    <w:name w:val="Grace document 8 LightList-Accent2"/>
    <w:basedOn w:val="Grace8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8LightList-Accent3">
    <w:name w:val="Grace document 8 LightList-Accent3"/>
    <w:basedOn w:val="Grace8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8LightList-Accent4">
    <w:name w:val="Grace document 8 LightList-Accent4"/>
    <w:basedOn w:val="Grace8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8LightList-Accent5">
    <w:name w:val="Grace document 8 LightList-Accent5"/>
    <w:basedOn w:val="Grace8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8LightList-Accent6">
    <w:name w:val="Grace document 8 LightList-Accent6"/>
    <w:basedOn w:val="Grace8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8LightGrid">
    <w:name w:val="Grace document 8 LightGrid"/>
    <w:basedOn w:val="Grace8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8LightGrid-Accent1">
    <w:name w:val="Grace document 8 LightGrid-Accent1"/>
    <w:basedOn w:val="Grace8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8LightGrid-Accent2">
    <w:name w:val="Grace document 8 LightGrid-Accent2"/>
    <w:basedOn w:val="Grace8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8LightGrid-Accent3">
    <w:name w:val="Grace document 8 LightGrid-Accent3"/>
    <w:basedOn w:val="Grace8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8LightGrid-Accent4">
    <w:name w:val="Grace document 8 LightGrid-Accent4"/>
    <w:basedOn w:val="Grace8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8LightGrid-Accent5">
    <w:name w:val="Grace document 8 LightGrid-Accent5"/>
    <w:basedOn w:val="Grace8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8LightGrid-Accent6">
    <w:name w:val="Grace document 8 LightGrid-Accent6"/>
    <w:basedOn w:val="Grace8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8MediumShading1">
    <w:name w:val="Grace document 8 MediumShading1"/>
    <w:basedOn w:val="Grace8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8MediumShading1-Accent1">
    <w:name w:val="Grace document 8 MediumShading1-Accent1"/>
    <w:basedOn w:val="Grace8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8MediumShading1-Accent2">
    <w:name w:val="Grace document 8 MediumShading1-Accent2"/>
    <w:basedOn w:val="Grace8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8MediumShading1-Accent3">
    <w:name w:val="Grace document 8 MediumShading1-Accent3"/>
    <w:basedOn w:val="Grace8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8MediumShading1-Accent4">
    <w:name w:val="Grace document 8 MediumShading1-Accent4"/>
    <w:basedOn w:val="Grace8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8MediumShading1-Accent5">
    <w:name w:val="Grace document 8 MediumShading1-Accent5"/>
    <w:basedOn w:val="Grace8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8MediumShading1-Accent6">
    <w:name w:val="Grace document 8 MediumShading1-Accent6"/>
    <w:basedOn w:val="Grace8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8MediumShading2">
    <w:name w:val="Grace document 8 MediumShading2"/>
    <w:basedOn w:val="Grac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8MediumShading2-Accent1">
    <w:name w:val="Grace document 8 MediumShading2-Accent1"/>
    <w:basedOn w:val="Grac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8MediumShading2-Accent2">
    <w:name w:val="Grace document 8 MediumShading2-Accent2"/>
    <w:basedOn w:val="Grac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8MediumShading2-Accent3">
    <w:name w:val="Grace document 8 MediumShading2-Accent3"/>
    <w:basedOn w:val="Grac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8MediumShading2-Accent4">
    <w:name w:val="Grace document 8 MediumShading2-Accent4"/>
    <w:basedOn w:val="Grac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8MediumShading2-Accent5">
    <w:name w:val="Grace document 8 MediumShading2-Accent5"/>
    <w:basedOn w:val="Grac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8MediumShading2-Accent6">
    <w:name w:val="Grace document 8 MediumShading2-Accent6"/>
    <w:basedOn w:val="Grace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8MediumList1">
    <w:name w:val="Grace document 8 MediumList1"/>
    <w:basedOn w:val="Grace8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8MediumList1-Accent1">
    <w:name w:val="Grace document 8 MediumList1-Accent1"/>
    <w:basedOn w:val="Grace8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8MediumList1-Accent2">
    <w:name w:val="Grace document 8 MediumList1-Accent2"/>
    <w:basedOn w:val="Grace8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8MediumList1-Accent3">
    <w:name w:val="Grace document 8 MediumList1-Accent3"/>
    <w:basedOn w:val="Grace8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8MediumList1-Accent4">
    <w:name w:val="Grace document 8 MediumList1-Accent4"/>
    <w:basedOn w:val="Grace8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8MediumList1-Accent5">
    <w:name w:val="Grace document 8 MediumList1-Accent5"/>
    <w:basedOn w:val="Grace8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8MediumList1-Accent6">
    <w:name w:val="Grace document 8 MediumList1-Accent6"/>
    <w:basedOn w:val="Grace8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8MediumList2">
    <w:name w:val="Grace document 8 MediumList2"/>
    <w:basedOn w:val="Grac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8MediumList2-Accent1">
    <w:name w:val="Grace document 8 MediumList2-Accent1"/>
    <w:basedOn w:val="Grac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8MediumList2-Accent2">
    <w:name w:val="Grace document 8 MediumList2-Accent2"/>
    <w:basedOn w:val="Grac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8MediumList2-Accent3">
    <w:name w:val="Grace document 8 MediumList2-Accent3"/>
    <w:basedOn w:val="Grac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8MediumList2-Accent4">
    <w:name w:val="Grace document 8 MediumList2-Accent4"/>
    <w:basedOn w:val="Grac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8MediumList2-Accent5">
    <w:name w:val="Grace document 8 MediumList2-Accent5"/>
    <w:basedOn w:val="Grac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8MediumList2-Accent6">
    <w:name w:val="Grace document 8 MediumList2-Accent6"/>
    <w:basedOn w:val="Grace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8MediumGrid1">
    <w:name w:val="Grace document 8 MediumGrid1"/>
    <w:basedOn w:val="Grace8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8MediumGrid1-Accent1">
    <w:name w:val="Grace document 8 MediumGrid1-Accent1"/>
    <w:basedOn w:val="Grace8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8MediumGrid1-Accent2">
    <w:name w:val="Grace document 8 MediumGrid1-Accent2"/>
    <w:basedOn w:val="Grace8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8MediumGrid1-Accent3">
    <w:name w:val="Grace document 8 MediumGrid1-Accent3"/>
    <w:basedOn w:val="Grace8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8MediumGrid1-Accent4">
    <w:name w:val="Grace document 8 MediumGrid1-Accent4"/>
    <w:basedOn w:val="Grace8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8MediumGrid1-Accent5">
    <w:name w:val="Grace document 8 MediumGrid1-Accent5"/>
    <w:basedOn w:val="Grace8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8MediumGrid1-Accent6">
    <w:name w:val="Grace document 8 MediumGrid1-Accent6"/>
    <w:basedOn w:val="Grace8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8MediumGrid2">
    <w:name w:val="Grace document 8 MediumGrid2"/>
    <w:basedOn w:val="Grac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8MediumGrid2-Accent1">
    <w:name w:val="Grace document 8 MediumGrid2-Accent1"/>
    <w:basedOn w:val="Grac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8MediumGrid2-Accent2">
    <w:name w:val="Grace document 8 MediumGrid2-Accent2"/>
    <w:basedOn w:val="Grac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8MediumGrid2-Accent3">
    <w:name w:val="Grace document 8 MediumGrid2-Accent3"/>
    <w:basedOn w:val="Grac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8MediumGrid2-Accent4">
    <w:name w:val="Grace document 8 MediumGrid2-Accent4"/>
    <w:basedOn w:val="Grac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8MediumGrid2-Accent5">
    <w:name w:val="Grace document 8 MediumGrid2-Accent5"/>
    <w:basedOn w:val="Grac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8MediumGrid2-Accent6">
    <w:name w:val="Grace document 8 MediumGrid2-Accent6"/>
    <w:basedOn w:val="Grace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8MediumGrid3">
    <w:name w:val="Grace document 8 MediumGrid3"/>
    <w:basedOn w:val="Grac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8MediumGrid3-Accent1">
    <w:name w:val="Grace document 8 MediumGrid3-Accent1"/>
    <w:basedOn w:val="Grac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8MediumGrid3-Accent2">
    <w:name w:val="Grace document 8 MediumGrid3-Accent2"/>
    <w:basedOn w:val="Grac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8MediumGrid3-Accent3">
    <w:name w:val="Grace document 8 MediumGrid3-Accent3"/>
    <w:basedOn w:val="Grac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8MediumGrid3-Accent4">
    <w:name w:val="Grace document 8 MediumGrid3-Accent4"/>
    <w:basedOn w:val="Grac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8MediumGrid3-Accent5">
    <w:name w:val="Grace document 8 MediumGrid3-Accent5"/>
    <w:basedOn w:val="Grac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8MediumGrid3-Accent6">
    <w:name w:val="Grace document 8 MediumGrid3-Accent6"/>
    <w:basedOn w:val="Grace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8DarkList">
    <w:name w:val="Grace document 8 DarkList"/>
    <w:basedOn w:val="Grac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8DarkList-Accent1">
    <w:name w:val="Grace document 8 DarkList-Accent1"/>
    <w:basedOn w:val="Grac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8DarkList-Accent2">
    <w:name w:val="Grace document 8 DarkList-Accent2"/>
    <w:basedOn w:val="Grac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8DarkList-Accent3">
    <w:name w:val="Grace document 8 DarkList-Accent3"/>
    <w:basedOn w:val="Grac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8DarkList-Accent4">
    <w:name w:val="Grace document 8 DarkList-Accent4"/>
    <w:basedOn w:val="Grac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8DarkList-Accent5">
    <w:name w:val="Grace document 8 DarkList-Accent5"/>
    <w:basedOn w:val="Grac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8DarkList-Accent6">
    <w:name w:val="Grace document 8 DarkList-Accent6"/>
    <w:basedOn w:val="Grace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8ColorfulShading">
    <w:name w:val="Grace document 8 ColorfulShading"/>
    <w:basedOn w:val="Grace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8ColorfulShading-Accent1">
    <w:name w:val="Grace document 8 ColorfulShading-Accent1"/>
    <w:basedOn w:val="Grace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8ColorfulShading-Accent2">
    <w:name w:val="Grace document 8 ColorfulShading-Accent2"/>
    <w:basedOn w:val="Grace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8ColorfulShading-Accent3">
    <w:name w:val="Grace document 8 ColorfulShading-Accent3"/>
    <w:basedOn w:val="Grace8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8ColorfulShading-Accent4">
    <w:name w:val="Grace document 8 ColorfulShading-Accent4"/>
    <w:basedOn w:val="Grace8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8ColorfulShading-Accent5">
    <w:name w:val="Grace document 8 ColorfulShading-Accent5"/>
    <w:basedOn w:val="Grace8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8ColorfulShading-Accent6">
    <w:name w:val="Grace document 8 ColorfulShading-Accent6"/>
    <w:basedOn w:val="Grace8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8ColorfulList">
    <w:name w:val="Grace document 8 ColorfulList"/>
    <w:basedOn w:val="Grac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8ColorfulList-Accent1">
    <w:name w:val="Grace document 8 ColorfulList-Accent1"/>
    <w:basedOn w:val="Grac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8ColorfulList-Accent2">
    <w:name w:val="Grace document 8 ColorfulList-Accent2"/>
    <w:basedOn w:val="Grac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8ColorfulList-Accent3">
    <w:name w:val="Grace document 8 ColorfulList-Accent3"/>
    <w:basedOn w:val="Grac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8ColorfulList-Accent4">
    <w:name w:val="Grace document 8 ColorfulList-Accent4"/>
    <w:basedOn w:val="Grac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8ColorfulList-Accent5">
    <w:name w:val="Grace document 8 ColorfulList-Accent5"/>
    <w:basedOn w:val="Grac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8ColorfulList-Accent6">
    <w:name w:val="Grace document 8 ColorfulList-Accent6"/>
    <w:basedOn w:val="Grace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8ColorfulGrid">
    <w:name w:val="Grace document 8 ColorfulGrid"/>
    <w:basedOn w:val="Grac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8ColorfulGrid-Accent1">
    <w:name w:val="Grace document 8 ColorfulGrid-Accent1"/>
    <w:basedOn w:val="Grac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8ColorfulGrid-Accent2">
    <w:name w:val="Grace document 8 ColorfulGrid-Accent2"/>
    <w:basedOn w:val="Grac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8ColorfulGrid-Accent3">
    <w:name w:val="Grace document 8 ColorfulGrid-Accent3"/>
    <w:basedOn w:val="Grac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8ColorfulGrid-Accent4">
    <w:name w:val="Grace document 8 ColorfulGrid-Accent4"/>
    <w:basedOn w:val="Grac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8ColorfulGrid-Accent5">
    <w:name w:val="Grace document 8 ColorfulGrid-Accent5"/>
    <w:basedOn w:val="Grac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8ColorfulGrid-Accent6">
    <w:name w:val="Grace document 8 ColorfulGrid-Accent6"/>
    <w:basedOn w:val="Grace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9Normal">
    <w:name w:val="Grace document 9 Normal"/>
    <w:qFormat/>
    <w:rsid w:val="00FC693F"/>
    <w:pPr>
      <w:spacing w:after="120" w:line="259" w:lineRule="auto"/>
    </w:pPr>
    <w:rPr>
      <w:rFonts w:ascii="Georgia" w:eastAsia="Georgia" w:hAnsi="Georgia"/>
    </w:rPr>
  </w:style>
  <w:style w:type="paragraph" w:styleId="Grace9Heading1">
    <w:name w:val="Grace document 9 Heading1"/>
    <w:basedOn w:val="Grace9Normal"/>
    <w:next w:val="Grace9Normal"/>
    <w:link w:val="Grace9Heading1Char"/>
    <w:uiPriority w:val="9"/>
    <w:qFormat/>
    <w:rsid w:val="00FC693F"/>
    <w:pPr>
      <w:keepNext/>
      <w:keepLines/>
      <w:spacing w:before="200" w:after="80"/>
      <w:outlineLvl w:val="0"/>
    </w:pPr>
    <w:rPr>
      <w:rFonts w:asciiTheme="majorHAnsi" w:eastAsiaTheme="majorEastAsia" w:hAnsiTheme="majorHAnsi" w:cstheme="majorBidi"/>
      <w:b/>
      <w:bCs/>
      <w:color w:val="1F4E79"/>
      <w:sz w:val="32"/>
      <w:szCs w:val="28"/>
    </w:rPr>
  </w:style>
  <w:style w:type="paragraph" w:styleId="Grace9Heading2">
    <w:name w:val="Grace document 9 Heading2"/>
    <w:basedOn w:val="Grace9Normal"/>
    <w:next w:val="Grace9Normal"/>
    <w:link w:val="Grace9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9Heading3">
    <w:name w:val="Grace document 9 Heading3"/>
    <w:basedOn w:val="Grace9Normal"/>
    <w:next w:val="Grace9Normal"/>
    <w:link w:val="Grace9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9Heading4">
    <w:name w:val="Grace document 9 Heading4"/>
    <w:basedOn w:val="Grace9Normal"/>
    <w:next w:val="Grace9Normal"/>
    <w:link w:val="Grace9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9Heading5">
    <w:name w:val="Grace document 9 Heading5"/>
    <w:basedOn w:val="Grace9Normal"/>
    <w:next w:val="Grace9Normal"/>
    <w:link w:val="Grace9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9Heading6">
    <w:name w:val="Grace document 9 Heading6"/>
    <w:basedOn w:val="Grace9Normal"/>
    <w:next w:val="Grace9Normal"/>
    <w:link w:val="Grace9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9Heading7">
    <w:name w:val="Grace document 9 Heading7"/>
    <w:basedOn w:val="Grace9Normal"/>
    <w:next w:val="Grace9Normal"/>
    <w:link w:val="Grace9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9Heading8">
    <w:name w:val="Grace document 9 Heading8"/>
    <w:basedOn w:val="Grace9Normal"/>
    <w:next w:val="Grace9Normal"/>
    <w:link w:val="Grace9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9Heading9">
    <w:name w:val="Grace document 9 Heading9"/>
    <w:basedOn w:val="Grace9Normal"/>
    <w:next w:val="Grace9Normal"/>
    <w:link w:val="Grace9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9DefaultParagraphFont">
    <w:name w:val="Grace document 9 DefaultParagraphFont"/>
    <w:uiPriority w:val="1"/>
    <w:semiHidden/>
    <w:unhideWhenUsed/>
  </w:style>
  <w:style w:type="table" w:styleId="Grace9TableNormal">
    <w:name w:val="Grace document 9 TableNormal"/>
    <w:uiPriority w:val="99"/>
    <w:semiHidden/>
    <w:unhideWhenUsed/>
    <w:tblPr>
      <w:tblInd w:w="0" w:type="dxa"/>
      <w:tblCellMar>
        <w:top w:w="0" w:type="dxa"/>
        <w:left w:w="108" w:type="dxa"/>
        <w:bottom w:w="0" w:type="dxa"/>
        <w:right w:w="108" w:type="dxa"/>
      </w:tblCellMar>
    </w:tblPr>
  </w:style>
  <w:style w:type="numbering" w:styleId="Grace9NoList">
    <w:name w:val="Grace document 9 NoList"/>
    <w:uiPriority w:val="99"/>
    <w:semiHidden/>
    <w:unhideWhenUsed/>
  </w:style>
  <w:style w:type="paragraph" w:styleId="Grace9Header">
    <w:name w:val="Grace document 9 Header"/>
    <w:basedOn w:val="Grace9Normal"/>
    <w:link w:val="Grace9HeaderChar"/>
    <w:uiPriority w:val="99"/>
    <w:unhideWhenUsed/>
    <w:rsid w:val="00E618BF"/>
    <w:pPr>
      <w:tabs>
        <w:tab w:val="center" w:pos="4680"/>
        <w:tab w:val="right" w:pos="9360"/>
      </w:tabs>
      <w:spacing w:after="0" w:line="240" w:lineRule="auto"/>
    </w:pPr>
  </w:style>
  <w:style w:type="character" w:customStyle="1" w:styleId="Grace9HeaderChar">
    <w:name w:val="Grace document 9 HeaderChar"/>
    <w:basedOn w:val="Grace9DefaultParagraphFont"/>
    <w:link w:val="Grace9Header"/>
    <w:uiPriority w:val="99"/>
    <w:rsid w:val="00E618BF"/>
  </w:style>
  <w:style w:type="paragraph" w:styleId="Grace9Footer">
    <w:name w:val="Grace document 9 Footer"/>
    <w:basedOn w:val="Grace9Normal"/>
    <w:link w:val="Grace9FooterChar"/>
    <w:uiPriority w:val="99"/>
    <w:unhideWhenUsed/>
    <w:rsid w:val="00E618BF"/>
    <w:pPr>
      <w:tabs>
        <w:tab w:val="center" w:pos="4680"/>
        <w:tab w:val="right" w:pos="9360"/>
      </w:tabs>
      <w:spacing w:after="0" w:line="240" w:lineRule="auto"/>
    </w:pPr>
  </w:style>
  <w:style w:type="character" w:customStyle="1" w:styleId="Grace9FooterChar">
    <w:name w:val="Grace document 9 FooterChar"/>
    <w:basedOn w:val="Grace9DefaultParagraphFont"/>
    <w:link w:val="Grace9Footer"/>
    <w:uiPriority w:val="99"/>
    <w:rsid w:val="00E618BF"/>
  </w:style>
  <w:style w:type="paragraph" w:styleId="Grace9NoSpacing">
    <w:name w:val="Grace document 9 NoSpacing"/>
    <w:uiPriority w:val="1"/>
    <w:qFormat/>
    <w:rsid w:val="00FC693F"/>
    <w:pPr>
      <w:spacing w:after="0" w:line="240" w:lineRule="auto"/>
    </w:pPr>
  </w:style>
  <w:style w:type="character" w:customStyle="1" w:styleId="Grace9Heading1Char">
    <w:name w:val="Grace document 9 Heading1Char"/>
    <w:basedOn w:val="Grace9DefaultParagraphFont"/>
    <w:link w:val="Grace9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9Heading2Char">
    <w:name w:val="Grace document 9 Heading2Char"/>
    <w:basedOn w:val="Grace9DefaultParagraphFont"/>
    <w:link w:val="Grace9Heading2"/>
    <w:uiPriority w:val="9"/>
    <w:rsid w:val="00FC693F"/>
    <w:rPr>
      <w:rFonts w:asciiTheme="majorHAnsi" w:eastAsiaTheme="majorEastAsia" w:hAnsiTheme="majorHAnsi" w:cstheme="majorBidi"/>
      <w:b/>
      <w:bCs/>
      <w:color w:val="4F81BD" w:themeColor="accent1"/>
      <w:sz w:val="26"/>
      <w:szCs w:val="26"/>
    </w:rPr>
  </w:style>
  <w:style w:type="character" w:customStyle="1" w:styleId="Grace9Heading3Char">
    <w:name w:val="Grace document 9 Heading3Char"/>
    <w:basedOn w:val="Grace9DefaultParagraphFont"/>
    <w:link w:val="Grace9Heading3"/>
    <w:uiPriority w:val="9"/>
    <w:rsid w:val="00FC693F"/>
    <w:rPr>
      <w:rFonts w:asciiTheme="majorHAnsi" w:eastAsiaTheme="majorEastAsia" w:hAnsiTheme="majorHAnsi" w:cstheme="majorBidi"/>
      <w:b/>
      <w:bCs/>
      <w:color w:val="4F81BD" w:themeColor="accent1"/>
    </w:rPr>
  </w:style>
  <w:style w:type="paragraph" w:styleId="Grace9Title">
    <w:name w:val="Grace document 9 Title"/>
    <w:basedOn w:val="Grace9Normal"/>
    <w:next w:val="Grace9Normal"/>
    <w:link w:val="Grace9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9TitleChar">
    <w:name w:val="Grace document 9 TitleChar"/>
    <w:basedOn w:val="Grace9DefaultParagraphFont"/>
    <w:link w:val="Grace9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9Subtitle">
    <w:name w:val="Grace document 9 Subtitle"/>
    <w:basedOn w:val="Grace9Normal"/>
    <w:next w:val="Grace9Normal"/>
    <w:link w:val="Grace9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9SubtitleChar">
    <w:name w:val="Grace document 9 SubtitleChar"/>
    <w:basedOn w:val="Grace9DefaultParagraphFont"/>
    <w:link w:val="Grace9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9ListParagraph">
    <w:name w:val="Grace document 9 ListParagraph"/>
    <w:basedOn w:val="Grace9Normal"/>
    <w:uiPriority w:val="34"/>
    <w:qFormat/>
    <w:rsid w:val="00FC693F"/>
    <w:pPr>
      <w:ind w:left="720"/>
      <w:contextualSpacing/>
    </w:pPr>
  </w:style>
  <w:style w:type="paragraph" w:styleId="Grace9BodyText">
    <w:name w:val="Grace document 9 BodyText"/>
    <w:basedOn w:val="Grace9Normal"/>
    <w:link w:val="Grace9BodyTextChar"/>
    <w:uiPriority w:val="99"/>
    <w:unhideWhenUsed/>
    <w:rsid w:val="00AA1D8D"/>
  </w:style>
  <w:style w:type="character" w:customStyle="1" w:styleId="Grace9BodyTextChar">
    <w:name w:val="Grace document 9 BodyTextChar"/>
    <w:basedOn w:val="Grace9DefaultParagraphFont"/>
    <w:link w:val="Grace9BodyText"/>
    <w:uiPriority w:val="99"/>
    <w:rsid w:val="00AA1D8D"/>
  </w:style>
  <w:style w:type="paragraph" w:styleId="Grace9BodyText2">
    <w:name w:val="Grace document 9 BodyText2"/>
    <w:basedOn w:val="Grace9Normal"/>
    <w:link w:val="Grace9BodyText2Char"/>
    <w:uiPriority w:val="99"/>
    <w:unhideWhenUsed/>
    <w:rsid w:val="00AA1D8D"/>
    <w:pPr>
      <w:spacing w:line="480" w:lineRule="auto"/>
    </w:pPr>
  </w:style>
  <w:style w:type="character" w:customStyle="1" w:styleId="Grace9BodyText2Char">
    <w:name w:val="Grace document 9 BodyText2Char"/>
    <w:basedOn w:val="Grace9DefaultParagraphFont"/>
    <w:link w:val="Grace9BodyText2"/>
    <w:uiPriority w:val="99"/>
    <w:rsid w:val="00AA1D8D"/>
  </w:style>
  <w:style w:type="paragraph" w:styleId="Grace9BodyText3">
    <w:name w:val="Grace document 9 BodyText3"/>
    <w:basedOn w:val="Grace9Normal"/>
    <w:link w:val="Grace9BodyText3Char"/>
    <w:uiPriority w:val="99"/>
    <w:unhideWhenUsed/>
    <w:rsid w:val="00AA1D8D"/>
    <w:rPr>
      <w:sz w:val="16"/>
      <w:szCs w:val="16"/>
    </w:rPr>
  </w:style>
  <w:style w:type="character" w:customStyle="1" w:styleId="Grace9BodyText3Char">
    <w:name w:val="Grace document 9 BodyText3Char"/>
    <w:basedOn w:val="Grace9DefaultParagraphFont"/>
    <w:link w:val="Grace9BodyText3"/>
    <w:uiPriority w:val="99"/>
    <w:rsid w:val="00AA1D8D"/>
    <w:rPr>
      <w:sz w:val="16"/>
      <w:szCs w:val="16"/>
    </w:rPr>
  </w:style>
  <w:style w:type="paragraph" w:styleId="Grace9List">
    <w:name w:val="Grace document 9 List"/>
    <w:basedOn w:val="Grace9Normal"/>
    <w:uiPriority w:val="99"/>
    <w:unhideWhenUsed/>
    <w:rsid w:val="00AA1D8D"/>
    <w:pPr>
      <w:ind w:left="360" w:hanging="360"/>
      <w:contextualSpacing/>
    </w:pPr>
  </w:style>
  <w:style w:type="paragraph" w:styleId="Grace9List2">
    <w:name w:val="Grace document 9 List2"/>
    <w:basedOn w:val="Grace9Normal"/>
    <w:uiPriority w:val="99"/>
    <w:unhideWhenUsed/>
    <w:rsid w:val="00326F90"/>
    <w:pPr>
      <w:ind w:left="720" w:hanging="360"/>
      <w:contextualSpacing/>
    </w:pPr>
  </w:style>
  <w:style w:type="paragraph" w:styleId="Grace9List3">
    <w:name w:val="Grace document 9 List3"/>
    <w:basedOn w:val="Grace9Normal"/>
    <w:uiPriority w:val="99"/>
    <w:unhideWhenUsed/>
    <w:rsid w:val="00326F90"/>
    <w:pPr>
      <w:ind w:left="1080" w:hanging="360"/>
      <w:contextualSpacing/>
    </w:pPr>
  </w:style>
  <w:style w:type="paragraph" w:styleId="Grace9ListBullet">
    <w:name w:val="Grace document 9 ListBullet"/>
    <w:basedOn w:val="Grace9Normal"/>
    <w:uiPriority w:val="99"/>
    <w:unhideWhenUsed/>
    <w:rsid w:val="00326F90"/>
    <w:pPr>
      <w:numPr>
        <w:numId w:val="1"/>
      </w:numPr>
      <w:contextualSpacing/>
    </w:pPr>
  </w:style>
  <w:style w:type="paragraph" w:styleId="Grace9ListBullet2">
    <w:name w:val="Grace document 9 ListBullet2"/>
    <w:basedOn w:val="Grace9Normal"/>
    <w:uiPriority w:val="99"/>
    <w:unhideWhenUsed/>
    <w:rsid w:val="00326F90"/>
    <w:pPr>
      <w:numPr>
        <w:numId w:val="2"/>
      </w:numPr>
      <w:contextualSpacing/>
    </w:pPr>
  </w:style>
  <w:style w:type="paragraph" w:styleId="Grace9ListBullet3">
    <w:name w:val="Grace document 9 ListBullet3"/>
    <w:basedOn w:val="Grace9Normal"/>
    <w:uiPriority w:val="99"/>
    <w:unhideWhenUsed/>
    <w:rsid w:val="00326F90"/>
    <w:pPr>
      <w:numPr>
        <w:numId w:val="3"/>
      </w:numPr>
      <w:contextualSpacing/>
    </w:pPr>
  </w:style>
  <w:style w:type="paragraph" w:styleId="Grace9ListNumber">
    <w:name w:val="Grace document 9 ListNumber"/>
    <w:basedOn w:val="Grace9Normal"/>
    <w:uiPriority w:val="99"/>
    <w:unhideWhenUsed/>
    <w:rsid w:val="00326F90"/>
    <w:pPr>
      <w:numPr>
        <w:numId w:val="5"/>
      </w:numPr>
      <w:contextualSpacing/>
    </w:pPr>
  </w:style>
  <w:style w:type="paragraph" w:styleId="Grace9ListNumber2">
    <w:name w:val="Grace document 9 ListNumber2"/>
    <w:basedOn w:val="Grace9Normal"/>
    <w:uiPriority w:val="99"/>
    <w:unhideWhenUsed/>
    <w:rsid w:val="0029639D"/>
    <w:pPr>
      <w:numPr>
        <w:numId w:val="6"/>
      </w:numPr>
      <w:contextualSpacing/>
    </w:pPr>
  </w:style>
  <w:style w:type="paragraph" w:styleId="Grace9ListNumber3">
    <w:name w:val="Grace document 9 ListNumber3"/>
    <w:basedOn w:val="Grace9Normal"/>
    <w:uiPriority w:val="99"/>
    <w:unhideWhenUsed/>
    <w:rsid w:val="0029639D"/>
    <w:pPr>
      <w:numPr>
        <w:numId w:val="7"/>
      </w:numPr>
      <w:contextualSpacing/>
    </w:pPr>
  </w:style>
  <w:style w:type="paragraph" w:styleId="Grace9ListContinue">
    <w:name w:val="Grace document 9 ListContinue"/>
    <w:basedOn w:val="Grace9Normal"/>
    <w:uiPriority w:val="99"/>
    <w:unhideWhenUsed/>
    <w:rsid w:val="0029639D"/>
    <w:pPr>
      <w:ind w:left="360"/>
      <w:contextualSpacing/>
    </w:pPr>
  </w:style>
  <w:style w:type="paragraph" w:styleId="Grace9ListContinue2">
    <w:name w:val="Grace document 9 ListContinue2"/>
    <w:basedOn w:val="Grace9Normal"/>
    <w:uiPriority w:val="99"/>
    <w:unhideWhenUsed/>
    <w:rsid w:val="0029639D"/>
    <w:pPr>
      <w:ind w:left="720"/>
      <w:contextualSpacing/>
    </w:pPr>
  </w:style>
  <w:style w:type="paragraph" w:styleId="Grace9ListContinue3">
    <w:name w:val="Grace document 9 ListContinue3"/>
    <w:basedOn w:val="Grace9Normal"/>
    <w:uiPriority w:val="99"/>
    <w:unhideWhenUsed/>
    <w:rsid w:val="0029639D"/>
    <w:pPr>
      <w:ind w:left="1080"/>
      <w:contextualSpacing/>
    </w:pPr>
  </w:style>
  <w:style w:type="paragraph" w:styleId="Grace9MacroText">
    <w:name w:val="Grace document 9 MacroText"/>
    <w:link w:val="Grace9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9MacroTextChar">
    <w:name w:val="Grace document 9 MacroTextChar"/>
    <w:basedOn w:val="Grace9DefaultParagraphFont"/>
    <w:link w:val="Grace9MacroText"/>
    <w:uiPriority w:val="99"/>
    <w:rsid w:val="0029639D"/>
    <w:rPr>
      <w:rFonts w:ascii="Courier" w:hAnsi="Courier"/>
      <w:sz w:val="20"/>
      <w:szCs w:val="20"/>
    </w:rPr>
  </w:style>
  <w:style w:type="paragraph" w:styleId="Grace9Quote">
    <w:name w:val="Grace document 9 Quote"/>
    <w:basedOn w:val="Grace9Normal"/>
    <w:next w:val="Grace9Normal"/>
    <w:link w:val="Grace9QuoteChar"/>
    <w:uiPriority w:val="29"/>
    <w:qFormat/>
    <w:rsid w:val="00FC693F"/>
    <w:rPr>
      <w:i/>
      <w:iCs/>
      <w:color w:val="000000" w:themeColor="text1"/>
    </w:rPr>
  </w:style>
  <w:style w:type="character" w:customStyle="1" w:styleId="Grace9QuoteChar">
    <w:name w:val="Grace document 9 QuoteChar"/>
    <w:basedOn w:val="Grace9DefaultParagraphFont"/>
    <w:link w:val="Grace9Quote"/>
    <w:uiPriority w:val="29"/>
    <w:rsid w:val="00FC693F"/>
    <w:rPr>
      <w:i/>
      <w:iCs/>
      <w:color w:val="000000" w:themeColor="text1"/>
    </w:rPr>
  </w:style>
  <w:style w:type="character" w:customStyle="1" w:styleId="Grace9Heading4Char">
    <w:name w:val="Grace document 9 Heading4Char"/>
    <w:basedOn w:val="Grace9DefaultParagraphFont"/>
    <w:link w:val="Grace9Heading4"/>
    <w:uiPriority w:val="9"/>
    <w:semiHidden/>
    <w:rsid w:val="00FC693F"/>
    <w:rPr>
      <w:rFonts w:asciiTheme="majorHAnsi" w:eastAsiaTheme="majorEastAsia" w:hAnsiTheme="majorHAnsi" w:cstheme="majorBidi"/>
      <w:b/>
      <w:bCs/>
      <w:i/>
      <w:iCs/>
      <w:color w:val="4F81BD" w:themeColor="accent1"/>
    </w:rPr>
  </w:style>
  <w:style w:type="character" w:customStyle="1" w:styleId="Grace9Heading5Char">
    <w:name w:val="Grace document 9 Heading5Char"/>
    <w:basedOn w:val="Grace9DefaultParagraphFont"/>
    <w:link w:val="Grace9Heading5"/>
    <w:uiPriority w:val="9"/>
    <w:semiHidden/>
    <w:rsid w:val="00FC693F"/>
    <w:rPr>
      <w:rFonts w:asciiTheme="majorHAnsi" w:eastAsiaTheme="majorEastAsia" w:hAnsiTheme="majorHAnsi" w:cstheme="majorBidi"/>
      <w:color w:val="243F60" w:themeColor="accent1" w:themeShade="7F"/>
    </w:rPr>
  </w:style>
  <w:style w:type="character" w:customStyle="1" w:styleId="Grace9Heading6Char">
    <w:name w:val="Grace document 9 Heading6Char"/>
    <w:basedOn w:val="Grace9DefaultParagraphFont"/>
    <w:link w:val="Grace9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9Heading7Char">
    <w:name w:val="Grace document 9 Heading7Char"/>
    <w:basedOn w:val="Grace9DefaultParagraphFont"/>
    <w:link w:val="Grace9Heading7"/>
    <w:uiPriority w:val="9"/>
    <w:semiHidden/>
    <w:rsid w:val="00FC693F"/>
    <w:rPr>
      <w:rFonts w:asciiTheme="majorHAnsi" w:eastAsiaTheme="majorEastAsia" w:hAnsiTheme="majorHAnsi" w:cstheme="majorBidi"/>
      <w:i/>
      <w:iCs/>
      <w:color w:val="404040" w:themeColor="text1" w:themeTint="BF"/>
    </w:rPr>
  </w:style>
  <w:style w:type="character" w:customStyle="1" w:styleId="Grace9Heading8Char">
    <w:name w:val="Grace document 9 Heading8Char"/>
    <w:basedOn w:val="Grace9DefaultParagraphFont"/>
    <w:link w:val="Grace9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9Heading9Char">
    <w:name w:val="Grace document 9 Heading9Char"/>
    <w:basedOn w:val="Grace9DefaultParagraphFont"/>
    <w:link w:val="Grace9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9Caption">
    <w:name w:val="Grace document 9 Caption"/>
    <w:basedOn w:val="Grace9Normal"/>
    <w:next w:val="Grace9Normal"/>
    <w:uiPriority w:val="35"/>
    <w:semiHidden/>
    <w:unhideWhenUsed/>
    <w:qFormat/>
    <w:rsid w:val="00FC693F"/>
    <w:pPr>
      <w:spacing w:line="240" w:lineRule="auto"/>
    </w:pPr>
    <w:rPr>
      <w:b/>
      <w:bCs/>
      <w:color w:val="4F81BD" w:themeColor="accent1"/>
      <w:sz w:val="18"/>
      <w:szCs w:val="18"/>
    </w:rPr>
  </w:style>
  <w:style w:type="character" w:styleId="Grace9Strong">
    <w:name w:val="Grace document 9 Strong"/>
    <w:basedOn w:val="Grace9DefaultParagraphFont"/>
    <w:uiPriority w:val="22"/>
    <w:qFormat/>
    <w:rsid w:val="00FC693F"/>
    <w:rPr>
      <w:b/>
      <w:bCs/>
    </w:rPr>
  </w:style>
  <w:style w:type="character" w:styleId="Grace9Emphasis">
    <w:name w:val="Grace document 9 Emphasis"/>
    <w:basedOn w:val="Grace9DefaultParagraphFont"/>
    <w:uiPriority w:val="20"/>
    <w:qFormat/>
    <w:rsid w:val="00FC693F"/>
    <w:rPr>
      <w:i/>
      <w:iCs/>
    </w:rPr>
  </w:style>
  <w:style w:type="paragraph" w:styleId="Grace9IntenseQuote">
    <w:name w:val="Grace document 9 IntenseQuote"/>
    <w:basedOn w:val="Grace9Normal"/>
    <w:next w:val="Grace9Normal"/>
    <w:link w:val="Grace9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9IntenseQuoteChar">
    <w:name w:val="Grace document 9 IntenseQuoteChar"/>
    <w:basedOn w:val="Grace9DefaultParagraphFont"/>
    <w:link w:val="Grace9IntenseQuote"/>
    <w:uiPriority w:val="30"/>
    <w:rsid w:val="00FC693F"/>
    <w:rPr>
      <w:b/>
      <w:bCs/>
      <w:i/>
      <w:iCs/>
      <w:color w:val="4F81BD" w:themeColor="accent1"/>
    </w:rPr>
  </w:style>
  <w:style w:type="character" w:styleId="Grace9SubtleEmphasis">
    <w:name w:val="Grace document 9 SubtleEmphasis"/>
    <w:basedOn w:val="Grace9DefaultParagraphFont"/>
    <w:uiPriority w:val="19"/>
    <w:qFormat/>
    <w:rsid w:val="00FC693F"/>
    <w:rPr>
      <w:i/>
      <w:iCs/>
      <w:color w:val="808080" w:themeColor="text1" w:themeTint="7F"/>
    </w:rPr>
  </w:style>
  <w:style w:type="character" w:styleId="Grace9IntenseEmphasis">
    <w:name w:val="Grace document 9 IntenseEmphasis"/>
    <w:basedOn w:val="Grace9DefaultParagraphFont"/>
    <w:uiPriority w:val="21"/>
    <w:qFormat/>
    <w:rsid w:val="00FC693F"/>
    <w:rPr>
      <w:b/>
      <w:bCs/>
      <w:i/>
      <w:iCs/>
      <w:color w:val="4F81BD" w:themeColor="accent1"/>
    </w:rPr>
  </w:style>
  <w:style w:type="character" w:styleId="Grace9SubtleReference">
    <w:name w:val="Grace document 9 SubtleReference"/>
    <w:basedOn w:val="Grace9DefaultParagraphFont"/>
    <w:uiPriority w:val="31"/>
    <w:qFormat/>
    <w:rsid w:val="00FC693F"/>
    <w:rPr>
      <w:smallCaps/>
      <w:color w:val="C0504D" w:themeColor="accent2"/>
      <w:u w:val="single"/>
    </w:rPr>
  </w:style>
  <w:style w:type="character" w:styleId="Grace9IntenseReference">
    <w:name w:val="Grace document 9 IntenseReference"/>
    <w:basedOn w:val="Grace9DefaultParagraphFont"/>
    <w:uiPriority w:val="32"/>
    <w:qFormat/>
    <w:rsid w:val="00FC693F"/>
    <w:rPr>
      <w:b/>
      <w:bCs/>
      <w:smallCaps/>
      <w:color w:val="C0504D" w:themeColor="accent2"/>
      <w:spacing w:val="5"/>
      <w:u w:val="single"/>
    </w:rPr>
  </w:style>
  <w:style w:type="character" w:styleId="Grace9BookTitle">
    <w:name w:val="Grace document 9 BookTitle"/>
    <w:basedOn w:val="Grace9DefaultParagraphFont"/>
    <w:uiPriority w:val="33"/>
    <w:qFormat/>
    <w:rsid w:val="00FC693F"/>
    <w:rPr>
      <w:b/>
      <w:bCs/>
      <w:smallCaps/>
      <w:spacing w:val="5"/>
    </w:rPr>
  </w:style>
  <w:style w:type="paragraph" w:styleId="Grace9TOCHeading">
    <w:name w:val="Grace document 9 TOCHeading"/>
    <w:basedOn w:val="Grace9Heading1"/>
    <w:next w:val="Grace9Normal"/>
    <w:uiPriority w:val="39"/>
    <w:semiHidden/>
    <w:unhideWhenUsed/>
    <w:qFormat/>
    <w:rsid w:val="00FC693F"/>
    <w:pPr>
      <w:outlineLvl w:val="9"/>
    </w:pPr>
  </w:style>
  <w:style w:type="table" w:styleId="Grace9TableGrid">
    <w:name w:val="Grace document 9 TableGrid"/>
    <w:basedOn w:val="Grace9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ce9LightShading">
    <w:name w:val="Grace document 9 LightShading"/>
    <w:basedOn w:val="Grace9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9LightShading-Accent1">
    <w:name w:val="Grace document 9 LightShading-Accent1"/>
    <w:basedOn w:val="Grace9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9LightShading-Accent2">
    <w:name w:val="Grace document 9 LightShading-Accent2"/>
    <w:basedOn w:val="Grace9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9LightShading-Accent3">
    <w:name w:val="Grace document 9 LightShading-Accent3"/>
    <w:basedOn w:val="Grace9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9LightShading-Accent4">
    <w:name w:val="Grace document 9 LightShading-Accent4"/>
    <w:basedOn w:val="Grace9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9LightShading-Accent5">
    <w:name w:val="Grace document 9 LightShading-Accent5"/>
    <w:basedOn w:val="Grace9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9LightShading-Accent6">
    <w:name w:val="Grace document 9 LightShading-Accent6"/>
    <w:basedOn w:val="Grace9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9LightList">
    <w:name w:val="Grace document 9 LightList"/>
    <w:basedOn w:val="Grace9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9LightList-Accent1">
    <w:name w:val="Grace document 9 LightList-Accent1"/>
    <w:basedOn w:val="Grace9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9LightList-Accent2">
    <w:name w:val="Grace document 9 LightList-Accent2"/>
    <w:basedOn w:val="Grace9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9LightList-Accent3">
    <w:name w:val="Grace document 9 LightList-Accent3"/>
    <w:basedOn w:val="Grace9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9LightList-Accent4">
    <w:name w:val="Grace document 9 LightList-Accent4"/>
    <w:basedOn w:val="Grace9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9LightList-Accent5">
    <w:name w:val="Grace document 9 LightList-Accent5"/>
    <w:basedOn w:val="Grace9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9LightList-Accent6">
    <w:name w:val="Grace document 9 LightList-Accent6"/>
    <w:basedOn w:val="Grace9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9LightGrid">
    <w:name w:val="Grace document 9 LightGrid"/>
    <w:basedOn w:val="Grace9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9LightGrid-Accent1">
    <w:name w:val="Grace document 9 LightGrid-Accent1"/>
    <w:basedOn w:val="Grace9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9LightGrid-Accent2">
    <w:name w:val="Grace document 9 LightGrid-Accent2"/>
    <w:basedOn w:val="Grace9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9LightGrid-Accent3">
    <w:name w:val="Grace document 9 LightGrid-Accent3"/>
    <w:basedOn w:val="Grace9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9LightGrid-Accent4">
    <w:name w:val="Grace document 9 LightGrid-Accent4"/>
    <w:basedOn w:val="Grace9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9LightGrid-Accent5">
    <w:name w:val="Grace document 9 LightGrid-Accent5"/>
    <w:basedOn w:val="Grace9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9LightGrid-Accent6">
    <w:name w:val="Grace document 9 LightGrid-Accent6"/>
    <w:basedOn w:val="Grace9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9MediumShading1">
    <w:name w:val="Grace document 9 MediumShading1"/>
    <w:basedOn w:val="Grace9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9MediumShading1-Accent1">
    <w:name w:val="Grace document 9 MediumShading1-Accent1"/>
    <w:basedOn w:val="Grace9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9MediumShading1-Accent2">
    <w:name w:val="Grace document 9 MediumShading1-Accent2"/>
    <w:basedOn w:val="Grace9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9MediumShading1-Accent3">
    <w:name w:val="Grace document 9 MediumShading1-Accent3"/>
    <w:basedOn w:val="Grace9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9MediumShading1-Accent4">
    <w:name w:val="Grace document 9 MediumShading1-Accent4"/>
    <w:basedOn w:val="Grace9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9MediumShading1-Accent5">
    <w:name w:val="Grace document 9 MediumShading1-Accent5"/>
    <w:basedOn w:val="Grace9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9MediumShading1-Accent6">
    <w:name w:val="Grace document 9 MediumShading1-Accent6"/>
    <w:basedOn w:val="Grace9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9MediumShading2">
    <w:name w:val="Grace document 9 MediumShading2"/>
    <w:basedOn w:val="Grace9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9MediumShading2-Accent1">
    <w:name w:val="Grace document 9 MediumShading2-Accent1"/>
    <w:basedOn w:val="Grace9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9MediumShading2-Accent2">
    <w:name w:val="Grace document 9 MediumShading2-Accent2"/>
    <w:basedOn w:val="Grace9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9MediumShading2-Accent3">
    <w:name w:val="Grace document 9 MediumShading2-Accent3"/>
    <w:basedOn w:val="Grace9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9MediumShading2-Accent4">
    <w:name w:val="Grace document 9 MediumShading2-Accent4"/>
    <w:basedOn w:val="Grace9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9MediumShading2-Accent5">
    <w:name w:val="Grace document 9 MediumShading2-Accent5"/>
    <w:basedOn w:val="Grace9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9MediumShading2-Accent6">
    <w:name w:val="Grace document 9 MediumShading2-Accent6"/>
    <w:basedOn w:val="Grace9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9MediumList1">
    <w:name w:val="Grace document 9 MediumList1"/>
    <w:basedOn w:val="Grace9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9MediumList1-Accent1">
    <w:name w:val="Grace document 9 MediumList1-Accent1"/>
    <w:basedOn w:val="Grace9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9MediumList1-Accent2">
    <w:name w:val="Grace document 9 MediumList1-Accent2"/>
    <w:basedOn w:val="Grace9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9MediumList1-Accent3">
    <w:name w:val="Grace document 9 MediumList1-Accent3"/>
    <w:basedOn w:val="Grace9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9MediumList1-Accent4">
    <w:name w:val="Grace document 9 MediumList1-Accent4"/>
    <w:basedOn w:val="Grace9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9MediumList1-Accent5">
    <w:name w:val="Grace document 9 MediumList1-Accent5"/>
    <w:basedOn w:val="Grace9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9MediumList1-Accent6">
    <w:name w:val="Grace document 9 MediumList1-Accent6"/>
    <w:basedOn w:val="Grace9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9MediumList2">
    <w:name w:val="Grace document 9 MediumList2"/>
    <w:basedOn w:val="Grac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9MediumList2-Accent1">
    <w:name w:val="Grace document 9 MediumList2-Accent1"/>
    <w:basedOn w:val="Grac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9MediumList2-Accent2">
    <w:name w:val="Grace document 9 MediumList2-Accent2"/>
    <w:basedOn w:val="Grac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9MediumList2-Accent3">
    <w:name w:val="Grace document 9 MediumList2-Accent3"/>
    <w:basedOn w:val="Grac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9MediumList2-Accent4">
    <w:name w:val="Grace document 9 MediumList2-Accent4"/>
    <w:basedOn w:val="Grac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9MediumList2-Accent5">
    <w:name w:val="Grace document 9 MediumList2-Accent5"/>
    <w:basedOn w:val="Grac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9MediumList2-Accent6">
    <w:name w:val="Grace document 9 MediumList2-Accent6"/>
    <w:basedOn w:val="Grace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9MediumGrid1">
    <w:name w:val="Grace document 9 MediumGrid1"/>
    <w:basedOn w:val="Grace9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9MediumGrid1-Accent1">
    <w:name w:val="Grace document 9 MediumGrid1-Accent1"/>
    <w:basedOn w:val="Grace9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9MediumGrid1-Accent2">
    <w:name w:val="Grace document 9 MediumGrid1-Accent2"/>
    <w:basedOn w:val="Grace9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9MediumGrid1-Accent3">
    <w:name w:val="Grace document 9 MediumGrid1-Accent3"/>
    <w:basedOn w:val="Grace9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9MediumGrid1-Accent4">
    <w:name w:val="Grace document 9 MediumGrid1-Accent4"/>
    <w:basedOn w:val="Grace9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9MediumGrid1-Accent5">
    <w:name w:val="Grace document 9 MediumGrid1-Accent5"/>
    <w:basedOn w:val="Grace9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9MediumGrid1-Accent6">
    <w:name w:val="Grace document 9 MediumGrid1-Accent6"/>
    <w:basedOn w:val="Grace9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9MediumGrid2">
    <w:name w:val="Grace document 9 MediumGrid2"/>
    <w:basedOn w:val="Grac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9MediumGrid2-Accent1">
    <w:name w:val="Grace document 9 MediumGrid2-Accent1"/>
    <w:basedOn w:val="Grac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9MediumGrid2-Accent2">
    <w:name w:val="Grace document 9 MediumGrid2-Accent2"/>
    <w:basedOn w:val="Grac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9MediumGrid2-Accent3">
    <w:name w:val="Grace document 9 MediumGrid2-Accent3"/>
    <w:basedOn w:val="Grac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9MediumGrid2-Accent4">
    <w:name w:val="Grace document 9 MediumGrid2-Accent4"/>
    <w:basedOn w:val="Grac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9MediumGrid2-Accent5">
    <w:name w:val="Grace document 9 MediumGrid2-Accent5"/>
    <w:basedOn w:val="Grac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9MediumGrid2-Accent6">
    <w:name w:val="Grace document 9 MediumGrid2-Accent6"/>
    <w:basedOn w:val="Grace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9MediumGrid3">
    <w:name w:val="Grace document 9 MediumGrid3"/>
    <w:basedOn w:val="Grace9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9MediumGrid3-Accent1">
    <w:name w:val="Grace document 9 MediumGrid3-Accent1"/>
    <w:basedOn w:val="Grace9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9MediumGrid3-Accent2">
    <w:name w:val="Grace document 9 MediumGrid3-Accent2"/>
    <w:basedOn w:val="Grace9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9MediumGrid3-Accent3">
    <w:name w:val="Grace document 9 MediumGrid3-Accent3"/>
    <w:basedOn w:val="Grace9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9MediumGrid3-Accent4">
    <w:name w:val="Grace document 9 MediumGrid3-Accent4"/>
    <w:basedOn w:val="Grace9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9MediumGrid3-Accent5">
    <w:name w:val="Grace document 9 MediumGrid3-Accent5"/>
    <w:basedOn w:val="Grace9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9MediumGrid3-Accent6">
    <w:name w:val="Grace document 9 MediumGrid3-Accent6"/>
    <w:basedOn w:val="Grace9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9DarkList">
    <w:name w:val="Grace document 9 DarkList"/>
    <w:basedOn w:val="Grace9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9DarkList-Accent1">
    <w:name w:val="Grace document 9 DarkList-Accent1"/>
    <w:basedOn w:val="Grace9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9DarkList-Accent2">
    <w:name w:val="Grace document 9 DarkList-Accent2"/>
    <w:basedOn w:val="Grace9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9DarkList-Accent3">
    <w:name w:val="Grace document 9 DarkList-Accent3"/>
    <w:basedOn w:val="Grace9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9DarkList-Accent4">
    <w:name w:val="Grace document 9 DarkList-Accent4"/>
    <w:basedOn w:val="Grace9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9DarkList-Accent5">
    <w:name w:val="Grace document 9 DarkList-Accent5"/>
    <w:basedOn w:val="Grace9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9DarkList-Accent6">
    <w:name w:val="Grace document 9 DarkList-Accent6"/>
    <w:basedOn w:val="Grace9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9ColorfulShading">
    <w:name w:val="Grace document 9 ColorfulShading"/>
    <w:basedOn w:val="Grace9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9ColorfulShading-Accent1">
    <w:name w:val="Grace document 9 ColorfulShading-Accent1"/>
    <w:basedOn w:val="Grace9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9ColorfulShading-Accent2">
    <w:name w:val="Grace document 9 ColorfulShading-Accent2"/>
    <w:basedOn w:val="Grace9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9ColorfulShading-Accent3">
    <w:name w:val="Grace document 9 ColorfulShading-Accent3"/>
    <w:basedOn w:val="Grace9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9ColorfulShading-Accent4">
    <w:name w:val="Grace document 9 ColorfulShading-Accent4"/>
    <w:basedOn w:val="Grace9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9ColorfulShading-Accent5">
    <w:name w:val="Grace document 9 ColorfulShading-Accent5"/>
    <w:basedOn w:val="Grace9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9ColorfulShading-Accent6">
    <w:name w:val="Grace document 9 ColorfulShading-Accent6"/>
    <w:basedOn w:val="Grace9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9ColorfulList">
    <w:name w:val="Grace document 9 ColorfulList"/>
    <w:basedOn w:val="Grace9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9ColorfulList-Accent1">
    <w:name w:val="Grace document 9 ColorfulList-Accent1"/>
    <w:basedOn w:val="Grace9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9ColorfulList-Accent2">
    <w:name w:val="Grace document 9 ColorfulList-Accent2"/>
    <w:basedOn w:val="Grace9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9ColorfulList-Accent3">
    <w:name w:val="Grace document 9 ColorfulList-Accent3"/>
    <w:basedOn w:val="Grace9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9ColorfulList-Accent4">
    <w:name w:val="Grace document 9 ColorfulList-Accent4"/>
    <w:basedOn w:val="Grace9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9ColorfulList-Accent5">
    <w:name w:val="Grace document 9 ColorfulList-Accent5"/>
    <w:basedOn w:val="Grace9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9ColorfulList-Accent6">
    <w:name w:val="Grace document 9 ColorfulList-Accent6"/>
    <w:basedOn w:val="Grace9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9ColorfulGrid">
    <w:name w:val="Grace document 9 ColorfulGrid"/>
    <w:basedOn w:val="Grace9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9ColorfulGrid-Accent1">
    <w:name w:val="Grace document 9 ColorfulGrid-Accent1"/>
    <w:basedOn w:val="Grace9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9ColorfulGrid-Accent2">
    <w:name w:val="Grace document 9 ColorfulGrid-Accent2"/>
    <w:basedOn w:val="Grace9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9ColorfulGrid-Accent3">
    <w:name w:val="Grace document 9 ColorfulGrid-Accent3"/>
    <w:basedOn w:val="Grace9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9ColorfulGrid-Accent4">
    <w:name w:val="Grace document 9 ColorfulGrid-Accent4"/>
    <w:basedOn w:val="Grace9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9ColorfulGrid-Accent5">
    <w:name w:val="Grace document 9 ColorfulGrid-Accent5"/>
    <w:basedOn w:val="Grace9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9ColorfulGrid-Accent6">
    <w:name w:val="Grace document 9 ColorfulGrid-Accent6"/>
    <w:basedOn w:val="Grace9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10Normal">
    <w:name w:val="Grace document 10 Normal"/>
    <w:qFormat/>
    <w:rsid w:val="00FC693F"/>
    <w:pPr>
      <w:spacing w:after="120" w:line="259" w:lineRule="auto"/>
    </w:pPr>
    <w:rPr>
      <w:rFonts w:ascii="Georgia" w:eastAsia="Georgia" w:hAnsi="Georgia" w:cs="Georgia"/>
    </w:rPr>
  </w:style>
  <w:style w:type="paragraph" w:styleId="Grace10Heading1">
    <w:name w:val="Grace document 10 Heading1"/>
    <w:basedOn w:val="Grace10Normal"/>
    <w:next w:val="Grace10Normal"/>
    <w:link w:val="Grace10Heading1Char"/>
    <w:uiPriority w:val="9"/>
    <w:qFormat/>
    <w:rsid w:val="00FC693F"/>
    <w:pPr>
      <w:keepNext/>
      <w:keepLines/>
      <w:spacing w:before="200" w:after="80"/>
      <w:outlineLvl w:val="0"/>
    </w:pPr>
    <w:rPr>
      <w:rFonts w:asciiTheme="majorHAnsi" w:eastAsiaTheme="majorEastAsia" w:hAnsiTheme="majorHAnsi" w:cstheme="majorBidi"/>
      <w:b/>
      <w:bCs/>
      <w:color w:val="1F4E79"/>
      <w:sz w:val="32"/>
      <w:szCs w:val="28"/>
    </w:rPr>
  </w:style>
  <w:style w:type="paragraph" w:styleId="Grace10Heading2">
    <w:name w:val="Grace document 10 Heading2"/>
    <w:basedOn w:val="Grace10Normal"/>
    <w:next w:val="Grace10Normal"/>
    <w:link w:val="Grace10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10Heading3">
    <w:name w:val="Grace document 10 Heading3"/>
    <w:basedOn w:val="Grace10Normal"/>
    <w:next w:val="Grace10Normal"/>
    <w:link w:val="Grace10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10Heading4">
    <w:name w:val="Grace document 10 Heading4"/>
    <w:basedOn w:val="Grace10Normal"/>
    <w:next w:val="Grace10Normal"/>
    <w:link w:val="Grace10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10Heading5">
    <w:name w:val="Grace document 10 Heading5"/>
    <w:basedOn w:val="Grace10Normal"/>
    <w:next w:val="Grace10Normal"/>
    <w:link w:val="Grace10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10Heading6">
    <w:name w:val="Grace document 10 Heading6"/>
    <w:basedOn w:val="Grace10Normal"/>
    <w:next w:val="Grace10Normal"/>
    <w:link w:val="Grace10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10Heading7">
    <w:name w:val="Grace document 10 Heading7"/>
    <w:basedOn w:val="Grace10Normal"/>
    <w:next w:val="Grace10Normal"/>
    <w:link w:val="Grace10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10Heading8">
    <w:name w:val="Grace document 10 Heading8"/>
    <w:basedOn w:val="Grace10Normal"/>
    <w:next w:val="Grace10Normal"/>
    <w:link w:val="Grace10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10Heading9">
    <w:name w:val="Grace document 10 Heading9"/>
    <w:basedOn w:val="Grace10Normal"/>
    <w:next w:val="Grace10Normal"/>
    <w:link w:val="Grace10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10DefaultParagraphFont">
    <w:name w:val="Grace document 10 DefaultParagraphFont"/>
    <w:uiPriority w:val="1"/>
    <w:semiHidden/>
    <w:unhideWhenUsed/>
  </w:style>
  <w:style w:type="table" w:styleId="Grace10TableNormal">
    <w:name w:val="Grace document 10 TableNormal"/>
    <w:uiPriority w:val="99"/>
    <w:semiHidden/>
    <w:unhideWhenUsed/>
    <w:tblPr>
      <w:tblInd w:w="0" w:type="dxa"/>
      <w:tblCellMar>
        <w:top w:w="0" w:type="dxa"/>
        <w:left w:w="108" w:type="dxa"/>
        <w:bottom w:w="0" w:type="dxa"/>
        <w:right w:w="108" w:type="dxa"/>
      </w:tblCellMar>
    </w:tblPr>
  </w:style>
  <w:style w:type="numbering" w:styleId="Grace10NoList">
    <w:name w:val="Grace document 10 NoList"/>
    <w:uiPriority w:val="99"/>
    <w:semiHidden/>
    <w:unhideWhenUsed/>
  </w:style>
  <w:style w:type="paragraph" w:styleId="Grace10Header">
    <w:name w:val="Grace document 10 Header"/>
    <w:basedOn w:val="Grace10Normal"/>
    <w:link w:val="Grace10HeaderChar"/>
    <w:uiPriority w:val="99"/>
    <w:unhideWhenUsed/>
    <w:rsid w:val="00E618BF"/>
    <w:pPr>
      <w:tabs>
        <w:tab w:val="center" w:pos="4680"/>
        <w:tab w:val="right" w:pos="9360"/>
      </w:tabs>
      <w:spacing w:after="0" w:line="240" w:lineRule="auto"/>
    </w:pPr>
  </w:style>
  <w:style w:type="character" w:customStyle="1" w:styleId="Grace10HeaderChar">
    <w:name w:val="Grace document 10 HeaderChar"/>
    <w:basedOn w:val="Grace10DefaultParagraphFont"/>
    <w:link w:val="Grace10Header"/>
    <w:uiPriority w:val="99"/>
    <w:rsid w:val="00E618BF"/>
  </w:style>
  <w:style w:type="paragraph" w:styleId="Grace10Footer">
    <w:name w:val="Grace document 10 Footer"/>
    <w:basedOn w:val="Grace10Normal"/>
    <w:link w:val="Grace10FooterChar"/>
    <w:uiPriority w:val="99"/>
    <w:unhideWhenUsed/>
    <w:rsid w:val="00E618BF"/>
    <w:pPr>
      <w:tabs>
        <w:tab w:val="center" w:pos="4680"/>
        <w:tab w:val="right" w:pos="9360"/>
      </w:tabs>
      <w:spacing w:after="0" w:line="240" w:lineRule="auto"/>
    </w:pPr>
  </w:style>
  <w:style w:type="character" w:customStyle="1" w:styleId="Grace10FooterChar">
    <w:name w:val="Grace document 10 FooterChar"/>
    <w:basedOn w:val="Grace10DefaultParagraphFont"/>
    <w:link w:val="Grace10Footer"/>
    <w:uiPriority w:val="99"/>
    <w:rsid w:val="00E618BF"/>
  </w:style>
  <w:style w:type="paragraph" w:styleId="Grace10NoSpacing">
    <w:name w:val="Grace document 10 NoSpacing"/>
    <w:uiPriority w:val="1"/>
    <w:qFormat/>
    <w:rsid w:val="00FC693F"/>
    <w:pPr>
      <w:spacing w:after="0" w:line="240" w:lineRule="auto"/>
    </w:pPr>
  </w:style>
  <w:style w:type="character" w:customStyle="1" w:styleId="Grace10Heading1Char">
    <w:name w:val="Grace document 10 Heading1Char"/>
    <w:basedOn w:val="Grace10DefaultParagraphFont"/>
    <w:link w:val="Grace10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10Heading2Char">
    <w:name w:val="Grace document 10 Heading2Char"/>
    <w:basedOn w:val="Grace10DefaultParagraphFont"/>
    <w:link w:val="Grace10Heading2"/>
    <w:uiPriority w:val="9"/>
    <w:rsid w:val="00FC693F"/>
    <w:rPr>
      <w:rFonts w:asciiTheme="majorHAnsi" w:eastAsiaTheme="majorEastAsia" w:hAnsiTheme="majorHAnsi" w:cstheme="majorBidi"/>
      <w:b/>
      <w:bCs/>
      <w:color w:val="4F81BD" w:themeColor="accent1"/>
      <w:sz w:val="26"/>
      <w:szCs w:val="26"/>
    </w:rPr>
  </w:style>
  <w:style w:type="character" w:customStyle="1" w:styleId="Grace10Heading3Char">
    <w:name w:val="Grace document 10 Heading3Char"/>
    <w:basedOn w:val="Grace10DefaultParagraphFont"/>
    <w:link w:val="Grace10Heading3"/>
    <w:uiPriority w:val="9"/>
    <w:rsid w:val="00FC693F"/>
    <w:rPr>
      <w:rFonts w:asciiTheme="majorHAnsi" w:eastAsiaTheme="majorEastAsia" w:hAnsiTheme="majorHAnsi" w:cstheme="majorBidi"/>
      <w:b/>
      <w:bCs/>
      <w:color w:val="4F81BD" w:themeColor="accent1"/>
    </w:rPr>
  </w:style>
  <w:style w:type="paragraph" w:styleId="Grace10Title">
    <w:name w:val="Grace document 10 Title"/>
    <w:basedOn w:val="Grace10Normal"/>
    <w:next w:val="Grace10Normal"/>
    <w:link w:val="Grace10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10TitleChar">
    <w:name w:val="Grace document 10 TitleChar"/>
    <w:basedOn w:val="Grace10DefaultParagraphFont"/>
    <w:link w:val="Grace10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10Subtitle">
    <w:name w:val="Grace document 10 Subtitle"/>
    <w:basedOn w:val="Grace10Normal"/>
    <w:next w:val="Grace10Normal"/>
    <w:link w:val="Grace10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10SubtitleChar">
    <w:name w:val="Grace document 10 SubtitleChar"/>
    <w:basedOn w:val="Grace10DefaultParagraphFont"/>
    <w:link w:val="Grace10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10ListParagraph">
    <w:name w:val="Grace document 10 ListParagraph"/>
    <w:basedOn w:val="Grace10Normal"/>
    <w:uiPriority w:val="34"/>
    <w:qFormat/>
    <w:rsid w:val="00FC693F"/>
    <w:pPr>
      <w:ind w:left="720"/>
      <w:contextualSpacing/>
    </w:pPr>
  </w:style>
  <w:style w:type="paragraph" w:styleId="Grace10BodyText">
    <w:name w:val="Grace document 10 BodyText"/>
    <w:basedOn w:val="Grace10Normal"/>
    <w:link w:val="Grace10BodyTextChar"/>
    <w:uiPriority w:val="99"/>
    <w:unhideWhenUsed/>
    <w:rsid w:val="00AA1D8D"/>
  </w:style>
  <w:style w:type="character" w:customStyle="1" w:styleId="Grace10BodyTextChar">
    <w:name w:val="Grace document 10 BodyTextChar"/>
    <w:basedOn w:val="Grace10DefaultParagraphFont"/>
    <w:link w:val="Grace10BodyText"/>
    <w:uiPriority w:val="99"/>
    <w:rsid w:val="00AA1D8D"/>
  </w:style>
  <w:style w:type="paragraph" w:styleId="Grace10BodyText2">
    <w:name w:val="Grace document 10 BodyText2"/>
    <w:basedOn w:val="Grace10Normal"/>
    <w:link w:val="Grace10BodyText2Char"/>
    <w:uiPriority w:val="99"/>
    <w:unhideWhenUsed/>
    <w:rsid w:val="00AA1D8D"/>
    <w:pPr>
      <w:spacing w:line="480" w:lineRule="auto"/>
    </w:pPr>
  </w:style>
  <w:style w:type="character" w:customStyle="1" w:styleId="Grace10BodyText2Char">
    <w:name w:val="Grace document 10 BodyText2Char"/>
    <w:basedOn w:val="Grace10DefaultParagraphFont"/>
    <w:link w:val="Grace10BodyText2"/>
    <w:uiPriority w:val="99"/>
    <w:rsid w:val="00AA1D8D"/>
  </w:style>
  <w:style w:type="paragraph" w:styleId="Grace10BodyText3">
    <w:name w:val="Grace document 10 BodyText3"/>
    <w:basedOn w:val="Grace10Normal"/>
    <w:link w:val="Grace10BodyText3Char"/>
    <w:uiPriority w:val="99"/>
    <w:unhideWhenUsed/>
    <w:rsid w:val="00AA1D8D"/>
    <w:rPr>
      <w:sz w:val="16"/>
      <w:szCs w:val="16"/>
    </w:rPr>
  </w:style>
  <w:style w:type="character" w:customStyle="1" w:styleId="Grace10BodyText3Char">
    <w:name w:val="Grace document 10 BodyText3Char"/>
    <w:basedOn w:val="Grace10DefaultParagraphFont"/>
    <w:link w:val="Grace10BodyText3"/>
    <w:uiPriority w:val="99"/>
    <w:rsid w:val="00AA1D8D"/>
    <w:rPr>
      <w:sz w:val="16"/>
      <w:szCs w:val="16"/>
    </w:rPr>
  </w:style>
  <w:style w:type="paragraph" w:styleId="Grace10List">
    <w:name w:val="Grace document 10 List"/>
    <w:basedOn w:val="Grace10Normal"/>
    <w:uiPriority w:val="99"/>
    <w:unhideWhenUsed/>
    <w:rsid w:val="00AA1D8D"/>
    <w:pPr>
      <w:ind w:left="360" w:hanging="360"/>
      <w:contextualSpacing/>
    </w:pPr>
  </w:style>
  <w:style w:type="paragraph" w:styleId="Grace10List2">
    <w:name w:val="Grace document 10 List2"/>
    <w:basedOn w:val="Grace10Normal"/>
    <w:uiPriority w:val="99"/>
    <w:unhideWhenUsed/>
    <w:rsid w:val="00326F90"/>
    <w:pPr>
      <w:ind w:left="720" w:hanging="360"/>
      <w:contextualSpacing/>
    </w:pPr>
  </w:style>
  <w:style w:type="paragraph" w:styleId="Grace10List3">
    <w:name w:val="Grace document 10 List3"/>
    <w:basedOn w:val="Grace10Normal"/>
    <w:uiPriority w:val="99"/>
    <w:unhideWhenUsed/>
    <w:rsid w:val="00326F90"/>
    <w:pPr>
      <w:ind w:left="1080" w:hanging="360"/>
      <w:contextualSpacing/>
    </w:pPr>
  </w:style>
  <w:style w:type="paragraph" w:styleId="Grace10ListBullet">
    <w:name w:val="Grace document 10 ListBullet"/>
    <w:basedOn w:val="Grace10Normal"/>
    <w:uiPriority w:val="99"/>
    <w:unhideWhenUsed/>
    <w:rsid w:val="00326F90"/>
    <w:pPr>
      <w:numPr>
        <w:numId w:val="1"/>
      </w:numPr>
      <w:contextualSpacing/>
    </w:pPr>
  </w:style>
  <w:style w:type="paragraph" w:styleId="Grace10ListBullet2">
    <w:name w:val="Grace document 10 ListBullet2"/>
    <w:basedOn w:val="Grace10Normal"/>
    <w:uiPriority w:val="99"/>
    <w:unhideWhenUsed/>
    <w:rsid w:val="00326F90"/>
    <w:pPr>
      <w:numPr>
        <w:numId w:val="2"/>
      </w:numPr>
      <w:contextualSpacing/>
    </w:pPr>
  </w:style>
  <w:style w:type="paragraph" w:styleId="Grace10ListBullet3">
    <w:name w:val="Grace document 10 ListBullet3"/>
    <w:basedOn w:val="Grace10Normal"/>
    <w:uiPriority w:val="99"/>
    <w:unhideWhenUsed/>
    <w:rsid w:val="00326F90"/>
    <w:pPr>
      <w:numPr>
        <w:numId w:val="3"/>
      </w:numPr>
      <w:contextualSpacing/>
    </w:pPr>
  </w:style>
  <w:style w:type="paragraph" w:styleId="Grace10ListNumber">
    <w:name w:val="Grace document 10 ListNumber"/>
    <w:basedOn w:val="Grace10Normal"/>
    <w:uiPriority w:val="99"/>
    <w:unhideWhenUsed/>
    <w:rsid w:val="00326F90"/>
    <w:pPr>
      <w:numPr>
        <w:numId w:val="5"/>
      </w:numPr>
      <w:contextualSpacing/>
    </w:pPr>
  </w:style>
  <w:style w:type="paragraph" w:styleId="Grace10ListNumber2">
    <w:name w:val="Grace document 10 ListNumber2"/>
    <w:basedOn w:val="Grace10Normal"/>
    <w:uiPriority w:val="99"/>
    <w:unhideWhenUsed/>
    <w:rsid w:val="0029639D"/>
    <w:pPr>
      <w:numPr>
        <w:numId w:val="6"/>
      </w:numPr>
      <w:contextualSpacing/>
    </w:pPr>
  </w:style>
  <w:style w:type="paragraph" w:styleId="Grace10ListNumber3">
    <w:name w:val="Grace document 10 ListNumber3"/>
    <w:basedOn w:val="Grace10Normal"/>
    <w:uiPriority w:val="99"/>
    <w:unhideWhenUsed/>
    <w:rsid w:val="0029639D"/>
    <w:pPr>
      <w:numPr>
        <w:numId w:val="7"/>
      </w:numPr>
      <w:contextualSpacing/>
    </w:pPr>
  </w:style>
  <w:style w:type="paragraph" w:styleId="Grace10ListContinue">
    <w:name w:val="Grace document 10 ListContinue"/>
    <w:basedOn w:val="Grace10Normal"/>
    <w:uiPriority w:val="99"/>
    <w:unhideWhenUsed/>
    <w:rsid w:val="0029639D"/>
    <w:pPr>
      <w:ind w:left="360"/>
      <w:contextualSpacing/>
    </w:pPr>
  </w:style>
  <w:style w:type="paragraph" w:styleId="Grace10ListContinue2">
    <w:name w:val="Grace document 10 ListContinue2"/>
    <w:basedOn w:val="Grace10Normal"/>
    <w:uiPriority w:val="99"/>
    <w:unhideWhenUsed/>
    <w:rsid w:val="0029639D"/>
    <w:pPr>
      <w:ind w:left="720"/>
      <w:contextualSpacing/>
    </w:pPr>
  </w:style>
  <w:style w:type="paragraph" w:styleId="Grace10ListContinue3">
    <w:name w:val="Grace document 10 ListContinue3"/>
    <w:basedOn w:val="Grace10Normal"/>
    <w:uiPriority w:val="99"/>
    <w:unhideWhenUsed/>
    <w:rsid w:val="0029639D"/>
    <w:pPr>
      <w:ind w:left="1080"/>
      <w:contextualSpacing/>
    </w:pPr>
  </w:style>
  <w:style w:type="paragraph" w:styleId="Grace10MacroText">
    <w:name w:val="Grace document 10 MacroText"/>
    <w:link w:val="Grace10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10MacroTextChar">
    <w:name w:val="Grace document 10 MacroTextChar"/>
    <w:basedOn w:val="Grace10DefaultParagraphFont"/>
    <w:link w:val="Grace10MacroText"/>
    <w:uiPriority w:val="99"/>
    <w:rsid w:val="0029639D"/>
    <w:rPr>
      <w:rFonts w:ascii="Courier" w:hAnsi="Courier"/>
      <w:sz w:val="20"/>
      <w:szCs w:val="20"/>
    </w:rPr>
  </w:style>
  <w:style w:type="paragraph" w:styleId="Grace10Quote">
    <w:name w:val="Grace document 10 Quote"/>
    <w:basedOn w:val="Grace10Normal"/>
    <w:next w:val="Grace10Normal"/>
    <w:link w:val="Grace10QuoteChar"/>
    <w:uiPriority w:val="29"/>
    <w:qFormat/>
    <w:rsid w:val="00FC693F"/>
    <w:rPr>
      <w:i/>
      <w:iCs/>
      <w:color w:val="000000" w:themeColor="text1"/>
    </w:rPr>
  </w:style>
  <w:style w:type="character" w:customStyle="1" w:styleId="Grace10QuoteChar">
    <w:name w:val="Grace document 10 QuoteChar"/>
    <w:basedOn w:val="Grace10DefaultParagraphFont"/>
    <w:link w:val="Grace10Quote"/>
    <w:uiPriority w:val="29"/>
    <w:rsid w:val="00FC693F"/>
    <w:rPr>
      <w:i/>
      <w:iCs/>
      <w:color w:val="000000" w:themeColor="text1"/>
    </w:rPr>
  </w:style>
  <w:style w:type="character" w:customStyle="1" w:styleId="Grace10Heading4Char">
    <w:name w:val="Grace document 10 Heading4Char"/>
    <w:basedOn w:val="Grace10DefaultParagraphFont"/>
    <w:link w:val="Grace10Heading4"/>
    <w:uiPriority w:val="9"/>
    <w:semiHidden/>
    <w:rsid w:val="00FC693F"/>
    <w:rPr>
      <w:rFonts w:asciiTheme="majorHAnsi" w:eastAsiaTheme="majorEastAsia" w:hAnsiTheme="majorHAnsi" w:cstheme="majorBidi"/>
      <w:b/>
      <w:bCs/>
      <w:i/>
      <w:iCs/>
      <w:color w:val="4F81BD" w:themeColor="accent1"/>
    </w:rPr>
  </w:style>
  <w:style w:type="character" w:customStyle="1" w:styleId="Grace10Heading5Char">
    <w:name w:val="Grace document 10 Heading5Char"/>
    <w:basedOn w:val="Grace10DefaultParagraphFont"/>
    <w:link w:val="Grace10Heading5"/>
    <w:uiPriority w:val="9"/>
    <w:semiHidden/>
    <w:rsid w:val="00FC693F"/>
    <w:rPr>
      <w:rFonts w:asciiTheme="majorHAnsi" w:eastAsiaTheme="majorEastAsia" w:hAnsiTheme="majorHAnsi" w:cstheme="majorBidi"/>
      <w:color w:val="243F60" w:themeColor="accent1" w:themeShade="7F"/>
    </w:rPr>
  </w:style>
  <w:style w:type="character" w:customStyle="1" w:styleId="Grace10Heading6Char">
    <w:name w:val="Grace document 10 Heading6Char"/>
    <w:basedOn w:val="Grace10DefaultParagraphFont"/>
    <w:link w:val="Grace10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10Heading7Char">
    <w:name w:val="Grace document 10 Heading7Char"/>
    <w:basedOn w:val="Grace10DefaultParagraphFont"/>
    <w:link w:val="Grace10Heading7"/>
    <w:uiPriority w:val="9"/>
    <w:semiHidden/>
    <w:rsid w:val="00FC693F"/>
    <w:rPr>
      <w:rFonts w:asciiTheme="majorHAnsi" w:eastAsiaTheme="majorEastAsia" w:hAnsiTheme="majorHAnsi" w:cstheme="majorBidi"/>
      <w:i/>
      <w:iCs/>
      <w:color w:val="404040" w:themeColor="text1" w:themeTint="BF"/>
    </w:rPr>
  </w:style>
  <w:style w:type="character" w:customStyle="1" w:styleId="Grace10Heading8Char">
    <w:name w:val="Grace document 10 Heading8Char"/>
    <w:basedOn w:val="Grace10DefaultParagraphFont"/>
    <w:link w:val="Grace10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10Heading9Char">
    <w:name w:val="Grace document 10 Heading9Char"/>
    <w:basedOn w:val="Grace10DefaultParagraphFont"/>
    <w:link w:val="Grace10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10Caption">
    <w:name w:val="Grace document 10 Caption"/>
    <w:basedOn w:val="Grace10Normal"/>
    <w:next w:val="Grace10Normal"/>
    <w:uiPriority w:val="35"/>
    <w:semiHidden/>
    <w:unhideWhenUsed/>
    <w:qFormat/>
    <w:rsid w:val="00FC693F"/>
    <w:pPr>
      <w:spacing w:line="240" w:lineRule="auto"/>
    </w:pPr>
    <w:rPr>
      <w:b/>
      <w:bCs/>
      <w:color w:val="4F81BD" w:themeColor="accent1"/>
      <w:sz w:val="18"/>
      <w:szCs w:val="18"/>
    </w:rPr>
  </w:style>
  <w:style w:type="character" w:styleId="Grace10Strong">
    <w:name w:val="Grace document 10 Strong"/>
    <w:basedOn w:val="Grace10DefaultParagraphFont"/>
    <w:uiPriority w:val="22"/>
    <w:qFormat/>
    <w:rsid w:val="00FC693F"/>
    <w:rPr>
      <w:b/>
      <w:bCs/>
    </w:rPr>
  </w:style>
  <w:style w:type="character" w:styleId="Grace10Emphasis">
    <w:name w:val="Grace document 10 Emphasis"/>
    <w:basedOn w:val="Grace10DefaultParagraphFont"/>
    <w:uiPriority w:val="20"/>
    <w:qFormat/>
    <w:rsid w:val="00FC693F"/>
    <w:rPr>
      <w:i/>
      <w:iCs/>
    </w:rPr>
  </w:style>
  <w:style w:type="paragraph" w:styleId="Grace10IntenseQuote">
    <w:name w:val="Grace document 10 IntenseQuote"/>
    <w:basedOn w:val="Grace10Normal"/>
    <w:next w:val="Grace10Normal"/>
    <w:link w:val="Grace10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10IntenseQuoteChar">
    <w:name w:val="Grace document 10 IntenseQuoteChar"/>
    <w:basedOn w:val="Grace10DefaultParagraphFont"/>
    <w:link w:val="Grace10IntenseQuote"/>
    <w:uiPriority w:val="30"/>
    <w:rsid w:val="00FC693F"/>
    <w:rPr>
      <w:b/>
      <w:bCs/>
      <w:i/>
      <w:iCs/>
      <w:color w:val="4F81BD" w:themeColor="accent1"/>
    </w:rPr>
  </w:style>
  <w:style w:type="character" w:styleId="Grace10SubtleEmphasis">
    <w:name w:val="Grace document 10 SubtleEmphasis"/>
    <w:basedOn w:val="Grace10DefaultParagraphFont"/>
    <w:uiPriority w:val="19"/>
    <w:qFormat/>
    <w:rsid w:val="00FC693F"/>
    <w:rPr>
      <w:i/>
      <w:iCs/>
      <w:color w:val="808080" w:themeColor="text1" w:themeTint="7F"/>
    </w:rPr>
  </w:style>
  <w:style w:type="character" w:styleId="Grace10IntenseEmphasis">
    <w:name w:val="Grace document 10 IntenseEmphasis"/>
    <w:basedOn w:val="Grace10DefaultParagraphFont"/>
    <w:uiPriority w:val="21"/>
    <w:qFormat/>
    <w:rsid w:val="00FC693F"/>
    <w:rPr>
      <w:b/>
      <w:bCs/>
      <w:i/>
      <w:iCs/>
      <w:color w:val="4F81BD" w:themeColor="accent1"/>
    </w:rPr>
  </w:style>
  <w:style w:type="character" w:styleId="Grace10SubtleReference">
    <w:name w:val="Grace document 10 SubtleReference"/>
    <w:basedOn w:val="Grace10DefaultParagraphFont"/>
    <w:uiPriority w:val="31"/>
    <w:qFormat/>
    <w:rsid w:val="00FC693F"/>
    <w:rPr>
      <w:smallCaps/>
      <w:color w:val="C0504D" w:themeColor="accent2"/>
      <w:u w:val="single"/>
    </w:rPr>
  </w:style>
  <w:style w:type="character" w:styleId="Grace10IntenseReference">
    <w:name w:val="Grace document 10 IntenseReference"/>
    <w:basedOn w:val="Grace10DefaultParagraphFont"/>
    <w:uiPriority w:val="32"/>
    <w:qFormat/>
    <w:rsid w:val="00FC693F"/>
    <w:rPr>
      <w:b/>
      <w:bCs/>
      <w:smallCaps/>
      <w:color w:val="C0504D" w:themeColor="accent2"/>
      <w:spacing w:val="5"/>
      <w:u w:val="single"/>
    </w:rPr>
  </w:style>
  <w:style w:type="character" w:styleId="Grace10BookTitle">
    <w:name w:val="Grace document 10 BookTitle"/>
    <w:basedOn w:val="Grace10DefaultParagraphFont"/>
    <w:uiPriority w:val="33"/>
    <w:qFormat/>
    <w:rsid w:val="00FC693F"/>
    <w:rPr>
      <w:b/>
      <w:bCs/>
      <w:smallCaps/>
      <w:spacing w:val="5"/>
    </w:rPr>
  </w:style>
  <w:style w:type="paragraph" w:styleId="Grace10TOCHeading">
    <w:name w:val="Grace document 10 TOCHeading"/>
    <w:basedOn w:val="Grace10Heading1"/>
    <w:next w:val="Grace10Normal"/>
    <w:uiPriority w:val="39"/>
    <w:semiHidden/>
    <w:unhideWhenUsed/>
    <w:qFormat/>
    <w:rsid w:val="00FC693F"/>
    <w:pPr>
      <w:outlineLvl w:val="9"/>
    </w:pPr>
  </w:style>
  <w:style w:type="table" w:styleId="Grace10TableGrid">
    <w:name w:val="Grace document 10 TableGrid"/>
    <w:basedOn w:val="Grace10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ce10LightShading">
    <w:name w:val="Grace document 10 LightShading"/>
    <w:basedOn w:val="Grace10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10LightShading-Accent1">
    <w:name w:val="Grace document 10 LightShading-Accent1"/>
    <w:basedOn w:val="Grace10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10LightShading-Accent2">
    <w:name w:val="Grace document 10 LightShading-Accent2"/>
    <w:basedOn w:val="Grace10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10LightShading-Accent3">
    <w:name w:val="Grace document 10 LightShading-Accent3"/>
    <w:basedOn w:val="Grace10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10LightShading-Accent4">
    <w:name w:val="Grace document 10 LightShading-Accent4"/>
    <w:basedOn w:val="Grace10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10LightShading-Accent5">
    <w:name w:val="Grace document 10 LightShading-Accent5"/>
    <w:basedOn w:val="Grace10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10LightShading-Accent6">
    <w:name w:val="Grace document 10 LightShading-Accent6"/>
    <w:basedOn w:val="Grace10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10LightList">
    <w:name w:val="Grace document 10 LightList"/>
    <w:basedOn w:val="Grace10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10LightList-Accent1">
    <w:name w:val="Grace document 10 LightList-Accent1"/>
    <w:basedOn w:val="Grace10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10LightList-Accent2">
    <w:name w:val="Grace document 10 LightList-Accent2"/>
    <w:basedOn w:val="Grace10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10LightList-Accent3">
    <w:name w:val="Grace document 10 LightList-Accent3"/>
    <w:basedOn w:val="Grace10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10LightList-Accent4">
    <w:name w:val="Grace document 10 LightList-Accent4"/>
    <w:basedOn w:val="Grace10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10LightList-Accent5">
    <w:name w:val="Grace document 10 LightList-Accent5"/>
    <w:basedOn w:val="Grace10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10LightList-Accent6">
    <w:name w:val="Grace document 10 LightList-Accent6"/>
    <w:basedOn w:val="Grace10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10LightGrid">
    <w:name w:val="Grace document 10 LightGrid"/>
    <w:basedOn w:val="Grace10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10LightGrid-Accent1">
    <w:name w:val="Grace document 10 LightGrid-Accent1"/>
    <w:basedOn w:val="Grace10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10LightGrid-Accent2">
    <w:name w:val="Grace document 10 LightGrid-Accent2"/>
    <w:basedOn w:val="Grace10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10LightGrid-Accent3">
    <w:name w:val="Grace document 10 LightGrid-Accent3"/>
    <w:basedOn w:val="Grace10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10LightGrid-Accent4">
    <w:name w:val="Grace document 10 LightGrid-Accent4"/>
    <w:basedOn w:val="Grace10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10LightGrid-Accent5">
    <w:name w:val="Grace document 10 LightGrid-Accent5"/>
    <w:basedOn w:val="Grace10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10LightGrid-Accent6">
    <w:name w:val="Grace document 10 LightGrid-Accent6"/>
    <w:basedOn w:val="Grace10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10MediumShading1">
    <w:name w:val="Grace document 10 MediumShading1"/>
    <w:basedOn w:val="Grace10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10MediumShading1-Accent1">
    <w:name w:val="Grace document 10 MediumShading1-Accent1"/>
    <w:basedOn w:val="Grace10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10MediumShading1-Accent2">
    <w:name w:val="Grace document 10 MediumShading1-Accent2"/>
    <w:basedOn w:val="Grace10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10MediumShading1-Accent3">
    <w:name w:val="Grace document 10 MediumShading1-Accent3"/>
    <w:basedOn w:val="Grace10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10MediumShading1-Accent4">
    <w:name w:val="Grace document 10 MediumShading1-Accent4"/>
    <w:basedOn w:val="Grace10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10MediumShading1-Accent5">
    <w:name w:val="Grace document 10 MediumShading1-Accent5"/>
    <w:basedOn w:val="Grace10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10MediumShading1-Accent6">
    <w:name w:val="Grace document 10 MediumShading1-Accent6"/>
    <w:basedOn w:val="Grace10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10MediumShading2">
    <w:name w:val="Grace document 10 MediumShading2"/>
    <w:basedOn w:val="Grace10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0MediumShading2-Accent1">
    <w:name w:val="Grace document 10 MediumShading2-Accent1"/>
    <w:basedOn w:val="Grace10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0MediumShading2-Accent2">
    <w:name w:val="Grace document 10 MediumShading2-Accent2"/>
    <w:basedOn w:val="Grace10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0MediumShading2-Accent3">
    <w:name w:val="Grace document 10 MediumShading2-Accent3"/>
    <w:basedOn w:val="Grace10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0MediumShading2-Accent4">
    <w:name w:val="Grace document 10 MediumShading2-Accent4"/>
    <w:basedOn w:val="Grace10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0MediumShading2-Accent5">
    <w:name w:val="Grace document 10 MediumShading2-Accent5"/>
    <w:basedOn w:val="Grace10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0MediumShading2-Accent6">
    <w:name w:val="Grace document 10 MediumShading2-Accent6"/>
    <w:basedOn w:val="Grace10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0MediumList1">
    <w:name w:val="Grace document 10 MediumList1"/>
    <w:basedOn w:val="Grace10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10MediumList1-Accent1">
    <w:name w:val="Grace document 10 MediumList1-Accent1"/>
    <w:basedOn w:val="Grace10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10MediumList1-Accent2">
    <w:name w:val="Grace document 10 MediumList1-Accent2"/>
    <w:basedOn w:val="Grace10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10MediumList1-Accent3">
    <w:name w:val="Grace document 10 MediumList1-Accent3"/>
    <w:basedOn w:val="Grace10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10MediumList1-Accent4">
    <w:name w:val="Grace document 10 MediumList1-Accent4"/>
    <w:basedOn w:val="Grace10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10MediumList1-Accent5">
    <w:name w:val="Grace document 10 MediumList1-Accent5"/>
    <w:basedOn w:val="Grace10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10MediumList1-Accent6">
    <w:name w:val="Grace document 10 MediumList1-Accent6"/>
    <w:basedOn w:val="Grace10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10MediumList2">
    <w:name w:val="Grace document 10 MediumList2"/>
    <w:basedOn w:val="Grac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0MediumList2-Accent1">
    <w:name w:val="Grace document 10 MediumList2-Accent1"/>
    <w:basedOn w:val="Grac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0MediumList2-Accent2">
    <w:name w:val="Grace document 10 MediumList2-Accent2"/>
    <w:basedOn w:val="Grac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0MediumList2-Accent3">
    <w:name w:val="Grace document 10 MediumList2-Accent3"/>
    <w:basedOn w:val="Grac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0MediumList2-Accent4">
    <w:name w:val="Grace document 10 MediumList2-Accent4"/>
    <w:basedOn w:val="Grac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0MediumList2-Accent5">
    <w:name w:val="Grace document 10 MediumList2-Accent5"/>
    <w:basedOn w:val="Grac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0MediumList2-Accent6">
    <w:name w:val="Grace document 10 MediumList2-Accent6"/>
    <w:basedOn w:val="Grace10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0MediumGrid1">
    <w:name w:val="Grace document 10 MediumGrid1"/>
    <w:basedOn w:val="Grace10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10MediumGrid1-Accent1">
    <w:name w:val="Grace document 10 MediumGrid1-Accent1"/>
    <w:basedOn w:val="Grace10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10MediumGrid1-Accent2">
    <w:name w:val="Grace document 10 MediumGrid1-Accent2"/>
    <w:basedOn w:val="Grace10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10MediumGrid1-Accent3">
    <w:name w:val="Grace document 10 MediumGrid1-Accent3"/>
    <w:basedOn w:val="Grace10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10MediumGrid1-Accent4">
    <w:name w:val="Grace document 10 MediumGrid1-Accent4"/>
    <w:basedOn w:val="Grace10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10MediumGrid1-Accent5">
    <w:name w:val="Grace document 10 MediumGrid1-Accent5"/>
    <w:basedOn w:val="Grace10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10MediumGrid1-Accent6">
    <w:name w:val="Grace document 10 MediumGrid1-Accent6"/>
    <w:basedOn w:val="Grace10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10MediumGrid2">
    <w:name w:val="Grace document 10 MediumGrid2"/>
    <w:basedOn w:val="Grac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10MediumGrid2-Accent1">
    <w:name w:val="Grace document 10 MediumGrid2-Accent1"/>
    <w:basedOn w:val="Grac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10MediumGrid2-Accent2">
    <w:name w:val="Grace document 10 MediumGrid2-Accent2"/>
    <w:basedOn w:val="Grac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10MediumGrid2-Accent3">
    <w:name w:val="Grace document 10 MediumGrid2-Accent3"/>
    <w:basedOn w:val="Grac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10MediumGrid2-Accent4">
    <w:name w:val="Grace document 10 MediumGrid2-Accent4"/>
    <w:basedOn w:val="Grac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10MediumGrid2-Accent5">
    <w:name w:val="Grace document 10 MediumGrid2-Accent5"/>
    <w:basedOn w:val="Grac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10MediumGrid2-Accent6">
    <w:name w:val="Grace document 10 MediumGrid2-Accent6"/>
    <w:basedOn w:val="Grace10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10MediumGrid3">
    <w:name w:val="Grace document 10 MediumGrid3"/>
    <w:basedOn w:val="Grace10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10MediumGrid3-Accent1">
    <w:name w:val="Grace document 10 MediumGrid3-Accent1"/>
    <w:basedOn w:val="Grace10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10MediumGrid3-Accent2">
    <w:name w:val="Grace document 10 MediumGrid3-Accent2"/>
    <w:basedOn w:val="Grace10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10MediumGrid3-Accent3">
    <w:name w:val="Grace document 10 MediumGrid3-Accent3"/>
    <w:basedOn w:val="Grace10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10MediumGrid3-Accent4">
    <w:name w:val="Grace document 10 MediumGrid3-Accent4"/>
    <w:basedOn w:val="Grace10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10MediumGrid3-Accent5">
    <w:name w:val="Grace document 10 MediumGrid3-Accent5"/>
    <w:basedOn w:val="Grace10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10MediumGrid3-Accent6">
    <w:name w:val="Grace document 10 MediumGrid3-Accent6"/>
    <w:basedOn w:val="Grace10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10DarkList">
    <w:name w:val="Grace document 10 DarkList"/>
    <w:basedOn w:val="Grace10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10DarkList-Accent1">
    <w:name w:val="Grace document 10 DarkList-Accent1"/>
    <w:basedOn w:val="Grace10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10DarkList-Accent2">
    <w:name w:val="Grace document 10 DarkList-Accent2"/>
    <w:basedOn w:val="Grace10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10DarkList-Accent3">
    <w:name w:val="Grace document 10 DarkList-Accent3"/>
    <w:basedOn w:val="Grace10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10DarkList-Accent4">
    <w:name w:val="Grace document 10 DarkList-Accent4"/>
    <w:basedOn w:val="Grace10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10DarkList-Accent5">
    <w:name w:val="Grace document 10 DarkList-Accent5"/>
    <w:basedOn w:val="Grace10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10DarkList-Accent6">
    <w:name w:val="Grace document 10 DarkList-Accent6"/>
    <w:basedOn w:val="Grace10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10ColorfulShading">
    <w:name w:val="Grace document 10 ColorfulShading"/>
    <w:basedOn w:val="Grace10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10ColorfulShading-Accent1">
    <w:name w:val="Grace document 10 ColorfulShading-Accent1"/>
    <w:basedOn w:val="Grace10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10ColorfulShading-Accent2">
    <w:name w:val="Grace document 10 ColorfulShading-Accent2"/>
    <w:basedOn w:val="Grace10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10ColorfulShading-Accent3">
    <w:name w:val="Grace document 10 ColorfulShading-Accent3"/>
    <w:basedOn w:val="Grace10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10ColorfulShading-Accent4">
    <w:name w:val="Grace document 10 ColorfulShading-Accent4"/>
    <w:basedOn w:val="Grace10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10ColorfulShading-Accent5">
    <w:name w:val="Grace document 10 ColorfulShading-Accent5"/>
    <w:basedOn w:val="Grace10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10ColorfulShading-Accent6">
    <w:name w:val="Grace document 10 ColorfulShading-Accent6"/>
    <w:basedOn w:val="Grace10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10ColorfulList">
    <w:name w:val="Grace document 10 ColorfulList"/>
    <w:basedOn w:val="Grace10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10ColorfulList-Accent1">
    <w:name w:val="Grace document 10 ColorfulList-Accent1"/>
    <w:basedOn w:val="Grace10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10ColorfulList-Accent2">
    <w:name w:val="Grace document 10 ColorfulList-Accent2"/>
    <w:basedOn w:val="Grace10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10ColorfulList-Accent3">
    <w:name w:val="Grace document 10 ColorfulList-Accent3"/>
    <w:basedOn w:val="Grace10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10ColorfulList-Accent4">
    <w:name w:val="Grace document 10 ColorfulList-Accent4"/>
    <w:basedOn w:val="Grace10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10ColorfulList-Accent5">
    <w:name w:val="Grace document 10 ColorfulList-Accent5"/>
    <w:basedOn w:val="Grace10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10ColorfulList-Accent6">
    <w:name w:val="Grace document 10 ColorfulList-Accent6"/>
    <w:basedOn w:val="Grace10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10ColorfulGrid">
    <w:name w:val="Grace document 10 ColorfulGrid"/>
    <w:basedOn w:val="Grace10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10ColorfulGrid-Accent1">
    <w:name w:val="Grace document 10 ColorfulGrid-Accent1"/>
    <w:basedOn w:val="Grace10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10ColorfulGrid-Accent2">
    <w:name w:val="Grace document 10 ColorfulGrid-Accent2"/>
    <w:basedOn w:val="Grace10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10ColorfulGrid-Accent3">
    <w:name w:val="Grace document 10 ColorfulGrid-Accent3"/>
    <w:basedOn w:val="Grace10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10ColorfulGrid-Accent4">
    <w:name w:val="Grace document 10 ColorfulGrid-Accent4"/>
    <w:basedOn w:val="Grace10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10ColorfulGrid-Accent5">
    <w:name w:val="Grace document 10 ColorfulGrid-Accent5"/>
    <w:basedOn w:val="Grace10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10ColorfulGrid-Accent6">
    <w:name w:val="Grace document 10 ColorfulGrid-Accent6"/>
    <w:basedOn w:val="Grace10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Grace11Normal">
    <w:name w:val="Grace document 11 Normal"/>
    <w:qFormat/>
    <w:rsid w:val="00FC693F"/>
    <w:rPr>
      <w:rFonts w:ascii="Georgia" w:eastAsia="Georgia" w:hAnsi="Georgia"/>
      <w:color w:val="202020"/>
    </w:rPr>
  </w:style>
  <w:style w:type="paragraph" w:styleId="Grace11Heading1">
    <w:name w:val="Grace document 11 Heading1"/>
    <w:basedOn w:val="Grace11Normal"/>
    <w:next w:val="Grace11Normal"/>
    <w:link w:val="Grace11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Grace11Heading2">
    <w:name w:val="Grace document 11 Heading2"/>
    <w:basedOn w:val="Grace11Normal"/>
    <w:next w:val="Grace11Normal"/>
    <w:link w:val="Grace11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Grace11Heading3">
    <w:name w:val="Grace document 11 Heading3"/>
    <w:basedOn w:val="Grace11Normal"/>
    <w:next w:val="Grace11Normal"/>
    <w:link w:val="Grace11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Grace11Heading4">
    <w:name w:val="Grace document 11 Heading4"/>
    <w:basedOn w:val="Grace11Normal"/>
    <w:next w:val="Grace11Normal"/>
    <w:link w:val="Grace11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Grace11Heading5">
    <w:name w:val="Grace document 11 Heading5"/>
    <w:basedOn w:val="Grace11Normal"/>
    <w:next w:val="Grace11Normal"/>
    <w:link w:val="Grace11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Grace11Heading6">
    <w:name w:val="Grace document 11 Heading6"/>
    <w:basedOn w:val="Grace11Normal"/>
    <w:next w:val="Grace11Normal"/>
    <w:link w:val="Grace11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Grace11Heading7">
    <w:name w:val="Grace document 11 Heading7"/>
    <w:basedOn w:val="Grace11Normal"/>
    <w:next w:val="Grace11Normal"/>
    <w:link w:val="Grace11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Grace11Heading8">
    <w:name w:val="Grace document 11 Heading8"/>
    <w:basedOn w:val="Grace11Normal"/>
    <w:next w:val="Grace11Normal"/>
    <w:link w:val="Grace11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Grace11Heading9">
    <w:name w:val="Grace document 11 Heading9"/>
    <w:basedOn w:val="Grace11Normal"/>
    <w:next w:val="Grace11Normal"/>
    <w:link w:val="Grace11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Grace11DefaultParagraphFont">
    <w:name w:val="Grace document 11 DefaultParagraphFont"/>
    <w:uiPriority w:val="1"/>
    <w:semiHidden/>
    <w:unhideWhenUsed/>
  </w:style>
  <w:style w:type="table" w:styleId="Grace11TableNormal">
    <w:name w:val="Grace document 11 TableNormal"/>
    <w:uiPriority w:val="99"/>
    <w:semiHidden/>
    <w:unhideWhenUsed/>
    <w:tblPr>
      <w:tblInd w:w="0" w:type="dxa"/>
      <w:tblCellMar>
        <w:top w:w="0" w:type="dxa"/>
        <w:left w:w="108" w:type="dxa"/>
        <w:bottom w:w="0" w:type="dxa"/>
        <w:right w:w="108" w:type="dxa"/>
      </w:tblCellMar>
    </w:tblPr>
  </w:style>
  <w:style w:type="numbering" w:styleId="Grace11NoList">
    <w:name w:val="Grace document 11 NoList"/>
    <w:uiPriority w:val="99"/>
    <w:semiHidden/>
    <w:unhideWhenUsed/>
  </w:style>
  <w:style w:type="paragraph" w:styleId="Grace11Header">
    <w:name w:val="Grace document 11 Header"/>
    <w:basedOn w:val="Grace11Normal"/>
    <w:link w:val="Grace11HeaderChar"/>
    <w:uiPriority w:val="99"/>
    <w:unhideWhenUsed/>
    <w:rsid w:val="00E618BF"/>
    <w:pPr>
      <w:tabs>
        <w:tab w:val="center" w:pos="4680"/>
        <w:tab w:val="right" w:pos="9360"/>
      </w:tabs>
      <w:spacing w:after="0" w:line="240" w:lineRule="auto"/>
    </w:pPr>
  </w:style>
  <w:style w:type="character" w:customStyle="1" w:styleId="Grace11HeaderChar">
    <w:name w:val="Grace document 11 HeaderChar"/>
    <w:basedOn w:val="Grace11DefaultParagraphFont"/>
    <w:link w:val="Grace11Header"/>
    <w:uiPriority w:val="99"/>
    <w:rsid w:val="00E618BF"/>
  </w:style>
  <w:style w:type="paragraph" w:styleId="Grace11Footer">
    <w:name w:val="Grace document 11 Footer"/>
    <w:basedOn w:val="Grace11Normal"/>
    <w:link w:val="Grace11FooterChar"/>
    <w:uiPriority w:val="99"/>
    <w:unhideWhenUsed/>
    <w:rsid w:val="00E618BF"/>
    <w:pPr>
      <w:tabs>
        <w:tab w:val="center" w:pos="4680"/>
        <w:tab w:val="right" w:pos="9360"/>
      </w:tabs>
      <w:spacing w:after="0" w:line="240" w:lineRule="auto"/>
    </w:pPr>
  </w:style>
  <w:style w:type="character" w:customStyle="1" w:styleId="Grace11FooterChar">
    <w:name w:val="Grace document 11 FooterChar"/>
    <w:basedOn w:val="Grace11DefaultParagraphFont"/>
    <w:link w:val="Grace11Footer"/>
    <w:uiPriority w:val="99"/>
    <w:rsid w:val="00E618BF"/>
  </w:style>
  <w:style w:type="paragraph" w:styleId="Grace11NoSpacing">
    <w:name w:val="Grace document 11 NoSpacing"/>
    <w:uiPriority w:val="1"/>
    <w:qFormat/>
    <w:rsid w:val="00FC693F"/>
    <w:pPr>
      <w:spacing w:after="0" w:line="240" w:lineRule="auto"/>
    </w:pPr>
  </w:style>
  <w:style w:type="character" w:customStyle="1" w:styleId="Grace11Heading1Char">
    <w:name w:val="Grace document 11 Heading1Char"/>
    <w:basedOn w:val="Grace11DefaultParagraphFont"/>
    <w:link w:val="Grace1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Grace11Heading2Char">
    <w:name w:val="Grace document 11 Heading2Char"/>
    <w:basedOn w:val="Grace11DefaultParagraphFont"/>
    <w:link w:val="Grace11Heading2"/>
    <w:uiPriority w:val="9"/>
    <w:rsid w:val="00FC693F"/>
    <w:rPr>
      <w:rFonts w:asciiTheme="majorHAnsi" w:eastAsiaTheme="majorEastAsia" w:hAnsiTheme="majorHAnsi" w:cstheme="majorBidi"/>
      <w:b/>
      <w:bCs/>
      <w:color w:val="4F81BD" w:themeColor="accent1"/>
      <w:sz w:val="26"/>
      <w:szCs w:val="26"/>
    </w:rPr>
  </w:style>
  <w:style w:type="character" w:customStyle="1" w:styleId="Grace11Heading3Char">
    <w:name w:val="Grace document 11 Heading3Char"/>
    <w:basedOn w:val="Grace11DefaultParagraphFont"/>
    <w:link w:val="Grace11Heading3"/>
    <w:uiPriority w:val="9"/>
    <w:rsid w:val="00FC693F"/>
    <w:rPr>
      <w:rFonts w:asciiTheme="majorHAnsi" w:eastAsiaTheme="majorEastAsia" w:hAnsiTheme="majorHAnsi" w:cstheme="majorBidi"/>
      <w:b/>
      <w:bCs/>
      <w:color w:val="4F81BD" w:themeColor="accent1"/>
    </w:rPr>
  </w:style>
  <w:style w:type="paragraph" w:styleId="Grace11Title">
    <w:name w:val="Grace document 11 Title"/>
    <w:basedOn w:val="Grace11Normal"/>
    <w:next w:val="Grace11Normal"/>
    <w:link w:val="Grace11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Grace11TitleChar">
    <w:name w:val="Grace document 11 TitleChar"/>
    <w:basedOn w:val="Grace11DefaultParagraphFont"/>
    <w:link w:val="Grace1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Grace11Subtitle">
    <w:name w:val="Grace document 11 Subtitle"/>
    <w:basedOn w:val="Grace11Normal"/>
    <w:next w:val="Grace11Normal"/>
    <w:link w:val="Grace11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Grace11SubtitleChar">
    <w:name w:val="Grace document 11 SubtitleChar"/>
    <w:basedOn w:val="Grace11DefaultParagraphFont"/>
    <w:link w:val="Grace11Subtitle"/>
    <w:uiPriority w:val="11"/>
    <w:rsid w:val="00FC693F"/>
    <w:rPr>
      <w:rFonts w:asciiTheme="majorHAnsi" w:eastAsiaTheme="majorEastAsia" w:hAnsiTheme="majorHAnsi" w:cstheme="majorBidi"/>
      <w:i/>
      <w:iCs/>
      <w:color w:val="4F81BD" w:themeColor="accent1"/>
      <w:spacing w:val="15"/>
      <w:sz w:val="24"/>
      <w:szCs w:val="24"/>
    </w:rPr>
  </w:style>
  <w:style w:type="paragraph" w:styleId="Grace11ListParagraph">
    <w:name w:val="Grace document 11 ListParagraph"/>
    <w:basedOn w:val="Grace11Normal"/>
    <w:uiPriority w:val="34"/>
    <w:qFormat/>
    <w:rsid w:val="00FC693F"/>
    <w:pPr>
      <w:ind w:left="720"/>
      <w:contextualSpacing/>
    </w:pPr>
  </w:style>
  <w:style w:type="paragraph" w:styleId="Grace11BodyText">
    <w:name w:val="Grace document 11 BodyText"/>
    <w:basedOn w:val="Grace11Normal"/>
    <w:link w:val="Grace11BodyTextChar"/>
    <w:uiPriority w:val="99"/>
    <w:unhideWhenUsed/>
    <w:rsid w:val="00AA1D8D"/>
    <w:pPr>
      <w:spacing w:after="120"/>
    </w:pPr>
  </w:style>
  <w:style w:type="character" w:customStyle="1" w:styleId="Grace11BodyTextChar">
    <w:name w:val="Grace document 11 BodyTextChar"/>
    <w:basedOn w:val="Grace11DefaultParagraphFont"/>
    <w:link w:val="Grace11BodyText"/>
    <w:uiPriority w:val="99"/>
    <w:rsid w:val="00AA1D8D"/>
  </w:style>
  <w:style w:type="paragraph" w:styleId="Grace11BodyText2">
    <w:name w:val="Grace document 11 BodyText2"/>
    <w:basedOn w:val="Grace11Normal"/>
    <w:link w:val="Grace11BodyText2Char"/>
    <w:uiPriority w:val="99"/>
    <w:unhideWhenUsed/>
    <w:rsid w:val="00AA1D8D"/>
    <w:pPr>
      <w:spacing w:after="120" w:line="480" w:lineRule="auto"/>
    </w:pPr>
  </w:style>
  <w:style w:type="character" w:customStyle="1" w:styleId="Grace11BodyText2Char">
    <w:name w:val="Grace document 11 BodyText2Char"/>
    <w:basedOn w:val="Grace11DefaultParagraphFont"/>
    <w:link w:val="Grace11BodyText2"/>
    <w:uiPriority w:val="99"/>
    <w:rsid w:val="00AA1D8D"/>
  </w:style>
  <w:style w:type="paragraph" w:styleId="Grace11BodyText3">
    <w:name w:val="Grace document 11 BodyText3"/>
    <w:basedOn w:val="Grace11Normal"/>
    <w:link w:val="Grace11BodyText3Char"/>
    <w:uiPriority w:val="99"/>
    <w:unhideWhenUsed/>
    <w:rsid w:val="00AA1D8D"/>
    <w:pPr>
      <w:spacing w:after="120"/>
    </w:pPr>
    <w:rPr>
      <w:sz w:val="16"/>
      <w:szCs w:val="16"/>
    </w:rPr>
  </w:style>
  <w:style w:type="character" w:customStyle="1" w:styleId="Grace11BodyText3Char">
    <w:name w:val="Grace document 11 BodyText3Char"/>
    <w:basedOn w:val="Grace11DefaultParagraphFont"/>
    <w:link w:val="Grace11BodyText3"/>
    <w:uiPriority w:val="99"/>
    <w:rsid w:val="00AA1D8D"/>
    <w:rPr>
      <w:sz w:val="16"/>
      <w:szCs w:val="16"/>
    </w:rPr>
  </w:style>
  <w:style w:type="paragraph" w:styleId="Grace11List">
    <w:name w:val="Grace document 11 List"/>
    <w:basedOn w:val="Grace11Normal"/>
    <w:uiPriority w:val="99"/>
    <w:unhideWhenUsed/>
    <w:rsid w:val="00AA1D8D"/>
    <w:pPr>
      <w:ind w:left="360" w:hanging="360"/>
      <w:contextualSpacing/>
    </w:pPr>
  </w:style>
  <w:style w:type="paragraph" w:styleId="Grace11List2">
    <w:name w:val="Grace document 11 List2"/>
    <w:basedOn w:val="Grace11Normal"/>
    <w:uiPriority w:val="99"/>
    <w:unhideWhenUsed/>
    <w:rsid w:val="00326F90"/>
    <w:pPr>
      <w:ind w:left="720" w:hanging="360"/>
      <w:contextualSpacing/>
    </w:pPr>
  </w:style>
  <w:style w:type="paragraph" w:styleId="Grace11List3">
    <w:name w:val="Grace document 11 List3"/>
    <w:basedOn w:val="Grace11Normal"/>
    <w:uiPriority w:val="99"/>
    <w:unhideWhenUsed/>
    <w:rsid w:val="00326F90"/>
    <w:pPr>
      <w:ind w:left="1080" w:hanging="360"/>
      <w:contextualSpacing/>
    </w:pPr>
  </w:style>
  <w:style w:type="paragraph" w:styleId="Grace11ListBullet">
    <w:name w:val="Grace document 11 ListBullet"/>
    <w:basedOn w:val="Grace11Normal"/>
    <w:uiPriority w:val="99"/>
    <w:unhideWhenUsed/>
    <w:rsid w:val="00326F90"/>
    <w:pPr>
      <w:numPr>
        <w:numId w:val="1"/>
      </w:numPr>
      <w:contextualSpacing/>
    </w:pPr>
  </w:style>
  <w:style w:type="paragraph" w:styleId="Grace11ListBullet2">
    <w:name w:val="Grace document 11 ListBullet2"/>
    <w:basedOn w:val="Grace11Normal"/>
    <w:uiPriority w:val="99"/>
    <w:unhideWhenUsed/>
    <w:rsid w:val="00326F90"/>
    <w:pPr>
      <w:numPr>
        <w:numId w:val="2"/>
      </w:numPr>
      <w:contextualSpacing/>
    </w:pPr>
  </w:style>
  <w:style w:type="paragraph" w:styleId="Grace11ListBullet3">
    <w:name w:val="Grace document 11 ListBullet3"/>
    <w:basedOn w:val="Grace11Normal"/>
    <w:uiPriority w:val="99"/>
    <w:unhideWhenUsed/>
    <w:rsid w:val="00326F90"/>
    <w:pPr>
      <w:numPr>
        <w:numId w:val="3"/>
      </w:numPr>
      <w:contextualSpacing/>
    </w:pPr>
  </w:style>
  <w:style w:type="paragraph" w:styleId="Grace11ListNumber">
    <w:name w:val="Grace document 11 ListNumber"/>
    <w:basedOn w:val="Grace11Normal"/>
    <w:uiPriority w:val="99"/>
    <w:unhideWhenUsed/>
    <w:rsid w:val="00326F90"/>
    <w:pPr>
      <w:numPr>
        <w:numId w:val="5"/>
      </w:numPr>
      <w:contextualSpacing/>
    </w:pPr>
  </w:style>
  <w:style w:type="paragraph" w:styleId="Grace11ListNumber2">
    <w:name w:val="Grace document 11 ListNumber2"/>
    <w:basedOn w:val="Grace11Normal"/>
    <w:uiPriority w:val="99"/>
    <w:unhideWhenUsed/>
    <w:rsid w:val="0029639D"/>
    <w:pPr>
      <w:numPr>
        <w:numId w:val="6"/>
      </w:numPr>
      <w:contextualSpacing/>
    </w:pPr>
  </w:style>
  <w:style w:type="paragraph" w:styleId="Grace11ListNumber3">
    <w:name w:val="Grace document 11 ListNumber3"/>
    <w:basedOn w:val="Grace11Normal"/>
    <w:uiPriority w:val="99"/>
    <w:unhideWhenUsed/>
    <w:rsid w:val="0029639D"/>
    <w:pPr>
      <w:numPr>
        <w:numId w:val="7"/>
      </w:numPr>
      <w:contextualSpacing/>
    </w:pPr>
  </w:style>
  <w:style w:type="paragraph" w:styleId="Grace11ListContinue">
    <w:name w:val="Grace document 11 ListContinue"/>
    <w:basedOn w:val="Grace11Normal"/>
    <w:uiPriority w:val="99"/>
    <w:unhideWhenUsed/>
    <w:rsid w:val="0029639D"/>
    <w:pPr>
      <w:spacing w:after="120"/>
      <w:ind w:left="360"/>
      <w:contextualSpacing/>
    </w:pPr>
  </w:style>
  <w:style w:type="paragraph" w:styleId="Grace11ListContinue2">
    <w:name w:val="Grace document 11 ListContinue2"/>
    <w:basedOn w:val="Grace11Normal"/>
    <w:uiPriority w:val="99"/>
    <w:unhideWhenUsed/>
    <w:rsid w:val="0029639D"/>
    <w:pPr>
      <w:spacing w:after="120"/>
      <w:ind w:left="720"/>
      <w:contextualSpacing/>
    </w:pPr>
  </w:style>
  <w:style w:type="paragraph" w:styleId="Grace11ListContinue3">
    <w:name w:val="Grace document 11 ListContinue3"/>
    <w:basedOn w:val="Grace11Normal"/>
    <w:uiPriority w:val="99"/>
    <w:unhideWhenUsed/>
    <w:rsid w:val="0029639D"/>
    <w:pPr>
      <w:spacing w:after="120"/>
      <w:ind w:left="1080"/>
      <w:contextualSpacing/>
    </w:pPr>
  </w:style>
  <w:style w:type="paragraph" w:styleId="Grace11MacroText">
    <w:name w:val="Grace document 11 MacroText"/>
    <w:link w:val="Grace11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Grace11MacroTextChar">
    <w:name w:val="Grace document 11 MacroTextChar"/>
    <w:basedOn w:val="Grace11DefaultParagraphFont"/>
    <w:link w:val="Grace11MacroText"/>
    <w:uiPriority w:val="99"/>
    <w:rsid w:val="0029639D"/>
    <w:rPr>
      <w:rFonts w:ascii="Courier" w:hAnsi="Courier"/>
      <w:sz w:val="20"/>
      <w:szCs w:val="20"/>
    </w:rPr>
  </w:style>
  <w:style w:type="paragraph" w:styleId="Grace11Quote">
    <w:name w:val="Grace document 11 Quote"/>
    <w:basedOn w:val="Grace11Normal"/>
    <w:next w:val="Grace11Normal"/>
    <w:link w:val="Grace11QuoteChar"/>
    <w:uiPriority w:val="29"/>
    <w:qFormat/>
    <w:rsid w:val="00FC693F"/>
    <w:rPr>
      <w:i/>
      <w:iCs/>
      <w:color w:val="000000" w:themeColor="text1"/>
    </w:rPr>
  </w:style>
  <w:style w:type="character" w:customStyle="1" w:styleId="Grace11QuoteChar">
    <w:name w:val="Grace document 11 QuoteChar"/>
    <w:basedOn w:val="Grace11DefaultParagraphFont"/>
    <w:link w:val="Grace11Quote"/>
    <w:uiPriority w:val="29"/>
    <w:rsid w:val="00FC693F"/>
    <w:rPr>
      <w:i/>
      <w:iCs/>
      <w:color w:val="000000" w:themeColor="text1"/>
    </w:rPr>
  </w:style>
  <w:style w:type="character" w:customStyle="1" w:styleId="Grace11Heading4Char">
    <w:name w:val="Grace document 11 Heading4Char"/>
    <w:basedOn w:val="Grace11DefaultParagraphFont"/>
    <w:link w:val="Grace11Heading4"/>
    <w:uiPriority w:val="9"/>
    <w:semiHidden/>
    <w:rsid w:val="00FC693F"/>
    <w:rPr>
      <w:rFonts w:asciiTheme="majorHAnsi" w:eastAsiaTheme="majorEastAsia" w:hAnsiTheme="majorHAnsi" w:cstheme="majorBidi"/>
      <w:b/>
      <w:bCs/>
      <w:i/>
      <w:iCs/>
      <w:color w:val="4F81BD" w:themeColor="accent1"/>
    </w:rPr>
  </w:style>
  <w:style w:type="character" w:customStyle="1" w:styleId="Grace11Heading5Char">
    <w:name w:val="Grace document 11 Heading5Char"/>
    <w:basedOn w:val="Grace11DefaultParagraphFont"/>
    <w:link w:val="Grace11Heading5"/>
    <w:uiPriority w:val="9"/>
    <w:semiHidden/>
    <w:rsid w:val="00FC693F"/>
    <w:rPr>
      <w:rFonts w:asciiTheme="majorHAnsi" w:eastAsiaTheme="majorEastAsia" w:hAnsiTheme="majorHAnsi" w:cstheme="majorBidi"/>
      <w:color w:val="243F60" w:themeColor="accent1" w:themeShade="7F"/>
    </w:rPr>
  </w:style>
  <w:style w:type="character" w:customStyle="1" w:styleId="Grace11Heading6Char">
    <w:name w:val="Grace document 11 Heading6Char"/>
    <w:basedOn w:val="Grace11DefaultParagraphFont"/>
    <w:link w:val="Grace11Heading6"/>
    <w:uiPriority w:val="9"/>
    <w:semiHidden/>
    <w:rsid w:val="00FC693F"/>
    <w:rPr>
      <w:rFonts w:asciiTheme="majorHAnsi" w:eastAsiaTheme="majorEastAsia" w:hAnsiTheme="majorHAnsi" w:cstheme="majorBidi"/>
      <w:i/>
      <w:iCs/>
      <w:color w:val="243F60" w:themeColor="accent1" w:themeShade="7F"/>
    </w:rPr>
  </w:style>
  <w:style w:type="character" w:customStyle="1" w:styleId="Grace11Heading7Char">
    <w:name w:val="Grace document 11 Heading7Char"/>
    <w:basedOn w:val="Grace11DefaultParagraphFont"/>
    <w:link w:val="Grace11Heading7"/>
    <w:uiPriority w:val="9"/>
    <w:semiHidden/>
    <w:rsid w:val="00FC693F"/>
    <w:rPr>
      <w:rFonts w:asciiTheme="majorHAnsi" w:eastAsiaTheme="majorEastAsia" w:hAnsiTheme="majorHAnsi" w:cstheme="majorBidi"/>
      <w:i/>
      <w:iCs/>
      <w:color w:val="404040" w:themeColor="text1" w:themeTint="BF"/>
    </w:rPr>
  </w:style>
  <w:style w:type="character" w:customStyle="1" w:styleId="Grace11Heading8Char">
    <w:name w:val="Grace document 11 Heading8Char"/>
    <w:basedOn w:val="Grace11DefaultParagraphFont"/>
    <w:link w:val="Grace11Heading8"/>
    <w:uiPriority w:val="9"/>
    <w:semiHidden/>
    <w:rsid w:val="00FC693F"/>
    <w:rPr>
      <w:rFonts w:asciiTheme="majorHAnsi" w:eastAsiaTheme="majorEastAsia" w:hAnsiTheme="majorHAnsi" w:cstheme="majorBidi"/>
      <w:color w:val="4F81BD" w:themeColor="accent1"/>
      <w:sz w:val="20"/>
      <w:szCs w:val="20"/>
    </w:rPr>
  </w:style>
  <w:style w:type="character" w:customStyle="1" w:styleId="Grace11Heading9Char">
    <w:name w:val="Grace document 11 Heading9Char"/>
    <w:basedOn w:val="Grace11DefaultParagraphFont"/>
    <w:link w:val="Grace11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Grace11Caption">
    <w:name w:val="Grace document 11 Caption"/>
    <w:basedOn w:val="Grace11Normal"/>
    <w:next w:val="Grace11Normal"/>
    <w:uiPriority w:val="35"/>
    <w:semiHidden/>
    <w:unhideWhenUsed/>
    <w:qFormat/>
    <w:rsid w:val="00FC693F"/>
    <w:pPr>
      <w:spacing w:line="240" w:lineRule="auto"/>
    </w:pPr>
    <w:rPr>
      <w:b/>
      <w:bCs/>
      <w:color w:val="4F81BD" w:themeColor="accent1"/>
      <w:sz w:val="18"/>
      <w:szCs w:val="18"/>
    </w:rPr>
  </w:style>
  <w:style w:type="character" w:styleId="Grace11Strong">
    <w:name w:val="Grace document 11 Strong"/>
    <w:basedOn w:val="Grace11DefaultParagraphFont"/>
    <w:uiPriority w:val="22"/>
    <w:qFormat/>
    <w:rsid w:val="00FC693F"/>
    <w:rPr>
      <w:b/>
      <w:bCs/>
    </w:rPr>
  </w:style>
  <w:style w:type="character" w:styleId="Grace11Emphasis">
    <w:name w:val="Grace document 11 Emphasis"/>
    <w:basedOn w:val="Grace11DefaultParagraphFont"/>
    <w:uiPriority w:val="20"/>
    <w:qFormat/>
    <w:rsid w:val="00FC693F"/>
    <w:rPr>
      <w:i/>
      <w:iCs/>
    </w:rPr>
  </w:style>
  <w:style w:type="paragraph" w:styleId="Grace11IntenseQuote">
    <w:name w:val="Grace document 11 IntenseQuote"/>
    <w:basedOn w:val="Grace11Normal"/>
    <w:next w:val="Grace11Normal"/>
    <w:link w:val="Grace11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race11IntenseQuoteChar">
    <w:name w:val="Grace document 11 IntenseQuoteChar"/>
    <w:basedOn w:val="Grace11DefaultParagraphFont"/>
    <w:link w:val="Grace11IntenseQuote"/>
    <w:uiPriority w:val="30"/>
    <w:rsid w:val="00FC693F"/>
    <w:rPr>
      <w:b/>
      <w:bCs/>
      <w:i/>
      <w:iCs/>
      <w:color w:val="4F81BD" w:themeColor="accent1"/>
    </w:rPr>
  </w:style>
  <w:style w:type="character" w:styleId="Grace11SubtleEmphasis">
    <w:name w:val="Grace document 11 SubtleEmphasis"/>
    <w:basedOn w:val="Grace11DefaultParagraphFont"/>
    <w:uiPriority w:val="19"/>
    <w:qFormat/>
    <w:rsid w:val="00FC693F"/>
    <w:rPr>
      <w:i/>
      <w:iCs/>
      <w:color w:val="808080" w:themeColor="text1" w:themeTint="7F"/>
    </w:rPr>
  </w:style>
  <w:style w:type="character" w:styleId="Grace11IntenseEmphasis">
    <w:name w:val="Grace document 11 IntenseEmphasis"/>
    <w:basedOn w:val="Grace11DefaultParagraphFont"/>
    <w:uiPriority w:val="21"/>
    <w:qFormat/>
    <w:rsid w:val="00FC693F"/>
    <w:rPr>
      <w:b/>
      <w:bCs/>
      <w:i/>
      <w:iCs/>
      <w:color w:val="4F81BD" w:themeColor="accent1"/>
    </w:rPr>
  </w:style>
  <w:style w:type="character" w:styleId="Grace11SubtleReference">
    <w:name w:val="Grace document 11 SubtleReference"/>
    <w:basedOn w:val="Grace11DefaultParagraphFont"/>
    <w:uiPriority w:val="31"/>
    <w:qFormat/>
    <w:rsid w:val="00FC693F"/>
    <w:rPr>
      <w:smallCaps/>
      <w:color w:val="C0504D" w:themeColor="accent2"/>
      <w:u w:val="single"/>
    </w:rPr>
  </w:style>
  <w:style w:type="character" w:styleId="Grace11IntenseReference">
    <w:name w:val="Grace document 11 IntenseReference"/>
    <w:basedOn w:val="Grace11DefaultParagraphFont"/>
    <w:uiPriority w:val="32"/>
    <w:qFormat/>
    <w:rsid w:val="00FC693F"/>
    <w:rPr>
      <w:b/>
      <w:bCs/>
      <w:smallCaps/>
      <w:color w:val="C0504D" w:themeColor="accent2"/>
      <w:spacing w:val="5"/>
      <w:u w:val="single"/>
    </w:rPr>
  </w:style>
  <w:style w:type="character" w:styleId="Grace11BookTitle">
    <w:name w:val="Grace document 11 BookTitle"/>
    <w:basedOn w:val="Grace11DefaultParagraphFont"/>
    <w:uiPriority w:val="33"/>
    <w:qFormat/>
    <w:rsid w:val="00FC693F"/>
    <w:rPr>
      <w:b/>
      <w:bCs/>
      <w:smallCaps/>
      <w:spacing w:val="5"/>
    </w:rPr>
  </w:style>
  <w:style w:type="paragraph" w:styleId="Grace11TOCHeading">
    <w:name w:val="Grace document 11 TOCHeading"/>
    <w:basedOn w:val="Grace11Heading1"/>
    <w:next w:val="Grace11Normal"/>
    <w:uiPriority w:val="39"/>
    <w:semiHidden/>
    <w:unhideWhenUsed/>
    <w:qFormat/>
    <w:rsid w:val="00FC693F"/>
    <w:pPr>
      <w:outlineLvl w:val="9"/>
    </w:pPr>
  </w:style>
  <w:style w:type="table" w:styleId="Grace11TableGrid">
    <w:name w:val="Grace document 11 TableGrid"/>
    <w:basedOn w:val="Grace11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ce11LightShading">
    <w:name w:val="Grace document 11 LightShading"/>
    <w:basedOn w:val="Grace11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Grace11LightShading-Accent1">
    <w:name w:val="Grace document 11 LightShading-Accent1"/>
    <w:basedOn w:val="Grace11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Grace11LightShading-Accent2">
    <w:name w:val="Grace document 11 LightShading-Accent2"/>
    <w:basedOn w:val="Grace11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Grace11LightShading-Accent3">
    <w:name w:val="Grace document 11 LightShading-Accent3"/>
    <w:basedOn w:val="Grace11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Grace11LightShading-Accent4">
    <w:name w:val="Grace document 11 LightShading-Accent4"/>
    <w:basedOn w:val="Grace11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Grace11LightShading-Accent5">
    <w:name w:val="Grace document 11 LightShading-Accent5"/>
    <w:basedOn w:val="Grace11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Grace11LightShading-Accent6">
    <w:name w:val="Grace document 11 LightShading-Accent6"/>
    <w:basedOn w:val="Grace11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Grace11LightList">
    <w:name w:val="Grace document 11 LightList"/>
    <w:basedOn w:val="Grace11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Grace11LightList-Accent1">
    <w:name w:val="Grace document 11 LightList-Accent1"/>
    <w:basedOn w:val="Grace11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Grace11LightList-Accent2">
    <w:name w:val="Grace document 11 LightList-Accent2"/>
    <w:basedOn w:val="Grace11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Grace11LightList-Accent3">
    <w:name w:val="Grace document 11 LightList-Accent3"/>
    <w:basedOn w:val="Grace11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Grace11LightList-Accent4">
    <w:name w:val="Grace document 11 LightList-Accent4"/>
    <w:basedOn w:val="Grace11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Grace11LightList-Accent5">
    <w:name w:val="Grace document 11 LightList-Accent5"/>
    <w:basedOn w:val="Grace11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Grace11LightList-Accent6">
    <w:name w:val="Grace document 11 LightList-Accent6"/>
    <w:basedOn w:val="Grace11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ce11LightGrid">
    <w:name w:val="Grace document 11 LightGrid"/>
    <w:basedOn w:val="Grace11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ce11LightGrid-Accent1">
    <w:name w:val="Grace document 11 LightGrid-Accent1"/>
    <w:basedOn w:val="Grace11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ce11LightGrid-Accent2">
    <w:name w:val="Grace document 11 LightGrid-Accent2"/>
    <w:basedOn w:val="Grace11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ce11LightGrid-Accent3">
    <w:name w:val="Grace document 11 LightGrid-Accent3"/>
    <w:basedOn w:val="Grace11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ce11LightGrid-Accent4">
    <w:name w:val="Grace document 11 LightGrid-Accent4"/>
    <w:basedOn w:val="Grace11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ce11LightGrid-Accent5">
    <w:name w:val="Grace document 11 LightGrid-Accent5"/>
    <w:basedOn w:val="Grace11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ce11LightGrid-Accent6">
    <w:name w:val="Grace document 11 LightGrid-Accent6"/>
    <w:basedOn w:val="Grace11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race11MediumShading1">
    <w:name w:val="Grace document 11 MediumShading1"/>
    <w:basedOn w:val="Grace11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ace11MediumShading1-Accent1">
    <w:name w:val="Grace document 11 MediumShading1-Accent1"/>
    <w:basedOn w:val="Grace11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race11MediumShading1-Accent2">
    <w:name w:val="Grace document 11 MediumShading1-Accent2"/>
    <w:basedOn w:val="Grace11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race11MediumShading1-Accent3">
    <w:name w:val="Grace document 11 MediumShading1-Accent3"/>
    <w:basedOn w:val="Grace11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race11MediumShading1-Accent4">
    <w:name w:val="Grace document 11 MediumShading1-Accent4"/>
    <w:basedOn w:val="Grace11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race11MediumShading1-Accent5">
    <w:name w:val="Grace document 11 MediumShading1-Accent5"/>
    <w:basedOn w:val="Grace11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race11MediumShading1-Accent6">
    <w:name w:val="Grace document 11 MediumShading1-Accent6"/>
    <w:basedOn w:val="Grace11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race11MediumShading2">
    <w:name w:val="Grace document 11 MediumShading2"/>
    <w:basedOn w:val="Grace1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1MediumShading2-Accent1">
    <w:name w:val="Grace document 11 MediumShading2-Accent1"/>
    <w:basedOn w:val="Grace1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1MediumShading2-Accent2">
    <w:name w:val="Grace document 11 MediumShading2-Accent2"/>
    <w:basedOn w:val="Grace1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1MediumShading2-Accent3">
    <w:name w:val="Grace document 11 MediumShading2-Accent3"/>
    <w:basedOn w:val="Grace1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1MediumShading2-Accent4">
    <w:name w:val="Grace document 11 MediumShading2-Accent4"/>
    <w:basedOn w:val="Grace1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1MediumShading2-Accent5">
    <w:name w:val="Grace document 11 MediumShading2-Accent5"/>
    <w:basedOn w:val="Grace1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1MediumShading2-Accent6">
    <w:name w:val="Grace document 11 MediumShading2-Accent6"/>
    <w:basedOn w:val="Grace1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ace11MediumList1">
    <w:name w:val="Grace document 11 MediumList1"/>
    <w:basedOn w:val="Grace11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race11MediumList1-Accent1">
    <w:name w:val="Grace document 11 MediumList1-Accent1"/>
    <w:basedOn w:val="Grace11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race11MediumList1-Accent2">
    <w:name w:val="Grace document 11 MediumList1-Accent2"/>
    <w:basedOn w:val="Grace11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race11MediumList1-Accent3">
    <w:name w:val="Grace document 11 MediumList1-Accent3"/>
    <w:basedOn w:val="Grace11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race11MediumList1-Accent4">
    <w:name w:val="Grace document 11 MediumList1-Accent4"/>
    <w:basedOn w:val="Grace11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race11MediumList1-Accent5">
    <w:name w:val="Grace document 11 MediumList1-Accent5"/>
    <w:basedOn w:val="Grace11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race11MediumList1-Accent6">
    <w:name w:val="Grace document 11 MediumList1-Accent6"/>
    <w:basedOn w:val="Grace11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race11MediumList2">
    <w:name w:val="Grace document 11 MediumList2"/>
    <w:basedOn w:val="Grac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1MediumList2-Accent1">
    <w:name w:val="Grace document 11 MediumList2-Accent1"/>
    <w:basedOn w:val="Grac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1MediumList2-Accent2">
    <w:name w:val="Grace document 11 MediumList2-Accent2"/>
    <w:basedOn w:val="Grac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1MediumList2-Accent3">
    <w:name w:val="Grace document 11 MediumList2-Accent3"/>
    <w:basedOn w:val="Grac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1MediumList2-Accent4">
    <w:name w:val="Grace document 11 MediumList2-Accent4"/>
    <w:basedOn w:val="Grac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1MediumList2-Accent5">
    <w:name w:val="Grace document 11 MediumList2-Accent5"/>
    <w:basedOn w:val="Grac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1MediumList2-Accent6">
    <w:name w:val="Grace document 11 MediumList2-Accent6"/>
    <w:basedOn w:val="Grace1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ce11MediumGrid1">
    <w:name w:val="Grace document 11 MediumGrid1"/>
    <w:basedOn w:val="Grace11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11MediumGrid1-Accent1">
    <w:name w:val="Grace document 11 MediumGrid1-Accent1"/>
    <w:basedOn w:val="Grace11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11MediumGrid1-Accent2">
    <w:name w:val="Grace document 11 MediumGrid1-Accent2"/>
    <w:basedOn w:val="Grace11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11MediumGrid1-Accent3">
    <w:name w:val="Grace document 11 MediumGrid1-Accent3"/>
    <w:basedOn w:val="Grace11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11MediumGrid1-Accent4">
    <w:name w:val="Grace document 11 MediumGrid1-Accent4"/>
    <w:basedOn w:val="Grace11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11MediumGrid1-Accent5">
    <w:name w:val="Grace document 11 MediumGrid1-Accent5"/>
    <w:basedOn w:val="Grace11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11MediumGrid1-Accent6">
    <w:name w:val="Grace document 11 MediumGrid1-Accent6"/>
    <w:basedOn w:val="Grace11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ce11MediumGrid2">
    <w:name w:val="Grace document 11 MediumGrid2"/>
    <w:basedOn w:val="Grac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ce11MediumGrid2-Accent1">
    <w:name w:val="Grace document 11 MediumGrid2-Accent1"/>
    <w:basedOn w:val="Grac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ce11MediumGrid2-Accent2">
    <w:name w:val="Grace document 11 MediumGrid2-Accent2"/>
    <w:basedOn w:val="Grac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ce11MediumGrid2-Accent3">
    <w:name w:val="Grace document 11 MediumGrid2-Accent3"/>
    <w:basedOn w:val="Grac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ce11MediumGrid2-Accent4">
    <w:name w:val="Grace document 11 MediumGrid2-Accent4"/>
    <w:basedOn w:val="Grac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ce11MediumGrid2-Accent5">
    <w:name w:val="Grace document 11 MediumGrid2-Accent5"/>
    <w:basedOn w:val="Grac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ce11MediumGrid2-Accent6">
    <w:name w:val="Grace document 11 MediumGrid2-Accent6"/>
    <w:basedOn w:val="Grace1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ce11MediumGrid3">
    <w:name w:val="Grace document 11 MediumGrid3"/>
    <w:basedOn w:val="Grace1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ce11MediumGrid3-Accent1">
    <w:name w:val="Grace document 11 MediumGrid3-Accent1"/>
    <w:basedOn w:val="Grace1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ce11MediumGrid3-Accent2">
    <w:name w:val="Grace document 11 MediumGrid3-Accent2"/>
    <w:basedOn w:val="Grace1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ce11MediumGrid3-Accent3">
    <w:name w:val="Grace document 11 MediumGrid3-Accent3"/>
    <w:basedOn w:val="Grace1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ce11MediumGrid3-Accent4">
    <w:name w:val="Grace document 11 MediumGrid3-Accent4"/>
    <w:basedOn w:val="Grace1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ce11MediumGrid3-Accent5">
    <w:name w:val="Grace document 11 MediumGrid3-Accent5"/>
    <w:basedOn w:val="Grace1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ce11MediumGrid3-Accent6">
    <w:name w:val="Grace document 11 MediumGrid3-Accent6"/>
    <w:basedOn w:val="Grace1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Grace11DarkList">
    <w:name w:val="Grace document 11 DarkList"/>
    <w:basedOn w:val="Grace11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Grace11DarkList-Accent1">
    <w:name w:val="Grace document 11 DarkList-Accent1"/>
    <w:basedOn w:val="Grace11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Grace11DarkList-Accent2">
    <w:name w:val="Grace document 11 DarkList-Accent2"/>
    <w:basedOn w:val="Grace11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Grace11DarkList-Accent3">
    <w:name w:val="Grace document 11 DarkList-Accent3"/>
    <w:basedOn w:val="Grace11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Grace11DarkList-Accent4">
    <w:name w:val="Grace document 11 DarkList-Accent4"/>
    <w:basedOn w:val="Grace11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Grace11DarkList-Accent5">
    <w:name w:val="Grace document 11 DarkList-Accent5"/>
    <w:basedOn w:val="Grace11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Grace11DarkList-Accent6">
    <w:name w:val="Grace document 11 DarkList-Accent6"/>
    <w:basedOn w:val="Grace11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Grace11ColorfulShading">
    <w:name w:val="Grace document 11 ColorfulShading"/>
    <w:basedOn w:val="Grace1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Grace11ColorfulShading-Accent1">
    <w:name w:val="Grace document 11 ColorfulShading-Accent1"/>
    <w:basedOn w:val="Grace1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Grace11ColorfulShading-Accent2">
    <w:name w:val="Grace document 11 ColorfulShading-Accent2"/>
    <w:basedOn w:val="Grace1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Grace11ColorfulShading-Accent3">
    <w:name w:val="Grace document 11 ColorfulShading-Accent3"/>
    <w:basedOn w:val="Grace11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Grace11ColorfulShading-Accent4">
    <w:name w:val="Grace document 11 ColorfulShading-Accent4"/>
    <w:basedOn w:val="Grace11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Grace11ColorfulShading-Accent5">
    <w:name w:val="Grace document 11 ColorfulShading-Accent5"/>
    <w:basedOn w:val="Grace11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Grace11ColorfulShading-Accent6">
    <w:name w:val="Grace document 11 ColorfulShading-Accent6"/>
    <w:basedOn w:val="Grace11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Grace11ColorfulList">
    <w:name w:val="Grace document 11 ColorfulList"/>
    <w:basedOn w:val="Grace11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Grace11ColorfulList-Accent1">
    <w:name w:val="Grace document 11 ColorfulList-Accent1"/>
    <w:basedOn w:val="Grace11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Grace11ColorfulList-Accent2">
    <w:name w:val="Grace document 11 ColorfulList-Accent2"/>
    <w:basedOn w:val="Grace11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Grace11ColorfulList-Accent3">
    <w:name w:val="Grace document 11 ColorfulList-Accent3"/>
    <w:basedOn w:val="Grace11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Grace11ColorfulList-Accent4">
    <w:name w:val="Grace document 11 ColorfulList-Accent4"/>
    <w:basedOn w:val="Grace11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Grace11ColorfulList-Accent5">
    <w:name w:val="Grace document 11 ColorfulList-Accent5"/>
    <w:basedOn w:val="Grace11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Grace11ColorfulList-Accent6">
    <w:name w:val="Grace document 11 ColorfulList-Accent6"/>
    <w:basedOn w:val="Grace11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ce11ColorfulGrid">
    <w:name w:val="Grace document 11 ColorfulGrid"/>
    <w:basedOn w:val="Grace1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ce11ColorfulGrid-Accent1">
    <w:name w:val="Grace document 11 ColorfulGrid-Accent1"/>
    <w:basedOn w:val="Grace1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ce11ColorfulGrid-Accent2">
    <w:name w:val="Grace document 11 ColorfulGrid-Accent2"/>
    <w:basedOn w:val="Grace1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ce11ColorfulGrid-Accent3">
    <w:name w:val="Grace document 11 ColorfulGrid-Accent3"/>
    <w:basedOn w:val="Grace1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ce11ColorfulGrid-Accent4">
    <w:name w:val="Grace document 11 ColorfulGrid-Accent4"/>
    <w:basedOn w:val="Grace1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ce11ColorfulGrid-Accent5">
    <w:name w:val="Grace document 11 ColorfulGrid-Accent5"/>
    <w:basedOn w:val="Grace1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ce11ColorfulGrid-Accent6">
    <w:name w:val="Grace document 11 ColorfulGrid-Accent6"/>
    <w:basedOn w:val="Grace1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Grace0header" Type="http://schemas.openxmlformats.org/officeDocument/2006/relationships/header" Target="headerGrace0.xml"/><Relationship Id="rIdGrace0footer" Type="http://schemas.openxmlformats.org/officeDocument/2006/relationships/footer" Target="footerGrace0.xml"/><Relationship Id="rIdGrace1header" Type="http://schemas.openxmlformats.org/officeDocument/2006/relationships/header" Target="headerGrace1.xml"/><Relationship Id="rIdGrace1footer" Type="http://schemas.openxmlformats.org/officeDocument/2006/relationships/footer" Target="footerGrace1.xml"/><Relationship Id="rIdGrace2header" Type="http://schemas.openxmlformats.org/officeDocument/2006/relationships/header" Target="headerGrace2.xml"/><Relationship Id="rIdGrace2footer" Type="http://schemas.openxmlformats.org/officeDocument/2006/relationships/footer" Target="footerGrace2.xml"/><Relationship Id="rIdGrace3header" Type="http://schemas.openxmlformats.org/officeDocument/2006/relationships/header" Target="headerGrace3.xml"/><Relationship Id="rIdGrace3footer" Type="http://schemas.openxmlformats.org/officeDocument/2006/relationships/footer" Target="footerGrace3.xml"/><Relationship Id="rIdGrace4header" Type="http://schemas.openxmlformats.org/officeDocument/2006/relationships/header" Target="headerGrace4.xml"/><Relationship Id="rIdGrace4footer" Type="http://schemas.openxmlformats.org/officeDocument/2006/relationships/footer" Target="footerGrace4.xml"/><Relationship Id="rIdGrace5header" Type="http://schemas.openxmlformats.org/officeDocument/2006/relationships/header" Target="headerGrace5.xml"/><Relationship Id="rIdGrace5footer" Type="http://schemas.openxmlformats.org/officeDocument/2006/relationships/footer" Target="footerGrace5.xml"/><Relationship Id="rIdGrace6header" Type="http://schemas.openxmlformats.org/officeDocument/2006/relationships/header" Target="headerGrace6.xml"/><Relationship Id="rIdGrace6footer" Type="http://schemas.openxmlformats.org/officeDocument/2006/relationships/footer" Target="footerGrace6.xml"/><Relationship Id="rIdGrace7header" Type="http://schemas.openxmlformats.org/officeDocument/2006/relationships/header" Target="headerGrace7.xml"/><Relationship Id="rIdGrace7footer" Type="http://schemas.openxmlformats.org/officeDocument/2006/relationships/footer" Target="footerGrace7.xml"/><Relationship Id="rIdGrace8header" Type="http://schemas.openxmlformats.org/officeDocument/2006/relationships/header" Target="headerGrace8.xml"/><Relationship Id="rIdGrace8footer" Type="http://schemas.openxmlformats.org/officeDocument/2006/relationships/footer" Target="footerGrace8.xml"/><Relationship Id="rIdGrace9header" Type="http://schemas.openxmlformats.org/officeDocument/2006/relationships/header" Target="headerGrace9.xml"/><Relationship Id="rIdGrace9footer" Type="http://schemas.openxmlformats.org/officeDocument/2006/relationships/footer" Target="footerGrace9.xml"/><Relationship Id="rIdGrace10header" Type="http://schemas.openxmlformats.org/officeDocument/2006/relationships/header" Target="headerGrace10.xml"/><Relationship Id="rIdGrace10footer" Type="http://schemas.openxmlformats.org/officeDocument/2006/relationships/footer" Target="footerGrace10.xml"/><Relationship Id="rIdGrace11header" Type="http://schemas.openxmlformats.org/officeDocument/2006/relationships/header" Target="headerGrace11.xml"/><Relationship Id="rIdGrace11footer" Type="http://schemas.openxmlformats.org/officeDocument/2006/relationships/footer" Target="footerGrace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675</Words>
  <Characters>3251</Characters>
  <Application>Microsoft Office Word</Application>
  <DocSecurity>0</DocSecurity>
  <Lines>66</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3870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Grace to Glorification - Opening Statement</dc:title>
  <dc:subject>Bible study opening statement</dc:subject>
  <dc:creator/>
  <cp:keywords/>
  <dc:description>Working draft for collaborative review</dc:description>
  <cp:lastModifiedBy>Matt McCafferty</cp:lastModifiedBy>
  <cp:revision>2</cp:revision>
  <dcterms:created xsi:type="dcterms:W3CDTF">2013-12-23T23:15:00Z</dcterms:created>
  <dcterms:modified xsi:type="dcterms:W3CDTF">2026-06-23T14:05:00Z</dcterms:modified>
  <cp:category/>
</cp:coreProperties>
</file>